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i w:val="0"/>
        </w:rPr>
        <w:t>The Tale of Genji: The Complete Waka</w:t>
      </w:r>
    </w:p>
    <w:p>
      <w:pPr>
        <w:spacing w:after="280"/>
      </w:pPr>
      <w:r>
        <w:rPr>
          <w:b w:val="0"/>
          <w:i w:val="0"/>
          <w:color w:val="6A6F75"/>
          <w:sz w:val="24"/>
        </w:rPr>
        <w:t>All 795 poems by chapter, with the Japanese original, its five phrases, a literal English rendering, context and brief notes</w:t>
      </w:r>
    </w:p>
    <w:p>
      <w:pPr>
        <w:spacing w:after="360"/>
      </w:pPr>
      <w:r>
        <w:rPr>
          <w:b w:val="0"/>
          <w:i w:val="0"/>
          <w:color w:val="6A6F75"/>
          <w:sz w:val="21"/>
        </w:rPr>
        <w:t>Companion manuscript to “The Tale of Genji: Interactive Companion”. Editable draft for review.</w:t>
      </w:r>
    </w:p>
    <w:p>
      <w:pPr>
        <w:pStyle w:val="Heading2"/>
      </w:pPr>
      <w:r>
        <w:t>How to read this manuscript</w:t>
      </w:r>
    </w:p>
    <w:p>
      <w:pPr>
        <w:spacing w:after="120"/>
      </w:pPr>
      <w:r>
        <w:rPr>
          <w:b w:val="0"/>
          <w:i w:val="0"/>
        </w:rPr>
        <w:t>Each poem is numbered in sequence through the tale. The heading line gives the speaker and addressee and the type of poem: sent (贈), reply (答), solo (独), group exchange (唱) or proxy (代). Where two classifications are recorded, both are given.</w:t>
      </w:r>
    </w:p>
    <w:p>
      <w:pPr>
        <w:spacing w:after="120"/>
      </w:pPr>
      <w:r>
        <w:rPr>
          <w:b w:val="0"/>
          <w:i w:val="0"/>
        </w:rPr>
        <w:t>The Japanese follows Shibuya Eiichi’s edited text on Japanese Wikisource. The second Japanese line is the Ōshima-bon text divided into its five phrases (5-7-5-7-7), with that manuscript’s historical spelling and without voicing marks, from the Kōi Genji Monogatari database; the long repetition mark 〱 is written out. The English is a new literal rendering, not Washburn’s.</w:t>
      </w:r>
    </w:p>
    <w:p>
      <w:pPr>
        <w:spacing w:after="120"/>
      </w:pPr>
      <w:r>
        <w:rPr>
          <w:b w:val="0"/>
          <w:i w:val="0"/>
        </w:rPr>
        <w:t>Links: “In reply to” and “Answered by” join the poems of an exchange; “Echo” links poems that answer one another across the tale through a shared image. Allusions to earlier poems give the source text; Kokinshū texts are quoted from Japanese Wikisource. Uncertain attributions are flagged with the editions that disagree: Zenshū 全集, Kyū taikei 旧大系, Shin taikei 新大系, Shūsei 集成, Shibuya 渋谷.</w:t>
      </w:r>
    </w:p>
    <w:p>
      <w:pPr>
        <w:spacing w:after="120"/>
      </w:pPr>
      <w:r>
        <w:rPr>
          <w:b w:val="0"/>
          <w:i w:val="0"/>
        </w:rPr>
        <w:t>At the end are an index of English first lines, the echo groups and a wordplay index of recurring pivot words.</w:t>
      </w:r>
    </w:p>
    <w:p>
      <w:pPr>
        <w:spacing w:after="40"/>
      </w:pPr>
      <w:r>
        <w:rPr>
          <w:b w:val="0"/>
          <w:i w:val="0"/>
        </w:rPr>
        <w:t xml:space="preserve">Sources: </w:t>
      </w:r>
      <w:hyperlink r:id="rId9">
        <w:r>
          <w:rPr>
            <w:color w:val="2E5A80"/>
            <w:u w:val="single"/>
          </w:rPr>
          <w:t xml:space="preserve">Japanese Wikisource, 源氏物語 (渋谷栄一校訂)</w:t>
        </w:r>
      </w:hyperlink>
    </w:p>
    <w:p>
      <w:pPr>
        <w:spacing w:after="40"/>
      </w:pPr>
      <w:hyperlink r:id="rId10">
        <w:r>
          <w:rPr>
            <w:color w:val="2E5A80"/>
            <w:u w:val="single"/>
          </w:rPr>
          <w:t xml:space="preserve">classicstudies, 源氏物語 和歌一覧 (numbering, speakers, types)</w:t>
        </w:r>
      </w:hyperlink>
    </w:p>
    <w:p>
      <w:pPr>
        <w:spacing w:after="40"/>
      </w:pPr>
      <w:hyperlink r:id="rId11">
        <w:r>
          <w:rPr>
            <w:color w:val="2E5A80"/>
            <w:u w:val="single"/>
          </w:rPr>
          <w:t xml:space="preserve">Kōi Genji Monogatari database, waka list</w:t>
        </w:r>
      </w:hyperlink>
    </w:p>
    <w:p>
      <w:pPr>
        <w:spacing w:after="40"/>
      </w:pPr>
      <w:hyperlink r:id="rId12">
        <w:r>
          <w:rPr>
            <w:color w:val="2E5A80"/>
            <w:u w:val="single"/>
          </w:rPr>
          <w:t xml:space="preserve">Japanese Wikisource, 古今和歌集</w:t>
        </w:r>
      </w:hyperlink>
    </w:p>
    <w:p>
      <w:pPr>
        <w:spacing w:after="40"/>
      </w:pPr>
      <w:r>
        <w:rPr>
          <w:b w:val="0"/>
          <w:i w:val="0"/>
        </w:rPr>
        <w:t xml:space="preserve">Published translations can be compared at </w:t>
      </w:r>
      <w:hyperlink r:id="rId13">
        <w:r>
          <w:rPr>
            <w:color w:val="2E5A80"/>
            <w:u w:val="single"/>
          </w:rPr>
          <w:t xml:space="preserve">genjipoems.org</w:t>
        </w:r>
      </w:hyperlink>
    </w:p>
    <w:p>
      <w:pPr>
        <w:sectPr>
          <w:footerReference w:type="default" r:id="rId26"/>
          <w:pgSz w:w="12240" w:h="15840"/>
          <w:pgMar w:top="1247" w:right="1304" w:bottom="1247" w:left="1304" w:header="720" w:footer="720" w:gutter="0"/>
          <w:cols w:space="720"/>
          <w:docGrid w:linePitch="360"/>
        </w:sectPr>
      </w:pPr>
    </w:p>
    <w:p>
      <w:pPr>
        <w:pStyle w:val="Heading1"/>
        <w:pageBreakBefore w:val="0"/>
      </w:pPr>
      <w:r>
        <w:t>Contents</w:t>
      </w:r>
    </w:p>
    <w:p>
      <w:pPr>
        <w:spacing w:after="20"/>
      </w:pPr>
      <w:hyperlink w:anchor="ch1">
        <w:r>
          <w:rPr>
            <w:color w:val="2E5A80"/>
            <w:u w:val="single"/>
          </w:rPr>
          <w:t xml:space="preserve">1. Kiritsubo 桐壺 (9)</w:t>
        </w:r>
      </w:hyperlink>
    </w:p>
    <w:p>
      <w:pPr>
        <w:spacing w:after="20"/>
      </w:pPr>
      <w:hyperlink w:anchor="ch2">
        <w:r>
          <w:rPr>
            <w:color w:val="2E5A80"/>
            <w:u w:val="single"/>
          </w:rPr>
          <w:t xml:space="preserve">2. Hahakigi 帚木 (14)</w:t>
        </w:r>
      </w:hyperlink>
    </w:p>
    <w:p>
      <w:pPr>
        <w:spacing w:after="20"/>
      </w:pPr>
      <w:hyperlink w:anchor="ch3">
        <w:r>
          <w:rPr>
            <w:color w:val="2E5A80"/>
            <w:u w:val="single"/>
          </w:rPr>
          <w:t xml:space="preserve">3. Utsusemi 空蝉 (2)</w:t>
        </w:r>
      </w:hyperlink>
    </w:p>
    <w:p>
      <w:pPr>
        <w:spacing w:after="20"/>
      </w:pPr>
      <w:hyperlink w:anchor="ch4">
        <w:r>
          <w:rPr>
            <w:color w:val="2E5A80"/>
            <w:u w:val="single"/>
          </w:rPr>
          <w:t xml:space="preserve">4. Yūgao 夕顔 (19)</w:t>
        </w:r>
      </w:hyperlink>
    </w:p>
    <w:p>
      <w:pPr>
        <w:spacing w:after="20"/>
      </w:pPr>
      <w:hyperlink w:anchor="ch5">
        <w:r>
          <w:rPr>
            <w:color w:val="2E5A80"/>
            <w:u w:val="single"/>
          </w:rPr>
          <w:t xml:space="preserve">5. Wakamurasaki 若紫 (25)</w:t>
        </w:r>
      </w:hyperlink>
    </w:p>
    <w:p>
      <w:pPr>
        <w:spacing w:after="20"/>
      </w:pPr>
      <w:hyperlink w:anchor="ch6">
        <w:r>
          <w:rPr>
            <w:color w:val="2E5A80"/>
            <w:u w:val="single"/>
          </w:rPr>
          <w:t xml:space="preserve">6. Suetsumuhana 末摘花 (14)</w:t>
        </w:r>
      </w:hyperlink>
    </w:p>
    <w:p>
      <w:pPr>
        <w:spacing w:after="20"/>
      </w:pPr>
      <w:hyperlink w:anchor="ch7">
        <w:r>
          <w:rPr>
            <w:color w:val="2E5A80"/>
            <w:u w:val="single"/>
          </w:rPr>
          <w:t xml:space="preserve">7. Momiji no Ga 紅葉賀 (17)</w:t>
        </w:r>
      </w:hyperlink>
    </w:p>
    <w:p>
      <w:pPr>
        <w:spacing w:after="20"/>
      </w:pPr>
      <w:hyperlink w:anchor="ch8">
        <w:r>
          <w:rPr>
            <w:color w:val="2E5A80"/>
            <w:u w:val="single"/>
          </w:rPr>
          <w:t xml:space="preserve">8. Hana no En 花宴 (8)</w:t>
        </w:r>
      </w:hyperlink>
    </w:p>
    <w:p>
      <w:pPr>
        <w:spacing w:after="20"/>
      </w:pPr>
      <w:hyperlink w:anchor="ch9">
        <w:r>
          <w:rPr>
            <w:color w:val="2E5A80"/>
            <w:u w:val="single"/>
          </w:rPr>
          <w:t xml:space="preserve">9. Aoi 葵 (24)</w:t>
        </w:r>
      </w:hyperlink>
    </w:p>
    <w:p>
      <w:pPr>
        <w:spacing w:after="20"/>
      </w:pPr>
      <w:hyperlink w:anchor="ch10">
        <w:r>
          <w:rPr>
            <w:color w:val="2E5A80"/>
            <w:u w:val="single"/>
          </w:rPr>
          <w:t xml:space="preserve">10. Sakaki 賢木 (33)</w:t>
        </w:r>
      </w:hyperlink>
    </w:p>
    <w:p>
      <w:pPr>
        <w:spacing w:after="20"/>
      </w:pPr>
      <w:hyperlink w:anchor="ch11">
        <w:r>
          <w:rPr>
            <w:color w:val="2E5A80"/>
            <w:u w:val="single"/>
          </w:rPr>
          <w:t xml:space="preserve">11. Hanachirusato 花散里 (4)</w:t>
        </w:r>
      </w:hyperlink>
    </w:p>
    <w:p>
      <w:pPr>
        <w:spacing w:after="20"/>
      </w:pPr>
      <w:hyperlink w:anchor="ch12">
        <w:r>
          <w:rPr>
            <w:color w:val="2E5A80"/>
            <w:u w:val="single"/>
          </w:rPr>
          <w:t xml:space="preserve">12. Suma 須磨 (48)</w:t>
        </w:r>
      </w:hyperlink>
    </w:p>
    <w:p>
      <w:pPr>
        <w:spacing w:after="20"/>
      </w:pPr>
      <w:hyperlink w:anchor="ch13">
        <w:r>
          <w:rPr>
            <w:color w:val="2E5A80"/>
            <w:u w:val="single"/>
          </w:rPr>
          <w:t xml:space="preserve">13. Akashi 明石 (30)</w:t>
        </w:r>
      </w:hyperlink>
    </w:p>
    <w:p>
      <w:pPr>
        <w:spacing w:after="20"/>
      </w:pPr>
      <w:hyperlink w:anchor="ch14">
        <w:r>
          <w:rPr>
            <w:color w:val="2E5A80"/>
            <w:u w:val="single"/>
          </w:rPr>
          <w:t xml:space="preserve">14. Miotsukushi 澪標 (17)</w:t>
        </w:r>
      </w:hyperlink>
    </w:p>
    <w:p>
      <w:pPr>
        <w:spacing w:after="20"/>
      </w:pPr>
      <w:hyperlink w:anchor="ch15">
        <w:r>
          <w:rPr>
            <w:color w:val="2E5A80"/>
            <w:u w:val="single"/>
          </w:rPr>
          <w:t xml:space="preserve">15. Yomogiu 蓬生 (6)</w:t>
        </w:r>
      </w:hyperlink>
    </w:p>
    <w:p>
      <w:pPr>
        <w:spacing w:after="20"/>
      </w:pPr>
      <w:hyperlink w:anchor="ch16">
        <w:r>
          <w:rPr>
            <w:color w:val="2E5A80"/>
            <w:u w:val="single"/>
          </w:rPr>
          <w:t xml:space="preserve">16. Sekiya 関屋 (3)</w:t>
        </w:r>
      </w:hyperlink>
    </w:p>
    <w:p>
      <w:pPr>
        <w:spacing w:after="20"/>
      </w:pPr>
      <w:hyperlink w:anchor="ch17">
        <w:r>
          <w:rPr>
            <w:color w:val="2E5A80"/>
            <w:u w:val="single"/>
          </w:rPr>
          <w:t xml:space="preserve">17. E Awase 絵合 (9)</w:t>
        </w:r>
      </w:hyperlink>
    </w:p>
    <w:p>
      <w:pPr>
        <w:spacing w:after="20"/>
      </w:pPr>
      <w:hyperlink w:anchor="ch18">
        <w:r>
          <w:rPr>
            <w:color w:val="2E5A80"/>
            <w:u w:val="single"/>
          </w:rPr>
          <w:t xml:space="preserve">18. Matsukaze 松風 (16)</w:t>
        </w:r>
      </w:hyperlink>
    </w:p>
    <w:p>
      <w:pPr>
        <w:spacing w:after="20"/>
      </w:pPr>
      <w:hyperlink w:anchor="ch19">
        <w:r>
          <w:rPr>
            <w:color w:val="2E5A80"/>
            <w:u w:val="single"/>
          </w:rPr>
          <w:t xml:space="preserve">19. Usugumo 薄雲 (10)</w:t>
        </w:r>
      </w:hyperlink>
    </w:p>
    <w:p>
      <w:pPr>
        <w:spacing w:after="20"/>
      </w:pPr>
      <w:hyperlink w:anchor="ch20">
        <w:r>
          <w:rPr>
            <w:color w:val="2E5A80"/>
            <w:u w:val="single"/>
          </w:rPr>
          <w:t xml:space="preserve">20. Asagao 朝顔 (13)</w:t>
        </w:r>
      </w:hyperlink>
    </w:p>
    <w:p>
      <w:pPr>
        <w:spacing w:after="20"/>
      </w:pPr>
      <w:hyperlink w:anchor="ch21">
        <w:r>
          <w:rPr>
            <w:color w:val="2E5A80"/>
            <w:u w:val="single"/>
          </w:rPr>
          <w:t xml:space="preserve">21. Otome 乙女 (16)</w:t>
        </w:r>
      </w:hyperlink>
    </w:p>
    <w:p>
      <w:pPr>
        <w:spacing w:after="20"/>
      </w:pPr>
      <w:hyperlink w:anchor="ch22">
        <w:r>
          <w:rPr>
            <w:color w:val="2E5A80"/>
            <w:u w:val="single"/>
          </w:rPr>
          <w:t xml:space="preserve">22. Tamakazura 玉鬘 (14)</w:t>
        </w:r>
      </w:hyperlink>
    </w:p>
    <w:p>
      <w:pPr>
        <w:spacing w:after="20"/>
      </w:pPr>
      <w:hyperlink w:anchor="ch23">
        <w:r>
          <w:rPr>
            <w:color w:val="2E5A80"/>
            <w:u w:val="single"/>
          </w:rPr>
          <w:t xml:space="preserve">23. Hatsune 初音 (6)</w:t>
        </w:r>
      </w:hyperlink>
    </w:p>
    <w:p>
      <w:pPr>
        <w:spacing w:after="20"/>
      </w:pPr>
      <w:hyperlink w:anchor="ch24">
        <w:r>
          <w:rPr>
            <w:color w:val="2E5A80"/>
            <w:u w:val="single"/>
          </w:rPr>
          <w:t xml:space="preserve">24. Kochō 胡蝶 (14)</w:t>
        </w:r>
      </w:hyperlink>
    </w:p>
    <w:p>
      <w:pPr>
        <w:spacing w:after="20"/>
      </w:pPr>
      <w:hyperlink w:anchor="ch25">
        <w:r>
          <w:rPr>
            <w:color w:val="2E5A80"/>
            <w:u w:val="single"/>
          </w:rPr>
          <w:t xml:space="preserve">25. Hotaru 蛍 (8)</w:t>
        </w:r>
      </w:hyperlink>
    </w:p>
    <w:p>
      <w:pPr>
        <w:spacing w:after="20"/>
      </w:pPr>
      <w:hyperlink w:anchor="ch26">
        <w:r>
          <w:rPr>
            <w:color w:val="2E5A80"/>
            <w:u w:val="single"/>
          </w:rPr>
          <w:t xml:space="preserve">26. Tokonatsu 常夏 (4)</w:t>
        </w:r>
      </w:hyperlink>
    </w:p>
    <w:p>
      <w:pPr>
        <w:spacing w:after="20"/>
      </w:pPr>
      <w:hyperlink w:anchor="ch27">
        <w:r>
          <w:rPr>
            <w:color w:val="2E5A80"/>
            <w:u w:val="single"/>
          </w:rPr>
          <w:t xml:space="preserve">27. Kagaribi 篝火 (2)</w:t>
        </w:r>
      </w:hyperlink>
    </w:p>
    <w:p>
      <w:pPr>
        <w:spacing w:after="20"/>
      </w:pPr>
      <w:hyperlink w:anchor="ch28">
        <w:r>
          <w:rPr>
            <w:color w:val="2E5A80"/>
            <w:u w:val="single"/>
          </w:rPr>
          <w:t xml:space="preserve">28. Nowaki 野分 (4)</w:t>
        </w:r>
      </w:hyperlink>
    </w:p>
    <w:p>
      <w:pPr>
        <w:spacing w:after="20"/>
      </w:pPr>
      <w:hyperlink w:anchor="ch29">
        <w:r>
          <w:rPr>
            <w:color w:val="2E5A80"/>
            <w:u w:val="single"/>
          </w:rPr>
          <w:t xml:space="preserve">29. Miyuki 行幸 (9)</w:t>
        </w:r>
      </w:hyperlink>
    </w:p>
    <w:p>
      <w:pPr>
        <w:spacing w:after="20"/>
      </w:pPr>
      <w:hyperlink w:anchor="ch30">
        <w:r>
          <w:rPr>
            <w:color w:val="2E5A80"/>
            <w:u w:val="single"/>
          </w:rPr>
          <w:t xml:space="preserve">30. Fujibakama 藤袴 (8)</w:t>
        </w:r>
      </w:hyperlink>
    </w:p>
    <w:p>
      <w:pPr>
        <w:spacing w:after="20"/>
      </w:pPr>
      <w:hyperlink w:anchor="ch31">
        <w:r>
          <w:rPr>
            <w:color w:val="2E5A80"/>
            <w:u w:val="single"/>
          </w:rPr>
          <w:t xml:space="preserve">31. Makibashira 真木柱 (21)</w:t>
        </w:r>
      </w:hyperlink>
    </w:p>
    <w:p>
      <w:pPr>
        <w:spacing w:after="20"/>
      </w:pPr>
      <w:hyperlink w:anchor="ch32">
        <w:r>
          <w:rPr>
            <w:color w:val="2E5A80"/>
            <w:u w:val="single"/>
          </w:rPr>
          <w:t xml:space="preserve">32. Umegae 梅枝 (11)</w:t>
        </w:r>
      </w:hyperlink>
    </w:p>
    <w:p>
      <w:pPr>
        <w:spacing w:after="20"/>
      </w:pPr>
      <w:hyperlink w:anchor="ch33">
        <w:r>
          <w:rPr>
            <w:color w:val="2E5A80"/>
            <w:u w:val="single"/>
          </w:rPr>
          <w:t xml:space="preserve">33. Fuji no Uraba 藤裏葉 (20)</w:t>
        </w:r>
      </w:hyperlink>
    </w:p>
    <w:p>
      <w:pPr>
        <w:spacing w:after="20"/>
      </w:pPr>
      <w:hyperlink w:anchor="ch34">
        <w:r>
          <w:rPr>
            <w:color w:val="2E5A80"/>
            <w:u w:val="single"/>
          </w:rPr>
          <w:t xml:space="preserve">34. Wakana I 若菜上 (24)</w:t>
        </w:r>
      </w:hyperlink>
    </w:p>
    <w:p>
      <w:pPr>
        <w:spacing w:after="20"/>
      </w:pPr>
      <w:hyperlink w:anchor="ch35">
        <w:r>
          <w:rPr>
            <w:color w:val="2E5A80"/>
            <w:u w:val="single"/>
          </w:rPr>
          <w:t xml:space="preserve">35. Wakana II 若菜下 (18)</w:t>
        </w:r>
      </w:hyperlink>
    </w:p>
    <w:p>
      <w:pPr>
        <w:spacing w:after="20"/>
      </w:pPr>
      <w:hyperlink w:anchor="ch36">
        <w:r>
          <w:rPr>
            <w:color w:val="2E5A80"/>
            <w:u w:val="single"/>
          </w:rPr>
          <w:t xml:space="preserve">36. Kashiwagi 柏木 (11)</w:t>
        </w:r>
      </w:hyperlink>
    </w:p>
    <w:p>
      <w:pPr>
        <w:spacing w:after="20"/>
      </w:pPr>
      <w:hyperlink w:anchor="ch37">
        <w:r>
          <w:rPr>
            <w:color w:val="2E5A80"/>
            <w:u w:val="single"/>
          </w:rPr>
          <w:t xml:space="preserve">37. Yokobue 横笛 (8)</w:t>
        </w:r>
      </w:hyperlink>
    </w:p>
    <w:p>
      <w:pPr>
        <w:spacing w:after="20"/>
      </w:pPr>
      <w:hyperlink w:anchor="ch38">
        <w:r>
          <w:rPr>
            <w:color w:val="2E5A80"/>
            <w:u w:val="single"/>
          </w:rPr>
          <w:t xml:space="preserve">38. Suzumushi 鈴虫 (6)</w:t>
        </w:r>
      </w:hyperlink>
    </w:p>
    <w:p>
      <w:pPr>
        <w:spacing w:after="20"/>
      </w:pPr>
      <w:hyperlink w:anchor="ch39">
        <w:r>
          <w:rPr>
            <w:color w:val="2E5A80"/>
            <w:u w:val="single"/>
          </w:rPr>
          <w:t xml:space="preserve">39. Yūgiri 夕霧 (26)</w:t>
        </w:r>
      </w:hyperlink>
    </w:p>
    <w:p>
      <w:pPr>
        <w:spacing w:after="20"/>
      </w:pPr>
      <w:hyperlink w:anchor="ch40">
        <w:r>
          <w:rPr>
            <w:color w:val="2E5A80"/>
            <w:u w:val="single"/>
          </w:rPr>
          <w:t xml:space="preserve">40. Minori 御法 (12)</w:t>
        </w:r>
      </w:hyperlink>
    </w:p>
    <w:p>
      <w:pPr>
        <w:spacing w:after="20"/>
      </w:pPr>
      <w:hyperlink w:anchor="ch41">
        <w:r>
          <w:rPr>
            <w:color w:val="2E5A80"/>
            <w:u w:val="single"/>
          </w:rPr>
          <w:t xml:space="preserve">41. Maboroshi 幻 (26)</w:t>
        </w:r>
      </w:hyperlink>
    </w:p>
    <w:p>
      <w:pPr>
        <w:spacing w:after="20"/>
      </w:pPr>
      <w:hyperlink w:anchor="ch42">
        <w:r>
          <w:rPr>
            <w:color w:val="2E5A80"/>
            <w:u w:val="single"/>
          </w:rPr>
          <w:t xml:space="preserve">42. Niou no Miya 匂兵部卿 (1)</w:t>
        </w:r>
      </w:hyperlink>
    </w:p>
    <w:p>
      <w:pPr>
        <w:spacing w:after="20"/>
      </w:pPr>
      <w:hyperlink w:anchor="ch43">
        <w:r>
          <w:rPr>
            <w:color w:val="2E5A80"/>
            <w:u w:val="single"/>
          </w:rPr>
          <w:t xml:space="preserve">43. Kōbai 紅梅 (4)</w:t>
        </w:r>
      </w:hyperlink>
    </w:p>
    <w:p>
      <w:pPr>
        <w:spacing w:after="20"/>
      </w:pPr>
      <w:hyperlink w:anchor="ch44">
        <w:r>
          <w:rPr>
            <w:color w:val="2E5A80"/>
            <w:u w:val="single"/>
          </w:rPr>
          <w:t xml:space="preserve">44. Takekawa 竹河 (24)</w:t>
        </w:r>
      </w:hyperlink>
    </w:p>
    <w:p>
      <w:pPr>
        <w:spacing w:after="20"/>
      </w:pPr>
      <w:hyperlink w:anchor="ch45">
        <w:r>
          <w:rPr>
            <w:color w:val="2E5A80"/>
            <w:u w:val="single"/>
          </w:rPr>
          <w:t xml:space="preserve">45. Hashihime 橋姫 (13)</w:t>
        </w:r>
      </w:hyperlink>
    </w:p>
    <w:p>
      <w:pPr>
        <w:spacing w:after="20"/>
      </w:pPr>
      <w:hyperlink w:anchor="ch46">
        <w:r>
          <w:rPr>
            <w:color w:val="2E5A80"/>
            <w:u w:val="single"/>
          </w:rPr>
          <w:t xml:space="preserve">46. Shii ga Moto 椎本 (21)</w:t>
        </w:r>
      </w:hyperlink>
    </w:p>
    <w:p>
      <w:pPr>
        <w:spacing w:after="20"/>
      </w:pPr>
      <w:hyperlink w:anchor="ch47">
        <w:r>
          <w:rPr>
            <w:color w:val="2E5A80"/>
            <w:u w:val="single"/>
          </w:rPr>
          <w:t xml:space="preserve">47. Agemaki 総角 (31)</w:t>
        </w:r>
      </w:hyperlink>
    </w:p>
    <w:p>
      <w:pPr>
        <w:spacing w:after="20"/>
      </w:pPr>
      <w:hyperlink w:anchor="ch48">
        <w:r>
          <w:rPr>
            <w:color w:val="2E5A80"/>
            <w:u w:val="single"/>
          </w:rPr>
          <w:t xml:space="preserve">48. Sawarabi 早蕨 (15)</w:t>
        </w:r>
      </w:hyperlink>
    </w:p>
    <w:p>
      <w:pPr>
        <w:spacing w:after="20"/>
      </w:pPr>
      <w:hyperlink w:anchor="ch49">
        <w:r>
          <w:rPr>
            <w:color w:val="2E5A80"/>
            <w:u w:val="single"/>
          </w:rPr>
          <w:t xml:space="preserve">49. Yadorigi 宿木 (24)</w:t>
        </w:r>
      </w:hyperlink>
    </w:p>
    <w:p>
      <w:pPr>
        <w:spacing w:after="20"/>
      </w:pPr>
      <w:hyperlink w:anchor="ch50">
        <w:r>
          <w:rPr>
            <w:color w:val="2E5A80"/>
            <w:u w:val="single"/>
          </w:rPr>
          <w:t xml:space="preserve">50. Azumaya 東屋 (11)</w:t>
        </w:r>
      </w:hyperlink>
    </w:p>
    <w:p>
      <w:pPr>
        <w:spacing w:after="20"/>
      </w:pPr>
      <w:hyperlink w:anchor="ch51">
        <w:r>
          <w:rPr>
            <w:color w:val="2E5A80"/>
            <w:u w:val="single"/>
          </w:rPr>
          <w:t xml:space="preserve">51. Ukifune 浮舟 (22)</w:t>
        </w:r>
      </w:hyperlink>
    </w:p>
    <w:p>
      <w:pPr>
        <w:spacing w:after="20"/>
      </w:pPr>
      <w:hyperlink w:anchor="ch52">
        <w:r>
          <w:rPr>
            <w:color w:val="2E5A80"/>
            <w:u w:val="single"/>
          </w:rPr>
          <w:t xml:space="preserve">52. Kagerō 蜻蛉 (11)</w:t>
        </w:r>
      </w:hyperlink>
    </w:p>
    <w:p>
      <w:pPr>
        <w:spacing w:after="20"/>
      </w:pPr>
      <w:hyperlink w:anchor="ch53">
        <w:r>
          <w:rPr>
            <w:color w:val="2E5A80"/>
            <w:u w:val="single"/>
          </w:rPr>
          <w:t xml:space="preserve">53. Tenarai 手習 (28)</w:t>
        </w:r>
      </w:hyperlink>
    </w:p>
    <w:p>
      <w:pPr>
        <w:spacing w:after="20"/>
      </w:pPr>
      <w:hyperlink w:anchor="ch54">
        <w:r>
          <w:rPr>
            <w:color w:val="2E5A80"/>
            <w:u w:val="single"/>
          </w:rPr>
          <w:t xml:space="preserve">54. Yume no Ukihashi 夢浮橋 (1)</w:t>
        </w:r>
      </w:hyperlink>
    </w:p>
    <w:p>
      <w:pPr>
        <w:spacing w:after="20" w:before="120"/>
      </w:pPr>
      <w:hyperlink w:anchor="idx_first">
        <w:r>
          <w:rPr>
            <w:color w:val="2E5A80"/>
            <w:u w:val="single"/>
          </w:rPr>
          <w:t xml:space="preserve">Index of first lines</w:t>
        </w:r>
      </w:hyperlink>
    </w:p>
    <w:p>
      <w:pPr>
        <w:spacing w:after="20"/>
      </w:pPr>
      <w:hyperlink w:anchor="idx_echo">
        <w:r>
          <w:rPr>
            <w:color w:val="2E5A80"/>
            <w:u w:val="single"/>
          </w:rPr>
          <w:t xml:space="preserve">Echoes across the tale</w:t>
        </w:r>
      </w:hyperlink>
    </w:p>
    <w:p>
      <w:pPr>
        <w:spacing w:after="20"/>
      </w:pPr>
      <w:hyperlink w:anchor="idx_wp">
        <w:r>
          <w:rPr>
            <w:color w:val="2E5A80"/>
            <w:u w:val="single"/>
          </w:rPr>
          <w:t xml:space="preserve">Wordplay index</w:t>
        </w:r>
      </w:hyperlink>
    </w:p>
    <w:p>
      <w:pPr>
        <w:sectPr>
          <w:pgSz w:w="12240" w:h="15840"/>
          <w:pgMar w:top="1247" w:right="1304" w:bottom="1247" w:left="1304" w:header="720" w:footer="720" w:gutter="0"/>
          <w:cols w:space="560" w:num="2"/>
          <w:docGrid w:linePitch="360"/>
        </w:sectPr>
      </w:pPr>
    </w:p>
    <w:p>
      <w:pPr>
        <w:pStyle w:val="Heading1"/>
        <w:pageBreakBefore w:val="0"/>
      </w:pPr>
      <w:bookmarkStart w:id="1" w:name="ch1"/>
      <w:r>
        <w:t>Chapter 1 · Kiritsubo 桐壺</w:t>
      </w:r>
      <w:bookmarkEnd w:id="1"/>
    </w:p>
    <w:p>
      <w:pPr>
        <w:keepNext/>
        <w:spacing w:after="20" w:before="200"/>
      </w:pPr>
      <w:bookmarkStart w:id="2" w:name="p1"/>
      <w:r>
        <w:rPr>
          <w:b/>
          <w:i w:val="0"/>
          <w:color w:val="222B33"/>
          <w:sz w:val="22"/>
        </w:rPr>
        <w:t>No. 1</w:t>
      </w:r>
      <w:r>
        <w:rPr>
          <w:b w:val="0"/>
          <w:i w:val="0"/>
          <w:color w:val="6A6F75"/>
          <w:sz w:val="18"/>
        </w:rPr>
        <w:t xml:space="preserve">   Kiritsubo Consort → Kiritsubo Emperor   贈:独 sent / solo</w:t>
      </w:r>
      <w:bookmarkEnd w:id="2"/>
    </w:p>
    <w:p>
      <w:pPr>
        <w:keepNext/>
        <w:spacing w:after="40"/>
      </w:pPr>
      <w:r>
        <w:rPr>
          <w:b/>
          <w:i w:val="0"/>
          <w:color w:val="6A6F75"/>
          <w:sz w:val="18"/>
        </w:rPr>
        <w:t xml:space="preserve">Context. </w:t>
      </w:r>
      <w:r>
        <w:rPr>
          <w:b w:val="0"/>
          <w:i w:val="0"/>
          <w:color w:val="6A6F75"/>
          <w:sz w:val="19"/>
        </w:rPr>
        <w:t>Dying, she leaves the palace and speaks this to the Emperor; her one poem, and the loss that shapes Genji’s life.</w:t>
      </w:r>
    </w:p>
    <w:p>
      <w:pPr>
        <w:keepNext/>
        <w:spacing w:after="0"/>
      </w:pPr>
      <w:r>
        <w:rPr>
          <w:rFonts w:ascii="Noto Serif CJK JP" w:hAnsi="Noto Serif CJK JP" w:eastAsia="Noto Serif CJK JP"/>
          <w:b w:val="0"/>
          <w:i w:val="0"/>
          <w:color w:val="222B33"/>
          <w:sz w:val="26"/>
        </w:rPr>
        <w:t>限りとて別るる道の悲しきにいかまほしきは命なりけり</w:t>
      </w:r>
    </w:p>
    <w:p>
      <w:pPr>
        <w:keepNext/>
        <w:spacing w:after="60"/>
      </w:pPr>
      <w:r>
        <w:rPr>
          <w:rFonts w:ascii="Noto Serif CJK JP" w:hAnsi="Noto Serif CJK JP" w:eastAsia="Noto Serif CJK JP"/>
          <w:b w:val="0"/>
          <w:i w:val="0"/>
          <w:color w:val="6A6F75"/>
          <w:sz w:val="19"/>
        </w:rPr>
        <w:t>かきりとて　／　わかるゝ道の　／　かなしきに　／　いかまほしきは　／　いのちなりけり</w:t>
      </w:r>
    </w:p>
    <w:p>
      <w:pPr>
        <w:keepNext/>
        <w:spacing w:after="60"/>
      </w:pPr>
      <w:r>
        <w:rPr>
          <w:b w:val="0"/>
          <w:i/>
          <w:color w:val="222B33"/>
          <w:sz w:val="21"/>
        </w:rPr>
        <w:t>Since this is the end,</w:t>
        <w:br/>
      </w:r>
      <w:r>
        <w:rPr>
          <w:b w:val="0"/>
          <w:i/>
          <w:color w:val="222B33"/>
          <w:sz w:val="21"/>
        </w:rPr>
        <w:t>on the road where we part</w:t>
        <w:br/>
      </w:r>
      <w:r>
        <w:rPr>
          <w:b w:val="0"/>
          <w:i/>
          <w:color w:val="222B33"/>
          <w:sz w:val="21"/>
        </w:rPr>
        <w:t>in such sorrow,</w:t>
        <w:br/>
      </w:r>
      <w:r>
        <w:rPr>
          <w:b w:val="0"/>
          <w:i/>
          <w:color w:val="222B33"/>
          <w:sz w:val="21"/>
        </w:rPr>
        <w:t>what I long to go on with</w:t>
        <w:br/>
      </w:r>
      <w:r>
        <w:rPr>
          <w:b w:val="0"/>
          <w:i/>
          <w:color w:val="222B33"/>
          <w:sz w:val="21"/>
        </w:rPr>
        <w:t>is life after all.</w:t>
      </w:r>
    </w:p>
    <w:p>
      <w:pPr>
        <w:spacing w:after="40"/>
      </w:pPr>
      <w:r>
        <w:rPr>
          <w:b w:val="0"/>
          <w:i w:val="0"/>
          <w:color w:val="222B33"/>
          <w:sz w:val="19"/>
        </w:rPr>
        <w:t>Ikamahoshiki holds both “to go” and “to live.” Her only poem, spoken as she leaves the palace to die.</w:t>
      </w:r>
    </w:p>
    <w:p>
      <w:pPr>
        <w:keepNext/>
        <w:spacing w:after="20" w:before="200"/>
      </w:pPr>
      <w:bookmarkStart w:id="3" w:name="p2"/>
      <w:r>
        <w:rPr>
          <w:b/>
          <w:i w:val="0"/>
          <w:color w:val="222B33"/>
          <w:sz w:val="22"/>
        </w:rPr>
        <w:t>No. 2</w:t>
      </w:r>
      <w:r>
        <w:rPr>
          <w:b w:val="0"/>
          <w:i w:val="0"/>
          <w:color w:val="6A6F75"/>
          <w:sz w:val="18"/>
        </w:rPr>
        <w:t xml:space="preserve">   Kiritsubo Emperor → Genji’s grandmother   贈 sent</w:t>
      </w:r>
      <w:bookmarkEnd w:id="3"/>
    </w:p>
    <w:p>
      <w:pPr>
        <w:keepNext/>
        <w:spacing w:after="40"/>
      </w:pPr>
      <w:r>
        <w:rPr>
          <w:b/>
          <w:i w:val="0"/>
          <w:color w:val="6A6F75"/>
          <w:sz w:val="18"/>
        </w:rPr>
        <w:t xml:space="preserve">Context. </w:t>
      </w:r>
      <w:r>
        <w:rPr>
          <w:b w:val="0"/>
          <w:i w:val="0"/>
          <w:color w:val="6A6F75"/>
          <w:sz w:val="19"/>
        </w:rPr>
        <w:t>The Emperor writes to the grandmother raising the motherless Genji; his grief for the Kiritsubo Consort turns to care for her son.</w:t>
      </w:r>
    </w:p>
    <w:p>
      <w:pPr>
        <w:keepNext/>
        <w:spacing w:after="0"/>
      </w:pPr>
      <w:r>
        <w:rPr>
          <w:rFonts w:ascii="Noto Serif CJK JP" w:hAnsi="Noto Serif CJK JP" w:eastAsia="Noto Serif CJK JP"/>
          <w:b w:val="0"/>
          <w:i w:val="0"/>
          <w:color w:val="222B33"/>
          <w:sz w:val="26"/>
        </w:rPr>
        <w:t>宮城野の露吹きむすぶ風の音に小萩がもとを思ひこそやれ</w:t>
      </w:r>
    </w:p>
    <w:p>
      <w:pPr>
        <w:keepNext/>
        <w:spacing w:after="60"/>
      </w:pPr>
      <w:r>
        <w:rPr>
          <w:rFonts w:ascii="Noto Serif CJK JP" w:hAnsi="Noto Serif CJK JP" w:eastAsia="Noto Serif CJK JP"/>
          <w:b w:val="0"/>
          <w:i w:val="0"/>
          <w:color w:val="6A6F75"/>
          <w:sz w:val="19"/>
        </w:rPr>
        <w:t>宮木のゝ　／　つゆふきむすふ　／　風のをとに　／　こはきかもとを　／　思ひこそやれ</w:t>
      </w:r>
    </w:p>
    <w:p>
      <w:pPr>
        <w:keepNext/>
        <w:spacing w:after="60"/>
      </w:pPr>
      <w:r>
        <w:rPr>
          <w:b w:val="0"/>
          <w:i/>
          <w:color w:val="222B33"/>
          <w:sz w:val="21"/>
        </w:rPr>
        <w:t>At the sound of the wind</w:t>
        <w:br/>
      </w:r>
      <w:r>
        <w:rPr>
          <w:b w:val="0"/>
          <w:i/>
          <w:color w:val="222B33"/>
          <w:sz w:val="21"/>
        </w:rPr>
        <w:t>that binds the dew</w:t>
        <w:br/>
      </w:r>
      <w:r>
        <w:rPr>
          <w:b w:val="0"/>
          <w:i/>
          <w:color w:val="222B33"/>
          <w:sz w:val="21"/>
        </w:rPr>
        <w:t>on Miyagi moor,</w:t>
        <w:br/>
      </w:r>
      <w:r>
        <w:rPr>
          <w:b w:val="0"/>
          <w:i/>
          <w:color w:val="222B33"/>
          <w:sz w:val="21"/>
        </w:rPr>
        <w:t>I think with longing</w:t>
        <w:br/>
      </w:r>
      <w:r>
        <w:rPr>
          <w:b w:val="0"/>
          <w:i/>
          <w:color w:val="222B33"/>
          <w:sz w:val="21"/>
        </w:rPr>
        <w:t>of the little bush clover.</w:t>
      </w:r>
    </w:p>
    <w:p>
      <w:pPr>
        <w:spacing w:after="40"/>
      </w:pPr>
      <w:r>
        <w:rPr>
          <w:b w:val="0"/>
          <w:i w:val="0"/>
          <w:color w:val="222B33"/>
          <w:sz w:val="19"/>
        </w:rPr>
        <w:t>Miyagino suggests the palace; the little bush clover is the motherless infant Genji.</w:t>
      </w:r>
    </w:p>
    <w:p>
      <w:pPr>
        <w:spacing w:after="40"/>
      </w:pPr>
      <w:r>
        <w:rPr>
          <w:b w:val="0"/>
          <w:i w:val="0"/>
          <w:color w:val="6A6F75"/>
          <w:sz w:val="18"/>
        </w:rPr>
        <w:t xml:space="preserve">Answered by </w:t>
      </w:r>
      <w:hyperlink w:anchor="p5">
        <w:r>
          <w:rPr>
            <w:color w:val="2E5A80"/>
            <w:u w:val="single"/>
            <w:sz w:val="18"/>
          </w:rPr>
          <w:t xml:space="preserve">No. 5 (Genji’s grandmother)</w:t>
        </w:r>
      </w:hyperlink>
    </w:p>
    <w:p>
      <w:pPr>
        <w:keepNext/>
        <w:spacing w:after="20" w:before="200"/>
      </w:pPr>
      <w:bookmarkStart w:id="4" w:name="p3"/>
      <w:r>
        <w:rPr>
          <w:b/>
          <w:i w:val="0"/>
          <w:color w:val="222B33"/>
          <w:sz w:val="22"/>
        </w:rPr>
        <w:t>No. 3</w:t>
      </w:r>
      <w:r>
        <w:rPr>
          <w:b w:val="0"/>
          <w:i w:val="0"/>
          <w:color w:val="6A6F75"/>
          <w:sz w:val="18"/>
        </w:rPr>
        <w:t xml:space="preserve">   Yugei no Myōbu → Genji’s grandmother   贈 sent</w:t>
      </w:r>
      <w:bookmarkEnd w:id="4"/>
    </w:p>
    <w:p>
      <w:pPr>
        <w:keepNext/>
        <w:spacing w:after="40"/>
      </w:pPr>
      <w:r>
        <w:rPr>
          <w:b/>
          <w:i w:val="0"/>
          <w:color w:val="6A6F75"/>
          <w:sz w:val="18"/>
        </w:rPr>
        <w:t xml:space="preserve">Context. </w:t>
      </w:r>
      <w:r>
        <w:rPr>
          <w:b w:val="0"/>
          <w:i w:val="0"/>
          <w:color w:val="6A6F75"/>
          <w:sz w:val="19"/>
        </w:rPr>
        <w:t>The Emperor’s messenger at the grandmother’s house on an autumn night; the household’s mourning for the Consort.</w:t>
      </w:r>
    </w:p>
    <w:p>
      <w:pPr>
        <w:keepNext/>
        <w:spacing w:after="0"/>
      </w:pPr>
      <w:r>
        <w:rPr>
          <w:rFonts w:ascii="Noto Serif CJK JP" w:hAnsi="Noto Serif CJK JP" w:eastAsia="Noto Serif CJK JP"/>
          <w:b w:val="0"/>
          <w:i w:val="0"/>
          <w:color w:val="222B33"/>
          <w:sz w:val="26"/>
        </w:rPr>
        <w:t>鈴虫の声の限りを尽くしても長き夜あかずふる涙かな</w:t>
      </w:r>
    </w:p>
    <w:p>
      <w:pPr>
        <w:keepNext/>
        <w:spacing w:after="60"/>
      </w:pPr>
      <w:r>
        <w:rPr>
          <w:rFonts w:ascii="Noto Serif CJK JP" w:hAnsi="Noto Serif CJK JP" w:eastAsia="Noto Serif CJK JP"/>
          <w:b w:val="0"/>
          <w:i w:val="0"/>
          <w:color w:val="6A6F75"/>
          <w:sz w:val="19"/>
        </w:rPr>
        <w:t>すゝむしの　／　こゑのかきりを　／　つくしても　／　なかき夜あかす　／　ふるなみた哉</w:t>
      </w:r>
    </w:p>
    <w:p>
      <w:pPr>
        <w:keepNext/>
        <w:spacing w:after="60"/>
      </w:pPr>
      <w:r>
        <w:rPr>
          <w:b w:val="0"/>
          <w:i/>
          <w:color w:val="222B33"/>
          <w:sz w:val="21"/>
        </w:rPr>
        <w:t>Though the bell cricket</w:t>
        <w:br/>
      </w:r>
      <w:r>
        <w:rPr>
          <w:b w:val="0"/>
          <w:i/>
          <w:color w:val="222B33"/>
          <w:sz w:val="21"/>
        </w:rPr>
        <w:t>cries out the whole of its voice,</w:t>
        <w:br/>
      </w:r>
      <w:r>
        <w:rPr>
          <w:b w:val="0"/>
          <w:i/>
          <w:color w:val="222B33"/>
          <w:sz w:val="21"/>
        </w:rPr>
        <w:t>the long night is not enough</w:t>
        <w:br/>
      </w:r>
      <w:r>
        <w:rPr>
          <w:b w:val="0"/>
          <w:i/>
          <w:color w:val="222B33"/>
          <w:sz w:val="21"/>
        </w:rPr>
        <w:t>for the tears that fall.</w:t>
      </w:r>
    </w:p>
    <w:p>
      <w:pPr>
        <w:spacing w:after="40"/>
      </w:pPr>
      <w:r>
        <w:rPr>
          <w:b w:val="0"/>
          <w:i w:val="0"/>
          <w:color w:val="222B33"/>
          <w:sz w:val="19"/>
        </w:rPr>
        <w:t>Furu is both “fall” (tears) and “pass” (time).</w:t>
      </w:r>
    </w:p>
    <w:p>
      <w:pPr>
        <w:spacing w:after="40"/>
      </w:pPr>
      <w:r>
        <w:rPr>
          <w:b w:val="0"/>
          <w:i w:val="0"/>
          <w:color w:val="6A6F75"/>
          <w:sz w:val="18"/>
        </w:rPr>
        <w:t xml:space="preserve">Answered by </w:t>
      </w:r>
      <w:hyperlink w:anchor="p4">
        <w:r>
          <w:rPr>
            <w:color w:val="2E5A80"/>
            <w:u w:val="single"/>
            <w:sz w:val="18"/>
          </w:rPr>
          <w:t xml:space="preserve">No. 4 (Genji’s grandmother)</w:t>
        </w:r>
      </w:hyperlink>
      <w:r>
        <w:rPr>
          <w:b w:val="0"/>
          <w:i w:val="0"/>
          <w:color w:val="6A6F75"/>
          <w:sz w:val="18"/>
        </w:rPr>
        <w:t xml:space="preserve">   ·   </w:t>
      </w:r>
      <w:r>
        <w:rPr>
          <w:b w:val="0"/>
          <w:i w:val="0"/>
          <w:color w:val="6A6F75"/>
          <w:sz w:val="18"/>
        </w:rPr>
        <w:t xml:space="preserve">Echo, The bell cricket: </w:t>
      </w:r>
      <w:hyperlink w:anchor="p522">
        <w:r>
          <w:rPr>
            <w:color w:val="2E5A80"/>
            <w:u w:val="single"/>
            <w:sz w:val="18"/>
          </w:rPr>
          <w:t xml:space="preserve">No. 522</w:t>
        </w:r>
      </w:hyperlink>
      <w:r>
        <w:rPr>
          <w:b w:val="0"/>
          <w:i w:val="0"/>
          <w:color w:val="6A6F75"/>
          <w:sz w:val="18"/>
        </w:rPr>
        <w:t xml:space="preserve">, </w:t>
      </w:r>
      <w:hyperlink w:anchor="p523">
        <w:r>
          <w:rPr>
            <w:color w:val="2E5A80"/>
            <w:u w:val="single"/>
            <w:sz w:val="18"/>
          </w:rPr>
          <w:t xml:space="preserve">No. 523</w:t>
        </w:r>
      </w:hyperlink>
    </w:p>
    <w:p>
      <w:pPr>
        <w:keepNext/>
        <w:spacing w:after="20" w:before="200"/>
      </w:pPr>
      <w:bookmarkStart w:id="5" w:name="p4"/>
      <w:r>
        <w:rPr>
          <w:b/>
          <w:i w:val="0"/>
          <w:color w:val="222B33"/>
          <w:sz w:val="22"/>
        </w:rPr>
        <w:t>No. 4</w:t>
      </w:r>
      <w:r>
        <w:rPr>
          <w:b w:val="0"/>
          <w:i w:val="0"/>
          <w:color w:val="6A6F75"/>
          <w:sz w:val="18"/>
        </w:rPr>
        <w:t xml:space="preserve">   Genji’s grandmother → Yugei no Myōbu   答 reply</w:t>
      </w:r>
      <w:bookmarkEnd w:id="5"/>
    </w:p>
    <w:p>
      <w:pPr>
        <w:keepNext/>
        <w:spacing w:after="0"/>
      </w:pPr>
      <w:r>
        <w:rPr>
          <w:rFonts w:ascii="Noto Serif CJK JP" w:hAnsi="Noto Serif CJK JP" w:eastAsia="Noto Serif CJK JP"/>
          <w:b w:val="0"/>
          <w:i w:val="0"/>
          <w:color w:val="222B33"/>
          <w:sz w:val="26"/>
        </w:rPr>
        <w:t>いとどしく虫の音しげき浅茅生に露置き添ふる雲の上人</w:t>
      </w:r>
    </w:p>
    <w:p>
      <w:pPr>
        <w:keepNext/>
        <w:spacing w:after="60"/>
      </w:pPr>
      <w:r>
        <w:rPr>
          <w:rFonts w:ascii="Noto Serif CJK JP" w:hAnsi="Noto Serif CJK JP" w:eastAsia="Noto Serif CJK JP"/>
          <w:b w:val="0"/>
          <w:i w:val="0"/>
          <w:color w:val="6A6F75"/>
          <w:sz w:val="19"/>
        </w:rPr>
        <w:t>いとゝしく　／　虫のねしけき　／　あさちふに　／　露をきそふる　／　雲のうへ人</w:t>
      </w:r>
    </w:p>
    <w:p>
      <w:pPr>
        <w:keepNext/>
        <w:spacing w:after="60"/>
      </w:pPr>
      <w:r>
        <w:rPr>
          <w:b w:val="0"/>
          <w:i/>
          <w:color w:val="222B33"/>
          <w:sz w:val="21"/>
        </w:rPr>
        <w:t>Still more, to this reed-grown waste</w:t>
        <w:br/>
      </w:r>
      <w:r>
        <w:rPr>
          <w:b w:val="0"/>
          <w:i/>
          <w:color w:val="222B33"/>
          <w:sz w:val="21"/>
        </w:rPr>
        <w:t>thick with insect cries,</w:t>
        <w:br/>
      </w:r>
      <w:r>
        <w:rPr>
          <w:b w:val="0"/>
          <w:i/>
          <w:color w:val="222B33"/>
          <w:sz w:val="21"/>
        </w:rPr>
        <w:t>you add your dew,</w:t>
        <w:br/>
      </w:r>
      <w:r>
        <w:rPr>
          <w:b w:val="0"/>
          <w:i/>
          <w:color w:val="222B33"/>
          <w:sz w:val="21"/>
        </w:rPr>
        <w:t>you who dwell</w:t>
        <w:br/>
      </w:r>
      <w:r>
        <w:rPr>
          <w:b w:val="0"/>
          <w:i/>
          <w:color w:val="222B33"/>
          <w:sz w:val="21"/>
        </w:rPr>
        <w:t>above the clouds.</w:t>
      </w:r>
    </w:p>
    <w:p>
      <w:pPr>
        <w:spacing w:after="40"/>
      </w:pPr>
      <w:r>
        <w:rPr>
          <w:b w:val="0"/>
          <w:i w:val="0"/>
          <w:color w:val="222B33"/>
          <w:sz w:val="19"/>
        </w:rPr>
        <w:t>She answers the messenger: a visitor from the court (“above the clouds”) adds tears to a house already weeping.</w:t>
      </w:r>
    </w:p>
    <w:p>
      <w:pPr>
        <w:spacing w:after="40"/>
      </w:pPr>
      <w:r>
        <w:rPr>
          <w:b w:val="0"/>
          <w:i w:val="0"/>
          <w:color w:val="6A6F75"/>
          <w:sz w:val="18"/>
        </w:rPr>
        <w:t xml:space="preserve">In reply to </w:t>
      </w:r>
      <w:hyperlink w:anchor="p3">
        <w:r>
          <w:rPr>
            <w:color w:val="2E5A80"/>
            <w:u w:val="single"/>
            <w:sz w:val="18"/>
          </w:rPr>
          <w:t xml:space="preserve">No. 3 (Yugei no Myōbu)</w:t>
        </w:r>
      </w:hyperlink>
    </w:p>
    <w:p>
      <w:pPr>
        <w:keepNext/>
        <w:spacing w:after="20" w:before="200"/>
      </w:pPr>
      <w:bookmarkStart w:id="6" w:name="p5"/>
      <w:r>
        <w:rPr>
          <w:b/>
          <w:i w:val="0"/>
          <w:color w:val="222B33"/>
          <w:sz w:val="22"/>
        </w:rPr>
        <w:t>No. 5</w:t>
      </w:r>
      <w:r>
        <w:rPr>
          <w:b w:val="0"/>
          <w:i w:val="0"/>
          <w:color w:val="6A6F75"/>
          <w:sz w:val="18"/>
        </w:rPr>
        <w:t xml:space="preserve">   Genji’s grandmother → Kiritsubo Emperor   答 reply</w:t>
      </w:r>
      <w:bookmarkEnd w:id="6"/>
    </w:p>
    <w:p>
      <w:pPr>
        <w:keepNext/>
        <w:spacing w:after="40"/>
      </w:pPr>
      <w:r>
        <w:rPr>
          <w:b/>
          <w:i w:val="0"/>
          <w:color w:val="6A6F75"/>
          <w:sz w:val="18"/>
        </w:rPr>
        <w:t xml:space="preserve">Context. </w:t>
      </w:r>
      <w:r>
        <w:rPr>
          <w:b w:val="0"/>
          <w:i w:val="0"/>
          <w:color w:val="6A6F75"/>
          <w:sz w:val="19"/>
        </w:rPr>
        <w:t>The Emperor writes to the grandmother raising the motherless Genji; his grief for the Kiritsubo Consort turns to care for her son. (Exchange opened by No. 2.)</w:t>
      </w:r>
    </w:p>
    <w:p>
      <w:pPr>
        <w:keepNext/>
        <w:spacing w:after="0"/>
      </w:pPr>
      <w:r>
        <w:rPr>
          <w:rFonts w:ascii="Noto Serif CJK JP" w:hAnsi="Noto Serif CJK JP" w:eastAsia="Noto Serif CJK JP"/>
          <w:b w:val="0"/>
          <w:i w:val="0"/>
          <w:color w:val="222B33"/>
          <w:sz w:val="26"/>
        </w:rPr>
        <w:t>荒き風ふせぎし蔭の枯れしより小萩がうへぞ静心なき</w:t>
      </w:r>
    </w:p>
    <w:p>
      <w:pPr>
        <w:keepNext/>
        <w:spacing w:after="60"/>
      </w:pPr>
      <w:r>
        <w:rPr>
          <w:rFonts w:ascii="Noto Serif CJK JP" w:hAnsi="Noto Serif CJK JP" w:eastAsia="Noto Serif CJK JP"/>
          <w:b w:val="0"/>
          <w:i w:val="0"/>
          <w:color w:val="6A6F75"/>
          <w:sz w:val="19"/>
        </w:rPr>
        <w:t>あらき風　／　ふせきしかけの　／　かれしより　／　こはきかうへそ　／　しつ心なき</w:t>
      </w:r>
    </w:p>
    <w:p>
      <w:pPr>
        <w:keepNext/>
        <w:spacing w:after="60"/>
      </w:pPr>
      <w:r>
        <w:rPr>
          <w:b w:val="0"/>
          <w:i/>
          <w:color w:val="222B33"/>
          <w:sz w:val="21"/>
        </w:rPr>
        <w:t>Since the tree that sheltered it</w:t>
        <w:br/>
      </w:r>
      <w:r>
        <w:rPr>
          <w:b w:val="0"/>
          <w:i/>
          <w:color w:val="222B33"/>
          <w:sz w:val="21"/>
        </w:rPr>
        <w:t>from the harsh wind has withered,</w:t>
        <w:br/>
      </w:r>
      <w:r>
        <w:rPr>
          <w:b w:val="0"/>
          <w:i/>
          <w:color w:val="222B33"/>
          <w:sz w:val="21"/>
        </w:rPr>
        <w:t>for the little bush clover</w:t>
        <w:br/>
      </w:r>
      <w:r>
        <w:rPr>
          <w:b w:val="0"/>
          <w:i/>
          <w:color w:val="222B33"/>
          <w:sz w:val="21"/>
        </w:rPr>
        <w:t>my heart</w:t>
        <w:br/>
      </w:r>
      <w:r>
        <w:rPr>
          <w:b w:val="0"/>
          <w:i/>
          <w:color w:val="222B33"/>
          <w:sz w:val="21"/>
        </w:rPr>
        <w:t>is never at rest.</w:t>
      </w:r>
    </w:p>
    <w:p>
      <w:pPr>
        <w:spacing w:after="40"/>
      </w:pPr>
      <w:r>
        <w:rPr>
          <w:b w:val="0"/>
          <w:i w:val="0"/>
          <w:color w:val="222B33"/>
          <w:sz w:val="19"/>
        </w:rPr>
        <w:t>She takes up the Emperor’s little bush clover; the withered tree is her dead daughter.</w:t>
      </w:r>
    </w:p>
    <w:p>
      <w:pPr>
        <w:spacing w:after="40"/>
      </w:pPr>
      <w:r>
        <w:rPr>
          <w:b w:val="0"/>
          <w:i w:val="0"/>
          <w:color w:val="6A6F75"/>
          <w:sz w:val="18"/>
        </w:rPr>
        <w:t xml:space="preserve">In reply to </w:t>
      </w:r>
      <w:hyperlink w:anchor="p2">
        <w:r>
          <w:rPr>
            <w:color w:val="2E5A80"/>
            <w:u w:val="single"/>
            <w:sz w:val="18"/>
          </w:rPr>
          <w:t xml:space="preserve">No. 2 (Kiritsubo Emperor)</w:t>
        </w:r>
      </w:hyperlink>
    </w:p>
    <w:p>
      <w:pPr>
        <w:keepNext/>
        <w:spacing w:after="20" w:before="200"/>
      </w:pPr>
      <w:bookmarkStart w:id="7" w:name="p6"/>
      <w:r>
        <w:rPr>
          <w:b/>
          <w:i w:val="0"/>
          <w:color w:val="222B33"/>
          <w:sz w:val="22"/>
        </w:rPr>
        <w:t>No. 6</w:t>
      </w:r>
      <w:r>
        <w:rPr>
          <w:b w:val="0"/>
          <w:i w:val="0"/>
          <w:color w:val="6A6F75"/>
          <w:sz w:val="18"/>
        </w:rPr>
        <w:t xml:space="preserve">   Kiritsubo Emperor   独 solo</w:t>
      </w:r>
      <w:bookmarkEnd w:id="7"/>
    </w:p>
    <w:p>
      <w:pPr>
        <w:keepNext/>
        <w:spacing w:after="40"/>
      </w:pPr>
      <w:r>
        <w:rPr>
          <w:b/>
          <w:i w:val="0"/>
          <w:color w:val="6A6F75"/>
          <w:sz w:val="18"/>
        </w:rPr>
        <w:t xml:space="preserve">Context. </w:t>
      </w:r>
      <w:r>
        <w:rPr>
          <w:b w:val="0"/>
          <w:i w:val="0"/>
          <w:color w:val="6A6F75"/>
          <w:sz w:val="19"/>
        </w:rPr>
        <w:t>The Emperor alone with paintings of the Song of Everlasting Sorrow; the grief that will later make him seek Fujitsubo as her likeness.</w:t>
      </w:r>
    </w:p>
    <w:p>
      <w:pPr>
        <w:keepNext/>
        <w:spacing w:after="0"/>
      </w:pPr>
      <w:r>
        <w:rPr>
          <w:rFonts w:ascii="Noto Serif CJK JP" w:hAnsi="Noto Serif CJK JP" w:eastAsia="Noto Serif CJK JP"/>
          <w:b w:val="0"/>
          <w:i w:val="0"/>
          <w:color w:val="222B33"/>
          <w:sz w:val="26"/>
        </w:rPr>
        <w:t>尋ねゆく幻もがなつてにても魂のありかをそこと知るべく</w:t>
      </w:r>
    </w:p>
    <w:p>
      <w:pPr>
        <w:keepNext/>
        <w:spacing w:after="60"/>
      </w:pPr>
      <w:r>
        <w:rPr>
          <w:rFonts w:ascii="Noto Serif CJK JP" w:hAnsi="Noto Serif CJK JP" w:eastAsia="Noto Serif CJK JP"/>
          <w:b w:val="0"/>
          <w:i w:val="0"/>
          <w:color w:val="6A6F75"/>
          <w:sz w:val="19"/>
        </w:rPr>
        <w:t>たつねゆく　／　まほろしも哉　／　つてにても　／　たまのありかを　／　そことしるへく</w:t>
      </w:r>
    </w:p>
    <w:p>
      <w:pPr>
        <w:keepNext/>
        <w:spacing w:after="60"/>
      </w:pPr>
      <w:r>
        <w:rPr>
          <w:b w:val="0"/>
          <w:i/>
          <w:color w:val="222B33"/>
          <w:sz w:val="21"/>
        </w:rPr>
        <w:t>Would there were a seer who goes seeking,</w:t>
        <w:br/>
      </w:r>
      <w:r>
        <w:rPr>
          <w:b w:val="0"/>
          <w:i/>
          <w:color w:val="222B33"/>
          <w:sz w:val="21"/>
        </w:rPr>
        <w:t>so that, even by report,</w:t>
        <w:br/>
      </w:r>
      <w:r>
        <w:rPr>
          <w:b w:val="0"/>
          <w:i/>
          <w:color w:val="222B33"/>
          <w:sz w:val="21"/>
        </w:rPr>
        <w:t>I might know the place</w:t>
        <w:br/>
      </w:r>
      <w:r>
        <w:rPr>
          <w:b w:val="0"/>
          <w:i/>
          <w:color w:val="222B33"/>
          <w:sz w:val="21"/>
        </w:rPr>
        <w:t>where her spirit is.</w:t>
      </w:r>
    </w:p>
    <w:p>
      <w:pPr>
        <w:spacing w:after="40"/>
      </w:pPr>
      <w:r>
        <w:rPr>
          <w:b w:val="0"/>
          <w:i w:val="0"/>
          <w:color w:val="222B33"/>
          <w:sz w:val="19"/>
        </w:rPr>
        <w:t>Recalls the Taoist adept who finds Yang Guifei’s spirit in Bai Juyi’s “Song of Everlasting Sorrow.”</w:t>
      </w:r>
    </w:p>
    <w:p>
      <w:pPr>
        <w:spacing w:after="40"/>
      </w:pPr>
      <w:r>
        <w:rPr>
          <w:b/>
          <w:i w:val="0"/>
          <w:color w:val="6A6F75"/>
          <w:sz w:val="18"/>
        </w:rPr>
        <w:t xml:space="preserve">Allusion. </w:t>
      </w:r>
      <w:hyperlink r:id="rId14">
        <w:r>
          <w:rPr>
            <w:color w:val="2E5A80"/>
            <w:u w:val="single"/>
            <w:sz w:val="19"/>
          </w:rPr>
          <w:t xml:space="preserve">Bai Juyi, Song of Everlasting Sorrow (長恨歌)</w:t>
        </w:r>
      </w:hyperlink>
      <w:r>
        <w:rPr>
          <w:b w:val="0"/>
          <w:i w:val="0"/>
          <w:sz w:val="19"/>
        </w:rPr>
        <w:t xml:space="preserve">  A Taoist adept seeks the dead Yang Guifei’s spirit and returns with her keepsake.</w:t>
      </w:r>
    </w:p>
    <w:p>
      <w:pPr>
        <w:spacing w:after="40"/>
      </w:pPr>
      <w:r>
        <w:rPr>
          <w:b w:val="0"/>
          <w:i w:val="0"/>
          <w:color w:val="6A6F75"/>
          <w:sz w:val="18"/>
        </w:rPr>
        <w:t xml:space="preserve">Echo, The wizard who seeks the soul: </w:t>
      </w:r>
      <w:hyperlink w:anchor="p583">
        <w:r>
          <w:rPr>
            <w:color w:val="2E5A80"/>
            <w:u w:val="single"/>
            <w:sz w:val="18"/>
          </w:rPr>
          <w:t xml:space="preserve">No. 583</w:t>
        </w:r>
      </w:hyperlink>
    </w:p>
    <w:p>
      <w:pPr>
        <w:keepNext/>
        <w:spacing w:after="20" w:before="200"/>
      </w:pPr>
      <w:bookmarkStart w:id="8" w:name="p7"/>
      <w:r>
        <w:rPr>
          <w:b/>
          <w:i w:val="0"/>
          <w:color w:val="222B33"/>
          <w:sz w:val="22"/>
        </w:rPr>
        <w:t>No. 7</w:t>
      </w:r>
      <w:r>
        <w:rPr>
          <w:b w:val="0"/>
          <w:i w:val="0"/>
          <w:color w:val="6A6F75"/>
          <w:sz w:val="18"/>
        </w:rPr>
        <w:t xml:space="preserve">   Kiritsubo Emperor   独 solo</w:t>
      </w:r>
      <w:bookmarkEnd w:id="8"/>
    </w:p>
    <w:p>
      <w:pPr>
        <w:keepNext/>
        <w:spacing w:after="40"/>
      </w:pPr>
      <w:r>
        <w:rPr>
          <w:b/>
          <w:i w:val="0"/>
          <w:color w:val="6A6F75"/>
          <w:sz w:val="18"/>
        </w:rPr>
        <w:t xml:space="preserve">Context. </w:t>
      </w:r>
      <w:r>
        <w:rPr>
          <w:b w:val="0"/>
          <w:i w:val="0"/>
          <w:color w:val="6A6F75"/>
          <w:sz w:val="19"/>
        </w:rPr>
        <w:t>The Emperor in mourning, while Kokiden makes music; the court divided over the dead Consort.</w:t>
      </w:r>
    </w:p>
    <w:p>
      <w:pPr>
        <w:keepNext/>
        <w:spacing w:after="0"/>
      </w:pPr>
      <w:r>
        <w:rPr>
          <w:rFonts w:ascii="Noto Serif CJK JP" w:hAnsi="Noto Serif CJK JP" w:eastAsia="Noto Serif CJK JP"/>
          <w:b w:val="0"/>
          <w:i w:val="0"/>
          <w:color w:val="222B33"/>
          <w:sz w:val="26"/>
        </w:rPr>
        <w:t>雲の上も涙にくるる秋の月いかですむらむ浅茅生の宿</w:t>
      </w:r>
    </w:p>
    <w:p>
      <w:pPr>
        <w:keepNext/>
        <w:spacing w:after="60"/>
      </w:pPr>
      <w:r>
        <w:rPr>
          <w:rFonts w:ascii="Noto Serif CJK JP" w:hAnsi="Noto Serif CJK JP" w:eastAsia="Noto Serif CJK JP"/>
          <w:b w:val="0"/>
          <w:i w:val="0"/>
          <w:color w:val="6A6F75"/>
          <w:sz w:val="19"/>
        </w:rPr>
        <w:t>雲のうへも　／　なみたにくるゝ　／　秋の月　／　いかてすむらん　／　あさちふのやと</w:t>
      </w:r>
    </w:p>
    <w:p>
      <w:pPr>
        <w:keepNext/>
        <w:spacing w:after="60"/>
      </w:pPr>
      <w:r>
        <w:rPr>
          <w:b w:val="0"/>
          <w:i/>
          <w:color w:val="222B33"/>
          <w:sz w:val="21"/>
        </w:rPr>
        <w:t>Even above the clouds</w:t>
        <w:br/>
      </w:r>
      <w:r>
        <w:rPr>
          <w:b w:val="0"/>
          <w:i/>
          <w:color w:val="222B33"/>
          <w:sz w:val="21"/>
        </w:rPr>
        <w:t>the autumn moon is dim with tears;</w:t>
        <w:br/>
      </w:r>
      <w:r>
        <w:rPr>
          <w:b w:val="0"/>
          <w:i/>
          <w:color w:val="222B33"/>
          <w:sz w:val="21"/>
        </w:rPr>
        <w:t>how could it shine clear</w:t>
        <w:br/>
      </w:r>
      <w:r>
        <w:rPr>
          <w:b w:val="0"/>
          <w:i/>
          <w:color w:val="222B33"/>
          <w:sz w:val="21"/>
        </w:rPr>
        <w:t>at that house</w:t>
        <w:br/>
      </w:r>
      <w:r>
        <w:rPr>
          <w:b w:val="0"/>
          <w:i/>
          <w:color w:val="222B33"/>
          <w:sz w:val="21"/>
        </w:rPr>
        <w:t>in the reed-grown waste?</w:t>
      </w:r>
    </w:p>
    <w:p>
      <w:pPr>
        <w:spacing w:after="40"/>
      </w:pPr>
      <w:r>
        <w:rPr>
          <w:b w:val="0"/>
          <w:i w:val="0"/>
          <w:color w:val="222B33"/>
          <w:sz w:val="19"/>
        </w:rPr>
        <w:t>Sumu is “shine clear” and “dwell.”</w:t>
      </w:r>
    </w:p>
    <w:p>
      <w:pPr>
        <w:keepNext/>
        <w:spacing w:after="20" w:before="200"/>
      </w:pPr>
      <w:bookmarkStart w:id="9" w:name="p8"/>
      <w:r>
        <w:rPr>
          <w:b/>
          <w:i w:val="0"/>
          <w:color w:val="222B33"/>
          <w:sz w:val="22"/>
        </w:rPr>
        <w:t>No. 8</w:t>
      </w:r>
      <w:r>
        <w:rPr>
          <w:b w:val="0"/>
          <w:i w:val="0"/>
          <w:color w:val="6A6F75"/>
          <w:sz w:val="18"/>
        </w:rPr>
        <w:t xml:space="preserve">   Kiritsubo Emperor → Minister of the Left   贈 sent</w:t>
      </w:r>
      <w:bookmarkEnd w:id="9"/>
    </w:p>
    <w:p>
      <w:pPr>
        <w:keepNext/>
        <w:spacing w:after="40"/>
      </w:pPr>
      <w:r>
        <w:rPr>
          <w:b/>
          <w:i w:val="0"/>
          <w:color w:val="6A6F75"/>
          <w:sz w:val="18"/>
        </w:rPr>
        <w:t xml:space="preserve">Context. </w:t>
      </w:r>
      <w:r>
        <w:rPr>
          <w:b w:val="0"/>
          <w:i w:val="0"/>
          <w:color w:val="6A6F75"/>
          <w:sz w:val="19"/>
        </w:rPr>
        <w:t>At Genji’s coming of age the Emperor asks the Minister of the Left to bind his daughter Aoi to Genji; the start of Genji’s first marriage.</w:t>
      </w:r>
    </w:p>
    <w:p>
      <w:pPr>
        <w:keepNext/>
        <w:spacing w:after="0"/>
      </w:pPr>
      <w:r>
        <w:rPr>
          <w:rFonts w:ascii="Noto Serif CJK JP" w:hAnsi="Noto Serif CJK JP" w:eastAsia="Noto Serif CJK JP"/>
          <w:b w:val="0"/>
          <w:i w:val="0"/>
          <w:color w:val="222B33"/>
          <w:sz w:val="26"/>
        </w:rPr>
        <w:t>いときなき初元結ひに長き世を契る心は結びこめつや</w:t>
      </w:r>
    </w:p>
    <w:p>
      <w:pPr>
        <w:keepNext/>
        <w:spacing w:after="60"/>
      </w:pPr>
      <w:r>
        <w:rPr>
          <w:rFonts w:ascii="Noto Serif CJK JP" w:hAnsi="Noto Serif CJK JP" w:eastAsia="Noto Serif CJK JP"/>
          <w:b w:val="0"/>
          <w:i w:val="0"/>
          <w:color w:val="6A6F75"/>
          <w:sz w:val="19"/>
        </w:rPr>
        <w:t>いときなき　／　はつもとゆひに　／　なかき世を　／　ちきる心は　／　むすひこめつや</w:t>
      </w:r>
    </w:p>
    <w:p>
      <w:pPr>
        <w:keepNext/>
        <w:spacing w:after="60"/>
      </w:pPr>
      <w:r>
        <w:rPr>
          <w:b w:val="0"/>
          <w:i/>
          <w:color w:val="222B33"/>
          <w:sz w:val="21"/>
        </w:rPr>
        <w:t>Into the first cord</w:t>
        <w:br/>
      </w:r>
      <w:r>
        <w:rPr>
          <w:b w:val="0"/>
          <w:i/>
          <w:color w:val="222B33"/>
          <w:sz w:val="21"/>
        </w:rPr>
        <w:t>binding the young one’s hair,</w:t>
        <w:br/>
      </w:r>
      <w:r>
        <w:rPr>
          <w:b w:val="0"/>
          <w:i/>
          <w:color w:val="222B33"/>
          <w:sz w:val="21"/>
        </w:rPr>
        <w:t>did you tie in a heart</w:t>
        <w:br/>
      </w:r>
      <w:r>
        <w:rPr>
          <w:b w:val="0"/>
          <w:i/>
          <w:color w:val="222B33"/>
          <w:sz w:val="21"/>
        </w:rPr>
        <w:t>pledging</w:t>
        <w:br/>
      </w:r>
      <w:r>
        <w:rPr>
          <w:b w:val="0"/>
          <w:i/>
          <w:color w:val="222B33"/>
          <w:sz w:val="21"/>
        </w:rPr>
        <w:t>a long life together?</w:t>
      </w:r>
    </w:p>
    <w:p>
      <w:pPr>
        <w:spacing w:after="40"/>
      </w:pPr>
      <w:r>
        <w:rPr>
          <w:b w:val="0"/>
          <w:i w:val="0"/>
          <w:color w:val="222B33"/>
          <w:sz w:val="19"/>
        </w:rPr>
        <w:t>At Genji’s coming of age; the cord hints at his marriage to Aoi.</w:t>
      </w:r>
    </w:p>
    <w:p>
      <w:pPr>
        <w:spacing w:after="40"/>
      </w:pPr>
      <w:r>
        <w:rPr>
          <w:b w:val="0"/>
          <w:i w:val="0"/>
          <w:color w:val="6A6F75"/>
          <w:sz w:val="18"/>
        </w:rPr>
        <w:t xml:space="preserve">Answered by </w:t>
      </w:r>
      <w:hyperlink w:anchor="p9">
        <w:r>
          <w:rPr>
            <w:color w:val="2E5A80"/>
            <w:u w:val="single"/>
            <w:sz w:val="18"/>
          </w:rPr>
          <w:t xml:space="preserve">No. 9 (Minister of the Left)</w:t>
        </w:r>
      </w:hyperlink>
    </w:p>
    <w:p>
      <w:pPr>
        <w:keepNext/>
        <w:spacing w:after="20" w:before="200"/>
      </w:pPr>
      <w:bookmarkStart w:id="10" w:name="p9"/>
      <w:r>
        <w:rPr>
          <w:b/>
          <w:i w:val="0"/>
          <w:color w:val="222B33"/>
          <w:sz w:val="22"/>
        </w:rPr>
        <w:t>No. 9</w:t>
      </w:r>
      <w:r>
        <w:rPr>
          <w:b w:val="0"/>
          <w:i w:val="0"/>
          <w:color w:val="6A6F75"/>
          <w:sz w:val="18"/>
        </w:rPr>
        <w:t xml:space="preserve">   Minister of the Left → Kiritsubo Emperor   答 reply</w:t>
      </w:r>
      <w:bookmarkEnd w:id="10"/>
    </w:p>
    <w:p>
      <w:pPr>
        <w:keepNext/>
        <w:spacing w:after="0"/>
      </w:pPr>
      <w:r>
        <w:rPr>
          <w:rFonts w:ascii="Noto Serif CJK JP" w:hAnsi="Noto Serif CJK JP" w:eastAsia="Noto Serif CJK JP"/>
          <w:b w:val="0"/>
          <w:i w:val="0"/>
          <w:color w:val="222B33"/>
          <w:sz w:val="26"/>
        </w:rPr>
        <w:t>結びつる心も深き元結ひに濃き紫の色し褪せずは</w:t>
      </w:r>
    </w:p>
    <w:p>
      <w:pPr>
        <w:keepNext/>
        <w:spacing w:after="60"/>
      </w:pPr>
      <w:r>
        <w:rPr>
          <w:rFonts w:ascii="Noto Serif CJK JP" w:hAnsi="Noto Serif CJK JP" w:eastAsia="Noto Serif CJK JP"/>
          <w:b w:val="0"/>
          <w:i w:val="0"/>
          <w:color w:val="6A6F75"/>
          <w:sz w:val="19"/>
        </w:rPr>
        <w:t>むすひつる　／　心もふかき　／　もとゆひに　／　こきむらさきの　／　色しあせすは</w:t>
      </w:r>
    </w:p>
    <w:p>
      <w:pPr>
        <w:keepNext/>
        <w:spacing w:after="60"/>
      </w:pPr>
      <w:r>
        <w:rPr>
          <w:b w:val="0"/>
          <w:i/>
          <w:color w:val="222B33"/>
          <w:sz w:val="21"/>
        </w:rPr>
        <w:t>Deep is the heart</w:t>
        <w:br/>
      </w:r>
      <w:r>
        <w:rPr>
          <w:b w:val="0"/>
          <w:i/>
          <w:color w:val="222B33"/>
          <w:sz w:val="21"/>
        </w:rPr>
        <w:t>bound into the hair cord,</w:t>
        <w:br/>
      </w:r>
      <w:r>
        <w:rPr>
          <w:b w:val="0"/>
          <w:i/>
          <w:color w:val="222B33"/>
          <w:sz w:val="21"/>
        </w:rPr>
        <w:t>if only the deep purple</w:t>
        <w:br/>
      </w:r>
      <w:r>
        <w:rPr>
          <w:b w:val="0"/>
          <w:i/>
          <w:color w:val="222B33"/>
          <w:sz w:val="21"/>
        </w:rPr>
        <w:t>does not fade.</w:t>
      </w:r>
    </w:p>
    <w:p>
      <w:pPr>
        <w:spacing w:after="40"/>
      </w:pPr>
      <w:r>
        <w:rPr>
          <w:b w:val="0"/>
          <w:i w:val="0"/>
          <w:color w:val="222B33"/>
          <w:sz w:val="19"/>
        </w:rPr>
        <w:t>He accepts the pledge on one condition: Genji’s constancy, the “purple” that must not fade.</w:t>
      </w:r>
    </w:p>
    <w:p>
      <w:pPr>
        <w:spacing w:after="40"/>
      </w:pPr>
      <w:r>
        <w:rPr>
          <w:b w:val="0"/>
          <w:i w:val="0"/>
          <w:color w:val="6A6F75"/>
          <w:sz w:val="18"/>
        </w:rPr>
        <w:t xml:space="preserve">In reply to </w:t>
      </w:r>
      <w:hyperlink w:anchor="p8">
        <w:r>
          <w:rPr>
            <w:color w:val="2E5A80"/>
            <w:u w:val="single"/>
            <w:sz w:val="18"/>
          </w:rPr>
          <w:t xml:space="preserve">No. 8 (Kiritsubo Emperor)</w:t>
        </w:r>
      </w:hyperlink>
    </w:p>
    <w:p>
      <w:pPr>
        <w:pStyle w:val="Heading1"/>
      </w:pPr>
      <w:bookmarkStart w:id="11" w:name="ch2"/>
      <w:r>
        <w:t>Chapter 2 · Hahakigi 帚木</w:t>
      </w:r>
      <w:bookmarkEnd w:id="11"/>
    </w:p>
    <w:p>
      <w:pPr>
        <w:keepNext/>
        <w:spacing w:after="20" w:before="200"/>
      </w:pPr>
      <w:bookmarkStart w:id="12" w:name="p10"/>
      <w:r>
        <w:rPr>
          <w:b/>
          <w:i w:val="0"/>
          <w:color w:val="222B33"/>
          <w:sz w:val="22"/>
        </w:rPr>
        <w:t>No. 10</w:t>
      </w:r>
      <w:r>
        <w:rPr>
          <w:b w:val="0"/>
          <w:i w:val="0"/>
          <w:color w:val="6A6F75"/>
          <w:sz w:val="18"/>
        </w:rPr>
        <w:t xml:space="preserve">   Chief Equerry of the Left → his jealous lover   贈 sent</w:t>
      </w:r>
      <w:bookmarkEnd w:id="12"/>
    </w:p>
    <w:p>
      <w:pPr>
        <w:keepNext/>
        <w:spacing w:after="40"/>
      </w:pPr>
      <w:r>
        <w:rPr>
          <w:b/>
          <w:i w:val="0"/>
          <w:color w:val="6A6F75"/>
          <w:sz w:val="18"/>
        </w:rPr>
        <w:t xml:space="preserve">Context. </w:t>
      </w:r>
      <w:r>
        <w:rPr>
          <w:b w:val="0"/>
          <w:i w:val="0"/>
          <w:color w:val="6A6F75"/>
          <w:sz w:val="19"/>
        </w:rPr>
        <w:t>A story in the rainy-night discussion of women: a jealous lover; part of the young men’s education in love.</w:t>
      </w:r>
    </w:p>
    <w:p>
      <w:pPr>
        <w:keepNext/>
        <w:spacing w:after="0"/>
      </w:pPr>
      <w:r>
        <w:rPr>
          <w:rFonts w:ascii="Noto Serif CJK JP" w:hAnsi="Noto Serif CJK JP" w:eastAsia="Noto Serif CJK JP"/>
          <w:b w:val="0"/>
          <w:i w:val="0"/>
          <w:color w:val="222B33"/>
          <w:sz w:val="26"/>
        </w:rPr>
        <w:t>手を折りてあひ見しことを数ふればこれひとつやは君が憂きふし</w:t>
      </w:r>
    </w:p>
    <w:p>
      <w:pPr>
        <w:keepNext/>
        <w:spacing w:after="60"/>
      </w:pPr>
      <w:r>
        <w:rPr>
          <w:rFonts w:ascii="Noto Serif CJK JP" w:hAnsi="Noto Serif CJK JP" w:eastAsia="Noto Serif CJK JP"/>
          <w:b w:val="0"/>
          <w:i w:val="0"/>
          <w:color w:val="6A6F75"/>
          <w:sz w:val="19"/>
        </w:rPr>
        <w:t>てをおりて　／　あひみし事を　／　かそふれは　／　これひとつやは　／　君かうきふし</w:t>
      </w:r>
    </w:p>
    <w:p>
      <w:pPr>
        <w:keepNext/>
        <w:spacing w:after="60"/>
      </w:pPr>
      <w:r>
        <w:rPr>
          <w:b w:val="0"/>
          <w:i/>
          <w:color w:val="222B33"/>
          <w:sz w:val="21"/>
        </w:rPr>
        <w:t>Folding my fingers</w:t>
        <w:br/>
      </w:r>
      <w:r>
        <w:rPr>
          <w:b w:val="0"/>
          <w:i/>
          <w:color w:val="222B33"/>
          <w:sz w:val="21"/>
        </w:rPr>
        <w:t>to count the times we met,</w:t>
        <w:br/>
      </w:r>
      <w:r>
        <w:rPr>
          <w:b w:val="0"/>
          <w:i/>
          <w:color w:val="222B33"/>
          <w:sz w:val="21"/>
        </w:rPr>
        <w:t>is this the only one,</w:t>
        <w:br/>
      </w:r>
      <w:r>
        <w:rPr>
          <w:b w:val="0"/>
          <w:i/>
          <w:color w:val="222B33"/>
          <w:sz w:val="21"/>
        </w:rPr>
        <w:t>your bitter joint?</w:t>
      </w:r>
    </w:p>
    <w:p>
      <w:pPr>
        <w:spacing w:after="40"/>
      </w:pPr>
      <w:r>
        <w:rPr>
          <w:b w:val="0"/>
          <w:i w:val="0"/>
          <w:color w:val="222B33"/>
          <w:sz w:val="19"/>
        </w:rPr>
        <w:t>In the rainy night discussion. She bit his finger; fushi is both a finger joint and an occasion for grievance.</w:t>
      </w:r>
    </w:p>
    <w:p>
      <w:pPr>
        <w:spacing w:after="40"/>
      </w:pPr>
      <w:r>
        <w:rPr>
          <w:b w:val="0"/>
          <w:i w:val="0"/>
          <w:color w:val="6A6F75"/>
          <w:sz w:val="18"/>
        </w:rPr>
        <w:t xml:space="preserve">Answered by </w:t>
      </w:r>
      <w:hyperlink w:anchor="p11">
        <w:r>
          <w:rPr>
            <w:color w:val="2E5A80"/>
            <w:u w:val="single"/>
            <w:sz w:val="18"/>
          </w:rPr>
          <w:t xml:space="preserve">No. 11 (the jealous lover)</w:t>
        </w:r>
      </w:hyperlink>
    </w:p>
    <w:p>
      <w:pPr>
        <w:keepNext/>
        <w:spacing w:after="20" w:before="200"/>
      </w:pPr>
      <w:bookmarkStart w:id="13" w:name="p11"/>
      <w:r>
        <w:rPr>
          <w:b/>
          <w:i w:val="0"/>
          <w:color w:val="222B33"/>
          <w:sz w:val="22"/>
        </w:rPr>
        <w:t>No. 11</w:t>
      </w:r>
      <w:r>
        <w:rPr>
          <w:b w:val="0"/>
          <w:i w:val="0"/>
          <w:color w:val="6A6F75"/>
          <w:sz w:val="18"/>
        </w:rPr>
        <w:t xml:space="preserve">   the jealous lover → Chief Equerry of the Left   答 reply</w:t>
      </w:r>
      <w:bookmarkEnd w:id="13"/>
    </w:p>
    <w:p>
      <w:pPr>
        <w:keepNext/>
        <w:spacing w:after="0"/>
      </w:pPr>
      <w:r>
        <w:rPr>
          <w:rFonts w:ascii="Noto Serif CJK JP" w:hAnsi="Noto Serif CJK JP" w:eastAsia="Noto Serif CJK JP"/>
          <w:b w:val="0"/>
          <w:i w:val="0"/>
          <w:color w:val="222B33"/>
          <w:sz w:val="26"/>
        </w:rPr>
        <w:t>憂きふしを心ひとつに数へきてこや君が手を別るべきをり</w:t>
      </w:r>
    </w:p>
    <w:p>
      <w:pPr>
        <w:keepNext/>
        <w:spacing w:after="60"/>
      </w:pPr>
      <w:r>
        <w:rPr>
          <w:rFonts w:ascii="Noto Serif CJK JP" w:hAnsi="Noto Serif CJK JP" w:eastAsia="Noto Serif CJK JP"/>
          <w:b w:val="0"/>
          <w:i w:val="0"/>
          <w:color w:val="6A6F75"/>
          <w:sz w:val="19"/>
        </w:rPr>
        <w:t>うきふしを　／　心ひとつに　／　かそへきて　／　こや君かてを　／　わかるへきおり</w:t>
      </w:r>
    </w:p>
    <w:p>
      <w:pPr>
        <w:keepNext/>
        <w:spacing w:after="60"/>
      </w:pPr>
      <w:r>
        <w:rPr>
          <w:b w:val="0"/>
          <w:i/>
          <w:color w:val="222B33"/>
          <w:sz w:val="21"/>
        </w:rPr>
        <w:t>Counting bitter joints</w:t>
        <w:br/>
      </w:r>
      <w:r>
        <w:rPr>
          <w:b w:val="0"/>
          <w:i/>
          <w:color w:val="222B33"/>
          <w:sz w:val="21"/>
        </w:rPr>
        <w:t>in my one heart alone,</w:t>
        <w:br/>
      </w:r>
      <w:r>
        <w:rPr>
          <w:b w:val="0"/>
          <w:i/>
          <w:color w:val="222B33"/>
          <w:sz w:val="21"/>
        </w:rPr>
        <w:t>is this, then, the time</w:t>
        <w:br/>
      </w:r>
      <w:r>
        <w:rPr>
          <w:b w:val="0"/>
          <w:i/>
          <w:color w:val="222B33"/>
          <w:sz w:val="21"/>
        </w:rPr>
        <w:t>to part</w:t>
        <w:br/>
      </w:r>
      <w:r>
        <w:rPr>
          <w:b w:val="0"/>
          <w:i/>
          <w:color w:val="222B33"/>
          <w:sz w:val="21"/>
        </w:rPr>
        <w:t>from your hand?</w:t>
      </w:r>
    </w:p>
    <w:p>
      <w:pPr>
        <w:spacing w:after="40"/>
      </w:pPr>
      <w:r>
        <w:rPr>
          <w:b w:val="0"/>
          <w:i w:val="0"/>
          <w:color w:val="222B33"/>
          <w:sz w:val="19"/>
        </w:rPr>
        <w:t>She turns his finger-counting back on him.</w:t>
      </w:r>
    </w:p>
    <w:p>
      <w:pPr>
        <w:spacing w:after="40"/>
      </w:pPr>
      <w:r>
        <w:rPr>
          <w:b w:val="0"/>
          <w:i w:val="0"/>
          <w:color w:val="6A6F75"/>
          <w:sz w:val="18"/>
        </w:rPr>
        <w:t xml:space="preserve">In reply to </w:t>
      </w:r>
      <w:hyperlink w:anchor="p10">
        <w:r>
          <w:rPr>
            <w:color w:val="2E5A80"/>
            <w:u w:val="single"/>
            <w:sz w:val="18"/>
          </w:rPr>
          <w:t xml:space="preserve">No. 10 (Chief Equerry of the Left)</w:t>
        </w:r>
      </w:hyperlink>
    </w:p>
    <w:p>
      <w:pPr>
        <w:keepNext/>
        <w:spacing w:after="20" w:before="200"/>
      </w:pPr>
      <w:bookmarkStart w:id="14" w:name="p12"/>
      <w:r>
        <w:rPr>
          <w:b/>
          <w:i w:val="0"/>
          <w:color w:val="222B33"/>
          <w:sz w:val="22"/>
        </w:rPr>
        <w:t>No. 12</w:t>
      </w:r>
      <w:r>
        <w:rPr>
          <w:b w:val="0"/>
          <w:i w:val="0"/>
          <w:color w:val="6A6F75"/>
          <w:sz w:val="18"/>
        </w:rPr>
        <w:t xml:space="preserve">   a courtier → the flirtatious lover   贈 sent</w:t>
      </w:r>
      <w:bookmarkEnd w:id="14"/>
    </w:p>
    <w:p>
      <w:pPr>
        <w:keepNext/>
        <w:spacing w:after="40"/>
      </w:pPr>
      <w:r>
        <w:rPr>
          <w:b/>
          <w:i w:val="0"/>
          <w:color w:val="6A6F75"/>
          <w:sz w:val="18"/>
        </w:rPr>
        <w:t xml:space="preserve">Context. </w:t>
      </w:r>
      <w:r>
        <w:rPr>
          <w:b w:val="0"/>
          <w:i w:val="0"/>
          <w:color w:val="6A6F75"/>
          <w:sz w:val="19"/>
        </w:rPr>
        <w:t>A story in the rainy-night discussion: the flirtatious lover; the men debate what makes a good wife.</w:t>
      </w:r>
    </w:p>
    <w:p>
      <w:pPr>
        <w:keepNext/>
        <w:spacing w:after="0"/>
      </w:pPr>
      <w:r>
        <w:rPr>
          <w:rFonts w:ascii="Noto Serif CJK JP" w:hAnsi="Noto Serif CJK JP" w:eastAsia="Noto Serif CJK JP"/>
          <w:b w:val="0"/>
          <w:i w:val="0"/>
          <w:color w:val="222B33"/>
          <w:sz w:val="26"/>
        </w:rPr>
        <w:t>琴の音も月もえならぬ宿ながらつれなき人をひきやとめける</w:t>
      </w:r>
    </w:p>
    <w:p>
      <w:pPr>
        <w:keepNext/>
        <w:spacing w:after="60"/>
      </w:pPr>
      <w:r>
        <w:rPr>
          <w:rFonts w:ascii="Noto Serif CJK JP" w:hAnsi="Noto Serif CJK JP" w:eastAsia="Noto Serif CJK JP"/>
          <w:b w:val="0"/>
          <w:i w:val="0"/>
          <w:color w:val="6A6F75"/>
          <w:sz w:val="19"/>
        </w:rPr>
        <w:t>ことのねも　／　月もえならぬ　／　やとなから　／　つれなき人を　／　ひきやとめける</w:t>
      </w:r>
    </w:p>
    <w:p>
      <w:pPr>
        <w:keepNext/>
        <w:spacing w:after="60"/>
      </w:pPr>
      <w:r>
        <w:rPr>
          <w:b w:val="0"/>
          <w:i/>
          <w:color w:val="222B33"/>
          <w:sz w:val="21"/>
        </w:rPr>
        <w:t>Though the koto’s sound and the moon</w:t>
        <w:br/>
      </w:r>
      <w:r>
        <w:rPr>
          <w:b w:val="0"/>
          <w:i/>
          <w:color w:val="222B33"/>
          <w:sz w:val="21"/>
        </w:rPr>
        <w:t>are matchless at this house,</w:t>
        <w:br/>
      </w:r>
      <w:r>
        <w:rPr>
          <w:b w:val="0"/>
          <w:i/>
          <w:color w:val="222B33"/>
          <w:sz w:val="21"/>
        </w:rPr>
        <w:t>did your playing ever</w:t>
        <w:br/>
      </w:r>
      <w:r>
        <w:rPr>
          <w:b w:val="0"/>
          <w:i/>
          <w:color w:val="222B33"/>
          <w:sz w:val="21"/>
        </w:rPr>
        <w:t>hold back</w:t>
        <w:br/>
      </w:r>
      <w:r>
        <w:rPr>
          <w:b w:val="0"/>
          <w:i/>
          <w:color w:val="222B33"/>
          <w:sz w:val="21"/>
        </w:rPr>
        <w:t>the heartless one?</w:t>
      </w:r>
    </w:p>
    <w:p>
      <w:pPr>
        <w:spacing w:after="40"/>
      </w:pPr>
      <w:r>
        <w:rPr>
          <w:b w:val="0"/>
          <w:i w:val="0"/>
          <w:color w:val="222B33"/>
          <w:sz w:val="19"/>
        </w:rPr>
        <w:t>Hiku is both “play” and “draw back, detain.”</w:t>
      </w:r>
    </w:p>
    <w:p>
      <w:pPr>
        <w:spacing w:after="40"/>
      </w:pPr>
      <w:r>
        <w:rPr>
          <w:b w:val="0"/>
          <w:i w:val="0"/>
          <w:color w:val="6A6F75"/>
          <w:sz w:val="18"/>
        </w:rPr>
        <w:t xml:space="preserve">Answered by </w:t>
      </w:r>
      <w:hyperlink w:anchor="p13">
        <w:r>
          <w:rPr>
            <w:color w:val="2E5A80"/>
            <w:u w:val="single"/>
            <w:sz w:val="18"/>
          </w:rPr>
          <w:t xml:space="preserve">No. 13 (the flirtatious lover)</w:t>
        </w:r>
      </w:hyperlink>
    </w:p>
    <w:p>
      <w:pPr>
        <w:keepNext/>
        <w:spacing w:after="20" w:before="200"/>
      </w:pPr>
      <w:bookmarkStart w:id="15" w:name="p13"/>
      <w:r>
        <w:rPr>
          <w:b/>
          <w:i w:val="0"/>
          <w:color w:val="222B33"/>
          <w:sz w:val="22"/>
        </w:rPr>
        <w:t>No. 13</w:t>
      </w:r>
      <w:r>
        <w:rPr>
          <w:b w:val="0"/>
          <w:i w:val="0"/>
          <w:color w:val="6A6F75"/>
          <w:sz w:val="18"/>
        </w:rPr>
        <w:t xml:space="preserve">   the flirtatious lover → a courtier   答 reply</w:t>
      </w:r>
      <w:bookmarkEnd w:id="15"/>
    </w:p>
    <w:p>
      <w:pPr>
        <w:keepNext/>
        <w:spacing w:after="0"/>
      </w:pPr>
      <w:r>
        <w:rPr>
          <w:rFonts w:ascii="Noto Serif CJK JP" w:hAnsi="Noto Serif CJK JP" w:eastAsia="Noto Serif CJK JP"/>
          <w:b w:val="0"/>
          <w:i w:val="0"/>
          <w:color w:val="222B33"/>
          <w:sz w:val="26"/>
        </w:rPr>
        <w:t>木枯に吹きあはすめる笛の音をひきとどむべき言の葉ぞなき</w:t>
      </w:r>
    </w:p>
    <w:p>
      <w:pPr>
        <w:keepNext/>
        <w:spacing w:after="60"/>
      </w:pPr>
      <w:r>
        <w:rPr>
          <w:rFonts w:ascii="Noto Serif CJK JP" w:hAnsi="Noto Serif CJK JP" w:eastAsia="Noto Serif CJK JP"/>
          <w:b w:val="0"/>
          <w:i w:val="0"/>
          <w:color w:val="6A6F75"/>
          <w:sz w:val="19"/>
        </w:rPr>
        <w:t>木からしに　／　吹あはすめる　／　ふえのねを　／　ひきとゝむへき　／　ことのはそなき</w:t>
      </w:r>
    </w:p>
    <w:p>
      <w:pPr>
        <w:keepNext/>
        <w:spacing w:after="60"/>
      </w:pPr>
      <w:r>
        <w:rPr>
          <w:b w:val="0"/>
          <w:i/>
          <w:color w:val="222B33"/>
          <w:sz w:val="21"/>
        </w:rPr>
        <w:t>For the flute’s notes</w:t>
        <w:br/>
      </w:r>
      <w:r>
        <w:rPr>
          <w:b w:val="0"/>
          <w:i/>
          <w:color w:val="222B33"/>
          <w:sz w:val="21"/>
        </w:rPr>
        <w:t>that seem to blow in tune</w:t>
        <w:br/>
      </w:r>
      <w:r>
        <w:rPr>
          <w:b w:val="0"/>
          <w:i/>
          <w:color w:val="222B33"/>
          <w:sz w:val="21"/>
        </w:rPr>
        <w:t>with the withering wind,</w:t>
        <w:br/>
      </w:r>
      <w:r>
        <w:rPr>
          <w:b w:val="0"/>
          <w:i/>
          <w:color w:val="222B33"/>
          <w:sz w:val="21"/>
        </w:rPr>
        <w:t>I have no leaves of words</w:t>
        <w:br/>
      </w:r>
      <w:r>
        <w:rPr>
          <w:b w:val="0"/>
          <w:i/>
          <w:color w:val="222B33"/>
          <w:sz w:val="21"/>
        </w:rPr>
        <w:t>to hold them back.</w:t>
      </w:r>
    </w:p>
    <w:p>
      <w:pPr>
        <w:spacing w:after="40"/>
      </w:pPr>
      <w:r>
        <w:rPr>
          <w:b w:val="0"/>
          <w:i w:val="0"/>
          <w:color w:val="222B33"/>
          <w:sz w:val="19"/>
        </w:rPr>
        <w:t>She deflects him with his own figure of “holding back.”</w:t>
      </w:r>
    </w:p>
    <w:p>
      <w:pPr>
        <w:spacing w:after="40"/>
      </w:pPr>
      <w:r>
        <w:rPr>
          <w:b w:val="0"/>
          <w:i w:val="0"/>
          <w:color w:val="6A6F75"/>
          <w:sz w:val="18"/>
        </w:rPr>
        <w:t xml:space="preserve">In reply to </w:t>
      </w:r>
      <w:hyperlink w:anchor="p12">
        <w:r>
          <w:rPr>
            <w:color w:val="2E5A80"/>
            <w:u w:val="single"/>
            <w:sz w:val="18"/>
          </w:rPr>
          <w:t xml:space="preserve">No. 12 (a courtier)</w:t>
        </w:r>
      </w:hyperlink>
    </w:p>
    <w:p>
      <w:pPr>
        <w:keepNext/>
        <w:spacing w:after="20" w:before="200"/>
      </w:pPr>
      <w:bookmarkStart w:id="16" w:name="p14"/>
      <w:r>
        <w:rPr>
          <w:b/>
          <w:i w:val="0"/>
          <w:color w:val="222B33"/>
          <w:sz w:val="22"/>
        </w:rPr>
        <w:t>No. 14</w:t>
      </w:r>
      <w:r>
        <w:rPr>
          <w:b w:val="0"/>
          <w:i w:val="0"/>
          <w:color w:val="6A6F75"/>
          <w:sz w:val="18"/>
        </w:rPr>
        <w:t xml:space="preserve">   Yūgao → Tō no Chūjō   贈 sent</w:t>
      </w:r>
      <w:bookmarkEnd w:id="16"/>
    </w:p>
    <w:p>
      <w:pPr>
        <w:keepNext/>
        <w:spacing w:after="40"/>
      </w:pPr>
      <w:r>
        <w:rPr>
          <w:b/>
          <w:i w:val="0"/>
          <w:color w:val="6A6F75"/>
          <w:sz w:val="18"/>
        </w:rPr>
        <w:t xml:space="preserve">Context. </w:t>
      </w:r>
      <w:r>
        <w:rPr>
          <w:b w:val="0"/>
          <w:i w:val="0"/>
          <w:color w:val="6A6F75"/>
          <w:sz w:val="19"/>
        </w:rPr>
        <w:t>Tō no Chūjō’s story of a shy lover and their child, later revealed as Yūgao and Tamakazura; the first seed of Tamakazura’s story.</w:t>
      </w:r>
    </w:p>
    <w:p>
      <w:pPr>
        <w:keepNext/>
        <w:spacing w:after="0"/>
      </w:pPr>
      <w:r>
        <w:rPr>
          <w:rFonts w:ascii="Noto Serif CJK JP" w:hAnsi="Noto Serif CJK JP" w:eastAsia="Noto Serif CJK JP"/>
          <w:b w:val="0"/>
          <w:i w:val="0"/>
          <w:color w:val="222B33"/>
          <w:sz w:val="26"/>
        </w:rPr>
        <w:t>山がつの垣ほ荒るとも折々にあはれはかけよ撫子の露</w:t>
      </w:r>
    </w:p>
    <w:p>
      <w:pPr>
        <w:keepNext/>
        <w:spacing w:after="60"/>
      </w:pPr>
      <w:r>
        <w:rPr>
          <w:rFonts w:ascii="Noto Serif CJK JP" w:hAnsi="Noto Serif CJK JP" w:eastAsia="Noto Serif CJK JP"/>
          <w:b w:val="0"/>
          <w:i w:val="0"/>
          <w:color w:val="6A6F75"/>
          <w:sz w:val="19"/>
        </w:rPr>
        <w:t>山かつの　／　かきほあるとも　／　おりおりに　／　あはれはかけよ　／　なてしこの露</w:t>
      </w:r>
    </w:p>
    <w:p>
      <w:pPr>
        <w:keepNext/>
        <w:spacing w:after="60"/>
      </w:pPr>
      <w:r>
        <w:rPr>
          <w:b w:val="0"/>
          <w:i/>
          <w:color w:val="222B33"/>
          <w:sz w:val="21"/>
        </w:rPr>
        <w:t>Though the hedge of the mountain folk</w:t>
        <w:br/>
      </w:r>
      <w:r>
        <w:rPr>
          <w:b w:val="0"/>
          <w:i/>
          <w:color w:val="222B33"/>
          <w:sz w:val="21"/>
        </w:rPr>
        <w:t>fall to ruin, now and then</w:t>
        <w:br/>
      </w:r>
      <w:r>
        <w:rPr>
          <w:b w:val="0"/>
          <w:i/>
          <w:color w:val="222B33"/>
          <w:sz w:val="21"/>
        </w:rPr>
        <w:t>let your pity rest</w:t>
        <w:br/>
      </w:r>
      <w:r>
        <w:rPr>
          <w:b w:val="0"/>
          <w:i/>
          <w:color w:val="222B33"/>
          <w:sz w:val="21"/>
        </w:rPr>
        <w:t>like dew</w:t>
        <w:br/>
      </w:r>
      <w:r>
        <w:rPr>
          <w:b w:val="0"/>
          <w:i/>
          <w:color w:val="222B33"/>
          <w:sz w:val="21"/>
        </w:rPr>
        <w:t>on the pink.</w:t>
      </w:r>
    </w:p>
    <w:p>
      <w:pPr>
        <w:spacing w:after="40"/>
      </w:pPr>
      <w:r>
        <w:rPr>
          <w:b w:val="0"/>
          <w:i w:val="0"/>
          <w:color w:val="222B33"/>
          <w:sz w:val="19"/>
        </w:rPr>
        <w:t>Told by Tō no Chūjō. The pink (nadeshiko) is their child, later Tamakazura.</w:t>
      </w:r>
    </w:p>
    <w:p>
      <w:pPr>
        <w:spacing w:after="40"/>
      </w:pPr>
      <w:r>
        <w:rPr>
          <w:b w:val="0"/>
          <w:i w:val="0"/>
          <w:color w:val="6A6F75"/>
          <w:sz w:val="18"/>
        </w:rPr>
        <w:t xml:space="preserve">Answered by </w:t>
      </w:r>
      <w:hyperlink w:anchor="p15">
        <w:r>
          <w:rPr>
            <w:color w:val="2E5A80"/>
            <w:u w:val="single"/>
            <w:sz w:val="18"/>
          </w:rPr>
          <w:t xml:space="preserve">No. 15 (Tō no Chūjō)</w:t>
        </w:r>
      </w:hyperlink>
      <w:r>
        <w:rPr>
          <w:b w:val="0"/>
          <w:i w:val="0"/>
          <w:color w:val="6A6F75"/>
          <w:sz w:val="18"/>
        </w:rPr>
        <w:t xml:space="preserve">   ·   </w:t>
      </w:r>
      <w:r>
        <w:rPr>
          <w:b w:val="0"/>
          <w:i w:val="0"/>
          <w:color w:val="6A6F75"/>
          <w:sz w:val="18"/>
        </w:rPr>
        <w:t xml:space="preserve">Echo, The pink by the hedge: Yūgao and her daughter: </w:t>
      </w:r>
      <w:hyperlink w:anchor="p15">
        <w:r>
          <w:rPr>
            <w:color w:val="2E5A80"/>
            <w:u w:val="single"/>
            <w:sz w:val="18"/>
          </w:rPr>
          <w:t xml:space="preserve">No. 15</w:t>
        </w:r>
      </w:hyperlink>
      <w:r>
        <w:rPr>
          <w:b w:val="0"/>
          <w:i w:val="0"/>
          <w:color w:val="6A6F75"/>
          <w:sz w:val="18"/>
        </w:rPr>
        <w:t xml:space="preserve">, </w:t>
      </w:r>
      <w:hyperlink w:anchor="p16">
        <w:r>
          <w:rPr>
            <w:color w:val="2E5A80"/>
            <w:u w:val="single"/>
            <w:sz w:val="18"/>
          </w:rPr>
          <w:t xml:space="preserve">No. 16</w:t>
        </w:r>
      </w:hyperlink>
      <w:r>
        <w:rPr>
          <w:b w:val="0"/>
          <w:i w:val="0"/>
          <w:color w:val="6A6F75"/>
          <w:sz w:val="18"/>
        </w:rPr>
        <w:t xml:space="preserve">, </w:t>
      </w:r>
      <w:hyperlink w:anchor="p380">
        <w:r>
          <w:rPr>
            <w:color w:val="2E5A80"/>
            <w:u w:val="single"/>
            <w:sz w:val="18"/>
          </w:rPr>
          <w:t xml:space="preserve">No. 380</w:t>
        </w:r>
      </w:hyperlink>
      <w:r>
        <w:rPr>
          <w:b w:val="0"/>
          <w:i w:val="0"/>
          <w:color w:val="6A6F75"/>
          <w:sz w:val="18"/>
        </w:rPr>
        <w:t xml:space="preserve">, </w:t>
      </w:r>
      <w:hyperlink w:anchor="p381">
        <w:r>
          <w:rPr>
            <w:color w:val="2E5A80"/>
            <w:u w:val="single"/>
            <w:sz w:val="18"/>
          </w:rPr>
          <w:t xml:space="preserve">No. 381</w:t>
        </w:r>
      </w:hyperlink>
    </w:p>
    <w:p>
      <w:pPr>
        <w:keepNext/>
        <w:spacing w:after="20" w:before="200"/>
      </w:pPr>
      <w:bookmarkStart w:id="17" w:name="p15"/>
      <w:r>
        <w:rPr>
          <w:b/>
          <w:i w:val="0"/>
          <w:color w:val="222B33"/>
          <w:sz w:val="22"/>
        </w:rPr>
        <w:t>No. 15</w:t>
      </w:r>
      <w:r>
        <w:rPr>
          <w:b w:val="0"/>
          <w:i w:val="0"/>
          <w:color w:val="6A6F75"/>
          <w:sz w:val="18"/>
        </w:rPr>
        <w:t xml:space="preserve">   Tō no Chūjō → Yūgao   答 reply</w:t>
      </w:r>
      <w:bookmarkEnd w:id="17"/>
    </w:p>
    <w:p>
      <w:pPr>
        <w:keepNext/>
        <w:spacing w:after="0"/>
      </w:pPr>
      <w:r>
        <w:rPr>
          <w:rFonts w:ascii="Noto Serif CJK JP" w:hAnsi="Noto Serif CJK JP" w:eastAsia="Noto Serif CJK JP"/>
          <w:b w:val="0"/>
          <w:i w:val="0"/>
          <w:color w:val="222B33"/>
          <w:sz w:val="26"/>
        </w:rPr>
        <w:t>咲きまじる色はいづれと分かねどもなほ常夏にしくものぞなき</w:t>
      </w:r>
    </w:p>
    <w:p>
      <w:pPr>
        <w:keepNext/>
        <w:spacing w:after="60"/>
      </w:pPr>
      <w:r>
        <w:rPr>
          <w:rFonts w:ascii="Noto Serif CJK JP" w:hAnsi="Noto Serif CJK JP" w:eastAsia="Noto Serif CJK JP"/>
          <w:b w:val="0"/>
          <w:i w:val="0"/>
          <w:color w:val="6A6F75"/>
          <w:sz w:val="19"/>
        </w:rPr>
        <w:t>さきましる　／　色はいつれと　／　わかねとも　／　猶常夏に　／　しくものそなき</w:t>
      </w:r>
    </w:p>
    <w:p>
      <w:pPr>
        <w:keepNext/>
        <w:spacing w:after="60"/>
      </w:pPr>
      <w:r>
        <w:rPr>
          <w:b w:val="0"/>
          <w:i/>
          <w:color w:val="222B33"/>
          <w:sz w:val="21"/>
        </w:rPr>
        <w:t>Among the mingled flowers</w:t>
        <w:br/>
      </w:r>
      <w:r>
        <w:rPr>
          <w:b w:val="0"/>
          <w:i/>
          <w:color w:val="222B33"/>
          <w:sz w:val="21"/>
        </w:rPr>
        <w:t>I cannot tell one hue from another,</w:t>
        <w:br/>
      </w:r>
      <w:r>
        <w:rPr>
          <w:b w:val="0"/>
          <w:i/>
          <w:color w:val="222B33"/>
          <w:sz w:val="21"/>
        </w:rPr>
        <w:t>yet nothing surpasses</w:t>
        <w:br/>
      </w:r>
      <w:r>
        <w:rPr>
          <w:b w:val="0"/>
          <w:i/>
          <w:color w:val="222B33"/>
          <w:sz w:val="21"/>
        </w:rPr>
        <w:t>the everlasting pink.</w:t>
      </w:r>
    </w:p>
    <w:p>
      <w:pPr>
        <w:spacing w:after="40"/>
      </w:pPr>
      <w:r>
        <w:rPr>
          <w:b w:val="0"/>
          <w:i w:val="0"/>
          <w:color w:val="222B33"/>
          <w:sz w:val="19"/>
        </w:rPr>
        <w:t>He shifts from the child (nadeshiko) to the mother (tokonatsu, which holds toko, “bed”).</w:t>
      </w:r>
    </w:p>
    <w:p>
      <w:pPr>
        <w:spacing w:after="40"/>
      </w:pPr>
      <w:r>
        <w:rPr>
          <w:b w:val="0"/>
          <w:i w:val="0"/>
          <w:color w:val="6A6F75"/>
          <w:sz w:val="18"/>
        </w:rPr>
        <w:t xml:space="preserve">In reply to </w:t>
      </w:r>
      <w:hyperlink w:anchor="p14">
        <w:r>
          <w:rPr>
            <w:color w:val="2E5A80"/>
            <w:u w:val="single"/>
            <w:sz w:val="18"/>
          </w:rPr>
          <w:t xml:space="preserve">No. 14 (Yūgao)</w:t>
        </w:r>
      </w:hyperlink>
      <w:r>
        <w:rPr>
          <w:b w:val="0"/>
          <w:i w:val="0"/>
          <w:color w:val="6A6F75"/>
          <w:sz w:val="18"/>
        </w:rPr>
        <w:t xml:space="preserve">   ·   </w:t>
      </w:r>
      <w:r>
        <w:rPr>
          <w:b w:val="0"/>
          <w:i w:val="0"/>
          <w:color w:val="6A6F75"/>
          <w:sz w:val="18"/>
        </w:rPr>
        <w:t xml:space="preserve">Answered by </w:t>
      </w:r>
      <w:hyperlink w:anchor="p16">
        <w:r>
          <w:rPr>
            <w:color w:val="2E5A80"/>
            <w:u w:val="single"/>
            <w:sz w:val="18"/>
          </w:rPr>
          <w:t xml:space="preserve">No. 16 (Yūgao)</w:t>
        </w:r>
      </w:hyperlink>
      <w:r>
        <w:rPr>
          <w:b w:val="0"/>
          <w:i w:val="0"/>
          <w:color w:val="6A6F75"/>
          <w:sz w:val="18"/>
        </w:rPr>
        <w:t xml:space="preserve">   ·   </w:t>
      </w:r>
      <w:r>
        <w:rPr>
          <w:b w:val="0"/>
          <w:i w:val="0"/>
          <w:color w:val="6A6F75"/>
          <w:sz w:val="18"/>
        </w:rPr>
        <w:t xml:space="preserve">Echo, The pink by the hedge: Yūgao and her daughter: </w:t>
      </w:r>
      <w:hyperlink w:anchor="p14">
        <w:r>
          <w:rPr>
            <w:color w:val="2E5A80"/>
            <w:u w:val="single"/>
            <w:sz w:val="18"/>
          </w:rPr>
          <w:t xml:space="preserve">No. 14</w:t>
        </w:r>
      </w:hyperlink>
      <w:r>
        <w:rPr>
          <w:b w:val="0"/>
          <w:i w:val="0"/>
          <w:color w:val="6A6F75"/>
          <w:sz w:val="18"/>
        </w:rPr>
        <w:t xml:space="preserve">, </w:t>
      </w:r>
      <w:hyperlink w:anchor="p16">
        <w:r>
          <w:rPr>
            <w:color w:val="2E5A80"/>
            <w:u w:val="single"/>
            <w:sz w:val="18"/>
          </w:rPr>
          <w:t xml:space="preserve">No. 16</w:t>
        </w:r>
      </w:hyperlink>
      <w:r>
        <w:rPr>
          <w:b w:val="0"/>
          <w:i w:val="0"/>
          <w:color w:val="6A6F75"/>
          <w:sz w:val="18"/>
        </w:rPr>
        <w:t xml:space="preserve">, </w:t>
      </w:r>
      <w:hyperlink w:anchor="p380">
        <w:r>
          <w:rPr>
            <w:color w:val="2E5A80"/>
            <w:u w:val="single"/>
            <w:sz w:val="18"/>
          </w:rPr>
          <w:t xml:space="preserve">No. 380</w:t>
        </w:r>
      </w:hyperlink>
      <w:r>
        <w:rPr>
          <w:b w:val="0"/>
          <w:i w:val="0"/>
          <w:color w:val="6A6F75"/>
          <w:sz w:val="18"/>
        </w:rPr>
        <w:t xml:space="preserve">, </w:t>
      </w:r>
      <w:hyperlink w:anchor="p381">
        <w:r>
          <w:rPr>
            <w:color w:val="2E5A80"/>
            <w:u w:val="single"/>
            <w:sz w:val="18"/>
          </w:rPr>
          <w:t xml:space="preserve">No. 381</w:t>
        </w:r>
      </w:hyperlink>
    </w:p>
    <w:p>
      <w:pPr>
        <w:keepNext/>
        <w:spacing w:after="20" w:before="200"/>
      </w:pPr>
      <w:bookmarkStart w:id="18" w:name="p16"/>
      <w:r>
        <w:rPr>
          <w:b/>
          <w:i w:val="0"/>
          <w:color w:val="222B33"/>
          <w:sz w:val="22"/>
        </w:rPr>
        <w:t>No. 16</w:t>
      </w:r>
      <w:r>
        <w:rPr>
          <w:b w:val="0"/>
          <w:i w:val="0"/>
          <w:color w:val="6A6F75"/>
          <w:sz w:val="18"/>
        </w:rPr>
        <w:t xml:space="preserve">   Yūgao → Tō no Chūjō   答 reply</w:t>
      </w:r>
      <w:bookmarkEnd w:id="18"/>
    </w:p>
    <w:p>
      <w:pPr>
        <w:keepNext/>
        <w:spacing w:after="0"/>
      </w:pPr>
      <w:r>
        <w:rPr>
          <w:rFonts w:ascii="Noto Serif CJK JP" w:hAnsi="Noto Serif CJK JP" w:eastAsia="Noto Serif CJK JP"/>
          <w:b w:val="0"/>
          <w:i w:val="0"/>
          <w:color w:val="222B33"/>
          <w:sz w:val="26"/>
        </w:rPr>
        <w:t>うち払ふ袖も露けき常夏にあらし吹きそふ秋も来にけり</w:t>
      </w:r>
    </w:p>
    <w:p>
      <w:pPr>
        <w:keepNext/>
        <w:spacing w:after="60"/>
      </w:pPr>
      <w:r>
        <w:rPr>
          <w:rFonts w:ascii="Noto Serif CJK JP" w:hAnsi="Noto Serif CJK JP" w:eastAsia="Noto Serif CJK JP"/>
          <w:b w:val="0"/>
          <w:i w:val="0"/>
          <w:color w:val="6A6F75"/>
          <w:sz w:val="19"/>
        </w:rPr>
        <w:t>うちはらふ　／　袖も露けき　／　とこなつに　／　あらし吹そふ　／　秋もきにけり</w:t>
      </w:r>
    </w:p>
    <w:p>
      <w:pPr>
        <w:keepNext/>
        <w:spacing w:after="60"/>
      </w:pPr>
      <w:r>
        <w:rPr>
          <w:b w:val="0"/>
          <w:i/>
          <w:color w:val="222B33"/>
          <w:sz w:val="21"/>
        </w:rPr>
        <w:t>The everlasting pink</w:t>
        <w:br/>
      </w:r>
      <w:r>
        <w:rPr>
          <w:b w:val="0"/>
          <w:i/>
          <w:color w:val="222B33"/>
          <w:sz w:val="21"/>
        </w:rPr>
        <w:t>with sleeves wet from brushing dew;</w:t>
        <w:br/>
      </w:r>
      <w:r>
        <w:rPr>
          <w:b w:val="0"/>
          <w:i/>
          <w:color w:val="222B33"/>
          <w:sz w:val="21"/>
        </w:rPr>
        <w:t>and now with the storm added</w:t>
        <w:br/>
      </w:r>
      <w:r>
        <w:rPr>
          <w:b w:val="0"/>
          <w:i/>
          <w:color w:val="222B33"/>
          <w:sz w:val="21"/>
        </w:rPr>
        <w:t>autumn</w:t>
        <w:br/>
      </w:r>
      <w:r>
        <w:rPr>
          <w:b w:val="0"/>
          <w:i/>
          <w:color w:val="222B33"/>
          <w:sz w:val="21"/>
        </w:rPr>
        <w:t>has come.</w:t>
      </w:r>
    </w:p>
    <w:p>
      <w:pPr>
        <w:spacing w:after="40"/>
      </w:pPr>
      <w:r>
        <w:rPr>
          <w:b w:val="0"/>
          <w:i w:val="0"/>
          <w:color w:val="222B33"/>
          <w:sz w:val="19"/>
        </w:rPr>
        <w:t>Aki is both “autumn” and “weariness.” The storm is the threat from his wife’s household.</w:t>
      </w:r>
    </w:p>
    <w:p>
      <w:pPr>
        <w:spacing w:after="40"/>
      </w:pPr>
      <w:r>
        <w:rPr>
          <w:b w:val="0"/>
          <w:i w:val="0"/>
          <w:color w:val="6A6F75"/>
          <w:sz w:val="18"/>
        </w:rPr>
        <w:t xml:space="preserve">In reply to </w:t>
      </w:r>
      <w:hyperlink w:anchor="p15">
        <w:r>
          <w:rPr>
            <w:color w:val="2E5A80"/>
            <w:u w:val="single"/>
            <w:sz w:val="18"/>
          </w:rPr>
          <w:t xml:space="preserve">No. 15 (Tō no Chūjō)</w:t>
        </w:r>
      </w:hyperlink>
      <w:r>
        <w:rPr>
          <w:b w:val="0"/>
          <w:i w:val="0"/>
          <w:color w:val="6A6F75"/>
          <w:sz w:val="18"/>
        </w:rPr>
        <w:t xml:space="preserve">   ·   </w:t>
      </w:r>
      <w:r>
        <w:rPr>
          <w:b w:val="0"/>
          <w:i w:val="0"/>
          <w:color w:val="6A6F75"/>
          <w:sz w:val="18"/>
        </w:rPr>
        <w:t xml:space="preserve">Echo, The pink by the hedge: Yūgao and her daughter: </w:t>
      </w:r>
      <w:hyperlink w:anchor="p14">
        <w:r>
          <w:rPr>
            <w:color w:val="2E5A80"/>
            <w:u w:val="single"/>
            <w:sz w:val="18"/>
          </w:rPr>
          <w:t xml:space="preserve">No. 14</w:t>
        </w:r>
      </w:hyperlink>
      <w:r>
        <w:rPr>
          <w:b w:val="0"/>
          <w:i w:val="0"/>
          <w:color w:val="6A6F75"/>
          <w:sz w:val="18"/>
        </w:rPr>
        <w:t xml:space="preserve">, </w:t>
      </w:r>
      <w:hyperlink w:anchor="p15">
        <w:r>
          <w:rPr>
            <w:color w:val="2E5A80"/>
            <w:u w:val="single"/>
            <w:sz w:val="18"/>
          </w:rPr>
          <w:t xml:space="preserve">No. 15</w:t>
        </w:r>
      </w:hyperlink>
      <w:r>
        <w:rPr>
          <w:b w:val="0"/>
          <w:i w:val="0"/>
          <w:color w:val="6A6F75"/>
          <w:sz w:val="18"/>
        </w:rPr>
        <w:t xml:space="preserve">, </w:t>
      </w:r>
      <w:hyperlink w:anchor="p380">
        <w:r>
          <w:rPr>
            <w:color w:val="2E5A80"/>
            <w:u w:val="single"/>
            <w:sz w:val="18"/>
          </w:rPr>
          <w:t xml:space="preserve">No. 380</w:t>
        </w:r>
      </w:hyperlink>
      <w:r>
        <w:rPr>
          <w:b w:val="0"/>
          <w:i w:val="0"/>
          <w:color w:val="6A6F75"/>
          <w:sz w:val="18"/>
        </w:rPr>
        <w:t xml:space="preserve">, </w:t>
      </w:r>
      <w:hyperlink w:anchor="p381">
        <w:r>
          <w:rPr>
            <w:color w:val="2E5A80"/>
            <w:u w:val="single"/>
            <w:sz w:val="18"/>
          </w:rPr>
          <w:t xml:space="preserve">No. 381</w:t>
        </w:r>
      </w:hyperlink>
    </w:p>
    <w:p>
      <w:pPr>
        <w:keepNext/>
        <w:spacing w:after="20" w:before="200"/>
      </w:pPr>
      <w:bookmarkStart w:id="19" w:name="p17"/>
      <w:r>
        <w:rPr>
          <w:b/>
          <w:i w:val="0"/>
          <w:color w:val="222B33"/>
          <w:sz w:val="22"/>
        </w:rPr>
        <w:t>No. 17</w:t>
      </w:r>
      <w:r>
        <w:rPr>
          <w:b w:val="0"/>
          <w:i w:val="0"/>
          <w:color w:val="6A6F75"/>
          <w:sz w:val="18"/>
        </w:rPr>
        <w:t xml:space="preserve">   Shikibu no Jō → the learned woman   贈 sent</w:t>
      </w:r>
      <w:bookmarkEnd w:id="19"/>
    </w:p>
    <w:p>
      <w:pPr>
        <w:keepNext/>
        <w:spacing w:after="40"/>
      </w:pPr>
      <w:r>
        <w:rPr>
          <w:b/>
          <w:i w:val="0"/>
          <w:color w:val="6A6F75"/>
          <w:sz w:val="18"/>
        </w:rPr>
        <w:t xml:space="preserve">Context. </w:t>
      </w:r>
      <w:r>
        <w:rPr>
          <w:b w:val="0"/>
          <w:i w:val="0"/>
          <w:color w:val="6A6F75"/>
          <w:sz w:val="19"/>
        </w:rPr>
        <w:t>A comic story in the rainy-night discussion: the learned woman who smelled of garlic.</w:t>
      </w:r>
    </w:p>
    <w:p>
      <w:pPr>
        <w:keepNext/>
        <w:spacing w:after="0"/>
      </w:pPr>
      <w:r>
        <w:rPr>
          <w:rFonts w:ascii="Noto Serif CJK JP" w:hAnsi="Noto Serif CJK JP" w:eastAsia="Noto Serif CJK JP"/>
          <w:b w:val="0"/>
          <w:i w:val="0"/>
          <w:color w:val="222B33"/>
          <w:sz w:val="26"/>
        </w:rPr>
        <w:t>ささがにのふるまひしるき夕暮れにひるま過ぐせといふがあやなさ</w:t>
      </w:r>
    </w:p>
    <w:p>
      <w:pPr>
        <w:keepNext/>
        <w:spacing w:after="60"/>
      </w:pPr>
      <w:r>
        <w:rPr>
          <w:rFonts w:ascii="Noto Serif CJK JP" w:hAnsi="Noto Serif CJK JP" w:eastAsia="Noto Serif CJK JP"/>
          <w:b w:val="0"/>
          <w:i w:val="0"/>
          <w:color w:val="6A6F75"/>
          <w:sz w:val="19"/>
        </w:rPr>
        <w:t>さゝかにの　／　ふるまひしるき　／　ゆふくれに　／　ひるますくせと　／　いふかあやなさ</w:t>
      </w:r>
    </w:p>
    <w:p>
      <w:pPr>
        <w:keepNext/>
        <w:spacing w:after="60"/>
      </w:pPr>
      <w:r>
        <w:rPr>
          <w:b w:val="0"/>
          <w:i/>
          <w:color w:val="222B33"/>
          <w:sz w:val="21"/>
        </w:rPr>
        <w:t>On an evening when the spider</w:t>
        <w:br/>
      </w:r>
      <w:r>
        <w:rPr>
          <w:b w:val="0"/>
          <w:i/>
          <w:color w:val="222B33"/>
          <w:sz w:val="21"/>
        </w:rPr>
        <w:t>so plainly shows I’d come,</w:t>
        <w:br/>
      </w:r>
      <w:r>
        <w:rPr>
          <w:b w:val="0"/>
          <w:i/>
          <w:color w:val="222B33"/>
          <w:sz w:val="21"/>
        </w:rPr>
        <w:t>to tell me “pass the daytime”</w:t>
        <w:br/>
      </w:r>
      <w:r>
        <w:rPr>
          <w:b w:val="0"/>
          <w:i/>
          <w:color w:val="222B33"/>
          <w:sz w:val="21"/>
        </w:rPr>
        <w:t>makes</w:t>
        <w:br/>
      </w:r>
      <w:r>
        <w:rPr>
          <w:b w:val="0"/>
          <w:i/>
          <w:color w:val="222B33"/>
          <w:sz w:val="21"/>
        </w:rPr>
        <w:t>no sense.</w:t>
      </w:r>
    </w:p>
    <w:p>
      <w:pPr>
        <w:spacing w:after="40"/>
      </w:pPr>
      <w:r>
        <w:rPr>
          <w:b w:val="0"/>
          <w:i w:val="0"/>
          <w:color w:val="222B33"/>
          <w:sz w:val="19"/>
        </w:rPr>
        <w:t>A busy spider foretold a lover’s visit. Hiru is both “daytime” and “garlic,” which she had taken as medicine.</w:t>
      </w:r>
    </w:p>
    <w:p>
      <w:pPr>
        <w:spacing w:after="40"/>
      </w:pPr>
      <w:r>
        <w:rPr>
          <w:b w:val="0"/>
          <w:i w:val="0"/>
          <w:color w:val="6A6F75"/>
          <w:sz w:val="18"/>
        </w:rPr>
        <w:t xml:space="preserve">Answered by </w:t>
      </w:r>
      <w:hyperlink w:anchor="p18">
        <w:r>
          <w:rPr>
            <w:color w:val="2E5A80"/>
            <w:u w:val="single"/>
            <w:sz w:val="18"/>
          </w:rPr>
          <w:t xml:space="preserve">No. 18 (the learned woman)</w:t>
        </w:r>
      </w:hyperlink>
    </w:p>
    <w:p>
      <w:pPr>
        <w:keepNext/>
        <w:spacing w:after="20" w:before="200"/>
      </w:pPr>
      <w:bookmarkStart w:id="20" w:name="p18"/>
      <w:r>
        <w:rPr>
          <w:b/>
          <w:i w:val="0"/>
          <w:color w:val="222B33"/>
          <w:sz w:val="22"/>
        </w:rPr>
        <w:t>No. 18</w:t>
      </w:r>
      <w:r>
        <w:rPr>
          <w:b w:val="0"/>
          <w:i w:val="0"/>
          <w:color w:val="6A6F75"/>
          <w:sz w:val="18"/>
        </w:rPr>
        <w:t xml:space="preserve">   the learned woman → Shikibu no Jō   答 reply</w:t>
      </w:r>
      <w:bookmarkEnd w:id="20"/>
    </w:p>
    <w:p>
      <w:pPr>
        <w:keepNext/>
        <w:spacing w:after="0"/>
      </w:pPr>
      <w:r>
        <w:rPr>
          <w:rFonts w:ascii="Noto Serif CJK JP" w:hAnsi="Noto Serif CJK JP" w:eastAsia="Noto Serif CJK JP"/>
          <w:b w:val="0"/>
          <w:i w:val="0"/>
          <w:color w:val="222B33"/>
          <w:sz w:val="26"/>
        </w:rPr>
        <w:t>逢ふことの夜をし隔てぬ仲ならばひる間も何かまばゆからまし</w:t>
      </w:r>
    </w:p>
    <w:p>
      <w:pPr>
        <w:keepNext/>
        <w:spacing w:after="60"/>
      </w:pPr>
      <w:r>
        <w:rPr>
          <w:rFonts w:ascii="Noto Serif CJK JP" w:hAnsi="Noto Serif CJK JP" w:eastAsia="Noto Serif CJK JP"/>
          <w:b w:val="0"/>
          <w:i w:val="0"/>
          <w:color w:val="6A6F75"/>
          <w:sz w:val="19"/>
        </w:rPr>
        <w:t>あふことの　／　夜をしへたてぬ　／　中ならは　／　ひるまもなにか　／　まはゆからまし</w:t>
      </w:r>
    </w:p>
    <w:p>
      <w:pPr>
        <w:keepNext/>
        <w:spacing w:after="60"/>
      </w:pPr>
      <w:r>
        <w:rPr>
          <w:b w:val="0"/>
          <w:i/>
          <w:color w:val="222B33"/>
          <w:sz w:val="21"/>
        </w:rPr>
        <w:t>If ours were a bond</w:t>
        <w:br/>
      </w:r>
      <w:r>
        <w:rPr>
          <w:b w:val="0"/>
          <w:i/>
          <w:color w:val="222B33"/>
          <w:sz w:val="21"/>
        </w:rPr>
        <w:t>not kept apart by nights,</w:t>
        <w:br/>
      </w:r>
      <w:r>
        <w:rPr>
          <w:b w:val="0"/>
          <w:i/>
          <w:color w:val="222B33"/>
          <w:sz w:val="21"/>
        </w:rPr>
        <w:t>why should daytime</w:t>
        <w:br/>
      </w:r>
      <w:r>
        <w:rPr>
          <w:b w:val="0"/>
          <w:i/>
          <w:color w:val="222B33"/>
          <w:sz w:val="21"/>
        </w:rPr>
        <w:t>be</w:t>
        <w:br/>
      </w:r>
      <w:r>
        <w:rPr>
          <w:b w:val="0"/>
          <w:i/>
          <w:color w:val="222B33"/>
          <w:sz w:val="21"/>
        </w:rPr>
        <w:t>so embarrassing?</w:t>
      </w:r>
    </w:p>
    <w:p>
      <w:pPr>
        <w:spacing w:after="40"/>
      </w:pPr>
      <w:r>
        <w:rPr>
          <w:b w:val="0"/>
          <w:i w:val="0"/>
          <w:color w:val="222B33"/>
          <w:sz w:val="19"/>
        </w:rPr>
        <w:t>She keeps the garlic pun.</w:t>
      </w:r>
    </w:p>
    <w:p>
      <w:pPr>
        <w:spacing w:after="40"/>
      </w:pPr>
      <w:r>
        <w:rPr>
          <w:b w:val="0"/>
          <w:i w:val="0"/>
          <w:color w:val="6A6F75"/>
          <w:sz w:val="18"/>
        </w:rPr>
        <w:t xml:space="preserve">In reply to </w:t>
      </w:r>
      <w:hyperlink w:anchor="p17">
        <w:r>
          <w:rPr>
            <w:color w:val="2E5A80"/>
            <w:u w:val="single"/>
            <w:sz w:val="18"/>
          </w:rPr>
          <w:t xml:space="preserve">No. 17 (Shikibu no Jō)</w:t>
        </w:r>
      </w:hyperlink>
    </w:p>
    <w:p>
      <w:pPr>
        <w:keepNext/>
        <w:spacing w:after="20" w:before="200"/>
      </w:pPr>
      <w:bookmarkStart w:id="21" w:name="p19"/>
      <w:r>
        <w:rPr>
          <w:b/>
          <w:i w:val="0"/>
          <w:color w:val="222B33"/>
          <w:sz w:val="22"/>
        </w:rPr>
        <w:t>No. 19</w:t>
      </w:r>
      <w:r>
        <w:rPr>
          <w:b w:val="0"/>
          <w:i w:val="0"/>
          <w:color w:val="6A6F75"/>
          <w:sz w:val="18"/>
        </w:rPr>
        <w:t xml:space="preserve">   Genji → Utsusemi   贈 sent</w:t>
      </w:r>
      <w:bookmarkEnd w:id="21"/>
    </w:p>
    <w:p>
      <w:pPr>
        <w:keepNext/>
        <w:spacing w:after="40"/>
      </w:pPr>
      <w:r>
        <w:rPr>
          <w:b/>
          <w:i w:val="0"/>
          <w:color w:val="6A6F75"/>
          <w:sz w:val="18"/>
        </w:rPr>
        <w:t xml:space="preserve">Context. </w:t>
      </w:r>
      <w:r>
        <w:rPr>
          <w:b w:val="0"/>
          <w:i w:val="0"/>
          <w:color w:val="6A6F75"/>
          <w:sz w:val="19"/>
        </w:rPr>
        <w:t>Genji’s first night with Utsusemi, the governor’s young wife; she yields once and refuses him thereafter.</w:t>
      </w:r>
    </w:p>
    <w:p>
      <w:pPr>
        <w:keepNext/>
        <w:spacing w:after="0"/>
      </w:pPr>
      <w:r>
        <w:rPr>
          <w:rFonts w:ascii="Noto Serif CJK JP" w:hAnsi="Noto Serif CJK JP" w:eastAsia="Noto Serif CJK JP"/>
          <w:b w:val="0"/>
          <w:i w:val="0"/>
          <w:color w:val="222B33"/>
          <w:sz w:val="26"/>
        </w:rPr>
        <w:t>つれなきを恨みも果てぬしののめにとりあへぬまでおどろかすらむ</w:t>
      </w:r>
    </w:p>
    <w:p>
      <w:pPr>
        <w:keepNext/>
        <w:spacing w:after="60"/>
      </w:pPr>
      <w:r>
        <w:rPr>
          <w:rFonts w:ascii="Noto Serif CJK JP" w:hAnsi="Noto Serif CJK JP" w:eastAsia="Noto Serif CJK JP"/>
          <w:b w:val="0"/>
          <w:i w:val="0"/>
          <w:color w:val="6A6F75"/>
          <w:sz w:val="19"/>
        </w:rPr>
        <w:t>つれなきを　／　うらみもはてぬ　／　しのゝめに　／　とりあへぬまて　／　おとろかすらむ</w:t>
      </w:r>
    </w:p>
    <w:p>
      <w:pPr>
        <w:keepNext/>
        <w:spacing w:after="60"/>
      </w:pPr>
      <w:r>
        <w:rPr>
          <w:b w:val="0"/>
          <w:i/>
          <w:color w:val="222B33"/>
          <w:sz w:val="21"/>
        </w:rPr>
        <w:t>Before I have done</w:t>
        <w:br/>
      </w:r>
      <w:r>
        <w:rPr>
          <w:b w:val="0"/>
          <w:i/>
          <w:color w:val="222B33"/>
          <w:sz w:val="21"/>
        </w:rPr>
        <w:t>reproaching your coldness, at dawn</w:t>
        <w:br/>
      </w:r>
      <w:r>
        <w:rPr>
          <w:b w:val="0"/>
          <w:i/>
          <w:color w:val="222B33"/>
          <w:sz w:val="21"/>
        </w:rPr>
        <w:t>why must the cock</w:t>
        <w:br/>
      </w:r>
      <w:r>
        <w:rPr>
          <w:b w:val="0"/>
          <w:i/>
          <w:color w:val="222B33"/>
          <w:sz w:val="21"/>
        </w:rPr>
        <w:t>startle us</w:t>
        <w:br/>
      </w:r>
      <w:r>
        <w:rPr>
          <w:b w:val="0"/>
          <w:i/>
          <w:color w:val="222B33"/>
          <w:sz w:val="21"/>
        </w:rPr>
        <w:t>so hastily?</w:t>
      </w:r>
    </w:p>
    <w:p>
      <w:pPr>
        <w:spacing w:after="40"/>
      </w:pPr>
      <w:r>
        <w:rPr>
          <w:b w:val="0"/>
          <w:i w:val="0"/>
          <w:color w:val="222B33"/>
          <w:sz w:val="19"/>
        </w:rPr>
        <w:t>Tori is “cock” and “take.”</w:t>
      </w:r>
    </w:p>
    <w:p>
      <w:pPr>
        <w:spacing w:after="40"/>
      </w:pPr>
      <w:r>
        <w:rPr>
          <w:b w:val="0"/>
          <w:i w:val="0"/>
          <w:color w:val="6A6F75"/>
          <w:sz w:val="18"/>
        </w:rPr>
        <w:t xml:space="preserve">Answered by </w:t>
      </w:r>
      <w:hyperlink w:anchor="p20">
        <w:r>
          <w:rPr>
            <w:color w:val="2E5A80"/>
            <w:u w:val="single"/>
            <w:sz w:val="18"/>
          </w:rPr>
          <w:t xml:space="preserve">No. 20 (Utsusemi)</w:t>
        </w:r>
      </w:hyperlink>
    </w:p>
    <w:p>
      <w:pPr>
        <w:keepNext/>
        <w:spacing w:after="20" w:before="200"/>
      </w:pPr>
      <w:bookmarkStart w:id="22" w:name="p20"/>
      <w:r>
        <w:rPr>
          <w:b/>
          <w:i w:val="0"/>
          <w:color w:val="222B33"/>
          <w:sz w:val="22"/>
        </w:rPr>
        <w:t>No. 20</w:t>
      </w:r>
      <w:r>
        <w:rPr>
          <w:b w:val="0"/>
          <w:i w:val="0"/>
          <w:color w:val="6A6F75"/>
          <w:sz w:val="18"/>
        </w:rPr>
        <w:t xml:space="preserve">   Utsusemi → Genji   答 reply</w:t>
      </w:r>
      <w:bookmarkEnd w:id="22"/>
    </w:p>
    <w:p>
      <w:pPr>
        <w:keepNext/>
        <w:spacing w:after="0"/>
      </w:pPr>
      <w:r>
        <w:rPr>
          <w:rFonts w:ascii="Noto Serif CJK JP" w:hAnsi="Noto Serif CJK JP" w:eastAsia="Noto Serif CJK JP"/>
          <w:b w:val="0"/>
          <w:i w:val="0"/>
          <w:color w:val="222B33"/>
          <w:sz w:val="26"/>
        </w:rPr>
        <w:t>身の憂さを嘆くにあかで明くる夜はとり重ねてぞ音もなかれける</w:t>
      </w:r>
    </w:p>
    <w:p>
      <w:pPr>
        <w:keepNext/>
        <w:spacing w:after="60"/>
      </w:pPr>
      <w:r>
        <w:rPr>
          <w:rFonts w:ascii="Noto Serif CJK JP" w:hAnsi="Noto Serif CJK JP" w:eastAsia="Noto Serif CJK JP"/>
          <w:b w:val="0"/>
          <w:i w:val="0"/>
          <w:color w:val="6A6F75"/>
          <w:sz w:val="19"/>
        </w:rPr>
        <w:t>身のうさを　／　なけくにあかて　／　あくる夜は　／　とりかさねてそ　／　ねもなかれける</w:t>
      </w:r>
    </w:p>
    <w:p>
      <w:pPr>
        <w:keepNext/>
        <w:spacing w:after="60"/>
      </w:pPr>
      <w:r>
        <w:rPr>
          <w:b w:val="0"/>
          <w:i/>
          <w:color w:val="222B33"/>
          <w:sz w:val="21"/>
        </w:rPr>
        <w:t>Not done with lamenting</w:t>
        <w:br/>
      </w:r>
      <w:r>
        <w:rPr>
          <w:b w:val="0"/>
          <w:i/>
          <w:color w:val="222B33"/>
          <w:sz w:val="21"/>
        </w:rPr>
        <w:t>my wretchedness, dawn breaks,</w:t>
        <w:br/>
      </w:r>
      <w:r>
        <w:rPr>
          <w:b w:val="0"/>
          <w:i/>
          <w:color w:val="222B33"/>
          <w:sz w:val="21"/>
        </w:rPr>
        <w:t>and on top of it</w:t>
        <w:br/>
      </w:r>
      <w:r>
        <w:rPr>
          <w:b w:val="0"/>
          <w:i/>
          <w:color w:val="222B33"/>
          <w:sz w:val="21"/>
        </w:rPr>
        <w:t>I too cry</w:t>
        <w:br/>
      </w:r>
      <w:r>
        <w:rPr>
          <w:b w:val="0"/>
          <w:i/>
          <w:color w:val="222B33"/>
          <w:sz w:val="21"/>
        </w:rPr>
        <w:t>like the cock.</w:t>
      </w:r>
    </w:p>
    <w:p>
      <w:pPr>
        <w:spacing w:after="40"/>
      </w:pPr>
      <w:r>
        <w:rPr>
          <w:b w:val="0"/>
          <w:i w:val="0"/>
          <w:color w:val="222B33"/>
          <w:sz w:val="19"/>
        </w:rPr>
        <w:t>Torikasanete: “piling up” and “cock.” Her first answer to Genji.</w:t>
      </w:r>
    </w:p>
    <w:p>
      <w:pPr>
        <w:spacing w:after="40"/>
      </w:pPr>
      <w:r>
        <w:rPr>
          <w:b w:val="0"/>
          <w:i w:val="0"/>
          <w:color w:val="6A6F75"/>
          <w:sz w:val="18"/>
        </w:rPr>
        <w:t xml:space="preserve">In reply to </w:t>
      </w:r>
      <w:hyperlink w:anchor="p19">
        <w:r>
          <w:rPr>
            <w:color w:val="2E5A80"/>
            <w:u w:val="single"/>
            <w:sz w:val="18"/>
          </w:rPr>
          <w:t xml:space="preserve">No. 19 (Genji)</w:t>
        </w:r>
      </w:hyperlink>
    </w:p>
    <w:p>
      <w:pPr>
        <w:keepNext/>
        <w:spacing w:after="20" w:before="200"/>
      </w:pPr>
      <w:bookmarkStart w:id="23" w:name="p21"/>
      <w:r>
        <w:rPr>
          <w:b/>
          <w:i w:val="0"/>
          <w:color w:val="222B33"/>
          <w:sz w:val="22"/>
        </w:rPr>
        <w:t>No. 21</w:t>
      </w:r>
      <w:r>
        <w:rPr>
          <w:b w:val="0"/>
          <w:i w:val="0"/>
          <w:color w:val="6A6F75"/>
          <w:sz w:val="18"/>
        </w:rPr>
        <w:t xml:space="preserve">   Genji → Utsusemi   贈:独 sent / solo</w:t>
      </w:r>
      <w:bookmarkEnd w:id="23"/>
    </w:p>
    <w:p>
      <w:pPr>
        <w:keepNext/>
        <w:spacing w:after="40"/>
      </w:pPr>
      <w:r>
        <w:rPr>
          <w:b/>
          <w:i w:val="0"/>
          <w:color w:val="6A6F75"/>
          <w:sz w:val="18"/>
        </w:rPr>
        <w:t xml:space="preserve">Context. </w:t>
      </w:r>
      <w:r>
        <w:rPr>
          <w:b w:val="0"/>
          <w:i w:val="0"/>
          <w:color w:val="6A6F75"/>
          <w:sz w:val="19"/>
        </w:rPr>
        <w:t>Genji, rebuffed by Utsusemi, sends through her younger brother; her resistance defines her.</w:t>
      </w:r>
    </w:p>
    <w:p>
      <w:pPr>
        <w:keepNext/>
        <w:spacing w:after="0"/>
      </w:pPr>
      <w:r>
        <w:rPr>
          <w:rFonts w:ascii="Noto Serif CJK JP" w:hAnsi="Noto Serif CJK JP" w:eastAsia="Noto Serif CJK JP"/>
          <w:b w:val="0"/>
          <w:i w:val="0"/>
          <w:color w:val="222B33"/>
          <w:sz w:val="26"/>
        </w:rPr>
        <w:t>見し夢を逢ふ夜ありやと嘆くまに目さへあはでぞころも経にける</w:t>
      </w:r>
    </w:p>
    <w:p>
      <w:pPr>
        <w:keepNext/>
        <w:spacing w:after="60"/>
      </w:pPr>
      <w:r>
        <w:rPr>
          <w:rFonts w:ascii="Noto Serif CJK JP" w:hAnsi="Noto Serif CJK JP" w:eastAsia="Noto Serif CJK JP"/>
          <w:b w:val="0"/>
          <w:i w:val="0"/>
          <w:color w:val="6A6F75"/>
          <w:sz w:val="19"/>
        </w:rPr>
        <w:t>みし夢を　／　あふ夜ありやと　／　なけくまに　／　めさへあはてそ　／　ころもへにける</w:t>
      </w:r>
    </w:p>
    <w:p>
      <w:pPr>
        <w:keepNext/>
        <w:spacing w:after="60"/>
      </w:pPr>
      <w:r>
        <w:rPr>
          <w:b w:val="0"/>
          <w:i/>
          <w:color w:val="222B33"/>
          <w:sz w:val="21"/>
        </w:rPr>
        <w:t>Lamenting whether there will be</w:t>
        <w:br/>
      </w:r>
      <w:r>
        <w:rPr>
          <w:b w:val="0"/>
          <w:i/>
          <w:color w:val="222B33"/>
          <w:sz w:val="21"/>
        </w:rPr>
        <w:t>a night to meet her I saw in a dream,</w:t>
        <w:br/>
      </w:r>
      <w:r>
        <w:rPr>
          <w:b w:val="0"/>
          <w:i/>
          <w:color w:val="222B33"/>
          <w:sz w:val="21"/>
        </w:rPr>
        <w:t>my eyes too will not meet in sleep,</w:t>
        <w:br/>
      </w:r>
      <w:r>
        <w:rPr>
          <w:b w:val="0"/>
          <w:i/>
          <w:color w:val="222B33"/>
          <w:sz w:val="21"/>
        </w:rPr>
        <w:t>and so the time</w:t>
        <w:br/>
      </w:r>
      <w:r>
        <w:rPr>
          <w:b w:val="0"/>
          <w:i/>
          <w:color w:val="222B33"/>
          <w:sz w:val="21"/>
        </w:rPr>
        <w:t>has passed.</w:t>
      </w:r>
    </w:p>
    <w:p>
      <w:pPr>
        <w:spacing w:after="40"/>
      </w:pPr>
      <w:r>
        <w:rPr>
          <w:b w:val="0"/>
          <w:i w:val="0"/>
          <w:color w:val="222B33"/>
          <w:sz w:val="19"/>
        </w:rPr>
        <w:t>Awa, “meet,” plays on lovers meeting and eyelids closing.</w:t>
      </w:r>
    </w:p>
    <w:p>
      <w:pPr>
        <w:keepNext/>
        <w:spacing w:after="20" w:before="200"/>
      </w:pPr>
      <w:bookmarkStart w:id="24" w:name="p22"/>
      <w:r>
        <w:rPr>
          <w:b/>
          <w:i w:val="0"/>
          <w:color w:val="222B33"/>
          <w:sz w:val="22"/>
        </w:rPr>
        <w:t>No. 22</w:t>
      </w:r>
      <w:r>
        <w:rPr>
          <w:b w:val="0"/>
          <w:i w:val="0"/>
          <w:color w:val="6A6F75"/>
          <w:sz w:val="18"/>
        </w:rPr>
        <w:t xml:space="preserve">   Genji → Utsusemi   贈 sent</w:t>
      </w:r>
      <w:bookmarkEnd w:id="24"/>
    </w:p>
    <w:p>
      <w:pPr>
        <w:keepNext/>
        <w:spacing w:after="40"/>
      </w:pPr>
      <w:r>
        <w:rPr>
          <w:b/>
          <w:i w:val="0"/>
          <w:color w:val="6A6F75"/>
          <w:sz w:val="18"/>
        </w:rPr>
        <w:t xml:space="preserve">Context. </w:t>
      </w:r>
      <w:r>
        <w:rPr>
          <w:b w:val="0"/>
          <w:i w:val="0"/>
          <w:color w:val="6A6F75"/>
          <w:sz w:val="19"/>
        </w:rPr>
        <w:t>Genji at Utsusemi’s house, refused again; the broom tree, seen from afar and vanishing near, is Utsusemi herself.</w:t>
      </w:r>
    </w:p>
    <w:p>
      <w:pPr>
        <w:keepNext/>
        <w:spacing w:after="0"/>
      </w:pPr>
      <w:r>
        <w:rPr>
          <w:rFonts w:ascii="Noto Serif CJK JP" w:hAnsi="Noto Serif CJK JP" w:eastAsia="Noto Serif CJK JP"/>
          <w:b w:val="0"/>
          <w:i w:val="0"/>
          <w:color w:val="222B33"/>
          <w:sz w:val="26"/>
        </w:rPr>
        <w:t>帚木の心を知らで園原の道にあやなく惑ひぬるかな</w:t>
      </w:r>
    </w:p>
    <w:p>
      <w:pPr>
        <w:keepNext/>
        <w:spacing w:after="60"/>
      </w:pPr>
      <w:r>
        <w:rPr>
          <w:rFonts w:ascii="Noto Serif CJK JP" w:hAnsi="Noto Serif CJK JP" w:eastAsia="Noto Serif CJK JP"/>
          <w:b w:val="0"/>
          <w:i w:val="0"/>
          <w:color w:val="6A6F75"/>
          <w:sz w:val="19"/>
        </w:rPr>
        <w:t>はゝき木の　／　心をしらて　／　その原の　／　みちにあやなく　／　まとひぬるかな</w:t>
      </w:r>
    </w:p>
    <w:p>
      <w:pPr>
        <w:keepNext/>
        <w:spacing w:after="60"/>
      </w:pPr>
      <w:r>
        <w:rPr>
          <w:b w:val="0"/>
          <w:i/>
          <w:color w:val="222B33"/>
          <w:sz w:val="21"/>
        </w:rPr>
        <w:t>Not knowing the heart</w:t>
        <w:br/>
      </w:r>
      <w:r>
        <w:rPr>
          <w:b w:val="0"/>
          <w:i/>
          <w:color w:val="222B33"/>
          <w:sz w:val="21"/>
        </w:rPr>
        <w:t>of the broom tree,</w:t>
        <w:br/>
      </w:r>
      <w:r>
        <w:rPr>
          <w:b w:val="0"/>
          <w:i/>
          <w:color w:val="222B33"/>
          <w:sz w:val="21"/>
        </w:rPr>
        <w:t>on the Sonohara road</w:t>
        <w:br/>
      </w:r>
      <w:r>
        <w:rPr>
          <w:b w:val="0"/>
          <w:i/>
          <w:color w:val="222B33"/>
          <w:sz w:val="21"/>
        </w:rPr>
        <w:t>I wander</w:t>
        <w:br/>
      </w:r>
      <w:r>
        <w:rPr>
          <w:b w:val="0"/>
          <w:i/>
          <w:color w:val="222B33"/>
          <w:sz w:val="21"/>
        </w:rPr>
        <w:t>senselessly.</w:t>
      </w:r>
    </w:p>
    <w:p>
      <w:pPr>
        <w:spacing w:after="40"/>
      </w:pPr>
      <w:r>
        <w:rPr>
          <w:b w:val="0"/>
          <w:i w:val="0"/>
          <w:color w:val="222B33"/>
          <w:sz w:val="19"/>
        </w:rPr>
        <w:t>The broom tree of Sonohara was said to be visible from afar and to vanish as one drew near.</w:t>
      </w:r>
    </w:p>
    <w:p>
      <w:pPr>
        <w:spacing w:after="40"/>
      </w:pPr>
      <w:r>
        <w:rPr>
          <w:b w:val="0"/>
          <w:i w:val="0"/>
          <w:color w:val="6A6F75"/>
          <w:sz w:val="18"/>
        </w:rPr>
        <w:t xml:space="preserve">Answered by </w:t>
      </w:r>
      <w:hyperlink w:anchor="p23">
        <w:r>
          <w:rPr>
            <w:color w:val="2E5A80"/>
            <w:u w:val="single"/>
            <w:sz w:val="18"/>
          </w:rPr>
          <w:t xml:space="preserve">No. 23 (Utsusemi)</w:t>
        </w:r>
      </w:hyperlink>
    </w:p>
    <w:p>
      <w:pPr>
        <w:keepNext/>
        <w:spacing w:after="20" w:before="200"/>
      </w:pPr>
      <w:bookmarkStart w:id="25" w:name="p23"/>
      <w:r>
        <w:rPr>
          <w:b/>
          <w:i w:val="0"/>
          <w:color w:val="222B33"/>
          <w:sz w:val="22"/>
        </w:rPr>
        <w:t>No. 23</w:t>
      </w:r>
      <w:r>
        <w:rPr>
          <w:b w:val="0"/>
          <w:i w:val="0"/>
          <w:color w:val="6A6F75"/>
          <w:sz w:val="18"/>
        </w:rPr>
        <w:t xml:space="preserve">   Utsusemi → Genji   答 reply</w:t>
      </w:r>
      <w:bookmarkEnd w:id="25"/>
    </w:p>
    <w:p>
      <w:pPr>
        <w:keepNext/>
        <w:spacing w:after="0"/>
      </w:pPr>
      <w:r>
        <w:rPr>
          <w:rFonts w:ascii="Noto Serif CJK JP" w:hAnsi="Noto Serif CJK JP" w:eastAsia="Noto Serif CJK JP"/>
          <w:b w:val="0"/>
          <w:i w:val="0"/>
          <w:color w:val="222B33"/>
          <w:sz w:val="26"/>
        </w:rPr>
        <w:t>数ならぬ伏屋に生ふる名の憂さにあるにもあらず消ゆる帚木</w:t>
      </w:r>
    </w:p>
    <w:p>
      <w:pPr>
        <w:keepNext/>
        <w:spacing w:after="60"/>
      </w:pPr>
      <w:r>
        <w:rPr>
          <w:rFonts w:ascii="Noto Serif CJK JP" w:hAnsi="Noto Serif CJK JP" w:eastAsia="Noto Serif CJK JP"/>
          <w:b w:val="0"/>
          <w:i w:val="0"/>
          <w:color w:val="6A6F75"/>
          <w:sz w:val="19"/>
        </w:rPr>
        <w:t>かすならぬ　／　ふせ屋におふる　／　名のうさに　／　あるにもあらす　／　きゆるはゝ木々</w:t>
      </w:r>
    </w:p>
    <w:p>
      <w:pPr>
        <w:keepNext/>
        <w:spacing w:after="60"/>
      </w:pPr>
      <w:r>
        <w:rPr>
          <w:b w:val="0"/>
          <w:i/>
          <w:color w:val="222B33"/>
          <w:sz w:val="21"/>
        </w:rPr>
        <w:t>Ashamed of the name</w:t>
        <w:br/>
      </w:r>
      <w:r>
        <w:rPr>
          <w:b w:val="0"/>
          <w:i/>
          <w:color w:val="222B33"/>
          <w:sz w:val="21"/>
        </w:rPr>
        <w:t>of one grown in a lowly hut,</w:t>
        <w:br/>
      </w:r>
      <w:r>
        <w:rPr>
          <w:b w:val="0"/>
          <w:i/>
          <w:color w:val="222B33"/>
          <w:sz w:val="21"/>
        </w:rPr>
        <w:t>neither here nor there,</w:t>
        <w:br/>
      </w:r>
      <w:r>
        <w:rPr>
          <w:b w:val="0"/>
          <w:i/>
          <w:color w:val="222B33"/>
          <w:sz w:val="21"/>
        </w:rPr>
        <w:t>the broom tree</w:t>
        <w:br/>
      </w:r>
      <w:r>
        <w:rPr>
          <w:b w:val="0"/>
          <w:i/>
          <w:color w:val="222B33"/>
          <w:sz w:val="21"/>
        </w:rPr>
        <w:t>fades away.</w:t>
      </w:r>
    </w:p>
    <w:p>
      <w:pPr>
        <w:spacing w:after="40"/>
      </w:pPr>
      <w:r>
        <w:rPr>
          <w:b w:val="0"/>
          <w:i w:val="0"/>
          <w:color w:val="222B33"/>
          <w:sz w:val="19"/>
        </w:rPr>
        <w:t>She accepts his image and makes it her own self-effacement.</w:t>
      </w:r>
    </w:p>
    <w:p>
      <w:pPr>
        <w:spacing w:after="40"/>
      </w:pPr>
      <w:r>
        <w:rPr>
          <w:b w:val="0"/>
          <w:i w:val="0"/>
          <w:color w:val="6A6F75"/>
          <w:sz w:val="18"/>
        </w:rPr>
        <w:t xml:space="preserve">In reply to </w:t>
      </w:r>
      <w:hyperlink w:anchor="p22">
        <w:r>
          <w:rPr>
            <w:color w:val="2E5A80"/>
            <w:u w:val="single"/>
            <w:sz w:val="18"/>
          </w:rPr>
          <w:t xml:space="preserve">No. 22 (Genji)</w:t>
        </w:r>
      </w:hyperlink>
    </w:p>
    <w:p>
      <w:pPr>
        <w:pStyle w:val="Heading1"/>
      </w:pPr>
      <w:bookmarkStart w:id="26" w:name="ch3"/>
      <w:r>
        <w:t>Chapter 3 · Utsusemi 空蝉</w:t>
      </w:r>
      <w:bookmarkEnd w:id="26"/>
    </w:p>
    <w:p>
      <w:pPr>
        <w:keepNext/>
        <w:spacing w:after="20" w:before="200"/>
      </w:pPr>
      <w:bookmarkStart w:id="27" w:name="p24"/>
      <w:r>
        <w:rPr>
          <w:b/>
          <w:i w:val="0"/>
          <w:color w:val="222B33"/>
          <w:sz w:val="22"/>
        </w:rPr>
        <w:t>No. 24</w:t>
      </w:r>
      <w:r>
        <w:rPr>
          <w:b w:val="0"/>
          <w:i w:val="0"/>
          <w:color w:val="6A6F75"/>
          <w:sz w:val="18"/>
        </w:rPr>
        <w:t xml:space="preserve">   Genji → Utsusemi   贈:独 sent / solo</w:t>
      </w:r>
      <w:bookmarkEnd w:id="27"/>
    </w:p>
    <w:p>
      <w:pPr>
        <w:keepNext/>
        <w:spacing w:after="40"/>
      </w:pPr>
      <w:r>
        <w:rPr>
          <w:b/>
          <w:i w:val="0"/>
          <w:color w:val="6A6F75"/>
          <w:sz w:val="18"/>
        </w:rPr>
        <w:t xml:space="preserve">Context. </w:t>
      </w:r>
      <w:r>
        <w:rPr>
          <w:b w:val="0"/>
          <w:i w:val="0"/>
          <w:color w:val="6A6F75"/>
          <w:sz w:val="19"/>
        </w:rPr>
        <w:t>Utsusemi slips away, leaving her robe, and Genji sleeps with her stepdaughter instead; her refusal becomes her name.</w:t>
      </w:r>
    </w:p>
    <w:p>
      <w:pPr>
        <w:keepNext/>
        <w:spacing w:after="0"/>
      </w:pPr>
      <w:r>
        <w:rPr>
          <w:rFonts w:ascii="Noto Serif CJK JP" w:hAnsi="Noto Serif CJK JP" w:eastAsia="Noto Serif CJK JP"/>
          <w:b w:val="0"/>
          <w:i w:val="0"/>
          <w:color w:val="222B33"/>
          <w:sz w:val="26"/>
        </w:rPr>
        <w:t>空蝉の身をかへてける木のもとになほ人がらのなつかしきかな</w:t>
      </w:r>
    </w:p>
    <w:p>
      <w:pPr>
        <w:keepNext/>
        <w:spacing w:after="60"/>
      </w:pPr>
      <w:r>
        <w:rPr>
          <w:rFonts w:ascii="Noto Serif CJK JP" w:hAnsi="Noto Serif CJK JP" w:eastAsia="Noto Serif CJK JP"/>
          <w:b w:val="0"/>
          <w:i w:val="0"/>
          <w:color w:val="6A6F75"/>
          <w:sz w:val="19"/>
        </w:rPr>
        <w:t>うつせみの　／　みをかへてける　／　木のもとに　／　なを人からの　／　なつかしきかな</w:t>
      </w:r>
    </w:p>
    <w:p>
      <w:pPr>
        <w:keepNext/>
        <w:spacing w:after="60"/>
      </w:pPr>
      <w:r>
        <w:rPr>
          <w:b w:val="0"/>
          <w:i/>
          <w:color w:val="222B33"/>
          <w:sz w:val="21"/>
        </w:rPr>
        <w:t>Beneath the tree where the cicada</w:t>
        <w:br/>
      </w:r>
      <w:r>
        <w:rPr>
          <w:b w:val="0"/>
          <w:i/>
          <w:color w:val="222B33"/>
          <w:sz w:val="21"/>
        </w:rPr>
        <w:t>has changed and left its shell,</w:t>
        <w:br/>
      </w:r>
      <w:r>
        <w:rPr>
          <w:b w:val="0"/>
          <w:i/>
          <w:color w:val="222B33"/>
          <w:sz w:val="21"/>
        </w:rPr>
        <w:t>still how dear to me</w:t>
        <w:br/>
      </w:r>
      <w:r>
        <w:rPr>
          <w:b w:val="0"/>
          <w:i/>
          <w:color w:val="222B33"/>
          <w:sz w:val="21"/>
        </w:rPr>
        <w:t>is she</w:t>
        <w:br/>
      </w:r>
      <w:r>
        <w:rPr>
          <w:b w:val="0"/>
          <w:i/>
          <w:color w:val="222B33"/>
          <w:sz w:val="21"/>
        </w:rPr>
        <w:t>herself.</w:t>
      </w:r>
    </w:p>
    <w:p>
      <w:pPr>
        <w:spacing w:after="40"/>
      </w:pPr>
      <w:r>
        <w:rPr>
          <w:b w:val="0"/>
          <w:i w:val="0"/>
          <w:color w:val="222B33"/>
          <w:sz w:val="19"/>
        </w:rPr>
        <w:t>She escaped, leaving a robe; utsusemi is the cicada’s shell.</w:t>
      </w:r>
    </w:p>
    <w:p>
      <w:pPr>
        <w:spacing w:after="40"/>
      </w:pPr>
      <w:r>
        <w:rPr>
          <w:b w:val="0"/>
          <w:i w:val="0"/>
          <w:color w:val="6A6F75"/>
          <w:sz w:val="18"/>
        </w:rPr>
        <w:t xml:space="preserve">Answered by </w:t>
      </w:r>
      <w:hyperlink w:anchor="p25">
        <w:r>
          <w:rPr>
            <w:color w:val="2E5A80"/>
            <w:u w:val="single"/>
            <w:sz w:val="18"/>
          </w:rPr>
          <w:t xml:space="preserve">No. 25 (Utsusemi)</w:t>
        </w:r>
      </w:hyperlink>
      <w:r>
        <w:rPr>
          <w:b w:val="0"/>
          <w:i w:val="0"/>
          <w:color w:val="6A6F75"/>
          <w:sz w:val="18"/>
        </w:rPr>
        <w:t xml:space="preserve">   ·   </w:t>
      </w:r>
      <w:r>
        <w:rPr>
          <w:b w:val="0"/>
          <w:i w:val="0"/>
          <w:color w:val="6A6F75"/>
          <w:sz w:val="18"/>
        </w:rPr>
        <w:t xml:space="preserve">Echo, The cicada shell: </w:t>
      </w:r>
      <w:hyperlink w:anchor="p25">
        <w:r>
          <w:rPr>
            <w:color w:val="2E5A80"/>
            <w:u w:val="single"/>
            <w:sz w:val="18"/>
          </w:rPr>
          <w:t xml:space="preserve">No. 25</w:t>
        </w:r>
      </w:hyperlink>
      <w:r>
        <w:rPr>
          <w:b w:val="0"/>
          <w:i w:val="0"/>
          <w:color w:val="6A6F75"/>
          <w:sz w:val="18"/>
        </w:rPr>
        <w:t xml:space="preserve">, </w:t>
      </w:r>
      <w:hyperlink w:anchor="p38">
        <w:r>
          <w:rPr>
            <w:color w:val="2E5A80"/>
            <w:u w:val="single"/>
            <w:sz w:val="18"/>
          </w:rPr>
          <w:t xml:space="preserve">No. 38</w:t>
        </w:r>
      </w:hyperlink>
      <w:r>
        <w:rPr>
          <w:b w:val="0"/>
          <w:i w:val="0"/>
          <w:color w:val="6A6F75"/>
          <w:sz w:val="18"/>
        </w:rPr>
        <w:t xml:space="preserve">, </w:t>
      </w:r>
      <w:hyperlink w:anchor="p572">
        <w:r>
          <w:rPr>
            <w:color w:val="2E5A80"/>
            <w:u w:val="single"/>
            <w:sz w:val="18"/>
          </w:rPr>
          <w:t xml:space="preserve">No. 572</w:t>
        </w:r>
      </w:hyperlink>
    </w:p>
    <w:p>
      <w:pPr>
        <w:keepNext/>
        <w:spacing w:after="20" w:before="200"/>
      </w:pPr>
      <w:bookmarkStart w:id="28" w:name="p25"/>
      <w:r>
        <w:rPr>
          <w:b/>
          <w:i w:val="0"/>
          <w:color w:val="222B33"/>
          <w:sz w:val="22"/>
        </w:rPr>
        <w:t>No. 25</w:t>
      </w:r>
      <w:r>
        <w:rPr>
          <w:b w:val="0"/>
          <w:i w:val="0"/>
          <w:color w:val="6A6F75"/>
          <w:sz w:val="18"/>
        </w:rPr>
        <w:t xml:space="preserve">   Utsusemi → Genji   答:独 reply / solo</w:t>
      </w:r>
      <w:bookmarkEnd w:id="28"/>
    </w:p>
    <w:p>
      <w:pPr>
        <w:keepNext/>
        <w:spacing w:after="0"/>
      </w:pPr>
      <w:r>
        <w:rPr>
          <w:rFonts w:ascii="Noto Serif CJK JP" w:hAnsi="Noto Serif CJK JP" w:eastAsia="Noto Serif CJK JP"/>
          <w:b w:val="0"/>
          <w:i w:val="0"/>
          <w:color w:val="222B33"/>
          <w:sz w:val="26"/>
        </w:rPr>
        <w:t>空蝉の羽に置く露の木隠れて忍び忍びに濡るる袖かな</w:t>
      </w:r>
    </w:p>
    <w:p>
      <w:pPr>
        <w:keepNext/>
        <w:spacing w:after="60"/>
      </w:pPr>
      <w:r>
        <w:rPr>
          <w:rFonts w:ascii="Noto Serif CJK JP" w:hAnsi="Noto Serif CJK JP" w:eastAsia="Noto Serif CJK JP"/>
          <w:b w:val="0"/>
          <w:i w:val="0"/>
          <w:color w:val="6A6F75"/>
          <w:sz w:val="19"/>
        </w:rPr>
        <w:t>うつせみの　／　はにをく露の　／　木かくれて　／　しのひしのひに　／　ぬるゝそてかな</w:t>
      </w:r>
    </w:p>
    <w:p>
      <w:pPr>
        <w:keepNext/>
        <w:spacing w:after="60"/>
      </w:pPr>
      <w:r>
        <w:rPr>
          <w:b w:val="0"/>
          <w:i/>
          <w:color w:val="222B33"/>
          <w:sz w:val="21"/>
        </w:rPr>
        <w:t>Like dew on a cicada’s wings</w:t>
        <w:br/>
      </w:r>
      <w:r>
        <w:rPr>
          <w:b w:val="0"/>
          <w:i/>
          <w:color w:val="222B33"/>
          <w:sz w:val="21"/>
        </w:rPr>
        <w:t>hidden among the trees,</w:t>
        <w:br/>
      </w:r>
      <w:r>
        <w:rPr>
          <w:b w:val="0"/>
          <w:i/>
          <w:color w:val="222B33"/>
          <w:sz w:val="21"/>
        </w:rPr>
        <w:t>in secret, in secret,</w:t>
        <w:br/>
      </w:r>
      <w:r>
        <w:rPr>
          <w:b w:val="0"/>
          <w:i/>
          <w:color w:val="222B33"/>
          <w:sz w:val="21"/>
        </w:rPr>
        <w:t>my sleeves</w:t>
        <w:br/>
      </w:r>
      <w:r>
        <w:rPr>
          <w:b w:val="0"/>
          <w:i/>
          <w:color w:val="222B33"/>
          <w:sz w:val="21"/>
        </w:rPr>
        <w:t>are wet.</w:t>
      </w:r>
    </w:p>
    <w:p>
      <w:pPr>
        <w:spacing w:after="40"/>
      </w:pPr>
      <w:r>
        <w:rPr>
          <w:b w:val="0"/>
          <w:i w:val="0"/>
          <w:color w:val="222B33"/>
          <w:sz w:val="19"/>
        </w:rPr>
        <w:t>Written on his paper but never sent. The poem is borrowed from the Ise shū.</w:t>
      </w:r>
    </w:p>
    <w:p>
      <w:pPr>
        <w:spacing w:after="40"/>
      </w:pPr>
      <w:r>
        <w:rPr>
          <w:b w:val="0"/>
          <w:i w:val="0"/>
          <w:color w:val="6A6F75"/>
          <w:sz w:val="18"/>
        </w:rPr>
        <w:t xml:space="preserve">In reply to </w:t>
      </w:r>
      <w:hyperlink w:anchor="p24">
        <w:r>
          <w:rPr>
            <w:color w:val="2E5A80"/>
            <w:u w:val="single"/>
            <w:sz w:val="18"/>
          </w:rPr>
          <w:t xml:space="preserve">No. 24 (Genji)</w:t>
        </w:r>
      </w:hyperlink>
      <w:r>
        <w:rPr>
          <w:b w:val="0"/>
          <w:i w:val="0"/>
          <w:color w:val="6A6F75"/>
          <w:sz w:val="18"/>
        </w:rPr>
        <w:t xml:space="preserve">   ·   </w:t>
      </w:r>
      <w:r>
        <w:rPr>
          <w:b w:val="0"/>
          <w:i w:val="0"/>
          <w:color w:val="6A6F75"/>
          <w:sz w:val="18"/>
        </w:rPr>
        <w:t xml:space="preserve">Echo, The cicada shell: </w:t>
      </w:r>
      <w:hyperlink w:anchor="p24">
        <w:r>
          <w:rPr>
            <w:color w:val="2E5A80"/>
            <w:u w:val="single"/>
            <w:sz w:val="18"/>
          </w:rPr>
          <w:t xml:space="preserve">No. 24</w:t>
        </w:r>
      </w:hyperlink>
      <w:r>
        <w:rPr>
          <w:b w:val="0"/>
          <w:i w:val="0"/>
          <w:color w:val="6A6F75"/>
          <w:sz w:val="18"/>
        </w:rPr>
        <w:t xml:space="preserve">, </w:t>
      </w:r>
      <w:hyperlink w:anchor="p38">
        <w:r>
          <w:rPr>
            <w:color w:val="2E5A80"/>
            <w:u w:val="single"/>
            <w:sz w:val="18"/>
          </w:rPr>
          <w:t xml:space="preserve">No. 38</w:t>
        </w:r>
      </w:hyperlink>
      <w:r>
        <w:rPr>
          <w:b w:val="0"/>
          <w:i w:val="0"/>
          <w:color w:val="6A6F75"/>
          <w:sz w:val="18"/>
        </w:rPr>
        <w:t xml:space="preserve">, </w:t>
      </w:r>
      <w:hyperlink w:anchor="p572">
        <w:r>
          <w:rPr>
            <w:color w:val="2E5A80"/>
            <w:u w:val="single"/>
            <w:sz w:val="18"/>
          </w:rPr>
          <w:t xml:space="preserve">No. 572</w:t>
        </w:r>
      </w:hyperlink>
    </w:p>
    <w:p>
      <w:pPr>
        <w:pStyle w:val="Heading1"/>
      </w:pPr>
      <w:bookmarkStart w:id="29" w:name="ch4"/>
      <w:r>
        <w:t>Chapter 4 · Yūgao 夕顔</w:t>
      </w:r>
      <w:bookmarkEnd w:id="29"/>
    </w:p>
    <w:p>
      <w:pPr>
        <w:keepNext/>
        <w:spacing w:after="20" w:before="200"/>
      </w:pPr>
      <w:bookmarkStart w:id="30" w:name="p26"/>
      <w:r>
        <w:rPr>
          <w:b/>
          <w:i w:val="0"/>
          <w:color w:val="222B33"/>
          <w:sz w:val="22"/>
        </w:rPr>
        <w:t>No. 26</w:t>
      </w:r>
      <w:r>
        <w:rPr>
          <w:b w:val="0"/>
          <w:i w:val="0"/>
          <w:color w:val="6A6F75"/>
          <w:sz w:val="18"/>
        </w:rPr>
        <w:t xml:space="preserve">   Yūgao → Genji   贈 sent</w:t>
      </w:r>
      <w:bookmarkEnd w:id="30"/>
    </w:p>
    <w:p>
      <w:pPr>
        <w:keepNext/>
        <w:spacing w:after="40"/>
      </w:pPr>
      <w:r>
        <w:rPr>
          <w:b/>
          <w:i w:val="0"/>
          <w:color w:val="6A6F75"/>
          <w:sz w:val="18"/>
        </w:rPr>
        <w:t xml:space="preserve">Context. </w:t>
      </w:r>
      <w:r>
        <w:rPr>
          <w:b w:val="0"/>
          <w:i w:val="0"/>
          <w:color w:val="6A6F75"/>
          <w:sz w:val="19"/>
        </w:rPr>
        <w:t>Yūgao’s house sends the first poem on a fan with the evening-face flower; she, not Genji, begins the affair.</w:t>
      </w:r>
    </w:p>
    <w:p>
      <w:pPr>
        <w:keepNext/>
        <w:spacing w:after="0"/>
      </w:pPr>
      <w:r>
        <w:rPr>
          <w:rFonts w:ascii="Noto Serif CJK JP" w:hAnsi="Noto Serif CJK JP" w:eastAsia="Noto Serif CJK JP"/>
          <w:b w:val="0"/>
          <w:i w:val="0"/>
          <w:color w:val="222B33"/>
          <w:sz w:val="26"/>
        </w:rPr>
        <w:t>心あてにそれかとぞ見る白露の光そへたる夕顔の花</w:t>
      </w:r>
    </w:p>
    <w:p>
      <w:pPr>
        <w:keepNext/>
        <w:spacing w:after="60"/>
      </w:pPr>
      <w:r>
        <w:rPr>
          <w:rFonts w:ascii="Noto Serif CJK JP" w:hAnsi="Noto Serif CJK JP" w:eastAsia="Noto Serif CJK JP"/>
          <w:b w:val="0"/>
          <w:i w:val="0"/>
          <w:color w:val="6A6F75"/>
          <w:sz w:val="19"/>
        </w:rPr>
        <w:t>心あてに　／　それかとそみる　／　しら露の　／　ひかりそへたる　／　ゆふかほの花</w:t>
      </w:r>
    </w:p>
    <w:p>
      <w:pPr>
        <w:keepNext/>
        <w:spacing w:after="60"/>
      </w:pPr>
      <w:r>
        <w:rPr>
          <w:b w:val="0"/>
          <w:i/>
          <w:color w:val="222B33"/>
          <w:sz w:val="21"/>
        </w:rPr>
        <w:t>Guessing, I take it</w:t>
        <w:br/>
      </w:r>
      <w:r>
        <w:rPr>
          <w:b w:val="0"/>
          <w:i/>
          <w:color w:val="222B33"/>
          <w:sz w:val="21"/>
        </w:rPr>
        <w:t>for him: the evening face</w:t>
        <w:br/>
      </w:r>
      <w:r>
        <w:rPr>
          <w:b w:val="0"/>
          <w:i/>
          <w:color w:val="222B33"/>
          <w:sz w:val="21"/>
        </w:rPr>
        <w:t>made brighter by the light</w:t>
        <w:br/>
      </w:r>
      <w:r>
        <w:rPr>
          <w:b w:val="0"/>
          <w:i/>
          <w:color w:val="222B33"/>
          <w:sz w:val="21"/>
        </w:rPr>
        <w:t>of the white dew.</w:t>
      </w:r>
    </w:p>
    <w:p>
      <w:pPr>
        <w:spacing w:after="40"/>
      </w:pPr>
      <w:r>
        <w:rPr>
          <w:b w:val="0"/>
          <w:i w:val="0"/>
          <w:color w:val="222B33"/>
          <w:sz w:val="19"/>
        </w:rPr>
        <w:t>The “light” is the shining visitor. Her house sends the first poem, unusually for a woman.</w:t>
      </w:r>
    </w:p>
    <w:p>
      <w:pPr>
        <w:spacing w:after="40"/>
      </w:pPr>
      <w:r>
        <w:rPr>
          <w:b w:val="0"/>
          <w:i w:val="0"/>
          <w:color w:val="6A6F75"/>
          <w:sz w:val="18"/>
        </w:rPr>
        <w:t xml:space="preserve">Answered by </w:t>
      </w:r>
      <w:hyperlink w:anchor="p27">
        <w:r>
          <w:rPr>
            <w:color w:val="2E5A80"/>
            <w:u w:val="single"/>
            <w:sz w:val="18"/>
          </w:rPr>
          <w:t xml:space="preserve">No. 27 (Genji)</w:t>
        </w:r>
      </w:hyperlink>
    </w:p>
    <w:p>
      <w:pPr>
        <w:keepNext/>
        <w:spacing w:after="20" w:before="200"/>
      </w:pPr>
      <w:bookmarkStart w:id="31" w:name="p27"/>
      <w:r>
        <w:rPr>
          <w:b/>
          <w:i w:val="0"/>
          <w:color w:val="222B33"/>
          <w:sz w:val="22"/>
        </w:rPr>
        <w:t>No. 27</w:t>
      </w:r>
      <w:r>
        <w:rPr>
          <w:b w:val="0"/>
          <w:i w:val="0"/>
          <w:color w:val="6A6F75"/>
          <w:sz w:val="18"/>
        </w:rPr>
        <w:t xml:space="preserve">   Genji → Yūgao   答 reply</w:t>
      </w:r>
      <w:bookmarkEnd w:id="31"/>
    </w:p>
    <w:p>
      <w:pPr>
        <w:keepNext/>
        <w:spacing w:after="0"/>
      </w:pPr>
      <w:r>
        <w:rPr>
          <w:rFonts w:ascii="Noto Serif CJK JP" w:hAnsi="Noto Serif CJK JP" w:eastAsia="Noto Serif CJK JP"/>
          <w:b w:val="0"/>
          <w:i w:val="0"/>
          <w:color w:val="222B33"/>
          <w:sz w:val="26"/>
        </w:rPr>
        <w:t>寄りてこそそれかとも見めたそかれにほのぼの見つる花の夕顔</w:t>
      </w:r>
    </w:p>
    <w:p>
      <w:pPr>
        <w:keepNext/>
        <w:spacing w:after="60"/>
      </w:pPr>
      <w:r>
        <w:rPr>
          <w:rFonts w:ascii="Noto Serif CJK JP" w:hAnsi="Noto Serif CJK JP" w:eastAsia="Noto Serif CJK JP"/>
          <w:b w:val="0"/>
          <w:i w:val="0"/>
          <w:color w:val="6A6F75"/>
          <w:sz w:val="19"/>
        </w:rPr>
        <w:t>よりてこそ　／　それかともみめ　／　たそかれに　／　ほのほのみつる　／　花のゆふかほ</w:t>
      </w:r>
    </w:p>
    <w:p>
      <w:pPr>
        <w:keepNext/>
        <w:spacing w:after="60"/>
      </w:pPr>
      <w:r>
        <w:rPr>
          <w:b w:val="0"/>
          <w:i/>
          <w:color w:val="222B33"/>
          <w:sz w:val="21"/>
        </w:rPr>
        <w:t>Come close</w:t>
        <w:br/>
      </w:r>
      <w:r>
        <w:rPr>
          <w:b w:val="0"/>
          <w:i/>
          <w:color w:val="222B33"/>
          <w:sz w:val="21"/>
        </w:rPr>
        <w:t>and you might know if it’s he,</w:t>
        <w:br/>
      </w:r>
      <w:r>
        <w:rPr>
          <w:b w:val="0"/>
          <w:i/>
          <w:color w:val="222B33"/>
          <w:sz w:val="21"/>
        </w:rPr>
        <w:t>the evening face you glimpsed</w:t>
        <w:br/>
      </w:r>
      <w:r>
        <w:rPr>
          <w:b w:val="0"/>
          <w:i/>
          <w:color w:val="222B33"/>
          <w:sz w:val="21"/>
        </w:rPr>
        <w:t>dimly</w:t>
        <w:br/>
      </w:r>
      <w:r>
        <w:rPr>
          <w:b w:val="0"/>
          <w:i/>
          <w:color w:val="222B33"/>
          <w:sz w:val="21"/>
        </w:rPr>
        <w:t>at twilight.</w:t>
      </w:r>
    </w:p>
    <w:p>
      <w:pPr>
        <w:spacing w:after="40"/>
      </w:pPr>
      <w:r>
        <w:rPr>
          <w:b w:val="0"/>
          <w:i w:val="0"/>
          <w:color w:val="222B33"/>
          <w:sz w:val="19"/>
        </w:rPr>
        <w:t>Tasokare, “twilight,” is literally “who is he?”</w:t>
      </w:r>
    </w:p>
    <w:p>
      <w:pPr>
        <w:spacing w:after="40"/>
      </w:pPr>
      <w:r>
        <w:rPr>
          <w:b w:val="0"/>
          <w:i w:val="0"/>
          <w:color w:val="6A6F75"/>
          <w:sz w:val="18"/>
        </w:rPr>
        <w:t xml:space="preserve">In reply to </w:t>
      </w:r>
      <w:hyperlink w:anchor="p26">
        <w:r>
          <w:rPr>
            <w:color w:val="2E5A80"/>
            <w:u w:val="single"/>
            <w:sz w:val="18"/>
          </w:rPr>
          <w:t xml:space="preserve">No. 26 (Yūgao)</w:t>
        </w:r>
      </w:hyperlink>
    </w:p>
    <w:p>
      <w:pPr>
        <w:keepNext/>
        <w:spacing w:after="20" w:before="200"/>
      </w:pPr>
      <w:bookmarkStart w:id="32" w:name="p28"/>
      <w:r>
        <w:rPr>
          <w:b/>
          <w:i w:val="0"/>
          <w:color w:val="222B33"/>
          <w:sz w:val="22"/>
        </w:rPr>
        <w:t>No. 28</w:t>
      </w:r>
      <w:r>
        <w:rPr>
          <w:b w:val="0"/>
          <w:i w:val="0"/>
          <w:color w:val="6A6F75"/>
          <w:sz w:val="18"/>
        </w:rPr>
        <w:t xml:space="preserve">   Genji → Chūjō no Kimi   贈 sent</w:t>
      </w:r>
      <w:bookmarkEnd w:id="32"/>
    </w:p>
    <w:p>
      <w:pPr>
        <w:keepNext/>
        <w:spacing w:after="40"/>
      </w:pPr>
      <w:r>
        <w:rPr>
          <w:b/>
          <w:i w:val="0"/>
          <w:color w:val="6A6F75"/>
          <w:sz w:val="18"/>
        </w:rPr>
        <w:t xml:space="preserve">Context. </w:t>
      </w:r>
      <w:r>
        <w:rPr>
          <w:b w:val="0"/>
          <w:i w:val="0"/>
          <w:color w:val="6A6F75"/>
          <w:sz w:val="19"/>
        </w:rPr>
        <w:t>Leaving Lady Rokujō’s house at dawn, Genji flirts with her attendant; his lukewarm feeling for Rokujō.</w:t>
      </w:r>
    </w:p>
    <w:p>
      <w:pPr>
        <w:keepNext/>
        <w:spacing w:after="0"/>
      </w:pPr>
      <w:r>
        <w:rPr>
          <w:rFonts w:ascii="Noto Serif CJK JP" w:hAnsi="Noto Serif CJK JP" w:eastAsia="Noto Serif CJK JP"/>
          <w:b w:val="0"/>
          <w:i w:val="0"/>
          <w:color w:val="222B33"/>
          <w:sz w:val="26"/>
        </w:rPr>
        <w:t>咲く花に移るてふ名はつつめども折らで過ぎ憂き今朝の朝顔</w:t>
      </w:r>
    </w:p>
    <w:p>
      <w:pPr>
        <w:keepNext/>
        <w:spacing w:after="60"/>
      </w:pPr>
      <w:r>
        <w:rPr>
          <w:rFonts w:ascii="Noto Serif CJK JP" w:hAnsi="Noto Serif CJK JP" w:eastAsia="Noto Serif CJK JP"/>
          <w:b w:val="0"/>
          <w:i w:val="0"/>
          <w:color w:val="6A6F75"/>
          <w:sz w:val="19"/>
        </w:rPr>
        <w:t>咲花に　／　うつるてふなは　／　つゝめとも　／　おらてすきうき　／　けさのあさかほ</w:t>
      </w:r>
    </w:p>
    <w:p>
      <w:pPr>
        <w:keepNext/>
        <w:spacing w:after="60"/>
      </w:pPr>
      <w:r>
        <w:rPr>
          <w:b w:val="0"/>
          <w:i/>
          <w:color w:val="222B33"/>
          <w:sz w:val="21"/>
        </w:rPr>
        <w:t>Though I hide the name</w:t>
        <w:br/>
      </w:r>
      <w:r>
        <w:rPr>
          <w:b w:val="0"/>
          <w:i/>
          <w:color w:val="222B33"/>
          <w:sz w:val="21"/>
        </w:rPr>
        <w:t>of one who shifts to every bloom,</w:t>
        <w:br/>
      </w:r>
      <w:r>
        <w:rPr>
          <w:b w:val="0"/>
          <w:i/>
          <w:color w:val="222B33"/>
          <w:sz w:val="21"/>
        </w:rPr>
        <w:t>it is hard to pass by</w:t>
        <w:br/>
      </w:r>
      <w:r>
        <w:rPr>
          <w:b w:val="0"/>
          <w:i/>
          <w:color w:val="222B33"/>
          <w:sz w:val="21"/>
        </w:rPr>
        <w:t>without plucking</w:t>
        <w:br/>
      </w:r>
      <w:r>
        <w:rPr>
          <w:b w:val="0"/>
          <w:i/>
          <w:color w:val="222B33"/>
          <w:sz w:val="21"/>
        </w:rPr>
        <w:t>this morning’s glory.</w:t>
      </w:r>
    </w:p>
    <w:p>
      <w:pPr>
        <w:spacing w:after="40"/>
      </w:pPr>
      <w:r>
        <w:rPr>
          <w:b w:val="0"/>
          <w:i w:val="0"/>
          <w:color w:val="222B33"/>
          <w:sz w:val="19"/>
        </w:rPr>
        <w:t>Flirtation with an attendant of Lady Rokujō, at dawn.</w:t>
      </w:r>
    </w:p>
    <w:p>
      <w:pPr>
        <w:spacing w:after="40"/>
      </w:pPr>
      <w:r>
        <w:rPr>
          <w:b w:val="0"/>
          <w:i w:val="0"/>
          <w:color w:val="6A6F75"/>
          <w:sz w:val="18"/>
        </w:rPr>
        <w:t xml:space="preserve">Answered by </w:t>
      </w:r>
      <w:hyperlink w:anchor="p29">
        <w:r>
          <w:rPr>
            <w:color w:val="2E5A80"/>
            <w:u w:val="single"/>
            <w:sz w:val="18"/>
          </w:rPr>
          <w:t xml:space="preserve">No. 29 (Chūjō no Kimi)</w:t>
        </w:r>
      </w:hyperlink>
    </w:p>
    <w:p>
      <w:pPr>
        <w:keepNext/>
        <w:spacing w:after="20" w:before="200"/>
      </w:pPr>
      <w:bookmarkStart w:id="33" w:name="p29"/>
      <w:r>
        <w:rPr>
          <w:b/>
          <w:i w:val="0"/>
          <w:color w:val="222B33"/>
          <w:sz w:val="22"/>
        </w:rPr>
        <w:t>No. 29</w:t>
      </w:r>
      <w:r>
        <w:rPr>
          <w:b w:val="0"/>
          <w:i w:val="0"/>
          <w:color w:val="6A6F75"/>
          <w:sz w:val="18"/>
        </w:rPr>
        <w:t xml:space="preserve">   Chūjō no Kimi → Genji   答 reply</w:t>
      </w:r>
      <w:bookmarkEnd w:id="33"/>
    </w:p>
    <w:p>
      <w:pPr>
        <w:keepNext/>
        <w:spacing w:after="0"/>
      </w:pPr>
      <w:r>
        <w:rPr>
          <w:rFonts w:ascii="Noto Serif CJK JP" w:hAnsi="Noto Serif CJK JP" w:eastAsia="Noto Serif CJK JP"/>
          <w:b w:val="0"/>
          <w:i w:val="0"/>
          <w:color w:val="222B33"/>
          <w:sz w:val="26"/>
        </w:rPr>
        <w:t>朝霧の晴れ間も待たぬ気色にて花に心を止めぬとぞ見る</w:t>
      </w:r>
    </w:p>
    <w:p>
      <w:pPr>
        <w:keepNext/>
        <w:spacing w:after="60"/>
      </w:pPr>
      <w:r>
        <w:rPr>
          <w:rFonts w:ascii="Noto Serif CJK JP" w:hAnsi="Noto Serif CJK JP" w:eastAsia="Noto Serif CJK JP"/>
          <w:b w:val="0"/>
          <w:i w:val="0"/>
          <w:color w:val="6A6F75"/>
          <w:sz w:val="19"/>
        </w:rPr>
        <w:t>あさきりの　／　はれまもまたぬ　／　けしきにて　／　花に心を　／　とめぬとそみる</w:t>
      </w:r>
    </w:p>
    <w:p>
      <w:pPr>
        <w:keepNext/>
        <w:spacing w:after="60"/>
      </w:pPr>
      <w:r>
        <w:rPr>
          <w:b w:val="0"/>
          <w:i/>
          <w:color w:val="222B33"/>
          <w:sz w:val="21"/>
        </w:rPr>
        <w:t>Not even waiting</w:t>
        <w:br/>
      </w:r>
      <w:r>
        <w:rPr>
          <w:b w:val="0"/>
          <w:i/>
          <w:color w:val="222B33"/>
          <w:sz w:val="21"/>
        </w:rPr>
        <w:t>for a break in the morning mist,</w:t>
        <w:br/>
      </w:r>
      <w:r>
        <w:rPr>
          <w:b w:val="0"/>
          <w:i/>
          <w:color w:val="222B33"/>
          <w:sz w:val="21"/>
        </w:rPr>
        <w:t>you seem one whose heart</w:t>
        <w:br/>
      </w:r>
      <w:r>
        <w:rPr>
          <w:b w:val="0"/>
          <w:i/>
          <w:color w:val="222B33"/>
          <w:sz w:val="21"/>
        </w:rPr>
        <w:t>is not fixed</w:t>
        <w:br/>
      </w:r>
      <w:r>
        <w:rPr>
          <w:b w:val="0"/>
          <w:i/>
          <w:color w:val="222B33"/>
          <w:sz w:val="21"/>
        </w:rPr>
        <w:t>on the flower.</w:t>
      </w:r>
    </w:p>
    <w:p>
      <w:pPr>
        <w:spacing w:after="40"/>
      </w:pPr>
      <w:r>
        <w:rPr>
          <w:b w:val="0"/>
          <w:i w:val="0"/>
          <w:color w:val="222B33"/>
          <w:sz w:val="19"/>
        </w:rPr>
        <w:t>She deftly turns his compliment toward her mistress.</w:t>
      </w:r>
    </w:p>
    <w:p>
      <w:pPr>
        <w:spacing w:after="40"/>
      </w:pPr>
      <w:r>
        <w:rPr>
          <w:b w:val="0"/>
          <w:i w:val="0"/>
          <w:color w:val="6A6F75"/>
          <w:sz w:val="18"/>
        </w:rPr>
        <w:t xml:space="preserve">In reply to </w:t>
      </w:r>
      <w:hyperlink w:anchor="p28">
        <w:r>
          <w:rPr>
            <w:color w:val="2E5A80"/>
            <w:u w:val="single"/>
            <w:sz w:val="18"/>
          </w:rPr>
          <w:t xml:space="preserve">No. 28 (Genji)</w:t>
        </w:r>
      </w:hyperlink>
    </w:p>
    <w:p>
      <w:pPr>
        <w:keepNext/>
        <w:spacing w:after="20" w:before="200"/>
      </w:pPr>
      <w:bookmarkStart w:id="34" w:name="p30"/>
      <w:r>
        <w:rPr>
          <w:b/>
          <w:i w:val="0"/>
          <w:color w:val="222B33"/>
          <w:sz w:val="22"/>
        </w:rPr>
        <w:t>No. 30</w:t>
      </w:r>
      <w:r>
        <w:rPr>
          <w:b w:val="0"/>
          <w:i w:val="0"/>
          <w:color w:val="6A6F75"/>
          <w:sz w:val="18"/>
        </w:rPr>
        <w:t xml:space="preserve">   Genji → Yūgao   贈 sent</w:t>
      </w:r>
      <w:bookmarkEnd w:id="34"/>
    </w:p>
    <w:p>
      <w:pPr>
        <w:keepNext/>
        <w:spacing w:after="40"/>
      </w:pPr>
      <w:r>
        <w:rPr>
          <w:b/>
          <w:i w:val="0"/>
          <w:color w:val="6A6F75"/>
          <w:sz w:val="18"/>
        </w:rPr>
        <w:t xml:space="preserve">Context. </w:t>
      </w:r>
      <w:r>
        <w:rPr>
          <w:b w:val="0"/>
          <w:i w:val="0"/>
          <w:color w:val="6A6F75"/>
          <w:sz w:val="19"/>
        </w:rPr>
        <w:t>At Yūgao’s humble house Genji hears an old man praying and vows a love beyond this life; the vow is broken within days.</w:t>
      </w:r>
    </w:p>
    <w:p>
      <w:pPr>
        <w:keepNext/>
        <w:spacing w:after="0"/>
      </w:pPr>
      <w:r>
        <w:rPr>
          <w:rFonts w:ascii="Noto Serif CJK JP" w:hAnsi="Noto Serif CJK JP" w:eastAsia="Noto Serif CJK JP"/>
          <w:b w:val="0"/>
          <w:i w:val="0"/>
          <w:color w:val="222B33"/>
          <w:sz w:val="26"/>
        </w:rPr>
        <w:t>優婆塞が行ふ道をしるべにて来む世も深き契り違ふな</w:t>
      </w:r>
    </w:p>
    <w:p>
      <w:pPr>
        <w:keepNext/>
        <w:spacing w:after="60"/>
      </w:pPr>
      <w:r>
        <w:rPr>
          <w:rFonts w:ascii="Noto Serif CJK JP" w:hAnsi="Noto Serif CJK JP" w:eastAsia="Noto Serif CJK JP"/>
          <w:b w:val="0"/>
          <w:i w:val="0"/>
          <w:color w:val="6A6F75"/>
          <w:sz w:val="19"/>
        </w:rPr>
        <w:t>うはそくか　／　おこなふみちを　／　しるへにて　／　こむ世もふかき　／　契たかふな</w:t>
      </w:r>
    </w:p>
    <w:p>
      <w:pPr>
        <w:keepNext/>
        <w:spacing w:after="60"/>
      </w:pPr>
      <w:r>
        <w:rPr>
          <w:b w:val="0"/>
          <w:i/>
          <w:color w:val="222B33"/>
          <w:sz w:val="21"/>
        </w:rPr>
        <w:t>Taking as our guide the path</w:t>
        <w:br/>
      </w:r>
      <w:r>
        <w:rPr>
          <w:b w:val="0"/>
          <w:i/>
          <w:color w:val="222B33"/>
          <w:sz w:val="21"/>
        </w:rPr>
        <w:t>the lay devotee walks,</w:t>
        <w:br/>
      </w:r>
      <w:r>
        <w:rPr>
          <w:b w:val="0"/>
          <w:i/>
          <w:color w:val="222B33"/>
          <w:sz w:val="21"/>
        </w:rPr>
        <w:t>do not betray our deep bond</w:t>
        <w:br/>
      </w:r>
      <w:r>
        <w:rPr>
          <w:b w:val="0"/>
          <w:i/>
          <w:color w:val="222B33"/>
          <w:sz w:val="21"/>
        </w:rPr>
        <w:t>in the world</w:t>
        <w:br/>
      </w:r>
      <w:r>
        <w:rPr>
          <w:b w:val="0"/>
          <w:i/>
          <w:color w:val="222B33"/>
          <w:sz w:val="21"/>
        </w:rPr>
        <w:t>to come.</w:t>
      </w:r>
    </w:p>
    <w:p>
      <w:pPr>
        <w:spacing w:after="40"/>
      </w:pPr>
      <w:r>
        <w:rPr>
          <w:b w:val="0"/>
          <w:i w:val="0"/>
          <w:color w:val="222B33"/>
          <w:sz w:val="19"/>
        </w:rPr>
        <w:t>He has heard an old man at prayer to Maitreya.</w:t>
      </w:r>
    </w:p>
    <w:p>
      <w:pPr>
        <w:spacing w:after="40"/>
      </w:pPr>
      <w:r>
        <w:rPr>
          <w:b w:val="0"/>
          <w:i w:val="0"/>
          <w:color w:val="6A6F75"/>
          <w:sz w:val="18"/>
        </w:rPr>
        <w:t xml:space="preserve">Answered by </w:t>
      </w:r>
      <w:hyperlink w:anchor="p31">
        <w:r>
          <w:rPr>
            <w:color w:val="2E5A80"/>
            <w:u w:val="single"/>
            <w:sz w:val="18"/>
          </w:rPr>
          <w:t xml:space="preserve">No. 31 (Yūgao)</w:t>
        </w:r>
      </w:hyperlink>
      <w:r>
        <w:rPr>
          <w:b w:val="0"/>
          <w:i w:val="0"/>
          <w:color w:val="6A6F75"/>
          <w:sz w:val="18"/>
        </w:rPr>
        <w:t xml:space="preserve">   ·   </w:t>
      </w:r>
      <w:r>
        <w:rPr>
          <w:b w:val="0"/>
          <w:i w:val="0"/>
          <w:color w:val="6A6F75"/>
          <w:sz w:val="18"/>
        </w:rPr>
        <w:t xml:space="preserve">Echo, Guide and lost way: </w:t>
      </w:r>
      <w:hyperlink w:anchor="p647">
        <w:r>
          <w:rPr>
            <w:color w:val="2E5A80"/>
            <w:u w:val="single"/>
            <w:sz w:val="18"/>
          </w:rPr>
          <w:t xml:space="preserve">No. 647</w:t>
        </w:r>
      </w:hyperlink>
      <w:r>
        <w:rPr>
          <w:b w:val="0"/>
          <w:i w:val="0"/>
          <w:color w:val="6A6F75"/>
          <w:sz w:val="18"/>
        </w:rPr>
        <w:t xml:space="preserve">, </w:t>
      </w:r>
      <w:hyperlink w:anchor="p661">
        <w:r>
          <w:rPr>
            <w:color w:val="2E5A80"/>
            <w:u w:val="single"/>
            <w:sz w:val="18"/>
          </w:rPr>
          <w:t xml:space="preserve">No. 661</w:t>
        </w:r>
      </w:hyperlink>
      <w:r>
        <w:rPr>
          <w:b w:val="0"/>
          <w:i w:val="0"/>
          <w:color w:val="6A6F75"/>
          <w:sz w:val="18"/>
        </w:rPr>
        <w:t xml:space="preserve">, </w:t>
      </w:r>
      <w:hyperlink w:anchor="p795">
        <w:r>
          <w:rPr>
            <w:color w:val="2E5A80"/>
            <w:u w:val="single"/>
            <w:sz w:val="18"/>
          </w:rPr>
          <w:t xml:space="preserve">No. 795</w:t>
        </w:r>
      </w:hyperlink>
    </w:p>
    <w:p>
      <w:pPr>
        <w:keepNext/>
        <w:spacing w:after="20" w:before="200"/>
      </w:pPr>
      <w:bookmarkStart w:id="35" w:name="p31"/>
      <w:r>
        <w:rPr>
          <w:b/>
          <w:i w:val="0"/>
          <w:color w:val="222B33"/>
          <w:sz w:val="22"/>
        </w:rPr>
        <w:t>No. 31</w:t>
      </w:r>
      <w:r>
        <w:rPr>
          <w:b w:val="0"/>
          <w:i w:val="0"/>
          <w:color w:val="6A6F75"/>
          <w:sz w:val="18"/>
        </w:rPr>
        <w:t xml:space="preserve">   Yūgao → Genji   答 reply</w:t>
      </w:r>
      <w:bookmarkEnd w:id="35"/>
    </w:p>
    <w:p>
      <w:pPr>
        <w:keepNext/>
        <w:spacing w:after="0"/>
      </w:pPr>
      <w:r>
        <w:rPr>
          <w:rFonts w:ascii="Noto Serif CJK JP" w:hAnsi="Noto Serif CJK JP" w:eastAsia="Noto Serif CJK JP"/>
          <w:b w:val="0"/>
          <w:i w:val="0"/>
          <w:color w:val="222B33"/>
          <w:sz w:val="26"/>
        </w:rPr>
        <w:t>前の世の契り知らるる身の憂さに行く末かねて頼みがたさよ</w:t>
      </w:r>
    </w:p>
    <w:p>
      <w:pPr>
        <w:keepNext/>
        <w:spacing w:after="60"/>
      </w:pPr>
      <w:r>
        <w:rPr>
          <w:rFonts w:ascii="Noto Serif CJK JP" w:hAnsi="Noto Serif CJK JP" w:eastAsia="Noto Serif CJK JP"/>
          <w:b w:val="0"/>
          <w:i w:val="0"/>
          <w:color w:val="6A6F75"/>
          <w:sz w:val="19"/>
        </w:rPr>
        <w:t>さきの世の　／　契しらるゝ　／　身のうさに　／　ゆくすゑかねて　／　たのみかたさよ</w:t>
      </w:r>
    </w:p>
    <w:p>
      <w:pPr>
        <w:keepNext/>
        <w:spacing w:after="60"/>
      </w:pPr>
      <w:r>
        <w:rPr>
          <w:b w:val="0"/>
          <w:i/>
          <w:color w:val="222B33"/>
          <w:sz w:val="21"/>
        </w:rPr>
        <w:t>My wretchedness shows me</w:t>
        <w:br/>
      </w:r>
      <w:r>
        <w:rPr>
          <w:b w:val="0"/>
          <w:i/>
          <w:color w:val="222B33"/>
          <w:sz w:val="21"/>
        </w:rPr>
        <w:t>my bonds from a former life;</w:t>
        <w:br/>
      </w:r>
      <w:r>
        <w:rPr>
          <w:b w:val="0"/>
          <w:i/>
          <w:color w:val="222B33"/>
          <w:sz w:val="21"/>
        </w:rPr>
        <w:t>how hard it is to trust</w:t>
        <w:br/>
      </w:r>
      <w:r>
        <w:rPr>
          <w:b w:val="0"/>
          <w:i/>
          <w:color w:val="222B33"/>
          <w:sz w:val="21"/>
        </w:rPr>
        <w:t>what lies</w:t>
        <w:br/>
      </w:r>
      <w:r>
        <w:rPr>
          <w:b w:val="0"/>
          <w:i/>
          <w:color w:val="222B33"/>
          <w:sz w:val="21"/>
        </w:rPr>
        <w:t>ahead.</w:t>
      </w:r>
    </w:p>
    <w:p>
      <w:pPr>
        <w:spacing w:after="40"/>
      </w:pPr>
      <w:r>
        <w:rPr>
          <w:b w:val="0"/>
          <w:i w:val="0"/>
          <w:color w:val="222B33"/>
          <w:sz w:val="19"/>
        </w:rPr>
        <w:t>She answers his future life with her past one.</w:t>
      </w:r>
    </w:p>
    <w:p>
      <w:pPr>
        <w:spacing w:after="40"/>
      </w:pPr>
      <w:r>
        <w:rPr>
          <w:b w:val="0"/>
          <w:i w:val="0"/>
          <w:color w:val="6A6F75"/>
          <w:sz w:val="18"/>
        </w:rPr>
        <w:t xml:space="preserve">In reply to </w:t>
      </w:r>
      <w:hyperlink w:anchor="p30">
        <w:r>
          <w:rPr>
            <w:color w:val="2E5A80"/>
            <w:u w:val="single"/>
            <w:sz w:val="18"/>
          </w:rPr>
          <w:t xml:space="preserve">No. 30 (Genji)</w:t>
        </w:r>
      </w:hyperlink>
    </w:p>
    <w:p>
      <w:pPr>
        <w:keepNext/>
        <w:spacing w:after="20" w:before="200"/>
      </w:pPr>
      <w:bookmarkStart w:id="36" w:name="p32"/>
      <w:r>
        <w:rPr>
          <w:b/>
          <w:i w:val="0"/>
          <w:color w:val="222B33"/>
          <w:sz w:val="22"/>
        </w:rPr>
        <w:t>No. 32</w:t>
      </w:r>
      <w:r>
        <w:rPr>
          <w:b w:val="0"/>
          <w:i w:val="0"/>
          <w:color w:val="6A6F75"/>
          <w:sz w:val="18"/>
        </w:rPr>
        <w:t xml:space="preserve">   Genji → Yūgao   贈 sent</w:t>
      </w:r>
      <w:bookmarkEnd w:id="36"/>
    </w:p>
    <w:p>
      <w:pPr>
        <w:keepNext/>
        <w:spacing w:after="40"/>
      </w:pPr>
      <w:r>
        <w:rPr>
          <w:b/>
          <w:i w:val="0"/>
          <w:color w:val="6A6F75"/>
          <w:sz w:val="18"/>
        </w:rPr>
        <w:t xml:space="preserve">Context. </w:t>
      </w:r>
      <w:r>
        <w:rPr>
          <w:b w:val="0"/>
          <w:i w:val="0"/>
          <w:color w:val="6A6F75"/>
          <w:sz w:val="19"/>
        </w:rPr>
        <w:t>Genji takes Yūgao to a deserted villa at dawn; the setting where she will die.</w:t>
      </w:r>
    </w:p>
    <w:p>
      <w:pPr>
        <w:keepNext/>
        <w:spacing w:after="0"/>
      </w:pPr>
      <w:r>
        <w:rPr>
          <w:rFonts w:ascii="Noto Serif CJK JP" w:hAnsi="Noto Serif CJK JP" w:eastAsia="Noto Serif CJK JP"/>
          <w:b w:val="0"/>
          <w:i w:val="0"/>
          <w:color w:val="222B33"/>
          <w:sz w:val="26"/>
        </w:rPr>
        <w:t>いにしへもかくやは人の惑ひけむ我がまだ知らぬしののめの道</w:t>
      </w:r>
    </w:p>
    <w:p>
      <w:pPr>
        <w:keepNext/>
        <w:spacing w:after="60"/>
      </w:pPr>
      <w:r>
        <w:rPr>
          <w:rFonts w:ascii="Noto Serif CJK JP" w:hAnsi="Noto Serif CJK JP" w:eastAsia="Noto Serif CJK JP"/>
          <w:b w:val="0"/>
          <w:i w:val="0"/>
          <w:color w:val="6A6F75"/>
          <w:sz w:val="19"/>
        </w:rPr>
        <w:t>いにしへも　／　かくやは人の　／　まとひけん　／　我またしらぬ　／　篠の目のみち</w:t>
      </w:r>
    </w:p>
    <w:p>
      <w:pPr>
        <w:keepNext/>
        <w:spacing w:after="60"/>
      </w:pPr>
      <w:r>
        <w:rPr>
          <w:b w:val="0"/>
          <w:i/>
          <w:color w:val="222B33"/>
          <w:sz w:val="21"/>
        </w:rPr>
        <w:t>Did people of old</w:t>
        <w:br/>
      </w:r>
      <w:r>
        <w:rPr>
          <w:b w:val="0"/>
          <w:i/>
          <w:color w:val="222B33"/>
          <w:sz w:val="21"/>
        </w:rPr>
        <w:t>wander lost like this?</w:t>
        <w:br/>
      </w:r>
      <w:r>
        <w:rPr>
          <w:b w:val="0"/>
          <w:i/>
          <w:color w:val="222B33"/>
          <w:sz w:val="21"/>
        </w:rPr>
        <w:t>This dawn road</w:t>
        <w:br/>
      </w:r>
      <w:r>
        <w:rPr>
          <w:b w:val="0"/>
          <w:i/>
          <w:color w:val="222B33"/>
          <w:sz w:val="21"/>
        </w:rPr>
        <w:t>I have</w:t>
        <w:br/>
      </w:r>
      <w:r>
        <w:rPr>
          <w:b w:val="0"/>
          <w:i/>
          <w:color w:val="222B33"/>
          <w:sz w:val="21"/>
        </w:rPr>
        <w:t>never known.</w:t>
      </w:r>
    </w:p>
    <w:p>
      <w:pPr>
        <w:spacing w:after="40"/>
      </w:pPr>
      <w:r>
        <w:rPr>
          <w:b w:val="0"/>
          <w:i w:val="0"/>
          <w:color w:val="222B33"/>
          <w:sz w:val="19"/>
        </w:rPr>
        <w:t>On the way to the deserted villa.</w:t>
      </w:r>
    </w:p>
    <w:p>
      <w:pPr>
        <w:spacing w:after="40"/>
      </w:pPr>
      <w:r>
        <w:rPr>
          <w:b w:val="0"/>
          <w:i w:val="0"/>
          <w:color w:val="6A6F75"/>
          <w:sz w:val="18"/>
        </w:rPr>
        <w:t xml:space="preserve">Answered by </w:t>
      </w:r>
      <w:hyperlink w:anchor="p33">
        <w:r>
          <w:rPr>
            <w:color w:val="2E5A80"/>
            <w:u w:val="single"/>
            <w:sz w:val="18"/>
          </w:rPr>
          <w:t xml:space="preserve">No. 33 (Yūgao)</w:t>
        </w:r>
      </w:hyperlink>
    </w:p>
    <w:p>
      <w:pPr>
        <w:keepNext/>
        <w:spacing w:after="20" w:before="200"/>
      </w:pPr>
      <w:bookmarkStart w:id="37" w:name="p33"/>
      <w:r>
        <w:rPr>
          <w:b/>
          <w:i w:val="0"/>
          <w:color w:val="222B33"/>
          <w:sz w:val="22"/>
        </w:rPr>
        <w:t>No. 33</w:t>
      </w:r>
      <w:r>
        <w:rPr>
          <w:b w:val="0"/>
          <w:i w:val="0"/>
          <w:color w:val="6A6F75"/>
          <w:sz w:val="18"/>
        </w:rPr>
        <w:t xml:space="preserve">   Yūgao → Genji   答 reply</w:t>
      </w:r>
      <w:bookmarkEnd w:id="37"/>
    </w:p>
    <w:p>
      <w:pPr>
        <w:keepNext/>
        <w:spacing w:after="0"/>
      </w:pPr>
      <w:r>
        <w:rPr>
          <w:rFonts w:ascii="Noto Serif CJK JP" w:hAnsi="Noto Serif CJK JP" w:eastAsia="Noto Serif CJK JP"/>
          <w:b w:val="0"/>
          <w:i w:val="0"/>
          <w:color w:val="222B33"/>
          <w:sz w:val="26"/>
        </w:rPr>
        <w:t>山の端の心も知らで行く月はうはの空にて影や絶えなむ</w:t>
      </w:r>
    </w:p>
    <w:p>
      <w:pPr>
        <w:keepNext/>
        <w:spacing w:after="60"/>
      </w:pPr>
      <w:r>
        <w:rPr>
          <w:rFonts w:ascii="Noto Serif CJK JP" w:hAnsi="Noto Serif CJK JP" w:eastAsia="Noto Serif CJK JP"/>
          <w:b w:val="0"/>
          <w:i w:val="0"/>
          <w:color w:val="6A6F75"/>
          <w:sz w:val="19"/>
        </w:rPr>
        <w:t>山のはの　／　心もしらて　／　ゆく月は　／　うはの空にて　／　影やたえなむ</w:t>
      </w:r>
    </w:p>
    <w:p>
      <w:pPr>
        <w:keepNext/>
        <w:spacing w:after="60"/>
      </w:pPr>
      <w:r>
        <w:rPr>
          <w:b w:val="0"/>
          <w:i/>
          <w:color w:val="222B33"/>
          <w:sz w:val="21"/>
        </w:rPr>
        <w:t>Not knowing the heart</w:t>
        <w:br/>
      </w:r>
      <w:r>
        <w:rPr>
          <w:b w:val="0"/>
          <w:i/>
          <w:color w:val="222B33"/>
          <w:sz w:val="21"/>
        </w:rPr>
        <w:t>of the mountain rim,</w:t>
        <w:br/>
      </w:r>
      <w:r>
        <w:rPr>
          <w:b w:val="0"/>
          <w:i/>
          <w:color w:val="222B33"/>
          <w:sz w:val="21"/>
        </w:rPr>
        <w:t>the moon that goes</w:t>
        <w:br/>
      </w:r>
      <w:r>
        <w:rPr>
          <w:b w:val="0"/>
          <w:i/>
          <w:color w:val="222B33"/>
          <w:sz w:val="21"/>
        </w:rPr>
        <w:t>may fade away</w:t>
        <w:br/>
      </w:r>
      <w:r>
        <w:rPr>
          <w:b w:val="0"/>
          <w:i/>
          <w:color w:val="222B33"/>
          <w:sz w:val="21"/>
        </w:rPr>
        <w:t>in midsky.</w:t>
      </w:r>
    </w:p>
    <w:p>
      <w:pPr>
        <w:spacing w:after="40"/>
      </w:pPr>
      <w:r>
        <w:rPr>
          <w:b w:val="0"/>
          <w:i w:val="0"/>
          <w:color w:val="222B33"/>
          <w:sz w:val="19"/>
        </w:rPr>
        <w:t>Uwa no sora is both “midsky” and “distracted.” A foreshadowing of her death.</w:t>
      </w:r>
    </w:p>
    <w:p>
      <w:pPr>
        <w:spacing w:after="40"/>
      </w:pPr>
      <w:r>
        <w:rPr>
          <w:b w:val="0"/>
          <w:i w:val="0"/>
          <w:color w:val="6A6F75"/>
          <w:sz w:val="18"/>
        </w:rPr>
        <w:t xml:space="preserve">In reply to </w:t>
      </w:r>
      <w:hyperlink w:anchor="p32">
        <w:r>
          <w:rPr>
            <w:color w:val="2E5A80"/>
            <w:u w:val="single"/>
            <w:sz w:val="18"/>
          </w:rPr>
          <w:t xml:space="preserve">No. 32 (Genji)</w:t>
        </w:r>
      </w:hyperlink>
    </w:p>
    <w:p>
      <w:pPr>
        <w:keepNext/>
        <w:spacing w:after="20" w:before="200"/>
      </w:pPr>
      <w:bookmarkStart w:id="38" w:name="p34"/>
      <w:r>
        <w:rPr>
          <w:b/>
          <w:i w:val="0"/>
          <w:color w:val="222B33"/>
          <w:sz w:val="22"/>
        </w:rPr>
        <w:t>No. 34</w:t>
      </w:r>
      <w:r>
        <w:rPr>
          <w:b w:val="0"/>
          <w:i w:val="0"/>
          <w:color w:val="6A6F75"/>
          <w:sz w:val="18"/>
        </w:rPr>
        <w:t xml:space="preserve">   Genji → Yūgao   贈 sent</w:t>
      </w:r>
      <w:bookmarkEnd w:id="38"/>
    </w:p>
    <w:p>
      <w:pPr>
        <w:keepNext/>
        <w:spacing w:after="40"/>
      </w:pPr>
      <w:r>
        <w:rPr>
          <w:b/>
          <w:i w:val="0"/>
          <w:color w:val="6A6F75"/>
          <w:sz w:val="18"/>
        </w:rPr>
        <w:t xml:space="preserve">Context. </w:t>
      </w:r>
      <w:r>
        <w:rPr>
          <w:b w:val="0"/>
          <w:i w:val="0"/>
          <w:color w:val="6A6F75"/>
          <w:sz w:val="19"/>
        </w:rPr>
        <w:t>At the villa Genji unmasks himself to Yūgao; her answer is gently mocking, the night before her death.</w:t>
      </w:r>
    </w:p>
    <w:p>
      <w:pPr>
        <w:keepNext/>
        <w:spacing w:after="0"/>
      </w:pPr>
      <w:r>
        <w:rPr>
          <w:rFonts w:ascii="Noto Serif CJK JP" w:hAnsi="Noto Serif CJK JP" w:eastAsia="Noto Serif CJK JP"/>
          <w:b w:val="0"/>
          <w:i w:val="0"/>
          <w:color w:val="222B33"/>
          <w:sz w:val="26"/>
        </w:rPr>
        <w:t>夕露に紐とく花は玉鉾のたよりに見えし縁にこそありけれ</w:t>
      </w:r>
    </w:p>
    <w:p>
      <w:pPr>
        <w:keepNext/>
        <w:spacing w:after="60"/>
      </w:pPr>
      <w:r>
        <w:rPr>
          <w:rFonts w:ascii="Noto Serif CJK JP" w:hAnsi="Noto Serif CJK JP" w:eastAsia="Noto Serif CJK JP"/>
          <w:b w:val="0"/>
          <w:i w:val="0"/>
          <w:color w:val="6A6F75"/>
          <w:sz w:val="19"/>
        </w:rPr>
        <w:t>夕露に　／　ひもとく花は　／　玉ほこの　／　たよりにみえし　／　えにこそありけれ</w:t>
      </w:r>
    </w:p>
    <w:p>
      <w:pPr>
        <w:keepNext/>
        <w:spacing w:after="60"/>
      </w:pPr>
      <w:r>
        <w:rPr>
          <w:b w:val="0"/>
          <w:i/>
          <w:color w:val="222B33"/>
          <w:sz w:val="21"/>
        </w:rPr>
        <w:t>The flower that loosens its cords</w:t>
        <w:br/>
      </w:r>
      <w:r>
        <w:rPr>
          <w:b w:val="0"/>
          <w:i/>
          <w:color w:val="222B33"/>
          <w:sz w:val="21"/>
        </w:rPr>
        <w:t>in the evening dew:</w:t>
        <w:br/>
      </w:r>
      <w:r>
        <w:rPr>
          <w:b w:val="0"/>
          <w:i/>
          <w:color w:val="222B33"/>
          <w:sz w:val="21"/>
        </w:rPr>
        <w:t>it was a glimpse along the road</w:t>
        <w:br/>
      </w:r>
      <w:r>
        <w:rPr>
          <w:b w:val="0"/>
          <w:i/>
          <w:color w:val="222B33"/>
          <w:sz w:val="21"/>
        </w:rPr>
        <w:t>that made</w:t>
        <w:br/>
      </w:r>
      <w:r>
        <w:rPr>
          <w:b w:val="0"/>
          <w:i/>
          <w:color w:val="222B33"/>
          <w:sz w:val="21"/>
        </w:rPr>
        <w:t>this bond.</w:t>
      </w:r>
    </w:p>
    <w:p>
      <w:pPr>
        <w:spacing w:after="40"/>
      </w:pPr>
      <w:r>
        <w:rPr>
          <w:b w:val="0"/>
          <w:i w:val="0"/>
          <w:color w:val="222B33"/>
          <w:sz w:val="19"/>
        </w:rPr>
        <w:t>He shows his face at last.</w:t>
      </w:r>
    </w:p>
    <w:p>
      <w:pPr>
        <w:spacing w:after="40"/>
      </w:pPr>
      <w:r>
        <w:rPr>
          <w:b w:val="0"/>
          <w:i w:val="0"/>
          <w:color w:val="6A6F75"/>
          <w:sz w:val="18"/>
        </w:rPr>
        <w:t xml:space="preserve">Answered by </w:t>
      </w:r>
      <w:hyperlink w:anchor="p35">
        <w:r>
          <w:rPr>
            <w:color w:val="2E5A80"/>
            <w:u w:val="single"/>
            <w:sz w:val="18"/>
          </w:rPr>
          <w:t xml:space="preserve">No. 35 (Yūgao)</w:t>
        </w:r>
      </w:hyperlink>
    </w:p>
    <w:p>
      <w:pPr>
        <w:keepNext/>
        <w:spacing w:after="20" w:before="200"/>
      </w:pPr>
      <w:bookmarkStart w:id="39" w:name="p35"/>
      <w:r>
        <w:rPr>
          <w:b/>
          <w:i w:val="0"/>
          <w:color w:val="222B33"/>
          <w:sz w:val="22"/>
        </w:rPr>
        <w:t>No. 35</w:t>
      </w:r>
      <w:r>
        <w:rPr>
          <w:b w:val="0"/>
          <w:i w:val="0"/>
          <w:color w:val="6A6F75"/>
          <w:sz w:val="18"/>
        </w:rPr>
        <w:t xml:space="preserve">   Yūgao → Genji   答 reply</w:t>
      </w:r>
      <w:bookmarkEnd w:id="39"/>
    </w:p>
    <w:p>
      <w:pPr>
        <w:keepNext/>
        <w:spacing w:after="0"/>
      </w:pPr>
      <w:r>
        <w:rPr>
          <w:rFonts w:ascii="Noto Serif CJK JP" w:hAnsi="Noto Serif CJK JP" w:eastAsia="Noto Serif CJK JP"/>
          <w:b w:val="0"/>
          <w:i w:val="0"/>
          <w:color w:val="222B33"/>
          <w:sz w:val="26"/>
        </w:rPr>
        <w:t>光ありと見し夕顔のうは露はたそかれ時のそら目なりけり</w:t>
      </w:r>
    </w:p>
    <w:p>
      <w:pPr>
        <w:keepNext/>
        <w:spacing w:after="60"/>
      </w:pPr>
      <w:r>
        <w:rPr>
          <w:rFonts w:ascii="Noto Serif CJK JP" w:hAnsi="Noto Serif CJK JP" w:eastAsia="Noto Serif CJK JP"/>
          <w:b w:val="0"/>
          <w:i w:val="0"/>
          <w:color w:val="6A6F75"/>
          <w:sz w:val="19"/>
        </w:rPr>
        <w:t>光ありと　／　みしゆふかほの　／　うは露は　／　たそかれ時の　／　そらめなりけり</w:t>
      </w:r>
    </w:p>
    <w:p>
      <w:pPr>
        <w:keepNext/>
        <w:spacing w:after="60"/>
      </w:pPr>
      <w:r>
        <w:rPr>
          <w:b w:val="0"/>
          <w:i/>
          <w:color w:val="222B33"/>
          <w:sz w:val="21"/>
        </w:rPr>
        <w:t>The dew on the evening face</w:t>
        <w:br/>
      </w:r>
      <w:r>
        <w:rPr>
          <w:b w:val="0"/>
          <w:i/>
          <w:color w:val="222B33"/>
          <w:sz w:val="21"/>
        </w:rPr>
        <w:t>I thought had light</w:t>
        <w:br/>
      </w:r>
      <w:r>
        <w:rPr>
          <w:b w:val="0"/>
          <w:i/>
          <w:color w:val="222B33"/>
          <w:sz w:val="21"/>
        </w:rPr>
        <w:t>was only a trick of the eye</w:t>
        <w:br/>
      </w:r>
      <w:r>
        <w:rPr>
          <w:b w:val="0"/>
          <w:i/>
          <w:color w:val="222B33"/>
          <w:sz w:val="21"/>
        </w:rPr>
        <w:t>at the hour</w:t>
        <w:br/>
      </w:r>
      <w:r>
        <w:rPr>
          <w:b w:val="0"/>
          <w:i/>
          <w:color w:val="222B33"/>
          <w:sz w:val="21"/>
        </w:rPr>
        <w:t>of twilight.</w:t>
      </w:r>
    </w:p>
    <w:p>
      <w:pPr>
        <w:spacing w:after="40"/>
      </w:pPr>
      <w:r>
        <w:rPr>
          <w:b w:val="0"/>
          <w:i w:val="0"/>
          <w:color w:val="222B33"/>
          <w:sz w:val="19"/>
        </w:rPr>
        <w:t>She teases him that he is less dazzling than she had thought.</w:t>
      </w:r>
    </w:p>
    <w:p>
      <w:pPr>
        <w:spacing w:after="40"/>
      </w:pPr>
      <w:r>
        <w:rPr>
          <w:b w:val="0"/>
          <w:i w:val="0"/>
          <w:color w:val="6A6F75"/>
          <w:sz w:val="18"/>
        </w:rPr>
        <w:t xml:space="preserve">In reply to </w:t>
      </w:r>
      <w:hyperlink w:anchor="p34">
        <w:r>
          <w:rPr>
            <w:color w:val="2E5A80"/>
            <w:u w:val="single"/>
            <w:sz w:val="18"/>
          </w:rPr>
          <w:t xml:space="preserve">No. 34 (Genji)</w:t>
        </w:r>
      </w:hyperlink>
    </w:p>
    <w:p>
      <w:pPr>
        <w:keepNext/>
        <w:spacing w:after="20" w:before="200"/>
      </w:pPr>
      <w:bookmarkStart w:id="40" w:name="p36"/>
      <w:r>
        <w:rPr>
          <w:b/>
          <w:i w:val="0"/>
          <w:color w:val="222B33"/>
          <w:sz w:val="22"/>
        </w:rPr>
        <w:t>No. 36</w:t>
      </w:r>
      <w:r>
        <w:rPr>
          <w:b w:val="0"/>
          <w:i w:val="0"/>
          <w:color w:val="6A6F75"/>
          <w:sz w:val="18"/>
        </w:rPr>
        <w:t xml:space="preserve">   Genji   独 solo</w:t>
      </w:r>
      <w:bookmarkEnd w:id="40"/>
    </w:p>
    <w:p>
      <w:pPr>
        <w:keepNext/>
        <w:spacing w:after="40"/>
      </w:pPr>
      <w:r>
        <w:rPr>
          <w:b/>
          <w:i w:val="0"/>
          <w:color w:val="6A6F75"/>
          <w:sz w:val="18"/>
        </w:rPr>
        <w:t xml:space="preserve">Context. </w:t>
      </w:r>
      <w:r>
        <w:rPr>
          <w:b w:val="0"/>
          <w:i w:val="0"/>
          <w:color w:val="6A6F75"/>
          <w:sz w:val="19"/>
        </w:rPr>
        <w:t>After Yūgao’s death and cremation; Genji’s first great loss in love.</w:t>
      </w:r>
    </w:p>
    <w:p>
      <w:pPr>
        <w:keepNext/>
        <w:spacing w:after="0"/>
      </w:pPr>
      <w:r>
        <w:rPr>
          <w:rFonts w:ascii="Noto Serif CJK JP" w:hAnsi="Noto Serif CJK JP" w:eastAsia="Noto Serif CJK JP"/>
          <w:b w:val="0"/>
          <w:i w:val="0"/>
          <w:color w:val="222B33"/>
          <w:sz w:val="26"/>
        </w:rPr>
        <w:t>見し人の煙を雲と眺むれば夕べの空もむつましきかな</w:t>
      </w:r>
    </w:p>
    <w:p>
      <w:pPr>
        <w:keepNext/>
        <w:spacing w:after="60"/>
      </w:pPr>
      <w:r>
        <w:rPr>
          <w:rFonts w:ascii="Noto Serif CJK JP" w:hAnsi="Noto Serif CJK JP" w:eastAsia="Noto Serif CJK JP"/>
          <w:b w:val="0"/>
          <w:i w:val="0"/>
          <w:color w:val="6A6F75"/>
          <w:sz w:val="19"/>
        </w:rPr>
        <w:t>みし人の　／　煙を雲と　／　なかむれは　／　ゆふへの空も　／　むつましきかな</w:t>
      </w:r>
    </w:p>
    <w:p>
      <w:pPr>
        <w:keepNext/>
        <w:spacing w:after="60"/>
      </w:pPr>
      <w:r>
        <w:rPr>
          <w:b w:val="0"/>
          <w:i/>
          <w:color w:val="222B33"/>
          <w:sz w:val="21"/>
        </w:rPr>
        <w:t>As I gaze, taking the clouds</w:t>
        <w:br/>
      </w:r>
      <w:r>
        <w:rPr>
          <w:b w:val="0"/>
          <w:i/>
          <w:color w:val="222B33"/>
          <w:sz w:val="21"/>
        </w:rPr>
        <w:t>for her smoke,</w:t>
        <w:br/>
      </w:r>
      <w:r>
        <w:rPr>
          <w:b w:val="0"/>
          <w:i/>
          <w:color w:val="222B33"/>
          <w:sz w:val="21"/>
        </w:rPr>
        <w:t>even the evening sky</w:t>
        <w:br/>
      </w:r>
      <w:r>
        <w:rPr>
          <w:b w:val="0"/>
          <w:i/>
          <w:color w:val="222B33"/>
          <w:sz w:val="21"/>
        </w:rPr>
        <w:t>seems</w:t>
        <w:br/>
      </w:r>
      <w:r>
        <w:rPr>
          <w:b w:val="0"/>
          <w:i/>
          <w:color w:val="222B33"/>
          <w:sz w:val="21"/>
        </w:rPr>
        <w:t>dear to me.</w:t>
      </w:r>
    </w:p>
    <w:p>
      <w:pPr>
        <w:spacing w:after="40"/>
      </w:pPr>
      <w:r>
        <w:rPr>
          <w:b w:val="0"/>
          <w:i w:val="0"/>
          <w:color w:val="222B33"/>
          <w:sz w:val="19"/>
        </w:rPr>
        <w:t>After Yūgao’s cremation.</w:t>
      </w:r>
    </w:p>
    <w:p>
      <w:pPr>
        <w:keepNext/>
        <w:spacing w:after="20" w:before="200"/>
      </w:pPr>
      <w:bookmarkStart w:id="41" w:name="p37"/>
      <w:r>
        <w:rPr>
          <w:b/>
          <w:i w:val="0"/>
          <w:color w:val="222B33"/>
          <w:sz w:val="22"/>
        </w:rPr>
        <w:t>No. 37</w:t>
      </w:r>
      <w:r>
        <w:rPr>
          <w:b w:val="0"/>
          <w:i w:val="0"/>
          <w:color w:val="6A6F75"/>
          <w:sz w:val="18"/>
        </w:rPr>
        <w:t xml:space="preserve">   Utsusemi → Genji   贈 sent</w:t>
      </w:r>
      <w:bookmarkEnd w:id="41"/>
    </w:p>
    <w:p>
      <w:pPr>
        <w:keepNext/>
        <w:spacing w:after="40"/>
      </w:pPr>
      <w:r>
        <w:rPr>
          <w:b/>
          <w:i w:val="0"/>
          <w:color w:val="6A6F75"/>
          <w:sz w:val="18"/>
        </w:rPr>
        <w:t xml:space="preserve">Context. </w:t>
      </w:r>
      <w:r>
        <w:rPr>
          <w:b w:val="0"/>
          <w:i w:val="0"/>
          <w:color w:val="6A6F75"/>
          <w:sz w:val="19"/>
        </w:rPr>
        <w:t>Utsusemi hears that Genji has been ill; she keeps writing though she will not meet him.</w:t>
      </w:r>
    </w:p>
    <w:p>
      <w:pPr>
        <w:keepNext/>
        <w:spacing w:after="0"/>
      </w:pPr>
      <w:r>
        <w:rPr>
          <w:rFonts w:ascii="Noto Serif CJK JP" w:hAnsi="Noto Serif CJK JP" w:eastAsia="Noto Serif CJK JP"/>
          <w:b w:val="0"/>
          <w:i w:val="0"/>
          <w:color w:val="222B33"/>
          <w:sz w:val="26"/>
        </w:rPr>
        <w:t>問はぬをもなどかと問はでほどふるにいかばかりかは思ひ乱るる</w:t>
      </w:r>
    </w:p>
    <w:p>
      <w:pPr>
        <w:keepNext/>
        <w:spacing w:after="60"/>
      </w:pPr>
      <w:r>
        <w:rPr>
          <w:rFonts w:ascii="Noto Serif CJK JP" w:hAnsi="Noto Serif CJK JP" w:eastAsia="Noto Serif CJK JP"/>
          <w:b w:val="0"/>
          <w:i w:val="0"/>
          <w:color w:val="6A6F75"/>
          <w:sz w:val="19"/>
        </w:rPr>
        <w:t>とはぬをも　／　なとかととはて　／　ほとふるに　／　いかはかりかは　／　おもひみたるゝ</w:t>
      </w:r>
    </w:p>
    <w:p>
      <w:pPr>
        <w:keepNext/>
        <w:spacing w:after="60"/>
      </w:pPr>
      <w:r>
        <w:rPr>
          <w:b w:val="0"/>
          <w:i/>
          <w:color w:val="222B33"/>
          <w:sz w:val="21"/>
        </w:rPr>
        <w:t>Time passes, and I do not ask</w:t>
        <w:br/>
      </w:r>
      <w:r>
        <w:rPr>
          <w:b w:val="0"/>
          <w:i/>
          <w:color w:val="222B33"/>
          <w:sz w:val="21"/>
        </w:rPr>
        <w:t>why you do not ask;</w:t>
        <w:br/>
      </w:r>
      <w:r>
        <w:rPr>
          <w:b w:val="0"/>
          <w:i/>
          <w:color w:val="222B33"/>
          <w:sz w:val="21"/>
        </w:rPr>
        <w:t>how much</w:t>
        <w:br/>
      </w:r>
      <w:r>
        <w:rPr>
          <w:b w:val="0"/>
          <w:i/>
          <w:color w:val="222B33"/>
          <w:sz w:val="21"/>
        </w:rPr>
        <w:t>you must</w:t>
        <w:br/>
      </w:r>
      <w:r>
        <w:rPr>
          <w:b w:val="0"/>
          <w:i/>
          <w:color w:val="222B33"/>
          <w:sz w:val="21"/>
        </w:rPr>
        <w:t>be suffering.</w:t>
      </w:r>
    </w:p>
    <w:p>
      <w:pPr>
        <w:spacing w:after="40"/>
      </w:pPr>
      <w:r>
        <w:rPr>
          <w:b w:val="0"/>
          <w:i w:val="0"/>
          <w:color w:val="222B33"/>
          <w:sz w:val="19"/>
        </w:rPr>
        <w:t>She learns he has been ill.</w:t>
      </w:r>
    </w:p>
    <w:p>
      <w:pPr>
        <w:spacing w:after="40"/>
      </w:pPr>
      <w:r>
        <w:rPr>
          <w:b w:val="0"/>
          <w:i w:val="0"/>
          <w:color w:val="6A6F75"/>
          <w:sz w:val="18"/>
        </w:rPr>
        <w:t xml:space="preserve">Answered by </w:t>
      </w:r>
      <w:hyperlink w:anchor="p38">
        <w:r>
          <w:rPr>
            <w:color w:val="2E5A80"/>
            <w:u w:val="single"/>
            <w:sz w:val="18"/>
          </w:rPr>
          <w:t xml:space="preserve">No. 38 (Genji)</w:t>
        </w:r>
      </w:hyperlink>
    </w:p>
    <w:p>
      <w:pPr>
        <w:keepNext/>
        <w:spacing w:after="20" w:before="200"/>
      </w:pPr>
      <w:bookmarkStart w:id="42" w:name="p38"/>
      <w:r>
        <w:rPr>
          <w:b/>
          <w:i w:val="0"/>
          <w:color w:val="222B33"/>
          <w:sz w:val="22"/>
        </w:rPr>
        <w:t>No. 38</w:t>
      </w:r>
      <w:r>
        <w:rPr>
          <w:b w:val="0"/>
          <w:i w:val="0"/>
          <w:color w:val="6A6F75"/>
          <w:sz w:val="18"/>
        </w:rPr>
        <w:t xml:space="preserve">   Genji → Utsusemi   答 reply</w:t>
      </w:r>
      <w:bookmarkEnd w:id="42"/>
    </w:p>
    <w:p>
      <w:pPr>
        <w:keepNext/>
        <w:spacing w:after="0"/>
      </w:pPr>
      <w:r>
        <w:rPr>
          <w:rFonts w:ascii="Noto Serif CJK JP" w:hAnsi="Noto Serif CJK JP" w:eastAsia="Noto Serif CJK JP"/>
          <w:b w:val="0"/>
          <w:i w:val="0"/>
          <w:color w:val="222B33"/>
          <w:sz w:val="26"/>
        </w:rPr>
        <w:t>空蝉の世は憂きものと知りにしをまた言の葉にかかる命よ</w:t>
      </w:r>
    </w:p>
    <w:p>
      <w:pPr>
        <w:keepNext/>
        <w:spacing w:after="60"/>
      </w:pPr>
      <w:r>
        <w:rPr>
          <w:rFonts w:ascii="Noto Serif CJK JP" w:hAnsi="Noto Serif CJK JP" w:eastAsia="Noto Serif CJK JP"/>
          <w:b w:val="0"/>
          <w:i w:val="0"/>
          <w:color w:val="6A6F75"/>
          <w:sz w:val="19"/>
        </w:rPr>
        <w:t>うつせみの　／　世はうき物と　／　しりにしを　／　またことの葉に　／　かゝるいのちよ</w:t>
      </w:r>
    </w:p>
    <w:p>
      <w:pPr>
        <w:keepNext/>
        <w:spacing w:after="60"/>
      </w:pPr>
      <w:r>
        <w:rPr>
          <w:b w:val="0"/>
          <w:i/>
          <w:color w:val="222B33"/>
          <w:sz w:val="21"/>
        </w:rPr>
        <w:t>I had learned the world</w:t>
        <w:br/>
      </w:r>
      <w:r>
        <w:rPr>
          <w:b w:val="0"/>
          <w:i/>
          <w:color w:val="222B33"/>
          <w:sz w:val="21"/>
        </w:rPr>
        <w:t>of the cicada shell is wretched,</w:t>
        <w:br/>
      </w:r>
      <w:r>
        <w:rPr>
          <w:b w:val="0"/>
          <w:i/>
          <w:color w:val="222B33"/>
          <w:sz w:val="21"/>
        </w:rPr>
        <w:t>yet again my life</w:t>
        <w:br/>
      </w:r>
      <w:r>
        <w:rPr>
          <w:b w:val="0"/>
          <w:i/>
          <w:color w:val="222B33"/>
          <w:sz w:val="21"/>
        </w:rPr>
        <w:t>hangs</w:t>
        <w:br/>
      </w:r>
      <w:r>
        <w:rPr>
          <w:b w:val="0"/>
          <w:i/>
          <w:color w:val="222B33"/>
          <w:sz w:val="21"/>
        </w:rPr>
        <w:t>on your leaves of words.</w:t>
      </w:r>
    </w:p>
    <w:p>
      <w:pPr>
        <w:spacing w:after="40"/>
      </w:pPr>
      <w:r>
        <w:rPr>
          <w:b w:val="0"/>
          <w:i w:val="0"/>
          <w:color w:val="222B33"/>
          <w:sz w:val="19"/>
        </w:rPr>
        <w:t>He takes up her cicada image from Chapter 3.</w:t>
      </w:r>
    </w:p>
    <w:p>
      <w:pPr>
        <w:spacing w:after="40"/>
      </w:pPr>
      <w:r>
        <w:rPr>
          <w:b w:val="0"/>
          <w:i w:val="0"/>
          <w:color w:val="6A6F75"/>
          <w:sz w:val="18"/>
        </w:rPr>
        <w:t xml:space="preserve">In reply to </w:t>
      </w:r>
      <w:hyperlink w:anchor="p37">
        <w:r>
          <w:rPr>
            <w:color w:val="2E5A80"/>
            <w:u w:val="single"/>
            <w:sz w:val="18"/>
          </w:rPr>
          <w:t xml:space="preserve">No. 37 (Utsusemi)</w:t>
        </w:r>
      </w:hyperlink>
      <w:r>
        <w:rPr>
          <w:b w:val="0"/>
          <w:i w:val="0"/>
          <w:color w:val="6A6F75"/>
          <w:sz w:val="18"/>
        </w:rPr>
        <w:t xml:space="preserve">   ·   </w:t>
      </w:r>
      <w:r>
        <w:rPr>
          <w:b w:val="0"/>
          <w:i w:val="0"/>
          <w:color w:val="6A6F75"/>
          <w:sz w:val="18"/>
        </w:rPr>
        <w:t xml:space="preserve">Echo, The cicada shell: </w:t>
      </w:r>
      <w:hyperlink w:anchor="p24">
        <w:r>
          <w:rPr>
            <w:color w:val="2E5A80"/>
            <w:u w:val="single"/>
            <w:sz w:val="18"/>
          </w:rPr>
          <w:t xml:space="preserve">No. 24</w:t>
        </w:r>
      </w:hyperlink>
      <w:r>
        <w:rPr>
          <w:b w:val="0"/>
          <w:i w:val="0"/>
          <w:color w:val="6A6F75"/>
          <w:sz w:val="18"/>
        </w:rPr>
        <w:t xml:space="preserve">, </w:t>
      </w:r>
      <w:hyperlink w:anchor="p25">
        <w:r>
          <w:rPr>
            <w:color w:val="2E5A80"/>
            <w:u w:val="single"/>
            <w:sz w:val="18"/>
          </w:rPr>
          <w:t xml:space="preserve">No. 25</w:t>
        </w:r>
      </w:hyperlink>
      <w:r>
        <w:rPr>
          <w:b w:val="0"/>
          <w:i w:val="0"/>
          <w:color w:val="6A6F75"/>
          <w:sz w:val="18"/>
        </w:rPr>
        <w:t xml:space="preserve">, </w:t>
      </w:r>
      <w:hyperlink w:anchor="p572">
        <w:r>
          <w:rPr>
            <w:color w:val="2E5A80"/>
            <w:u w:val="single"/>
            <w:sz w:val="18"/>
          </w:rPr>
          <w:t xml:space="preserve">No. 572</w:t>
        </w:r>
      </w:hyperlink>
    </w:p>
    <w:p>
      <w:pPr>
        <w:keepNext/>
        <w:spacing w:after="20" w:before="200"/>
      </w:pPr>
      <w:bookmarkStart w:id="43" w:name="p39"/>
      <w:r>
        <w:rPr>
          <w:b/>
          <w:i w:val="0"/>
          <w:color w:val="222B33"/>
          <w:sz w:val="22"/>
        </w:rPr>
        <w:t>No. 39</w:t>
      </w:r>
      <w:r>
        <w:rPr>
          <w:b w:val="0"/>
          <w:i w:val="0"/>
          <w:color w:val="6A6F75"/>
          <w:sz w:val="18"/>
        </w:rPr>
        <w:t xml:space="preserve">   Genji → Nokiba no Ogi   贈 sent</w:t>
      </w:r>
      <w:bookmarkEnd w:id="43"/>
    </w:p>
    <w:p>
      <w:pPr>
        <w:keepNext/>
        <w:spacing w:after="40"/>
      </w:pPr>
      <w:r>
        <w:rPr>
          <w:b/>
          <w:i w:val="0"/>
          <w:color w:val="6A6F75"/>
          <w:sz w:val="18"/>
        </w:rPr>
        <w:t xml:space="preserve">Context. </w:t>
      </w:r>
      <w:r>
        <w:rPr>
          <w:b w:val="0"/>
          <w:i w:val="0"/>
          <w:color w:val="6A6F75"/>
          <w:sz w:val="19"/>
        </w:rPr>
        <w:t>Genji writes to Nokiba no Ogi, the stepdaughter he slept with; a slight bond from which she takes her name.</w:t>
      </w:r>
    </w:p>
    <w:p>
      <w:pPr>
        <w:keepNext/>
        <w:spacing w:after="0"/>
      </w:pPr>
      <w:r>
        <w:rPr>
          <w:rFonts w:ascii="Noto Serif CJK JP" w:hAnsi="Noto Serif CJK JP" w:eastAsia="Noto Serif CJK JP"/>
          <w:b w:val="0"/>
          <w:i w:val="0"/>
          <w:color w:val="222B33"/>
          <w:sz w:val="26"/>
        </w:rPr>
        <w:t>ほのかにも軒端の荻を結ばずは露のかことを何にかけまし</w:t>
      </w:r>
    </w:p>
    <w:p>
      <w:pPr>
        <w:keepNext/>
        <w:spacing w:after="60"/>
      </w:pPr>
      <w:r>
        <w:rPr>
          <w:rFonts w:ascii="Noto Serif CJK JP" w:hAnsi="Noto Serif CJK JP" w:eastAsia="Noto Serif CJK JP"/>
          <w:b w:val="0"/>
          <w:i w:val="0"/>
          <w:color w:val="6A6F75"/>
          <w:sz w:val="19"/>
        </w:rPr>
        <w:t>ほのかにも　／　軒はの荻を　／　むすはすは　／　露のかことを　／　なにゝかけまし</w:t>
      </w:r>
    </w:p>
    <w:p>
      <w:pPr>
        <w:keepNext/>
        <w:spacing w:after="60"/>
      </w:pPr>
      <w:r>
        <w:rPr>
          <w:b w:val="0"/>
          <w:i/>
          <w:color w:val="222B33"/>
          <w:sz w:val="21"/>
        </w:rPr>
        <w:t>Had I not bound, however faintly,</w:t>
        <w:br/>
      </w:r>
      <w:r>
        <w:rPr>
          <w:b w:val="0"/>
          <w:i/>
          <w:color w:val="222B33"/>
          <w:sz w:val="21"/>
        </w:rPr>
        <w:t>the reed by the eaves,</w:t>
        <w:br/>
      </w:r>
      <w:r>
        <w:rPr>
          <w:b w:val="0"/>
          <w:i/>
          <w:color w:val="222B33"/>
          <w:sz w:val="21"/>
        </w:rPr>
        <w:t>on what could I hang</w:t>
        <w:br/>
      </w:r>
      <w:r>
        <w:rPr>
          <w:b w:val="0"/>
          <w:i/>
          <w:color w:val="222B33"/>
          <w:sz w:val="21"/>
        </w:rPr>
        <w:t>my small dew</w:t>
        <w:br/>
      </w:r>
      <w:r>
        <w:rPr>
          <w:b w:val="0"/>
          <w:i/>
          <w:color w:val="222B33"/>
          <w:sz w:val="21"/>
        </w:rPr>
        <w:t>of complaint?</w:t>
      </w:r>
    </w:p>
    <w:p>
      <w:pPr>
        <w:spacing w:after="40"/>
      </w:pPr>
      <w:r>
        <w:rPr>
          <w:b w:val="0"/>
          <w:i w:val="0"/>
          <w:color w:val="222B33"/>
          <w:sz w:val="19"/>
        </w:rPr>
        <w:t>Her name, “reed by the eaves,” comes from this poem.</w:t>
      </w:r>
    </w:p>
    <w:p>
      <w:pPr>
        <w:spacing w:after="40"/>
      </w:pPr>
      <w:r>
        <w:rPr>
          <w:b w:val="0"/>
          <w:i w:val="0"/>
          <w:color w:val="6A6F75"/>
          <w:sz w:val="18"/>
        </w:rPr>
        <w:t xml:space="preserve">Answered by </w:t>
      </w:r>
      <w:hyperlink w:anchor="p40">
        <w:r>
          <w:rPr>
            <w:color w:val="2E5A80"/>
            <w:u w:val="single"/>
            <w:sz w:val="18"/>
          </w:rPr>
          <w:t xml:space="preserve">No. 40 (Nokiba no Ogi)</w:t>
        </w:r>
      </w:hyperlink>
    </w:p>
    <w:p>
      <w:pPr>
        <w:keepNext/>
        <w:spacing w:after="20" w:before="200"/>
      </w:pPr>
      <w:bookmarkStart w:id="44" w:name="p40"/>
      <w:r>
        <w:rPr>
          <w:b/>
          <w:i w:val="0"/>
          <w:color w:val="222B33"/>
          <w:sz w:val="22"/>
        </w:rPr>
        <w:t>No. 40</w:t>
      </w:r>
      <w:r>
        <w:rPr>
          <w:b w:val="0"/>
          <w:i w:val="0"/>
          <w:color w:val="6A6F75"/>
          <w:sz w:val="18"/>
        </w:rPr>
        <w:t xml:space="preserve">   Nokiba no Ogi → Genji   答 reply</w:t>
      </w:r>
      <w:bookmarkEnd w:id="44"/>
    </w:p>
    <w:p>
      <w:pPr>
        <w:keepNext/>
        <w:spacing w:after="0"/>
      </w:pPr>
      <w:r>
        <w:rPr>
          <w:rFonts w:ascii="Noto Serif CJK JP" w:hAnsi="Noto Serif CJK JP" w:eastAsia="Noto Serif CJK JP"/>
          <w:b w:val="0"/>
          <w:i w:val="0"/>
          <w:color w:val="222B33"/>
          <w:sz w:val="26"/>
        </w:rPr>
        <w:t>ほのめかす風につけても下荻の半ばは霜にむすぼほれつつ</w:t>
      </w:r>
    </w:p>
    <w:p>
      <w:pPr>
        <w:keepNext/>
        <w:spacing w:after="60"/>
      </w:pPr>
      <w:r>
        <w:rPr>
          <w:rFonts w:ascii="Noto Serif CJK JP" w:hAnsi="Noto Serif CJK JP" w:eastAsia="Noto Serif CJK JP"/>
          <w:b w:val="0"/>
          <w:i w:val="0"/>
          <w:color w:val="6A6F75"/>
          <w:sz w:val="19"/>
        </w:rPr>
        <w:t>ほのめかす　／　風につけても　／　した荻の　／　なかはゝ霜に　／　むすほゝれつゝ</w:t>
      </w:r>
    </w:p>
    <w:p>
      <w:pPr>
        <w:keepNext/>
        <w:spacing w:after="60"/>
      </w:pPr>
      <w:r>
        <w:rPr>
          <w:b w:val="0"/>
          <w:i/>
          <w:color w:val="222B33"/>
          <w:sz w:val="21"/>
        </w:rPr>
        <w:t>At the wind’s faint hint</w:t>
        <w:br/>
      </w:r>
      <w:r>
        <w:rPr>
          <w:b w:val="0"/>
          <w:i/>
          <w:color w:val="222B33"/>
          <w:sz w:val="21"/>
        </w:rPr>
        <w:t>the lower reed</w:t>
        <w:br/>
      </w:r>
      <w:r>
        <w:rPr>
          <w:b w:val="0"/>
          <w:i/>
          <w:color w:val="222B33"/>
          <w:sz w:val="21"/>
        </w:rPr>
        <w:t>is half</w:t>
        <w:br/>
      </w:r>
      <w:r>
        <w:rPr>
          <w:b w:val="0"/>
          <w:i/>
          <w:color w:val="222B33"/>
          <w:sz w:val="21"/>
        </w:rPr>
        <w:t>bound and stiffened</w:t>
        <w:br/>
      </w:r>
      <w:r>
        <w:rPr>
          <w:b w:val="0"/>
          <w:i/>
          <w:color w:val="222B33"/>
          <w:sz w:val="21"/>
        </w:rPr>
        <w:t>by the frost.</w:t>
      </w:r>
    </w:p>
    <w:p>
      <w:pPr>
        <w:spacing w:after="40"/>
      </w:pPr>
      <w:r>
        <w:rPr>
          <w:b w:val="0"/>
          <w:i w:val="0"/>
          <w:color w:val="222B33"/>
          <w:sz w:val="19"/>
        </w:rPr>
        <w:t>A modest, slightly stiff reply.</w:t>
      </w:r>
    </w:p>
    <w:p>
      <w:pPr>
        <w:spacing w:after="40"/>
      </w:pPr>
      <w:r>
        <w:rPr>
          <w:b w:val="0"/>
          <w:i w:val="0"/>
          <w:color w:val="6A6F75"/>
          <w:sz w:val="18"/>
        </w:rPr>
        <w:t xml:space="preserve">In reply to </w:t>
      </w:r>
      <w:hyperlink w:anchor="p39">
        <w:r>
          <w:rPr>
            <w:color w:val="2E5A80"/>
            <w:u w:val="single"/>
            <w:sz w:val="18"/>
          </w:rPr>
          <w:t xml:space="preserve">No. 39 (Genji)</w:t>
        </w:r>
      </w:hyperlink>
    </w:p>
    <w:p>
      <w:pPr>
        <w:keepNext/>
        <w:spacing w:after="20" w:before="200"/>
      </w:pPr>
      <w:bookmarkStart w:id="45" w:name="p41"/>
      <w:r>
        <w:rPr>
          <w:b/>
          <w:i w:val="0"/>
          <w:color w:val="222B33"/>
          <w:sz w:val="22"/>
        </w:rPr>
        <w:t>No. 41</w:t>
      </w:r>
      <w:r>
        <w:rPr>
          <w:b w:val="0"/>
          <w:i w:val="0"/>
          <w:color w:val="6A6F75"/>
          <w:sz w:val="18"/>
        </w:rPr>
        <w:t xml:space="preserve">   Genji   独 solo</w:t>
      </w:r>
      <w:bookmarkEnd w:id="45"/>
    </w:p>
    <w:p>
      <w:pPr>
        <w:keepNext/>
        <w:spacing w:after="40"/>
      </w:pPr>
      <w:r>
        <w:rPr>
          <w:b/>
          <w:i w:val="0"/>
          <w:color w:val="6A6F75"/>
          <w:sz w:val="18"/>
        </w:rPr>
        <w:t xml:space="preserve">Context. </w:t>
      </w:r>
      <w:r>
        <w:rPr>
          <w:b w:val="0"/>
          <w:i w:val="0"/>
          <w:color w:val="6A6F75"/>
          <w:sz w:val="19"/>
        </w:rPr>
        <w:t>At the forty-ninth-day rites for Yūgao; Genji mourns in secret.</w:t>
      </w:r>
    </w:p>
    <w:p>
      <w:pPr>
        <w:keepNext/>
        <w:spacing w:after="0"/>
      </w:pPr>
      <w:r>
        <w:rPr>
          <w:rFonts w:ascii="Noto Serif CJK JP" w:hAnsi="Noto Serif CJK JP" w:eastAsia="Noto Serif CJK JP"/>
          <w:b w:val="0"/>
          <w:i w:val="0"/>
          <w:color w:val="222B33"/>
          <w:sz w:val="26"/>
        </w:rPr>
        <w:t>泣く泣くも今日は我が結ふ下紐をいづれの世にかとけて見るべき</w:t>
      </w:r>
    </w:p>
    <w:p>
      <w:pPr>
        <w:keepNext/>
        <w:spacing w:after="60"/>
      </w:pPr>
      <w:r>
        <w:rPr>
          <w:rFonts w:ascii="Noto Serif CJK JP" w:hAnsi="Noto Serif CJK JP" w:eastAsia="Noto Serif CJK JP"/>
          <w:b w:val="0"/>
          <w:i w:val="0"/>
          <w:color w:val="6A6F75"/>
          <w:sz w:val="19"/>
        </w:rPr>
        <w:t>なくなくも　／　けふはわかゆふ　／　したひもを　／　いつれの世にか　／　とけてみるへき</w:t>
      </w:r>
    </w:p>
    <w:p>
      <w:pPr>
        <w:keepNext/>
        <w:spacing w:after="60"/>
      </w:pPr>
      <w:r>
        <w:rPr>
          <w:b w:val="0"/>
          <w:i/>
          <w:color w:val="222B33"/>
          <w:sz w:val="21"/>
        </w:rPr>
        <w:t>Weeping, today I tie</w:t>
        <w:br/>
      </w:r>
      <w:r>
        <w:rPr>
          <w:b w:val="0"/>
          <w:i/>
          <w:color w:val="222B33"/>
          <w:sz w:val="21"/>
        </w:rPr>
        <w:t>the undercord myself;</w:t>
        <w:br/>
      </w:r>
      <w:r>
        <w:rPr>
          <w:b w:val="0"/>
          <w:i/>
          <w:color w:val="222B33"/>
          <w:sz w:val="21"/>
        </w:rPr>
        <w:t>in what world</w:t>
        <w:br/>
      </w:r>
      <w:r>
        <w:rPr>
          <w:b w:val="0"/>
          <w:i/>
          <w:color w:val="222B33"/>
          <w:sz w:val="21"/>
        </w:rPr>
        <w:t>shall I loosen it</w:t>
        <w:br/>
      </w:r>
      <w:r>
        <w:rPr>
          <w:b w:val="0"/>
          <w:i/>
          <w:color w:val="222B33"/>
          <w:sz w:val="21"/>
        </w:rPr>
        <w:t>and see her?</w:t>
      </w:r>
    </w:p>
    <w:p>
      <w:pPr>
        <w:spacing w:after="40"/>
      </w:pPr>
      <w:r>
        <w:rPr>
          <w:b w:val="0"/>
          <w:i w:val="0"/>
          <w:color w:val="222B33"/>
          <w:sz w:val="19"/>
        </w:rPr>
        <w:t>At the forty-ninth-day rites for Yūgao.</w:t>
      </w:r>
    </w:p>
    <w:p>
      <w:pPr>
        <w:keepNext/>
        <w:spacing w:after="20" w:before="200"/>
      </w:pPr>
      <w:bookmarkStart w:id="46" w:name="p42"/>
      <w:r>
        <w:rPr>
          <w:b/>
          <w:i w:val="0"/>
          <w:color w:val="222B33"/>
          <w:sz w:val="22"/>
        </w:rPr>
        <w:t>No. 42</w:t>
      </w:r>
      <w:r>
        <w:rPr>
          <w:b w:val="0"/>
          <w:i w:val="0"/>
          <w:color w:val="6A6F75"/>
          <w:sz w:val="18"/>
        </w:rPr>
        <w:t xml:space="preserve">   Genji → Utsusemi   贈 sent</w:t>
      </w:r>
      <w:bookmarkEnd w:id="46"/>
    </w:p>
    <w:p>
      <w:pPr>
        <w:keepNext/>
        <w:spacing w:after="40"/>
      </w:pPr>
      <w:r>
        <w:rPr>
          <w:b/>
          <w:i w:val="0"/>
          <w:color w:val="6A6F75"/>
          <w:sz w:val="18"/>
        </w:rPr>
        <w:t xml:space="preserve">Context. </w:t>
      </w:r>
      <w:r>
        <w:rPr>
          <w:b w:val="0"/>
          <w:i w:val="0"/>
          <w:color w:val="6A6F75"/>
          <w:sz w:val="19"/>
        </w:rPr>
        <w:t>Genji returns the robe as Utsusemi leaves for the provinces; the end of her part until Chapter 16.</w:t>
      </w:r>
    </w:p>
    <w:p>
      <w:pPr>
        <w:keepNext/>
        <w:spacing w:after="0"/>
      </w:pPr>
      <w:r>
        <w:rPr>
          <w:rFonts w:ascii="Noto Serif CJK JP" w:hAnsi="Noto Serif CJK JP" w:eastAsia="Noto Serif CJK JP"/>
          <w:b w:val="0"/>
          <w:i w:val="0"/>
          <w:color w:val="222B33"/>
          <w:sz w:val="26"/>
        </w:rPr>
        <w:t>逢ふまでの形見ばかりと見しほどにひたすら袖の朽ちにけるかな</w:t>
      </w:r>
    </w:p>
    <w:p>
      <w:pPr>
        <w:keepNext/>
        <w:spacing w:after="60"/>
      </w:pPr>
      <w:r>
        <w:rPr>
          <w:rFonts w:ascii="Noto Serif CJK JP" w:hAnsi="Noto Serif CJK JP" w:eastAsia="Noto Serif CJK JP"/>
          <w:b w:val="0"/>
          <w:i w:val="0"/>
          <w:color w:val="6A6F75"/>
          <w:sz w:val="19"/>
        </w:rPr>
        <w:t>あふまての　／　かたみはかりと　／　みしほとに　／　ひたすら袖の　／　くちにけるかな</w:t>
      </w:r>
    </w:p>
    <w:p>
      <w:pPr>
        <w:keepNext/>
        <w:spacing w:after="60"/>
      </w:pPr>
      <w:r>
        <w:rPr>
          <w:b w:val="0"/>
          <w:i/>
          <w:color w:val="222B33"/>
          <w:sz w:val="21"/>
        </w:rPr>
        <w:t>I thought it only a keepsake</w:t>
        <w:br/>
      </w:r>
      <w:r>
        <w:rPr>
          <w:b w:val="0"/>
          <w:i/>
          <w:color w:val="222B33"/>
          <w:sz w:val="21"/>
        </w:rPr>
        <w:t>until we met again,</w:t>
        <w:br/>
      </w:r>
      <w:r>
        <w:rPr>
          <w:b w:val="0"/>
          <w:i/>
          <w:color w:val="222B33"/>
          <w:sz w:val="21"/>
        </w:rPr>
        <w:t>but my sleeve has rotted</w:t>
        <w:br/>
      </w:r>
      <w:r>
        <w:rPr>
          <w:b w:val="0"/>
          <w:i/>
          <w:color w:val="222B33"/>
          <w:sz w:val="21"/>
        </w:rPr>
        <w:t>utterly</w:t>
        <w:br/>
      </w:r>
      <w:r>
        <w:rPr>
          <w:b w:val="0"/>
          <w:i/>
          <w:color w:val="222B33"/>
          <w:sz w:val="21"/>
        </w:rPr>
        <w:t>with tears.</w:t>
      </w:r>
    </w:p>
    <w:p>
      <w:pPr>
        <w:spacing w:after="40"/>
      </w:pPr>
      <w:r>
        <w:rPr>
          <w:b w:val="0"/>
          <w:i w:val="0"/>
          <w:color w:val="222B33"/>
          <w:sz w:val="19"/>
        </w:rPr>
        <w:t>He returns the robe she left.</w:t>
      </w:r>
    </w:p>
    <w:p>
      <w:pPr>
        <w:spacing w:after="40"/>
      </w:pPr>
      <w:r>
        <w:rPr>
          <w:b w:val="0"/>
          <w:i w:val="0"/>
          <w:color w:val="6A6F75"/>
          <w:sz w:val="18"/>
        </w:rPr>
        <w:t xml:space="preserve">Answered by </w:t>
      </w:r>
      <w:hyperlink w:anchor="p43">
        <w:r>
          <w:rPr>
            <w:color w:val="2E5A80"/>
            <w:u w:val="single"/>
            <w:sz w:val="18"/>
          </w:rPr>
          <w:t xml:space="preserve">No. 43 (Utsusemi)</w:t>
        </w:r>
      </w:hyperlink>
    </w:p>
    <w:p>
      <w:pPr>
        <w:keepNext/>
        <w:spacing w:after="20" w:before="200"/>
      </w:pPr>
      <w:bookmarkStart w:id="47" w:name="p43"/>
      <w:r>
        <w:rPr>
          <w:b/>
          <w:i w:val="0"/>
          <w:color w:val="222B33"/>
          <w:sz w:val="22"/>
        </w:rPr>
        <w:t>No. 43</w:t>
      </w:r>
      <w:r>
        <w:rPr>
          <w:b w:val="0"/>
          <w:i w:val="0"/>
          <w:color w:val="6A6F75"/>
          <w:sz w:val="18"/>
        </w:rPr>
        <w:t xml:space="preserve">   Utsusemi → Genji   答 reply</w:t>
      </w:r>
      <w:bookmarkEnd w:id="47"/>
    </w:p>
    <w:p>
      <w:pPr>
        <w:keepNext/>
        <w:spacing w:after="0"/>
      </w:pPr>
      <w:r>
        <w:rPr>
          <w:rFonts w:ascii="Noto Serif CJK JP" w:hAnsi="Noto Serif CJK JP" w:eastAsia="Noto Serif CJK JP"/>
          <w:b w:val="0"/>
          <w:i w:val="0"/>
          <w:color w:val="222B33"/>
          <w:sz w:val="26"/>
        </w:rPr>
        <w:t>蝉の羽もたちかへてける夏衣かへすを見てもねは泣かれけり</w:t>
      </w:r>
    </w:p>
    <w:p>
      <w:pPr>
        <w:keepNext/>
        <w:spacing w:after="60"/>
      </w:pPr>
      <w:r>
        <w:rPr>
          <w:rFonts w:ascii="Noto Serif CJK JP" w:hAnsi="Noto Serif CJK JP" w:eastAsia="Noto Serif CJK JP"/>
          <w:b w:val="0"/>
          <w:i w:val="0"/>
          <w:color w:val="6A6F75"/>
          <w:sz w:val="19"/>
        </w:rPr>
        <w:t>せみのはも　／　たちかへてける　／　夏衣　／　かへすをみても　／　ねはなかれけり</w:t>
      </w:r>
    </w:p>
    <w:p>
      <w:pPr>
        <w:keepNext/>
        <w:spacing w:after="60"/>
      </w:pPr>
      <w:r>
        <w:rPr>
          <w:b w:val="0"/>
          <w:i/>
          <w:color w:val="222B33"/>
          <w:sz w:val="21"/>
        </w:rPr>
        <w:t>Even the cicada’s wings</w:t>
        <w:br/>
      </w:r>
      <w:r>
        <w:rPr>
          <w:b w:val="0"/>
          <w:i/>
          <w:color w:val="222B33"/>
          <w:sz w:val="21"/>
        </w:rPr>
        <w:t>have been changed for summer robes;</w:t>
        <w:br/>
      </w:r>
      <w:r>
        <w:rPr>
          <w:b w:val="0"/>
          <w:i/>
          <w:color w:val="222B33"/>
          <w:sz w:val="21"/>
        </w:rPr>
        <w:t>seeing the robe returned</w:t>
        <w:br/>
      </w:r>
      <w:r>
        <w:rPr>
          <w:b w:val="0"/>
          <w:i/>
          <w:color w:val="222B33"/>
          <w:sz w:val="21"/>
        </w:rPr>
        <w:t>I cannot help</w:t>
        <w:br/>
      </w:r>
      <w:r>
        <w:rPr>
          <w:b w:val="0"/>
          <w:i/>
          <w:color w:val="222B33"/>
          <w:sz w:val="21"/>
        </w:rPr>
        <w:t>but weep.</w:t>
      </w:r>
    </w:p>
    <w:p>
      <w:pPr>
        <w:spacing w:after="40"/>
      </w:pPr>
      <w:r>
        <w:rPr>
          <w:b w:val="0"/>
          <w:i w:val="0"/>
          <w:color w:val="222B33"/>
          <w:sz w:val="19"/>
        </w:rPr>
        <w:t>Kaesu, “return,” puns on the turned robe and the returned robe.</w:t>
      </w:r>
    </w:p>
    <w:p>
      <w:pPr>
        <w:spacing w:after="40"/>
      </w:pPr>
      <w:r>
        <w:rPr>
          <w:b w:val="0"/>
          <w:i w:val="0"/>
          <w:color w:val="6A6F75"/>
          <w:sz w:val="18"/>
        </w:rPr>
        <w:t xml:space="preserve">In reply to </w:t>
      </w:r>
      <w:hyperlink w:anchor="p42">
        <w:r>
          <w:rPr>
            <w:color w:val="2E5A80"/>
            <w:u w:val="single"/>
            <w:sz w:val="18"/>
          </w:rPr>
          <w:t xml:space="preserve">No. 42 (Genji)</w:t>
        </w:r>
      </w:hyperlink>
    </w:p>
    <w:p>
      <w:pPr>
        <w:keepNext/>
        <w:spacing w:after="20" w:before="200"/>
      </w:pPr>
      <w:bookmarkStart w:id="48" w:name="p44"/>
      <w:r>
        <w:rPr>
          <w:b/>
          <w:i w:val="0"/>
          <w:color w:val="222B33"/>
          <w:sz w:val="22"/>
        </w:rPr>
        <w:t>No. 44</w:t>
      </w:r>
      <w:r>
        <w:rPr>
          <w:b w:val="0"/>
          <w:i w:val="0"/>
          <w:color w:val="6A6F75"/>
          <w:sz w:val="18"/>
        </w:rPr>
        <w:t xml:space="preserve">   Genji   独 solo</w:t>
      </w:r>
      <w:bookmarkEnd w:id="48"/>
    </w:p>
    <w:p>
      <w:pPr>
        <w:keepNext/>
        <w:spacing w:after="40"/>
      </w:pPr>
      <w:r>
        <w:rPr>
          <w:b/>
          <w:i w:val="0"/>
          <w:color w:val="6A6F75"/>
          <w:sz w:val="18"/>
        </w:rPr>
        <w:t xml:space="preserve">Context. </w:t>
      </w:r>
      <w:r>
        <w:rPr>
          <w:b w:val="0"/>
          <w:i w:val="0"/>
          <w:color w:val="6A6F75"/>
          <w:sz w:val="19"/>
        </w:rPr>
        <w:t>At the end of Chapter 4, Yūgao dead and Utsusemi gone; autumn closes Genji’s first affairs.</w:t>
      </w:r>
    </w:p>
    <w:p>
      <w:pPr>
        <w:keepNext/>
        <w:spacing w:after="0"/>
      </w:pPr>
      <w:r>
        <w:rPr>
          <w:rFonts w:ascii="Noto Serif CJK JP" w:hAnsi="Noto Serif CJK JP" w:eastAsia="Noto Serif CJK JP"/>
          <w:b w:val="0"/>
          <w:i w:val="0"/>
          <w:color w:val="222B33"/>
          <w:sz w:val="26"/>
        </w:rPr>
        <w:t>過ぎにしも今日別るるも二道に行く方知らぬ秋の暮かな</w:t>
      </w:r>
    </w:p>
    <w:p>
      <w:pPr>
        <w:keepNext/>
        <w:spacing w:after="60"/>
      </w:pPr>
      <w:r>
        <w:rPr>
          <w:rFonts w:ascii="Noto Serif CJK JP" w:hAnsi="Noto Serif CJK JP" w:eastAsia="Noto Serif CJK JP"/>
          <w:b w:val="0"/>
          <w:i w:val="0"/>
          <w:color w:val="6A6F75"/>
          <w:sz w:val="19"/>
        </w:rPr>
        <w:t>すきにしも　／　けふわかるゝも　／　二みちに　／　ゆくかたしらぬ　／　秋のくれかな</w:t>
      </w:r>
    </w:p>
    <w:p>
      <w:pPr>
        <w:keepNext/>
        <w:spacing w:after="60"/>
      </w:pPr>
      <w:r>
        <w:rPr>
          <w:b w:val="0"/>
          <w:i/>
          <w:color w:val="222B33"/>
          <w:sz w:val="21"/>
        </w:rPr>
        <w:t>She who has gone, and she</w:t>
        <w:br/>
      </w:r>
      <w:r>
        <w:rPr>
          <w:b w:val="0"/>
          <w:i/>
          <w:color w:val="222B33"/>
          <w:sz w:val="21"/>
        </w:rPr>
        <w:t>who parts today, take two roads,</w:t>
        <w:br/>
      </w:r>
      <w:r>
        <w:rPr>
          <w:b w:val="0"/>
          <w:i/>
          <w:color w:val="222B33"/>
          <w:sz w:val="21"/>
        </w:rPr>
        <w:t>and no one knows</w:t>
        <w:br/>
      </w:r>
      <w:r>
        <w:rPr>
          <w:b w:val="0"/>
          <w:i/>
          <w:color w:val="222B33"/>
          <w:sz w:val="21"/>
        </w:rPr>
        <w:t>where it goes,</w:t>
        <w:br/>
      </w:r>
      <w:r>
        <w:rPr>
          <w:b w:val="0"/>
          <w:i/>
          <w:color w:val="222B33"/>
          <w:sz w:val="21"/>
        </w:rPr>
        <w:t>the autumn dusk.</w:t>
      </w:r>
    </w:p>
    <w:p>
      <w:pPr>
        <w:spacing w:after="40"/>
      </w:pPr>
      <w:r>
        <w:rPr>
          <w:b w:val="0"/>
          <w:i w:val="0"/>
          <w:color w:val="222B33"/>
          <w:sz w:val="19"/>
        </w:rPr>
        <w:t>Yūgao dead, Utsusemi leaving for the provinces.</w:t>
      </w:r>
    </w:p>
    <w:p>
      <w:pPr>
        <w:pStyle w:val="Heading1"/>
      </w:pPr>
      <w:bookmarkStart w:id="49" w:name="ch5"/>
      <w:r>
        <w:t>Chapter 5 · Wakamurasaki 若紫</w:t>
      </w:r>
      <w:bookmarkEnd w:id="49"/>
    </w:p>
    <w:p>
      <w:pPr>
        <w:keepNext/>
        <w:spacing w:after="20" w:before="200"/>
      </w:pPr>
      <w:bookmarkStart w:id="50" w:name="p45"/>
      <w:r>
        <w:rPr>
          <w:b/>
          <w:i w:val="0"/>
          <w:color w:val="222B33"/>
          <w:sz w:val="22"/>
        </w:rPr>
        <w:t>No. 45</w:t>
      </w:r>
      <w:r>
        <w:rPr>
          <w:b w:val="0"/>
          <w:i w:val="0"/>
          <w:color w:val="6A6F75"/>
          <w:sz w:val="18"/>
        </w:rPr>
        <w:t xml:space="preserve">   the nun of Kitayama   贈 sent</w:t>
      </w:r>
      <w:bookmarkEnd w:id="50"/>
    </w:p>
    <w:p>
      <w:pPr>
        <w:keepNext/>
        <w:spacing w:after="40"/>
      </w:pPr>
      <w:r>
        <w:rPr>
          <w:b/>
          <w:i w:val="0"/>
          <w:color w:val="6A6F75"/>
          <w:sz w:val="18"/>
        </w:rPr>
        <w:t xml:space="preserve">Context. </w:t>
      </w:r>
      <w:r>
        <w:rPr>
          <w:b w:val="0"/>
          <w:i w:val="0"/>
          <w:color w:val="6A6F75"/>
          <w:sz w:val="19"/>
        </w:rPr>
        <w:t>Genji, ill, glimpses a girl at Kitayama; the nun, her grandmother, fears for her future. The girl is Murasaki.</w:t>
      </w:r>
    </w:p>
    <w:p>
      <w:pPr>
        <w:keepNext/>
        <w:spacing w:after="0"/>
      </w:pPr>
      <w:r>
        <w:rPr>
          <w:rFonts w:ascii="Noto Serif CJK JP" w:hAnsi="Noto Serif CJK JP" w:eastAsia="Noto Serif CJK JP"/>
          <w:b w:val="0"/>
          <w:i w:val="0"/>
          <w:color w:val="222B33"/>
          <w:sz w:val="26"/>
        </w:rPr>
        <w:t>生ひ立たむありかも知らぬ若草をおくらす露ぞ消えむそらなき</w:t>
      </w:r>
    </w:p>
    <w:p>
      <w:pPr>
        <w:keepNext/>
        <w:spacing w:after="60"/>
      </w:pPr>
      <w:r>
        <w:rPr>
          <w:rFonts w:ascii="Noto Serif CJK JP" w:hAnsi="Noto Serif CJK JP" w:eastAsia="Noto Serif CJK JP"/>
          <w:b w:val="0"/>
          <w:i w:val="0"/>
          <w:color w:val="6A6F75"/>
          <w:sz w:val="19"/>
        </w:rPr>
        <w:t>をひたゝむ　／　ありかもしらぬ　／　わか草を　／　をくらす露そ　／　きえんそらなき</w:t>
      </w:r>
    </w:p>
    <w:p>
      <w:pPr>
        <w:keepNext/>
        <w:spacing w:after="60"/>
      </w:pPr>
      <w:r>
        <w:rPr>
          <w:b w:val="0"/>
          <w:i/>
          <w:color w:val="222B33"/>
          <w:sz w:val="21"/>
        </w:rPr>
        <w:t>The young grass, whose growing place</w:t>
        <w:br/>
      </w:r>
      <w:r>
        <w:rPr>
          <w:b w:val="0"/>
          <w:i/>
          <w:color w:val="222B33"/>
          <w:sz w:val="21"/>
        </w:rPr>
        <w:t>is still unknown:</w:t>
        <w:br/>
      </w:r>
      <w:r>
        <w:rPr>
          <w:b w:val="0"/>
          <w:i/>
          <w:color w:val="222B33"/>
          <w:sz w:val="21"/>
        </w:rPr>
        <w:t>the dew that leaves it behind</w:t>
        <w:br/>
      </w:r>
      <w:r>
        <w:rPr>
          <w:b w:val="0"/>
          <w:i/>
          <w:color w:val="222B33"/>
          <w:sz w:val="21"/>
        </w:rPr>
        <w:t>has no sky</w:t>
        <w:br/>
      </w:r>
      <w:r>
        <w:rPr>
          <w:b w:val="0"/>
          <w:i/>
          <w:color w:val="222B33"/>
          <w:sz w:val="21"/>
        </w:rPr>
        <w:t>to vanish into.</w:t>
      </w:r>
    </w:p>
    <w:p>
      <w:pPr>
        <w:spacing w:after="40"/>
      </w:pPr>
      <w:r>
        <w:rPr>
          <w:b w:val="0"/>
          <w:i w:val="0"/>
          <w:color w:val="222B33"/>
          <w:sz w:val="19"/>
        </w:rPr>
        <w:t>The nun is the dew; the girl Murasaki, the young grass.</w:t>
      </w:r>
    </w:p>
    <w:p>
      <w:pPr>
        <w:spacing w:after="40"/>
      </w:pPr>
      <w:r>
        <w:rPr>
          <w:b w:val="0"/>
          <w:i w:val="0"/>
          <w:color w:val="6A6F75"/>
          <w:sz w:val="18"/>
        </w:rPr>
        <w:t xml:space="preserve">Answered by </w:t>
      </w:r>
      <w:hyperlink w:anchor="p46">
        <w:r>
          <w:rPr>
            <w:color w:val="2E5A80"/>
            <w:u w:val="single"/>
            <w:sz w:val="18"/>
          </w:rPr>
          <w:t xml:space="preserve">No. 46 (Shōnagon)</w:t>
        </w:r>
      </w:hyperlink>
    </w:p>
    <w:p>
      <w:pPr>
        <w:keepNext/>
        <w:spacing w:after="20" w:before="200"/>
      </w:pPr>
      <w:bookmarkStart w:id="51" w:name="p46"/>
      <w:r>
        <w:rPr>
          <w:b/>
          <w:i w:val="0"/>
          <w:color w:val="222B33"/>
          <w:sz w:val="22"/>
        </w:rPr>
        <w:t>No. 46</w:t>
      </w:r>
      <w:r>
        <w:rPr>
          <w:b w:val="0"/>
          <w:i w:val="0"/>
          <w:color w:val="6A6F75"/>
          <w:sz w:val="18"/>
        </w:rPr>
        <w:t xml:space="preserve">   Shōnagon → the nun of Kitayama   答 reply</w:t>
      </w:r>
      <w:bookmarkEnd w:id="51"/>
    </w:p>
    <w:p>
      <w:pPr>
        <w:keepNext/>
        <w:spacing w:after="0"/>
      </w:pPr>
      <w:r>
        <w:rPr>
          <w:rFonts w:ascii="Noto Serif CJK JP" w:hAnsi="Noto Serif CJK JP" w:eastAsia="Noto Serif CJK JP"/>
          <w:b w:val="0"/>
          <w:i w:val="0"/>
          <w:color w:val="222B33"/>
          <w:sz w:val="26"/>
        </w:rPr>
        <w:t>初草の生ひ行く末も知らぬまにいかでか露の消えむとすらむ</w:t>
      </w:r>
    </w:p>
    <w:p>
      <w:pPr>
        <w:keepNext/>
        <w:spacing w:after="60"/>
      </w:pPr>
      <w:r>
        <w:rPr>
          <w:rFonts w:ascii="Noto Serif CJK JP" w:hAnsi="Noto Serif CJK JP" w:eastAsia="Noto Serif CJK JP"/>
          <w:b w:val="0"/>
          <w:i w:val="0"/>
          <w:color w:val="6A6F75"/>
          <w:sz w:val="19"/>
        </w:rPr>
        <w:t>はつ草の　／　おひ行すゑも　／　しらぬまに　／　いかてか露の　／　きえんとすらむ</w:t>
      </w:r>
    </w:p>
    <w:p>
      <w:pPr>
        <w:keepNext/>
        <w:spacing w:after="60"/>
      </w:pPr>
      <w:r>
        <w:rPr>
          <w:b w:val="0"/>
          <w:i/>
          <w:color w:val="222B33"/>
          <w:sz w:val="21"/>
        </w:rPr>
        <w:t>Before you know the future</w:t>
        <w:br/>
      </w:r>
      <w:r>
        <w:rPr>
          <w:b w:val="0"/>
          <w:i/>
          <w:color w:val="222B33"/>
          <w:sz w:val="21"/>
        </w:rPr>
        <w:t>of the first grass as it grows,</w:t>
        <w:br/>
      </w:r>
      <w:r>
        <w:rPr>
          <w:b w:val="0"/>
          <w:i/>
          <w:color w:val="222B33"/>
          <w:sz w:val="21"/>
        </w:rPr>
        <w:t>how can the dew</w:t>
        <w:br/>
      </w:r>
      <w:r>
        <w:rPr>
          <w:b w:val="0"/>
          <w:i/>
          <w:color w:val="222B33"/>
          <w:sz w:val="21"/>
        </w:rPr>
        <w:t>think</w:t>
        <w:br/>
      </w:r>
      <w:r>
        <w:rPr>
          <w:b w:val="0"/>
          <w:i/>
          <w:color w:val="222B33"/>
          <w:sz w:val="21"/>
        </w:rPr>
        <w:t>of vanishing?</w:t>
      </w:r>
    </w:p>
    <w:p>
      <w:pPr>
        <w:spacing w:after="40"/>
      </w:pPr>
      <w:r>
        <w:rPr>
          <w:b w:val="0"/>
          <w:i w:val="0"/>
          <w:color w:val="222B33"/>
          <w:sz w:val="19"/>
        </w:rPr>
        <w:t>An attendant takes up the nun’s image to comfort her.</w:t>
      </w:r>
    </w:p>
    <w:p>
      <w:pPr>
        <w:spacing w:after="40"/>
      </w:pPr>
      <w:r>
        <w:rPr>
          <w:b/>
          <w:i w:val="0"/>
          <w:color w:val="8A4B1C"/>
          <w:sz w:val="18"/>
        </w:rPr>
        <w:t xml:space="preserve">Attribution uncertain. </w:t>
      </w:r>
      <w:r>
        <w:rPr>
          <w:b w:val="0"/>
          <w:i w:val="0"/>
          <w:sz w:val="19"/>
        </w:rPr>
        <w:t>The replying attendant is the nun’s senior attendant (Zenshū 全集) or Shōnagon, Murasaki’s nurse (Shibuya 渋谷).</w:t>
      </w:r>
    </w:p>
    <w:p>
      <w:pPr>
        <w:spacing w:after="40"/>
      </w:pPr>
      <w:r>
        <w:rPr>
          <w:b w:val="0"/>
          <w:i w:val="0"/>
          <w:color w:val="6A6F75"/>
          <w:sz w:val="18"/>
        </w:rPr>
        <w:t xml:space="preserve">In reply to </w:t>
      </w:r>
      <w:hyperlink w:anchor="p45">
        <w:r>
          <w:rPr>
            <w:color w:val="2E5A80"/>
            <w:u w:val="single"/>
            <w:sz w:val="18"/>
          </w:rPr>
          <w:t xml:space="preserve">No. 45 (the nun of Kitayama)</w:t>
        </w:r>
      </w:hyperlink>
    </w:p>
    <w:p>
      <w:pPr>
        <w:keepNext/>
        <w:spacing w:after="20" w:before="200"/>
      </w:pPr>
      <w:bookmarkStart w:id="52" w:name="p47"/>
      <w:r>
        <w:rPr>
          <w:b/>
          <w:i w:val="0"/>
          <w:color w:val="222B33"/>
          <w:sz w:val="22"/>
        </w:rPr>
        <w:t>No. 47</w:t>
      </w:r>
      <w:r>
        <w:rPr>
          <w:b w:val="0"/>
          <w:i w:val="0"/>
          <w:color w:val="6A6F75"/>
          <w:sz w:val="18"/>
        </w:rPr>
        <w:t xml:space="preserve">   Genji → the nun of Kitayama   贈 sent</w:t>
      </w:r>
      <w:bookmarkEnd w:id="52"/>
    </w:p>
    <w:p>
      <w:pPr>
        <w:keepNext/>
        <w:spacing w:after="40"/>
      </w:pPr>
      <w:r>
        <w:rPr>
          <w:b/>
          <w:i w:val="0"/>
          <w:color w:val="6A6F75"/>
          <w:sz w:val="18"/>
        </w:rPr>
        <w:t xml:space="preserve">Context. </w:t>
      </w:r>
      <w:r>
        <w:rPr>
          <w:b w:val="0"/>
          <w:i w:val="0"/>
          <w:color w:val="6A6F75"/>
          <w:sz w:val="19"/>
        </w:rPr>
        <w:t>Genji asks the nun for the girl; the beginning of his claim on Murasaki.</w:t>
      </w:r>
    </w:p>
    <w:p>
      <w:pPr>
        <w:keepNext/>
        <w:spacing w:after="0"/>
      </w:pPr>
      <w:r>
        <w:rPr>
          <w:rFonts w:ascii="Noto Serif CJK JP" w:hAnsi="Noto Serif CJK JP" w:eastAsia="Noto Serif CJK JP"/>
          <w:b w:val="0"/>
          <w:i w:val="0"/>
          <w:color w:val="222B33"/>
          <w:sz w:val="26"/>
        </w:rPr>
        <w:t>初草の若葉の上を見つるより旅寝の袖も露ぞ乾かぬ</w:t>
      </w:r>
    </w:p>
    <w:p>
      <w:pPr>
        <w:keepNext/>
        <w:spacing w:after="60"/>
      </w:pPr>
      <w:r>
        <w:rPr>
          <w:rFonts w:ascii="Noto Serif CJK JP" w:hAnsi="Noto Serif CJK JP" w:eastAsia="Noto Serif CJK JP"/>
          <w:b w:val="0"/>
          <w:i w:val="0"/>
          <w:color w:val="6A6F75"/>
          <w:sz w:val="19"/>
        </w:rPr>
        <w:t>はつ草の　／　わかはのうへを　／　みつるより　／　たひねの袖も　／　露そかはかぬ</w:t>
      </w:r>
    </w:p>
    <w:p>
      <w:pPr>
        <w:keepNext/>
        <w:spacing w:after="60"/>
      </w:pPr>
      <w:r>
        <w:rPr>
          <w:b w:val="0"/>
          <w:i/>
          <w:color w:val="222B33"/>
          <w:sz w:val="21"/>
        </w:rPr>
        <w:t>Since I saw the young leaves</w:t>
        <w:br/>
      </w:r>
      <w:r>
        <w:rPr>
          <w:b w:val="0"/>
          <w:i/>
          <w:color w:val="222B33"/>
          <w:sz w:val="21"/>
        </w:rPr>
        <w:t>of the first grass,</w:t>
        <w:br/>
      </w:r>
      <w:r>
        <w:rPr>
          <w:b w:val="0"/>
          <w:i/>
          <w:color w:val="222B33"/>
          <w:sz w:val="21"/>
        </w:rPr>
        <w:t>the sleeves of my traveler’s sleep</w:t>
        <w:br/>
      </w:r>
      <w:r>
        <w:rPr>
          <w:b w:val="0"/>
          <w:i/>
          <w:color w:val="222B33"/>
          <w:sz w:val="21"/>
        </w:rPr>
        <w:t>never dry</w:t>
        <w:br/>
      </w:r>
      <w:r>
        <w:rPr>
          <w:b w:val="0"/>
          <w:i/>
          <w:color w:val="222B33"/>
          <w:sz w:val="21"/>
        </w:rPr>
        <w:t>of dew.</w:t>
      </w:r>
    </w:p>
    <w:p>
      <w:pPr>
        <w:spacing w:after="40"/>
      </w:pPr>
      <w:r>
        <w:rPr>
          <w:b w:val="0"/>
          <w:i w:val="0"/>
          <w:color w:val="222B33"/>
          <w:sz w:val="19"/>
        </w:rPr>
        <w:t>He borrows the grass image overheard in 45–46.</w:t>
      </w:r>
    </w:p>
    <w:p>
      <w:pPr>
        <w:spacing w:after="40"/>
      </w:pPr>
      <w:r>
        <w:rPr>
          <w:b w:val="0"/>
          <w:i w:val="0"/>
          <w:color w:val="6A6F75"/>
          <w:sz w:val="18"/>
        </w:rPr>
        <w:t xml:space="preserve">Answered by </w:t>
      </w:r>
      <w:hyperlink w:anchor="p48">
        <w:r>
          <w:rPr>
            <w:color w:val="2E5A80"/>
            <w:u w:val="single"/>
            <w:sz w:val="18"/>
          </w:rPr>
          <w:t xml:space="preserve">No. 48 (the nun of Kitayama)</w:t>
        </w:r>
      </w:hyperlink>
    </w:p>
    <w:p>
      <w:pPr>
        <w:keepNext/>
        <w:spacing w:after="20" w:before="200"/>
      </w:pPr>
      <w:bookmarkStart w:id="53" w:name="p48"/>
      <w:r>
        <w:rPr>
          <w:b/>
          <w:i w:val="0"/>
          <w:color w:val="222B33"/>
          <w:sz w:val="22"/>
        </w:rPr>
        <w:t>No. 48</w:t>
      </w:r>
      <w:r>
        <w:rPr>
          <w:b w:val="0"/>
          <w:i w:val="0"/>
          <w:color w:val="6A6F75"/>
          <w:sz w:val="18"/>
        </w:rPr>
        <w:t xml:space="preserve">   the nun of Kitayama → Genji   答 reply</w:t>
      </w:r>
      <w:bookmarkEnd w:id="53"/>
    </w:p>
    <w:p>
      <w:pPr>
        <w:keepNext/>
        <w:spacing w:after="0"/>
      </w:pPr>
      <w:r>
        <w:rPr>
          <w:rFonts w:ascii="Noto Serif CJK JP" w:hAnsi="Noto Serif CJK JP" w:eastAsia="Noto Serif CJK JP"/>
          <w:b w:val="0"/>
          <w:i w:val="0"/>
          <w:color w:val="222B33"/>
          <w:sz w:val="26"/>
        </w:rPr>
        <w:t>枕結ふ今宵ばかりの露けさを深山の苔に比べざらなむ</w:t>
      </w:r>
    </w:p>
    <w:p>
      <w:pPr>
        <w:keepNext/>
        <w:spacing w:after="60"/>
      </w:pPr>
      <w:r>
        <w:rPr>
          <w:rFonts w:ascii="Noto Serif CJK JP" w:hAnsi="Noto Serif CJK JP" w:eastAsia="Noto Serif CJK JP"/>
          <w:b w:val="0"/>
          <w:i w:val="0"/>
          <w:color w:val="6A6F75"/>
          <w:sz w:val="19"/>
        </w:rPr>
        <w:t>枕ゆふ　／　こよひはかりの　／　露けさを　／　み山のこけに　／　くらへさらなむ</w:t>
      </w:r>
    </w:p>
    <w:p>
      <w:pPr>
        <w:keepNext/>
        <w:spacing w:after="60"/>
      </w:pPr>
      <w:r>
        <w:rPr>
          <w:b w:val="0"/>
          <w:i/>
          <w:color w:val="222B33"/>
          <w:sz w:val="21"/>
        </w:rPr>
        <w:t>Do not compare the dampness</w:t>
        <w:br/>
      </w:r>
      <w:r>
        <w:rPr>
          <w:b w:val="0"/>
          <w:i/>
          <w:color w:val="222B33"/>
          <w:sz w:val="21"/>
        </w:rPr>
        <w:t>of a pillow tied for one night</w:t>
        <w:br/>
      </w:r>
      <w:r>
        <w:rPr>
          <w:b w:val="0"/>
          <w:i/>
          <w:color w:val="222B33"/>
          <w:sz w:val="21"/>
        </w:rPr>
        <w:t>to the moss</w:t>
        <w:br/>
      </w:r>
      <w:r>
        <w:rPr>
          <w:b w:val="0"/>
          <w:i/>
          <w:color w:val="222B33"/>
          <w:sz w:val="21"/>
        </w:rPr>
        <w:t>of the deep</w:t>
        <w:br/>
      </w:r>
      <w:r>
        <w:rPr>
          <w:b w:val="0"/>
          <w:i/>
          <w:color w:val="222B33"/>
          <w:sz w:val="21"/>
        </w:rPr>
        <w:t>mountains.</w:t>
      </w:r>
    </w:p>
    <w:p>
      <w:pPr>
        <w:spacing w:after="40"/>
      </w:pPr>
      <w:r>
        <w:rPr>
          <w:b w:val="0"/>
          <w:i w:val="0"/>
          <w:color w:val="222B33"/>
          <w:sz w:val="19"/>
        </w:rPr>
        <w:t>Her long tears in retreat outweigh his brief traveler’s dew.</w:t>
      </w:r>
    </w:p>
    <w:p>
      <w:pPr>
        <w:spacing w:after="40"/>
      </w:pPr>
      <w:r>
        <w:rPr>
          <w:b w:val="0"/>
          <w:i w:val="0"/>
          <w:color w:val="6A6F75"/>
          <w:sz w:val="18"/>
        </w:rPr>
        <w:t xml:space="preserve">In reply to </w:t>
      </w:r>
      <w:hyperlink w:anchor="p47">
        <w:r>
          <w:rPr>
            <w:color w:val="2E5A80"/>
            <w:u w:val="single"/>
            <w:sz w:val="18"/>
          </w:rPr>
          <w:t xml:space="preserve">No. 47 (Genji)</w:t>
        </w:r>
      </w:hyperlink>
    </w:p>
    <w:p>
      <w:pPr>
        <w:keepNext/>
        <w:spacing w:after="20" w:before="200"/>
      </w:pPr>
      <w:bookmarkStart w:id="54" w:name="p49"/>
      <w:r>
        <w:rPr>
          <w:b/>
          <w:i w:val="0"/>
          <w:color w:val="222B33"/>
          <w:sz w:val="22"/>
        </w:rPr>
        <w:t>No. 49</w:t>
      </w:r>
      <w:r>
        <w:rPr>
          <w:b w:val="0"/>
          <w:i w:val="0"/>
          <w:color w:val="6A6F75"/>
          <w:sz w:val="18"/>
        </w:rPr>
        <w:t xml:space="preserve">   Genji → the Bishop   贈 sent</w:t>
      </w:r>
      <w:bookmarkEnd w:id="54"/>
    </w:p>
    <w:p>
      <w:pPr>
        <w:keepNext/>
        <w:spacing w:after="40"/>
      </w:pPr>
      <w:r>
        <w:rPr>
          <w:b/>
          <w:i w:val="0"/>
          <w:color w:val="6A6F75"/>
          <w:sz w:val="18"/>
        </w:rPr>
        <w:t xml:space="preserve">Context. </w:t>
      </w:r>
      <w:r>
        <w:rPr>
          <w:b w:val="0"/>
          <w:i w:val="0"/>
          <w:color w:val="6A6F75"/>
          <w:sz w:val="19"/>
        </w:rPr>
        <w:t>At the Kitayama temple, Genji is moved by the Bishop’s talk of the next life; the Bishop is Murasaki’s great-uncle.</w:t>
      </w:r>
    </w:p>
    <w:p>
      <w:pPr>
        <w:keepNext/>
        <w:spacing w:after="0"/>
      </w:pPr>
      <w:r>
        <w:rPr>
          <w:rFonts w:ascii="Noto Serif CJK JP" w:hAnsi="Noto Serif CJK JP" w:eastAsia="Noto Serif CJK JP"/>
          <w:b w:val="0"/>
          <w:i w:val="0"/>
          <w:color w:val="222B33"/>
          <w:sz w:val="26"/>
        </w:rPr>
        <w:t>吹きまよふ深山おろしに夢さめて涙もよほす滝の音かな</w:t>
      </w:r>
    </w:p>
    <w:p>
      <w:pPr>
        <w:keepNext/>
        <w:spacing w:after="60"/>
      </w:pPr>
      <w:r>
        <w:rPr>
          <w:rFonts w:ascii="Noto Serif CJK JP" w:hAnsi="Noto Serif CJK JP" w:eastAsia="Noto Serif CJK JP"/>
          <w:b w:val="0"/>
          <w:i w:val="0"/>
          <w:color w:val="6A6F75"/>
          <w:sz w:val="19"/>
        </w:rPr>
        <w:t>吹まよふ　／　みやまおろしに　／　夢さめて　／　涙もよほす　／　たきのをとかな</w:t>
      </w:r>
    </w:p>
    <w:p>
      <w:pPr>
        <w:keepNext/>
        <w:spacing w:after="60"/>
      </w:pPr>
      <w:r>
        <w:rPr>
          <w:b w:val="0"/>
          <w:i/>
          <w:color w:val="222B33"/>
          <w:sz w:val="21"/>
        </w:rPr>
        <w:t>Woken from a dream</w:t>
        <w:br/>
      </w:r>
      <w:r>
        <w:rPr>
          <w:b w:val="0"/>
          <w:i/>
          <w:color w:val="222B33"/>
          <w:sz w:val="21"/>
        </w:rPr>
        <w:t>by the gusts from the deep mountain,</w:t>
        <w:br/>
      </w:r>
      <w:r>
        <w:rPr>
          <w:b w:val="0"/>
          <w:i/>
          <w:color w:val="222B33"/>
          <w:sz w:val="21"/>
        </w:rPr>
        <w:t>the waterfall’s sound</w:t>
        <w:br/>
      </w:r>
      <w:r>
        <w:rPr>
          <w:b w:val="0"/>
          <w:i/>
          <w:color w:val="222B33"/>
          <w:sz w:val="21"/>
        </w:rPr>
        <w:t>moves me</w:t>
        <w:br/>
      </w:r>
      <w:r>
        <w:rPr>
          <w:b w:val="0"/>
          <w:i/>
          <w:color w:val="222B33"/>
          <w:sz w:val="21"/>
        </w:rPr>
        <w:t>to tears.</w:t>
      </w:r>
    </w:p>
    <w:p>
      <w:pPr>
        <w:spacing w:after="40"/>
      </w:pPr>
      <w:r>
        <w:rPr>
          <w:b w:val="0"/>
          <w:i w:val="0"/>
          <w:color w:val="6A6F75"/>
          <w:sz w:val="18"/>
        </w:rPr>
        <w:t xml:space="preserve">Answered by </w:t>
      </w:r>
      <w:hyperlink w:anchor="p50">
        <w:r>
          <w:rPr>
            <w:color w:val="2E5A80"/>
            <w:u w:val="single"/>
            <w:sz w:val="18"/>
          </w:rPr>
          <w:t xml:space="preserve">No. 50 (the Bishop)</w:t>
        </w:r>
      </w:hyperlink>
    </w:p>
    <w:p>
      <w:pPr>
        <w:keepNext/>
        <w:spacing w:after="20" w:before="200"/>
      </w:pPr>
      <w:bookmarkStart w:id="55" w:name="p50"/>
      <w:r>
        <w:rPr>
          <w:b/>
          <w:i w:val="0"/>
          <w:color w:val="222B33"/>
          <w:sz w:val="22"/>
        </w:rPr>
        <w:t>No. 50</w:t>
      </w:r>
      <w:r>
        <w:rPr>
          <w:b w:val="0"/>
          <w:i w:val="0"/>
          <w:color w:val="6A6F75"/>
          <w:sz w:val="18"/>
        </w:rPr>
        <w:t xml:space="preserve">   the Bishop → Genji   答 reply</w:t>
      </w:r>
      <w:bookmarkEnd w:id="55"/>
    </w:p>
    <w:p>
      <w:pPr>
        <w:keepNext/>
        <w:spacing w:after="0"/>
      </w:pPr>
      <w:r>
        <w:rPr>
          <w:rFonts w:ascii="Noto Serif CJK JP" w:hAnsi="Noto Serif CJK JP" w:eastAsia="Noto Serif CJK JP"/>
          <w:b w:val="0"/>
          <w:i w:val="0"/>
          <w:color w:val="222B33"/>
          <w:sz w:val="26"/>
        </w:rPr>
        <w:t>さしぐみに袖ぬらしける山水に澄める心は騒ぎやはする</w:t>
      </w:r>
    </w:p>
    <w:p>
      <w:pPr>
        <w:keepNext/>
        <w:spacing w:after="60"/>
      </w:pPr>
      <w:r>
        <w:rPr>
          <w:rFonts w:ascii="Noto Serif CJK JP" w:hAnsi="Noto Serif CJK JP" w:eastAsia="Noto Serif CJK JP"/>
          <w:b w:val="0"/>
          <w:i w:val="0"/>
          <w:color w:val="6A6F75"/>
          <w:sz w:val="19"/>
        </w:rPr>
        <w:t>さしくみに　／　袖ぬらしける　／　山水に　／　すめる心は　／　さはきやはする</w:t>
      </w:r>
    </w:p>
    <w:p>
      <w:pPr>
        <w:keepNext/>
        <w:spacing w:after="60"/>
      </w:pPr>
      <w:r>
        <w:rPr>
          <w:b w:val="0"/>
          <w:i/>
          <w:color w:val="222B33"/>
          <w:sz w:val="21"/>
        </w:rPr>
        <w:t>Mountain water that suddenly</w:t>
        <w:br/>
      </w:r>
      <w:r>
        <w:rPr>
          <w:b w:val="0"/>
          <w:i/>
          <w:color w:val="222B33"/>
          <w:sz w:val="21"/>
        </w:rPr>
        <w:t>wet your sleeves:</w:t>
        <w:br/>
      </w:r>
      <w:r>
        <w:rPr>
          <w:b w:val="0"/>
          <w:i/>
          <w:color w:val="222B33"/>
          <w:sz w:val="21"/>
        </w:rPr>
        <w:t>does the heart that lives here clear</w:t>
        <w:br/>
      </w:r>
      <w:r>
        <w:rPr>
          <w:b w:val="0"/>
          <w:i/>
          <w:color w:val="222B33"/>
          <w:sz w:val="21"/>
        </w:rPr>
        <w:t>ever</w:t>
        <w:br/>
      </w:r>
      <w:r>
        <w:rPr>
          <w:b w:val="0"/>
          <w:i/>
          <w:color w:val="222B33"/>
          <w:sz w:val="21"/>
        </w:rPr>
        <w:t>stir at it?</w:t>
      </w:r>
    </w:p>
    <w:p>
      <w:pPr>
        <w:spacing w:after="40"/>
      </w:pPr>
      <w:r>
        <w:rPr>
          <w:b w:val="0"/>
          <w:i w:val="0"/>
          <w:color w:val="222B33"/>
          <w:sz w:val="19"/>
        </w:rPr>
        <w:t>Sumeru is both “clear” and “dwelling.”</w:t>
      </w:r>
    </w:p>
    <w:p>
      <w:pPr>
        <w:spacing w:after="40"/>
      </w:pPr>
      <w:r>
        <w:rPr>
          <w:b w:val="0"/>
          <w:i w:val="0"/>
          <w:color w:val="6A6F75"/>
          <w:sz w:val="18"/>
        </w:rPr>
        <w:t xml:space="preserve">In reply to </w:t>
      </w:r>
      <w:hyperlink w:anchor="p49">
        <w:r>
          <w:rPr>
            <w:color w:val="2E5A80"/>
            <w:u w:val="single"/>
            <w:sz w:val="18"/>
          </w:rPr>
          <w:t xml:space="preserve">No. 49 (Genji)</w:t>
        </w:r>
      </w:hyperlink>
    </w:p>
    <w:p>
      <w:pPr>
        <w:keepNext/>
        <w:spacing w:after="20" w:before="200"/>
      </w:pPr>
      <w:bookmarkStart w:id="56" w:name="p51"/>
      <w:r>
        <w:rPr>
          <w:b/>
          <w:i w:val="0"/>
          <w:color w:val="222B33"/>
          <w:sz w:val="22"/>
        </w:rPr>
        <w:t>No. 51</w:t>
      </w:r>
      <w:r>
        <w:rPr>
          <w:b w:val="0"/>
          <w:i w:val="0"/>
          <w:color w:val="6A6F75"/>
          <w:sz w:val="18"/>
        </w:rPr>
        <w:t xml:space="preserve">   Genji → the Bishop and the holy man   唱 group exchange</w:t>
      </w:r>
      <w:bookmarkEnd w:id="56"/>
    </w:p>
    <w:p>
      <w:pPr>
        <w:keepNext/>
        <w:spacing w:after="40"/>
      </w:pPr>
      <w:r>
        <w:rPr>
          <w:b/>
          <w:i w:val="0"/>
          <w:color w:val="6A6F75"/>
          <w:sz w:val="18"/>
        </w:rPr>
        <w:t xml:space="preserve">Context. </w:t>
      </w:r>
      <w:r>
        <w:rPr>
          <w:b w:val="0"/>
          <w:i w:val="0"/>
          <w:color w:val="6A6F75"/>
          <w:sz w:val="19"/>
        </w:rPr>
        <w:t>Genji takes leave of the mountain monks; the cherry blossoms carry him back to court.</w:t>
      </w:r>
    </w:p>
    <w:p>
      <w:pPr>
        <w:keepNext/>
        <w:spacing w:after="0"/>
      </w:pPr>
      <w:r>
        <w:rPr>
          <w:rFonts w:ascii="Noto Serif CJK JP" w:hAnsi="Noto Serif CJK JP" w:eastAsia="Noto Serif CJK JP"/>
          <w:b w:val="0"/>
          <w:i w:val="0"/>
          <w:color w:val="222B33"/>
          <w:sz w:val="26"/>
        </w:rPr>
        <w:t>宮人に行きて語らむ山桜風よりさきに来ても見るべく</w:t>
      </w:r>
    </w:p>
    <w:p>
      <w:pPr>
        <w:keepNext/>
        <w:spacing w:after="60"/>
      </w:pPr>
      <w:r>
        <w:rPr>
          <w:rFonts w:ascii="Noto Serif CJK JP" w:hAnsi="Noto Serif CJK JP" w:eastAsia="Noto Serif CJK JP"/>
          <w:b w:val="0"/>
          <w:i w:val="0"/>
          <w:color w:val="6A6F75"/>
          <w:sz w:val="19"/>
        </w:rPr>
        <w:t>宮人に　／　行てかたらむ　／　山さくら　／　風よりさきに　／　きてもみるへく</w:t>
      </w:r>
    </w:p>
    <w:p>
      <w:pPr>
        <w:keepNext/>
        <w:spacing w:after="60"/>
      </w:pPr>
      <w:r>
        <w:rPr>
          <w:b w:val="0"/>
          <w:i/>
          <w:color w:val="222B33"/>
          <w:sz w:val="21"/>
        </w:rPr>
        <w:t>I will go and tell the palace folk</w:t>
        <w:br/>
      </w:r>
      <w:r>
        <w:rPr>
          <w:b w:val="0"/>
          <w:i/>
          <w:color w:val="222B33"/>
          <w:sz w:val="21"/>
        </w:rPr>
        <w:t>of the mountain cherries,</w:t>
        <w:br/>
      </w:r>
      <w:r>
        <w:rPr>
          <w:b w:val="0"/>
          <w:i/>
          <w:color w:val="222B33"/>
          <w:sz w:val="21"/>
        </w:rPr>
        <w:t>so that they may come and see</w:t>
        <w:br/>
      </w:r>
      <w:r>
        <w:rPr>
          <w:b w:val="0"/>
          <w:i/>
          <w:color w:val="222B33"/>
          <w:sz w:val="21"/>
        </w:rPr>
        <w:t>before</w:t>
        <w:br/>
      </w:r>
      <w:r>
        <w:rPr>
          <w:b w:val="0"/>
          <w:i/>
          <w:color w:val="222B33"/>
          <w:sz w:val="21"/>
        </w:rPr>
        <w:t>the wind does.</w:t>
      </w:r>
    </w:p>
    <w:p>
      <w:pPr>
        <w:spacing w:after="40"/>
      </w:pPr>
      <w:r>
        <w:rPr>
          <w:b w:val="0"/>
          <w:i w:val="0"/>
          <w:color w:val="222B33"/>
          <w:sz w:val="19"/>
        </w:rPr>
        <w:t>Leaving Kitayama. A group exchange of three poems.</w:t>
      </w:r>
    </w:p>
    <w:p>
      <w:pPr>
        <w:spacing w:after="40"/>
      </w:pPr>
      <w:r>
        <w:rPr>
          <w:b w:val="0"/>
          <w:i w:val="0"/>
          <w:color w:val="6A6F75"/>
          <w:sz w:val="18"/>
        </w:rPr>
        <w:t xml:space="preserve">Answered by </w:t>
      </w:r>
      <w:hyperlink w:anchor="p52">
        <w:r>
          <w:rPr>
            <w:color w:val="2E5A80"/>
            <w:u w:val="single"/>
            <w:sz w:val="18"/>
          </w:rPr>
          <w:t xml:space="preserve">No. 52 (the Bishop)</w:t>
        </w:r>
      </w:hyperlink>
      <w:r>
        <w:rPr>
          <w:b w:val="0"/>
          <w:i w:val="0"/>
          <w:color w:val="6A6F75"/>
          <w:sz w:val="18"/>
        </w:rPr>
        <w:t xml:space="preserve">, </w:t>
      </w:r>
      <w:hyperlink w:anchor="p53">
        <w:r>
          <w:rPr>
            <w:color w:val="2E5A80"/>
            <w:u w:val="single"/>
            <w:sz w:val="18"/>
          </w:rPr>
          <w:t xml:space="preserve">No. 53 (the holy man)</w:t>
        </w:r>
      </w:hyperlink>
    </w:p>
    <w:p>
      <w:pPr>
        <w:keepNext/>
        <w:spacing w:after="20" w:before="200"/>
      </w:pPr>
      <w:bookmarkStart w:id="57" w:name="p52"/>
      <w:r>
        <w:rPr>
          <w:b/>
          <w:i w:val="0"/>
          <w:color w:val="222B33"/>
          <w:sz w:val="22"/>
        </w:rPr>
        <w:t>No. 52</w:t>
      </w:r>
      <w:r>
        <w:rPr>
          <w:b w:val="0"/>
          <w:i w:val="0"/>
          <w:color w:val="6A6F75"/>
          <w:sz w:val="18"/>
        </w:rPr>
        <w:t xml:space="preserve">   the Bishop → Genji   唱 group exchange</w:t>
      </w:r>
      <w:bookmarkEnd w:id="57"/>
    </w:p>
    <w:p>
      <w:pPr>
        <w:keepNext/>
        <w:spacing w:after="0"/>
      </w:pPr>
      <w:r>
        <w:rPr>
          <w:rFonts w:ascii="Noto Serif CJK JP" w:hAnsi="Noto Serif CJK JP" w:eastAsia="Noto Serif CJK JP"/>
          <w:b w:val="0"/>
          <w:i w:val="0"/>
          <w:color w:val="222B33"/>
          <w:sz w:val="26"/>
        </w:rPr>
        <w:t>優曇華の花待ち得たる心地して深山桜に目こそ移らね</w:t>
      </w:r>
    </w:p>
    <w:p>
      <w:pPr>
        <w:keepNext/>
        <w:spacing w:after="60"/>
      </w:pPr>
      <w:r>
        <w:rPr>
          <w:rFonts w:ascii="Noto Serif CJK JP" w:hAnsi="Noto Serif CJK JP" w:eastAsia="Noto Serif CJK JP"/>
          <w:b w:val="0"/>
          <w:i w:val="0"/>
          <w:color w:val="6A6F75"/>
          <w:sz w:val="19"/>
        </w:rPr>
        <w:t>うとむけの　／　花まちえたる　／　心ちして　／　み山さくらに　／　めこそうつらね</w:t>
      </w:r>
    </w:p>
    <w:p>
      <w:pPr>
        <w:keepNext/>
        <w:spacing w:after="60"/>
      </w:pPr>
      <w:r>
        <w:rPr>
          <w:b w:val="0"/>
          <w:i/>
          <w:color w:val="222B33"/>
          <w:sz w:val="21"/>
        </w:rPr>
        <w:t>I feel I have found</w:t>
        <w:br/>
      </w:r>
      <w:r>
        <w:rPr>
          <w:b w:val="0"/>
          <w:i/>
          <w:color w:val="222B33"/>
          <w:sz w:val="21"/>
        </w:rPr>
        <w:t>the udumbara flower in bloom;</w:t>
        <w:br/>
      </w:r>
      <w:r>
        <w:rPr>
          <w:b w:val="0"/>
          <w:i/>
          <w:color w:val="222B33"/>
          <w:sz w:val="21"/>
        </w:rPr>
        <w:t>my eyes are not drawn</w:t>
        <w:br/>
      </w:r>
      <w:r>
        <w:rPr>
          <w:b w:val="0"/>
          <w:i/>
          <w:color w:val="222B33"/>
          <w:sz w:val="21"/>
        </w:rPr>
        <w:t>to the deep-mountain</w:t>
        <w:br/>
      </w:r>
      <w:r>
        <w:rPr>
          <w:b w:val="0"/>
          <w:i/>
          <w:color w:val="222B33"/>
          <w:sz w:val="21"/>
        </w:rPr>
        <w:t>cherries.</w:t>
      </w:r>
    </w:p>
    <w:p>
      <w:pPr>
        <w:spacing w:after="40"/>
      </w:pPr>
      <w:r>
        <w:rPr>
          <w:b w:val="0"/>
          <w:i w:val="0"/>
          <w:color w:val="222B33"/>
          <w:sz w:val="19"/>
        </w:rPr>
        <w:t>The udumbara blooms once in three thousand years: Genji himself.</w:t>
      </w:r>
    </w:p>
    <w:p>
      <w:pPr>
        <w:spacing w:after="40"/>
      </w:pPr>
      <w:r>
        <w:rPr>
          <w:b w:val="0"/>
          <w:i w:val="0"/>
          <w:color w:val="6A6F75"/>
          <w:sz w:val="18"/>
        </w:rPr>
        <w:t xml:space="preserve">In reply to </w:t>
      </w:r>
      <w:hyperlink w:anchor="p51">
        <w:r>
          <w:rPr>
            <w:color w:val="2E5A80"/>
            <w:u w:val="single"/>
            <w:sz w:val="18"/>
          </w:rPr>
          <w:t xml:space="preserve">No. 51 (Genji)</w:t>
        </w:r>
      </w:hyperlink>
    </w:p>
    <w:p>
      <w:pPr>
        <w:keepNext/>
        <w:spacing w:after="20" w:before="200"/>
      </w:pPr>
      <w:bookmarkStart w:id="58" w:name="p53"/>
      <w:r>
        <w:rPr>
          <w:b/>
          <w:i w:val="0"/>
          <w:color w:val="222B33"/>
          <w:sz w:val="22"/>
        </w:rPr>
        <w:t>No. 53</w:t>
      </w:r>
      <w:r>
        <w:rPr>
          <w:b w:val="0"/>
          <w:i w:val="0"/>
          <w:color w:val="6A6F75"/>
          <w:sz w:val="18"/>
        </w:rPr>
        <w:t xml:space="preserve">   the holy man → Genji   唱 group exchange</w:t>
      </w:r>
      <w:bookmarkEnd w:id="58"/>
    </w:p>
    <w:p>
      <w:pPr>
        <w:keepNext/>
        <w:spacing w:after="0"/>
      </w:pPr>
      <w:r>
        <w:rPr>
          <w:rFonts w:ascii="Noto Serif CJK JP" w:hAnsi="Noto Serif CJK JP" w:eastAsia="Noto Serif CJK JP"/>
          <w:b w:val="0"/>
          <w:i w:val="0"/>
          <w:color w:val="222B33"/>
          <w:sz w:val="26"/>
        </w:rPr>
        <w:t>奥山の松のとぼそをまれに開けてまだ見ぬ花の顔を見るかな</w:t>
      </w:r>
    </w:p>
    <w:p>
      <w:pPr>
        <w:keepNext/>
        <w:spacing w:after="60"/>
      </w:pPr>
      <w:r>
        <w:rPr>
          <w:rFonts w:ascii="Noto Serif CJK JP" w:hAnsi="Noto Serif CJK JP" w:eastAsia="Noto Serif CJK JP"/>
          <w:b w:val="0"/>
          <w:i w:val="0"/>
          <w:color w:val="6A6F75"/>
          <w:sz w:val="19"/>
        </w:rPr>
        <w:t>おく山の　／　松の戸ほそを　／　まれに明て　／　またみぬ花の　／　かほをみるかな</w:t>
      </w:r>
    </w:p>
    <w:p>
      <w:pPr>
        <w:keepNext/>
        <w:spacing w:after="60"/>
      </w:pPr>
      <w:r>
        <w:rPr>
          <w:b w:val="0"/>
          <w:i/>
          <w:color w:val="222B33"/>
          <w:sz w:val="21"/>
        </w:rPr>
        <w:t>Opening rarely</w:t>
        <w:br/>
      </w:r>
      <w:r>
        <w:rPr>
          <w:b w:val="0"/>
          <w:i/>
          <w:color w:val="222B33"/>
          <w:sz w:val="21"/>
        </w:rPr>
        <w:t>my pine door in the far mountains,</w:t>
        <w:br/>
      </w:r>
      <w:r>
        <w:rPr>
          <w:b w:val="0"/>
          <w:i/>
          <w:color w:val="222B33"/>
          <w:sz w:val="21"/>
        </w:rPr>
        <w:t>I see a flower’s face</w:t>
        <w:br/>
      </w:r>
      <w:r>
        <w:rPr>
          <w:b w:val="0"/>
          <w:i/>
          <w:color w:val="222B33"/>
          <w:sz w:val="21"/>
        </w:rPr>
        <w:t>I have</w:t>
        <w:br/>
      </w:r>
      <w:r>
        <w:rPr>
          <w:b w:val="0"/>
          <w:i/>
          <w:color w:val="222B33"/>
          <w:sz w:val="21"/>
        </w:rPr>
        <w:t>never seen.</w:t>
      </w:r>
    </w:p>
    <w:p>
      <w:pPr>
        <w:spacing w:after="40"/>
      </w:pPr>
      <w:r>
        <w:rPr>
          <w:b w:val="0"/>
          <w:i w:val="0"/>
          <w:color w:val="6A6F75"/>
          <w:sz w:val="18"/>
        </w:rPr>
        <w:t xml:space="preserve">In reply to </w:t>
      </w:r>
      <w:hyperlink w:anchor="p51">
        <w:r>
          <w:rPr>
            <w:color w:val="2E5A80"/>
            <w:u w:val="single"/>
            <w:sz w:val="18"/>
          </w:rPr>
          <w:t xml:space="preserve">No. 51 (Genji)</w:t>
        </w:r>
      </w:hyperlink>
    </w:p>
    <w:p>
      <w:pPr>
        <w:keepNext/>
        <w:spacing w:after="20" w:before="200"/>
      </w:pPr>
      <w:bookmarkStart w:id="59" w:name="p54"/>
      <w:r>
        <w:rPr>
          <w:b/>
          <w:i w:val="0"/>
          <w:color w:val="222B33"/>
          <w:sz w:val="22"/>
        </w:rPr>
        <w:t>No. 54</w:t>
      </w:r>
      <w:r>
        <w:rPr>
          <w:b w:val="0"/>
          <w:i w:val="0"/>
          <w:color w:val="6A6F75"/>
          <w:sz w:val="18"/>
        </w:rPr>
        <w:t xml:space="preserve">   Genji → the nun of Kitayama   贈 sent</w:t>
      </w:r>
      <w:bookmarkEnd w:id="59"/>
    </w:p>
    <w:p>
      <w:pPr>
        <w:keepNext/>
        <w:spacing w:after="40"/>
      </w:pPr>
      <w:r>
        <w:rPr>
          <w:b/>
          <w:i w:val="0"/>
          <w:color w:val="6A6F75"/>
          <w:sz w:val="18"/>
        </w:rPr>
        <w:t xml:space="preserve">Context. </w:t>
      </w:r>
      <w:r>
        <w:rPr>
          <w:b w:val="0"/>
          <w:i w:val="0"/>
          <w:color w:val="6A6F75"/>
          <w:sz w:val="19"/>
        </w:rPr>
        <w:t>Genji presses the nun again for the girl; she refuses because the child is too young.</w:t>
      </w:r>
    </w:p>
    <w:p>
      <w:pPr>
        <w:keepNext/>
        <w:spacing w:after="0"/>
      </w:pPr>
      <w:r>
        <w:rPr>
          <w:rFonts w:ascii="Noto Serif CJK JP" w:hAnsi="Noto Serif CJK JP" w:eastAsia="Noto Serif CJK JP"/>
          <w:b w:val="0"/>
          <w:i w:val="0"/>
          <w:color w:val="222B33"/>
          <w:sz w:val="26"/>
        </w:rPr>
        <w:t>夕まぐれほのかに花の色を見て今朝は霞の立ちぞわづらふ</w:t>
      </w:r>
    </w:p>
    <w:p>
      <w:pPr>
        <w:keepNext/>
        <w:spacing w:after="60"/>
      </w:pPr>
      <w:r>
        <w:rPr>
          <w:rFonts w:ascii="Noto Serif CJK JP" w:hAnsi="Noto Serif CJK JP" w:eastAsia="Noto Serif CJK JP"/>
          <w:b w:val="0"/>
          <w:i w:val="0"/>
          <w:color w:val="6A6F75"/>
          <w:sz w:val="19"/>
        </w:rPr>
        <w:t>ゆふまくれ　／　ほのかに花の　／　いろをみて　／　けさはかすみの　／　たちそわつらふ</w:t>
      </w:r>
    </w:p>
    <w:p>
      <w:pPr>
        <w:keepNext/>
        <w:spacing w:after="60"/>
      </w:pPr>
      <w:r>
        <w:rPr>
          <w:b w:val="0"/>
          <w:i/>
          <w:color w:val="222B33"/>
          <w:sz w:val="21"/>
        </w:rPr>
        <w:t>Having glimpsed faintly at dusk</w:t>
        <w:br/>
      </w:r>
      <w:r>
        <w:rPr>
          <w:b w:val="0"/>
          <w:i/>
          <w:color w:val="222B33"/>
          <w:sz w:val="21"/>
        </w:rPr>
        <w:t>the flower’s color,</w:t>
        <w:br/>
      </w:r>
      <w:r>
        <w:rPr>
          <w:b w:val="0"/>
          <w:i/>
          <w:color w:val="222B33"/>
          <w:sz w:val="21"/>
        </w:rPr>
        <w:t>this morning the haze</w:t>
        <w:br/>
      </w:r>
      <w:r>
        <w:rPr>
          <w:b w:val="0"/>
          <w:i/>
          <w:color w:val="222B33"/>
          <w:sz w:val="21"/>
        </w:rPr>
        <w:t>is loath</w:t>
        <w:br/>
      </w:r>
      <w:r>
        <w:rPr>
          <w:b w:val="0"/>
          <w:i/>
          <w:color w:val="222B33"/>
          <w:sz w:val="21"/>
        </w:rPr>
        <w:t>to rise.</w:t>
      </w:r>
    </w:p>
    <w:p>
      <w:pPr>
        <w:spacing w:after="40"/>
      </w:pPr>
      <w:r>
        <w:rPr>
          <w:b w:val="0"/>
          <w:i w:val="0"/>
          <w:color w:val="222B33"/>
          <w:sz w:val="19"/>
        </w:rPr>
        <w:t>The haze is Genji, reluctant to go.</w:t>
      </w:r>
    </w:p>
    <w:p>
      <w:pPr>
        <w:spacing w:after="40"/>
      </w:pPr>
      <w:r>
        <w:rPr>
          <w:b w:val="0"/>
          <w:i w:val="0"/>
          <w:color w:val="6A6F75"/>
          <w:sz w:val="18"/>
        </w:rPr>
        <w:t xml:space="preserve">Answered by </w:t>
      </w:r>
      <w:hyperlink w:anchor="p55">
        <w:r>
          <w:rPr>
            <w:color w:val="2E5A80"/>
            <w:u w:val="single"/>
            <w:sz w:val="18"/>
          </w:rPr>
          <w:t xml:space="preserve">No. 55 (the nun of Kitayama)</w:t>
        </w:r>
      </w:hyperlink>
    </w:p>
    <w:p>
      <w:pPr>
        <w:keepNext/>
        <w:spacing w:after="20" w:before="200"/>
      </w:pPr>
      <w:bookmarkStart w:id="60" w:name="p55"/>
      <w:r>
        <w:rPr>
          <w:b/>
          <w:i w:val="0"/>
          <w:color w:val="222B33"/>
          <w:sz w:val="22"/>
        </w:rPr>
        <w:t>No. 55</w:t>
      </w:r>
      <w:r>
        <w:rPr>
          <w:b w:val="0"/>
          <w:i w:val="0"/>
          <w:color w:val="6A6F75"/>
          <w:sz w:val="18"/>
        </w:rPr>
        <w:t xml:space="preserve">   the nun of Kitayama → Genji   答 reply</w:t>
      </w:r>
      <w:bookmarkEnd w:id="60"/>
    </w:p>
    <w:p>
      <w:pPr>
        <w:keepNext/>
        <w:spacing w:after="0"/>
      </w:pPr>
      <w:r>
        <w:rPr>
          <w:rFonts w:ascii="Noto Serif CJK JP" w:hAnsi="Noto Serif CJK JP" w:eastAsia="Noto Serif CJK JP"/>
          <w:b w:val="0"/>
          <w:i w:val="0"/>
          <w:color w:val="222B33"/>
          <w:sz w:val="26"/>
        </w:rPr>
        <w:t>まことにや花のあたりは立ち憂きと霞むる空の気色をも見む</w:t>
      </w:r>
    </w:p>
    <w:p>
      <w:pPr>
        <w:keepNext/>
        <w:spacing w:after="60"/>
      </w:pPr>
      <w:r>
        <w:rPr>
          <w:rFonts w:ascii="Noto Serif CJK JP" w:hAnsi="Noto Serif CJK JP" w:eastAsia="Noto Serif CJK JP"/>
          <w:b w:val="0"/>
          <w:i w:val="0"/>
          <w:color w:val="6A6F75"/>
          <w:sz w:val="19"/>
        </w:rPr>
        <w:t>まことにや　／　花のあたりは　／　たちうきと　／　かすむる空の　／　けしきをもみむ</w:t>
      </w:r>
    </w:p>
    <w:p>
      <w:pPr>
        <w:keepNext/>
        <w:spacing w:after="60"/>
      </w:pPr>
      <w:r>
        <w:rPr>
          <w:b w:val="0"/>
          <w:i/>
          <w:color w:val="222B33"/>
          <w:sz w:val="21"/>
        </w:rPr>
        <w:t>Is it true that the flower’s side</w:t>
        <w:br/>
      </w:r>
      <w:r>
        <w:rPr>
          <w:b w:val="0"/>
          <w:i/>
          <w:color w:val="222B33"/>
          <w:sz w:val="21"/>
        </w:rPr>
        <w:t>is hard to leave?</w:t>
        <w:br/>
      </w:r>
      <w:r>
        <w:rPr>
          <w:b w:val="0"/>
          <w:i/>
          <w:color w:val="222B33"/>
          <w:sz w:val="21"/>
        </w:rPr>
        <w:t>I shall watch the sky</w:t>
        <w:br/>
      </w:r>
      <w:r>
        <w:rPr>
          <w:b w:val="0"/>
          <w:i/>
          <w:color w:val="222B33"/>
          <w:sz w:val="21"/>
        </w:rPr>
        <w:t>the haze</w:t>
        <w:br/>
      </w:r>
      <w:r>
        <w:rPr>
          <w:b w:val="0"/>
          <w:i/>
          <w:color w:val="222B33"/>
          <w:sz w:val="21"/>
        </w:rPr>
        <w:t>conceals.</w:t>
      </w:r>
    </w:p>
    <w:p>
      <w:pPr>
        <w:spacing w:after="40"/>
      </w:pPr>
      <w:r>
        <w:rPr>
          <w:b w:val="0"/>
          <w:i w:val="0"/>
          <w:color w:val="222B33"/>
          <w:sz w:val="19"/>
        </w:rPr>
        <w:t>She doubts him politely, keeping his haze and flower.</w:t>
      </w:r>
    </w:p>
    <w:p>
      <w:pPr>
        <w:spacing w:after="40"/>
      </w:pPr>
      <w:r>
        <w:rPr>
          <w:b w:val="0"/>
          <w:i w:val="0"/>
          <w:color w:val="6A6F75"/>
          <w:sz w:val="18"/>
        </w:rPr>
        <w:t xml:space="preserve">In reply to </w:t>
      </w:r>
      <w:hyperlink w:anchor="p54">
        <w:r>
          <w:rPr>
            <w:color w:val="2E5A80"/>
            <w:u w:val="single"/>
            <w:sz w:val="18"/>
          </w:rPr>
          <w:t xml:space="preserve">No. 54 (Genji)</w:t>
        </w:r>
      </w:hyperlink>
    </w:p>
    <w:p>
      <w:pPr>
        <w:keepNext/>
        <w:spacing w:after="20" w:before="200"/>
      </w:pPr>
      <w:bookmarkStart w:id="61" w:name="p56"/>
      <w:r>
        <w:rPr>
          <w:b/>
          <w:i w:val="0"/>
          <w:color w:val="222B33"/>
          <w:sz w:val="22"/>
        </w:rPr>
        <w:t>No. 56</w:t>
      </w:r>
      <w:r>
        <w:rPr>
          <w:b w:val="0"/>
          <w:i w:val="0"/>
          <w:color w:val="6A6F75"/>
          <w:sz w:val="18"/>
        </w:rPr>
        <w:t xml:space="preserve">   Genji → the nun of Kitayama   贈 sent</w:t>
      </w:r>
      <w:bookmarkEnd w:id="61"/>
    </w:p>
    <w:p>
      <w:pPr>
        <w:keepNext/>
        <w:spacing w:after="40"/>
      </w:pPr>
      <w:r>
        <w:rPr>
          <w:b/>
          <w:i w:val="0"/>
          <w:color w:val="6A6F75"/>
          <w:sz w:val="18"/>
        </w:rPr>
        <w:t xml:space="preserve">Context. </w:t>
      </w:r>
      <w:r>
        <w:rPr>
          <w:b w:val="0"/>
          <w:i w:val="0"/>
          <w:color w:val="6A6F75"/>
          <w:sz w:val="19"/>
        </w:rPr>
        <w:t>Genji, back at court, writes once more to the nun of the girl.</w:t>
      </w:r>
    </w:p>
    <w:p>
      <w:pPr>
        <w:keepNext/>
        <w:spacing w:after="0"/>
      </w:pPr>
      <w:r>
        <w:rPr>
          <w:rFonts w:ascii="Noto Serif CJK JP" w:hAnsi="Noto Serif CJK JP" w:eastAsia="Noto Serif CJK JP"/>
          <w:b w:val="0"/>
          <w:i w:val="0"/>
          <w:color w:val="222B33"/>
          <w:sz w:val="26"/>
        </w:rPr>
        <w:t>面影は身をも離れず山桜心の限りとめて来しかど</w:t>
      </w:r>
    </w:p>
    <w:p>
      <w:pPr>
        <w:keepNext/>
        <w:spacing w:after="60"/>
      </w:pPr>
      <w:r>
        <w:rPr>
          <w:rFonts w:ascii="Noto Serif CJK JP" w:hAnsi="Noto Serif CJK JP" w:eastAsia="Noto Serif CJK JP"/>
          <w:b w:val="0"/>
          <w:i w:val="0"/>
          <w:color w:val="6A6F75"/>
          <w:sz w:val="19"/>
        </w:rPr>
        <w:t>面影は　／　身をもはなれす　／　山桜　／　心のかきり　／　とめてこしかと</w:t>
      </w:r>
    </w:p>
    <w:p>
      <w:pPr>
        <w:keepNext/>
        <w:spacing w:after="60"/>
      </w:pPr>
      <w:r>
        <w:rPr>
          <w:b w:val="0"/>
          <w:i/>
          <w:color w:val="222B33"/>
          <w:sz w:val="21"/>
        </w:rPr>
        <w:t>Her image does not leave me,</w:t>
        <w:br/>
      </w:r>
      <w:r>
        <w:rPr>
          <w:b w:val="0"/>
          <w:i/>
          <w:color w:val="222B33"/>
          <w:sz w:val="21"/>
        </w:rPr>
        <w:t>though I left my heart,</w:t>
        <w:br/>
      </w:r>
      <w:r>
        <w:rPr>
          <w:b w:val="0"/>
          <w:i/>
          <w:color w:val="222B33"/>
          <w:sz w:val="21"/>
        </w:rPr>
        <w:t>all of it,</w:t>
        <w:br/>
      </w:r>
      <w:r>
        <w:rPr>
          <w:b w:val="0"/>
          <w:i/>
          <w:color w:val="222B33"/>
          <w:sz w:val="21"/>
        </w:rPr>
        <w:t>with the mountain</w:t>
        <w:br/>
      </w:r>
      <w:r>
        <w:rPr>
          <w:b w:val="0"/>
          <w:i/>
          <w:color w:val="222B33"/>
          <w:sz w:val="21"/>
        </w:rPr>
        <w:t>cherry.</w:t>
      </w:r>
    </w:p>
    <w:p>
      <w:pPr>
        <w:spacing w:after="40"/>
      </w:pPr>
      <w:r>
        <w:rPr>
          <w:b w:val="0"/>
          <w:i w:val="0"/>
          <w:color w:val="6A6F75"/>
          <w:sz w:val="18"/>
        </w:rPr>
        <w:t xml:space="preserve">Answered by </w:t>
      </w:r>
      <w:hyperlink w:anchor="p57">
        <w:r>
          <w:rPr>
            <w:color w:val="2E5A80"/>
            <w:u w:val="single"/>
            <w:sz w:val="18"/>
          </w:rPr>
          <w:t xml:space="preserve">No. 57 (the nun of Kitayama)</w:t>
        </w:r>
      </w:hyperlink>
    </w:p>
    <w:p>
      <w:pPr>
        <w:keepNext/>
        <w:spacing w:after="20" w:before="200"/>
      </w:pPr>
      <w:bookmarkStart w:id="62" w:name="p57"/>
      <w:r>
        <w:rPr>
          <w:b/>
          <w:i w:val="0"/>
          <w:color w:val="222B33"/>
          <w:sz w:val="22"/>
        </w:rPr>
        <w:t>No. 57</w:t>
      </w:r>
      <w:r>
        <w:rPr>
          <w:b w:val="0"/>
          <w:i w:val="0"/>
          <w:color w:val="6A6F75"/>
          <w:sz w:val="18"/>
        </w:rPr>
        <w:t xml:space="preserve">   the nun of Kitayama → Genji   答 reply</w:t>
      </w:r>
      <w:bookmarkEnd w:id="62"/>
    </w:p>
    <w:p>
      <w:pPr>
        <w:keepNext/>
        <w:spacing w:after="0"/>
      </w:pPr>
      <w:r>
        <w:rPr>
          <w:rFonts w:ascii="Noto Serif CJK JP" w:hAnsi="Noto Serif CJK JP" w:eastAsia="Noto Serif CJK JP"/>
          <w:b w:val="0"/>
          <w:i w:val="0"/>
          <w:color w:val="222B33"/>
          <w:sz w:val="26"/>
        </w:rPr>
        <w:t>嵐吹く尾の上の桜散らぬ間を心とめけるほどのはかなさ</w:t>
      </w:r>
    </w:p>
    <w:p>
      <w:pPr>
        <w:keepNext/>
        <w:spacing w:after="60"/>
      </w:pPr>
      <w:r>
        <w:rPr>
          <w:rFonts w:ascii="Noto Serif CJK JP" w:hAnsi="Noto Serif CJK JP" w:eastAsia="Noto Serif CJK JP"/>
          <w:b w:val="0"/>
          <w:i w:val="0"/>
          <w:color w:val="6A6F75"/>
          <w:sz w:val="19"/>
        </w:rPr>
        <w:t>嵐吹　／　おのへのさくら　／　ちらぬまを　／　心とめける　／　ほとのはかなさ</w:t>
      </w:r>
    </w:p>
    <w:p>
      <w:pPr>
        <w:keepNext/>
        <w:spacing w:after="60"/>
      </w:pPr>
      <w:r>
        <w:rPr>
          <w:b w:val="0"/>
          <w:i/>
          <w:color w:val="222B33"/>
          <w:sz w:val="21"/>
        </w:rPr>
        <w:t>While the cherry on the storm-swept peak</w:t>
        <w:br/>
      </w:r>
      <w:r>
        <w:rPr>
          <w:b w:val="0"/>
          <w:i/>
          <w:color w:val="222B33"/>
          <w:sz w:val="21"/>
        </w:rPr>
        <w:t>has not yet scattered,</w:t>
        <w:br/>
      </w:r>
      <w:r>
        <w:rPr>
          <w:b w:val="0"/>
          <w:i/>
          <w:color w:val="222B33"/>
          <w:sz w:val="21"/>
        </w:rPr>
        <w:t>how fleeting the heart</w:t>
        <w:br/>
      </w:r>
      <w:r>
        <w:rPr>
          <w:b w:val="0"/>
          <w:i/>
          <w:color w:val="222B33"/>
          <w:sz w:val="21"/>
        </w:rPr>
        <w:t>set on it</w:t>
        <w:br/>
      </w:r>
      <w:r>
        <w:rPr>
          <w:b w:val="0"/>
          <w:i/>
          <w:color w:val="222B33"/>
          <w:sz w:val="21"/>
        </w:rPr>
        <w:t>for a moment.</w:t>
      </w:r>
    </w:p>
    <w:p>
      <w:pPr>
        <w:spacing w:after="40"/>
      </w:pPr>
      <w:r>
        <w:rPr>
          <w:b w:val="0"/>
          <w:i w:val="0"/>
          <w:color w:val="222B33"/>
          <w:sz w:val="19"/>
        </w:rPr>
        <w:t>Her answer: his attachment will not last.</w:t>
      </w:r>
    </w:p>
    <w:p>
      <w:pPr>
        <w:spacing w:after="40"/>
      </w:pPr>
      <w:r>
        <w:rPr>
          <w:b w:val="0"/>
          <w:i w:val="0"/>
          <w:color w:val="6A6F75"/>
          <w:sz w:val="18"/>
        </w:rPr>
        <w:t xml:space="preserve">In reply to </w:t>
      </w:r>
      <w:hyperlink w:anchor="p56">
        <w:r>
          <w:rPr>
            <w:color w:val="2E5A80"/>
            <w:u w:val="single"/>
            <w:sz w:val="18"/>
          </w:rPr>
          <w:t xml:space="preserve">No. 56 (Genji)</w:t>
        </w:r>
      </w:hyperlink>
    </w:p>
    <w:p>
      <w:pPr>
        <w:keepNext/>
        <w:spacing w:after="20" w:before="200"/>
      </w:pPr>
      <w:bookmarkStart w:id="63" w:name="p58"/>
      <w:r>
        <w:rPr>
          <w:b/>
          <w:i w:val="0"/>
          <w:color w:val="222B33"/>
          <w:sz w:val="22"/>
        </w:rPr>
        <w:t>No. 58</w:t>
      </w:r>
      <w:r>
        <w:rPr>
          <w:b w:val="0"/>
          <w:i w:val="0"/>
          <w:color w:val="6A6F75"/>
          <w:sz w:val="18"/>
        </w:rPr>
        <w:t xml:space="preserve">   Genji → the nun of Kitayama   贈 sent</w:t>
      </w:r>
      <w:bookmarkEnd w:id="63"/>
    </w:p>
    <w:p>
      <w:pPr>
        <w:keepNext/>
        <w:spacing w:after="40"/>
      </w:pPr>
      <w:r>
        <w:rPr>
          <w:b/>
          <w:i w:val="0"/>
          <w:color w:val="6A6F75"/>
          <w:sz w:val="18"/>
        </w:rPr>
        <w:t xml:space="preserve">Context. </w:t>
      </w:r>
      <w:r>
        <w:rPr>
          <w:b w:val="0"/>
          <w:i w:val="0"/>
          <w:color w:val="6A6F75"/>
          <w:sz w:val="19"/>
        </w:rPr>
        <w:t>Genji asks for the child, invoking a poem children learn first; the nun answers that she cannot yet write it.</w:t>
      </w:r>
    </w:p>
    <w:p>
      <w:pPr>
        <w:keepNext/>
        <w:spacing w:after="0"/>
      </w:pPr>
      <w:r>
        <w:rPr>
          <w:rFonts w:ascii="Noto Serif CJK JP" w:hAnsi="Noto Serif CJK JP" w:eastAsia="Noto Serif CJK JP"/>
          <w:b w:val="0"/>
          <w:i w:val="0"/>
          <w:color w:val="222B33"/>
          <w:sz w:val="26"/>
        </w:rPr>
        <w:t>あさか山浅くも人を思はぬになど山の井のかけ離るらむ</w:t>
      </w:r>
    </w:p>
    <w:p>
      <w:pPr>
        <w:keepNext/>
        <w:spacing w:after="60"/>
      </w:pPr>
      <w:r>
        <w:rPr>
          <w:rFonts w:ascii="Noto Serif CJK JP" w:hAnsi="Noto Serif CJK JP" w:eastAsia="Noto Serif CJK JP"/>
          <w:b w:val="0"/>
          <w:i w:val="0"/>
          <w:color w:val="6A6F75"/>
          <w:sz w:val="19"/>
        </w:rPr>
        <w:t>あさか山　／　あさくも人を　／　おもはぬに　／　なとやまの井の　／　かけはなるらむ</w:t>
      </w:r>
    </w:p>
    <w:p>
      <w:pPr>
        <w:keepNext/>
        <w:spacing w:after="60"/>
      </w:pPr>
      <w:r>
        <w:rPr>
          <w:b w:val="0"/>
          <w:i/>
          <w:color w:val="222B33"/>
          <w:sz w:val="21"/>
        </w:rPr>
        <w:t>Not shallow as Asaka Hill</w:t>
        <w:br/>
      </w:r>
      <w:r>
        <w:rPr>
          <w:b w:val="0"/>
          <w:i/>
          <w:color w:val="222B33"/>
          <w:sz w:val="21"/>
        </w:rPr>
        <w:t>are my thoughts of her;</w:t>
        <w:br/>
      </w:r>
      <w:r>
        <w:rPr>
          <w:b w:val="0"/>
          <w:i/>
          <w:color w:val="222B33"/>
          <w:sz w:val="21"/>
        </w:rPr>
        <w:t>why then does the mountain well</w:t>
        <w:br/>
      </w:r>
      <w:r>
        <w:rPr>
          <w:b w:val="0"/>
          <w:i/>
          <w:color w:val="222B33"/>
          <w:sz w:val="21"/>
        </w:rPr>
        <w:t>hold itself</w:t>
        <w:br/>
      </w:r>
      <w:r>
        <w:rPr>
          <w:b w:val="0"/>
          <w:i/>
          <w:color w:val="222B33"/>
          <w:sz w:val="21"/>
        </w:rPr>
        <w:t>so far away?</w:t>
      </w:r>
    </w:p>
    <w:p>
      <w:pPr>
        <w:spacing w:after="40"/>
      </w:pPr>
      <w:r>
        <w:rPr>
          <w:b w:val="0"/>
          <w:i w:val="0"/>
          <w:color w:val="222B33"/>
          <w:sz w:val="19"/>
        </w:rPr>
        <w:t>Alludes to the Asakayama poem, a model for children learning to write.</w:t>
      </w:r>
    </w:p>
    <w:p>
      <w:pPr>
        <w:spacing w:after="40"/>
      </w:pPr>
      <w:r>
        <w:rPr>
          <w:b/>
          <w:i w:val="0"/>
          <w:color w:val="6A6F75"/>
          <w:sz w:val="18"/>
        </w:rPr>
        <w:t xml:space="preserve">Allusion. </w:t>
      </w:r>
      <w:hyperlink r:id="rId15">
        <w:r>
          <w:rPr>
            <w:color w:val="2E5A80"/>
            <w:u w:val="single"/>
            <w:sz w:val="19"/>
          </w:rPr>
          <w:t xml:space="preserve">Man’yōshū 16.3807 (a former palace woman), cited in the Kokinshū kana preface</w:t>
        </w:r>
      </w:hyperlink>
      <w:r>
        <w:rPr>
          <w:rFonts w:ascii="Noto Serif CJK JP" w:hAnsi="Noto Serif CJK JP" w:eastAsia="Noto Serif CJK JP"/>
          <w:b w:val="0"/>
          <w:i w:val="0"/>
          <w:sz w:val="20"/>
        </w:rPr>
        <w:t xml:space="preserve">  安積香山影さへ見ゆる山の井の浅き心を我が思はなくに</w:t>
      </w:r>
      <w:r>
        <w:rPr>
          <w:b w:val="0"/>
          <w:i w:val="0"/>
          <w:sz w:val="19"/>
        </w:rPr>
        <w:t xml:space="preserve">  “Asaka Mountain is mirrored in the shallow mountain well: not so shallow is my heart.”</w:t>
      </w:r>
    </w:p>
    <w:p>
      <w:pPr>
        <w:spacing w:after="40"/>
      </w:pPr>
      <w:r>
        <w:rPr>
          <w:b w:val="0"/>
          <w:i w:val="0"/>
          <w:color w:val="6A6F75"/>
          <w:sz w:val="18"/>
        </w:rPr>
        <w:t xml:space="preserve">Answered by </w:t>
      </w:r>
      <w:hyperlink w:anchor="p59">
        <w:r>
          <w:rPr>
            <w:color w:val="2E5A80"/>
            <w:u w:val="single"/>
            <w:sz w:val="18"/>
          </w:rPr>
          <w:t xml:space="preserve">No. 59 (the nun of Kitayama)</w:t>
        </w:r>
      </w:hyperlink>
    </w:p>
    <w:p>
      <w:pPr>
        <w:keepNext/>
        <w:spacing w:after="20" w:before="200"/>
      </w:pPr>
      <w:bookmarkStart w:id="64" w:name="p59"/>
      <w:r>
        <w:rPr>
          <w:b/>
          <w:i w:val="0"/>
          <w:color w:val="222B33"/>
          <w:sz w:val="22"/>
        </w:rPr>
        <w:t>No. 59</w:t>
      </w:r>
      <w:r>
        <w:rPr>
          <w:b w:val="0"/>
          <w:i w:val="0"/>
          <w:color w:val="6A6F75"/>
          <w:sz w:val="18"/>
        </w:rPr>
        <w:t xml:space="preserve">   the nun of Kitayama → Genji   答 reply</w:t>
      </w:r>
      <w:bookmarkEnd w:id="64"/>
    </w:p>
    <w:p>
      <w:pPr>
        <w:keepNext/>
        <w:spacing w:after="0"/>
      </w:pPr>
      <w:r>
        <w:rPr>
          <w:rFonts w:ascii="Noto Serif CJK JP" w:hAnsi="Noto Serif CJK JP" w:eastAsia="Noto Serif CJK JP"/>
          <w:b w:val="0"/>
          <w:i w:val="0"/>
          <w:color w:val="222B33"/>
          <w:sz w:val="26"/>
        </w:rPr>
        <w:t>汲み初めてくやしと聞きし山の井の浅きながらや影を見るべき</w:t>
      </w:r>
    </w:p>
    <w:p>
      <w:pPr>
        <w:keepNext/>
        <w:spacing w:after="60"/>
      </w:pPr>
      <w:r>
        <w:rPr>
          <w:rFonts w:ascii="Noto Serif CJK JP" w:hAnsi="Noto Serif CJK JP" w:eastAsia="Noto Serif CJK JP"/>
          <w:b w:val="0"/>
          <w:i w:val="0"/>
          <w:color w:val="6A6F75"/>
          <w:sz w:val="19"/>
        </w:rPr>
        <w:t>くみそめて　／　くやしときゝし　／　山の井の　／　あさきなからや　／　かけをみるへき</w:t>
      </w:r>
    </w:p>
    <w:p>
      <w:pPr>
        <w:keepNext/>
        <w:spacing w:after="60"/>
      </w:pPr>
      <w:r>
        <w:rPr>
          <w:b w:val="0"/>
          <w:i/>
          <w:color w:val="222B33"/>
          <w:sz w:val="21"/>
        </w:rPr>
        <w:t>The mountain well one is said</w:t>
        <w:br/>
      </w:r>
      <w:r>
        <w:rPr>
          <w:b w:val="0"/>
          <w:i/>
          <w:color w:val="222B33"/>
          <w:sz w:val="21"/>
        </w:rPr>
        <w:t>to regret having drawn from:</w:t>
        <w:br/>
      </w:r>
      <w:r>
        <w:rPr>
          <w:b w:val="0"/>
          <w:i/>
          <w:color w:val="222B33"/>
          <w:sz w:val="21"/>
        </w:rPr>
        <w:t>shallow as it is,</w:t>
        <w:br/>
      </w:r>
      <w:r>
        <w:rPr>
          <w:b w:val="0"/>
          <w:i/>
          <w:color w:val="222B33"/>
          <w:sz w:val="21"/>
        </w:rPr>
        <w:t>can it show</w:t>
        <w:br/>
      </w:r>
      <w:r>
        <w:rPr>
          <w:b w:val="0"/>
          <w:i/>
          <w:color w:val="222B33"/>
          <w:sz w:val="21"/>
        </w:rPr>
        <w:t>a reflection?</w:t>
      </w:r>
    </w:p>
    <w:p>
      <w:pPr>
        <w:spacing w:after="40"/>
      </w:pPr>
      <w:r>
        <w:rPr>
          <w:b w:val="0"/>
          <w:i w:val="0"/>
          <w:color w:val="222B33"/>
          <w:sz w:val="19"/>
        </w:rPr>
        <w:t>She completes the old poem: a shallow well (or love) brings regret.</w:t>
      </w:r>
    </w:p>
    <w:p>
      <w:pPr>
        <w:spacing w:after="40"/>
      </w:pPr>
      <w:r>
        <w:rPr>
          <w:b w:val="0"/>
          <w:i w:val="0"/>
          <w:color w:val="6A6F75"/>
          <w:sz w:val="18"/>
        </w:rPr>
        <w:t xml:space="preserve">In reply to </w:t>
      </w:r>
      <w:hyperlink w:anchor="p58">
        <w:r>
          <w:rPr>
            <w:color w:val="2E5A80"/>
            <w:u w:val="single"/>
            <w:sz w:val="18"/>
          </w:rPr>
          <w:t xml:space="preserve">No. 58 (Genji)</w:t>
        </w:r>
      </w:hyperlink>
    </w:p>
    <w:p>
      <w:pPr>
        <w:keepNext/>
        <w:spacing w:after="20" w:before="200"/>
      </w:pPr>
      <w:bookmarkStart w:id="65" w:name="p60"/>
      <w:r>
        <w:rPr>
          <w:b/>
          <w:i w:val="0"/>
          <w:color w:val="222B33"/>
          <w:sz w:val="22"/>
        </w:rPr>
        <w:t>No. 60</w:t>
      </w:r>
      <w:r>
        <w:rPr>
          <w:b w:val="0"/>
          <w:i w:val="0"/>
          <w:color w:val="6A6F75"/>
          <w:sz w:val="18"/>
        </w:rPr>
        <w:t xml:space="preserve">   Genji → Fujitsubo   贈 sent</w:t>
      </w:r>
      <w:bookmarkEnd w:id="65"/>
    </w:p>
    <w:p>
      <w:pPr>
        <w:keepNext/>
        <w:spacing w:after="40"/>
      </w:pPr>
      <w:r>
        <w:rPr>
          <w:b/>
          <w:i w:val="0"/>
          <w:color w:val="6A6F75"/>
          <w:sz w:val="18"/>
        </w:rPr>
        <w:t xml:space="preserve">Context. </w:t>
      </w:r>
      <w:r>
        <w:rPr>
          <w:b w:val="0"/>
          <w:i w:val="0"/>
          <w:color w:val="6A6F75"/>
          <w:sz w:val="19"/>
        </w:rPr>
        <w:t>The secret meeting with Fujitsubo that conceives Reizei; the central transgression of Genji’s life.</w:t>
      </w:r>
    </w:p>
    <w:p>
      <w:pPr>
        <w:keepNext/>
        <w:spacing w:after="0"/>
      </w:pPr>
      <w:r>
        <w:rPr>
          <w:rFonts w:ascii="Noto Serif CJK JP" w:hAnsi="Noto Serif CJK JP" w:eastAsia="Noto Serif CJK JP"/>
          <w:b w:val="0"/>
          <w:i w:val="0"/>
          <w:color w:val="222B33"/>
          <w:sz w:val="26"/>
        </w:rPr>
        <w:t>見てもまた逢ふ夜まれなる夢のうちにやがて紛るる我が身ともがな</w:t>
      </w:r>
    </w:p>
    <w:p>
      <w:pPr>
        <w:keepNext/>
        <w:spacing w:after="60"/>
      </w:pPr>
      <w:r>
        <w:rPr>
          <w:rFonts w:ascii="Noto Serif CJK JP" w:hAnsi="Noto Serif CJK JP" w:eastAsia="Noto Serif CJK JP"/>
          <w:b w:val="0"/>
          <w:i w:val="0"/>
          <w:color w:val="6A6F75"/>
          <w:sz w:val="19"/>
        </w:rPr>
        <w:t>みても又　／　あふ夜まれなる　／　夢のうちに　／　やかてまきるゝ　／　わか身ともかな</w:t>
      </w:r>
    </w:p>
    <w:p>
      <w:pPr>
        <w:keepNext/>
        <w:spacing w:after="60"/>
      </w:pPr>
      <w:r>
        <w:rPr>
          <w:b w:val="0"/>
          <w:i/>
          <w:color w:val="222B33"/>
          <w:sz w:val="21"/>
        </w:rPr>
        <w:t>Though I see you, a night</w:t>
        <w:br/>
      </w:r>
      <w:r>
        <w:rPr>
          <w:b w:val="0"/>
          <w:i/>
          <w:color w:val="222B33"/>
          <w:sz w:val="21"/>
        </w:rPr>
        <w:t>to meet again is rare as a dream;</w:t>
        <w:br/>
      </w:r>
      <w:r>
        <w:rPr>
          <w:b w:val="0"/>
          <w:i/>
          <w:color w:val="222B33"/>
          <w:sz w:val="21"/>
        </w:rPr>
        <w:t>would that I might lose myself</w:t>
        <w:br/>
      </w:r>
      <w:r>
        <w:rPr>
          <w:b w:val="0"/>
          <w:i/>
          <w:color w:val="222B33"/>
          <w:sz w:val="21"/>
        </w:rPr>
        <w:t>in this very</w:t>
        <w:br/>
      </w:r>
      <w:r>
        <w:rPr>
          <w:b w:val="0"/>
          <w:i/>
          <w:color w:val="222B33"/>
          <w:sz w:val="21"/>
        </w:rPr>
        <w:t>dream.</w:t>
      </w:r>
    </w:p>
    <w:p>
      <w:pPr>
        <w:spacing w:after="40"/>
      </w:pPr>
      <w:r>
        <w:rPr>
          <w:b w:val="0"/>
          <w:i w:val="0"/>
          <w:color w:val="222B33"/>
          <w:sz w:val="19"/>
        </w:rPr>
        <w:t>Their secret meeting, which conceives Reizei.</w:t>
      </w:r>
    </w:p>
    <w:p>
      <w:pPr>
        <w:spacing w:after="40"/>
      </w:pPr>
      <w:r>
        <w:rPr>
          <w:b w:val="0"/>
          <w:i w:val="0"/>
          <w:color w:val="6A6F75"/>
          <w:sz w:val="18"/>
        </w:rPr>
        <w:t xml:space="preserve">Answered by </w:t>
      </w:r>
      <w:hyperlink w:anchor="p61">
        <w:r>
          <w:rPr>
            <w:color w:val="2E5A80"/>
            <w:u w:val="single"/>
            <w:sz w:val="18"/>
          </w:rPr>
          <w:t xml:space="preserve">No. 61 (Fujitsubo)</w:t>
        </w:r>
      </w:hyperlink>
    </w:p>
    <w:p>
      <w:pPr>
        <w:keepNext/>
        <w:spacing w:after="20" w:before="200"/>
      </w:pPr>
      <w:bookmarkStart w:id="66" w:name="p61"/>
      <w:r>
        <w:rPr>
          <w:b/>
          <w:i w:val="0"/>
          <w:color w:val="222B33"/>
          <w:sz w:val="22"/>
        </w:rPr>
        <w:t>No. 61</w:t>
      </w:r>
      <w:r>
        <w:rPr>
          <w:b w:val="0"/>
          <w:i w:val="0"/>
          <w:color w:val="6A6F75"/>
          <w:sz w:val="18"/>
        </w:rPr>
        <w:t xml:space="preserve">   Fujitsubo → Genji   答 reply</w:t>
      </w:r>
      <w:bookmarkEnd w:id="66"/>
    </w:p>
    <w:p>
      <w:pPr>
        <w:keepNext/>
        <w:spacing w:after="0"/>
      </w:pPr>
      <w:r>
        <w:rPr>
          <w:rFonts w:ascii="Noto Serif CJK JP" w:hAnsi="Noto Serif CJK JP" w:eastAsia="Noto Serif CJK JP"/>
          <w:b w:val="0"/>
          <w:i w:val="0"/>
          <w:color w:val="222B33"/>
          <w:sz w:val="26"/>
        </w:rPr>
        <w:t>世語りに人や伝へむたぐひなく憂き身を覚めぬ夢になしても</w:t>
      </w:r>
    </w:p>
    <w:p>
      <w:pPr>
        <w:keepNext/>
        <w:spacing w:after="60"/>
      </w:pPr>
      <w:r>
        <w:rPr>
          <w:rFonts w:ascii="Noto Serif CJK JP" w:hAnsi="Noto Serif CJK JP" w:eastAsia="Noto Serif CJK JP"/>
          <w:b w:val="0"/>
          <w:i w:val="0"/>
          <w:color w:val="6A6F75"/>
          <w:sz w:val="19"/>
        </w:rPr>
        <w:t>よかたりに　／　人やつたへん　／　たくひなく　／　うき身をさめぬ　／　夢になしても</w:t>
      </w:r>
    </w:p>
    <w:p>
      <w:pPr>
        <w:keepNext/>
        <w:spacing w:after="60"/>
      </w:pPr>
      <w:r>
        <w:rPr>
          <w:b w:val="0"/>
          <w:i/>
          <w:color w:val="222B33"/>
          <w:sz w:val="21"/>
        </w:rPr>
        <w:t>Will people pass it on</w:t>
        <w:br/>
      </w:r>
      <w:r>
        <w:rPr>
          <w:b w:val="0"/>
          <w:i/>
          <w:color w:val="222B33"/>
          <w:sz w:val="21"/>
        </w:rPr>
        <w:t>as gossip, even if I make</w:t>
        <w:br/>
      </w:r>
      <w:r>
        <w:rPr>
          <w:b w:val="0"/>
          <w:i/>
          <w:color w:val="222B33"/>
          <w:sz w:val="21"/>
        </w:rPr>
        <w:t>my wretched self, beyond compare,</w:t>
        <w:br/>
      </w:r>
      <w:r>
        <w:rPr>
          <w:b w:val="0"/>
          <w:i/>
          <w:color w:val="222B33"/>
          <w:sz w:val="21"/>
        </w:rPr>
        <w:t>a dream</w:t>
        <w:br/>
      </w:r>
      <w:r>
        <w:rPr>
          <w:b w:val="0"/>
          <w:i/>
          <w:color w:val="222B33"/>
          <w:sz w:val="21"/>
        </w:rPr>
        <w:t>never woken from?</w:t>
      </w:r>
    </w:p>
    <w:p>
      <w:pPr>
        <w:spacing w:after="40"/>
      </w:pPr>
      <w:r>
        <w:rPr>
          <w:b w:val="0"/>
          <w:i w:val="0"/>
          <w:color w:val="222B33"/>
          <w:sz w:val="19"/>
        </w:rPr>
        <w:t>She turns his longing to her fear of exposure.</w:t>
      </w:r>
    </w:p>
    <w:p>
      <w:pPr>
        <w:spacing w:after="40"/>
      </w:pPr>
      <w:r>
        <w:rPr>
          <w:b w:val="0"/>
          <w:i w:val="0"/>
          <w:color w:val="6A6F75"/>
          <w:sz w:val="18"/>
        </w:rPr>
        <w:t xml:space="preserve">In reply to </w:t>
      </w:r>
      <w:hyperlink w:anchor="p60">
        <w:r>
          <w:rPr>
            <w:color w:val="2E5A80"/>
            <w:u w:val="single"/>
            <w:sz w:val="18"/>
          </w:rPr>
          <w:t xml:space="preserve">No. 60 (Genji)</w:t>
        </w:r>
      </w:hyperlink>
    </w:p>
    <w:p>
      <w:pPr>
        <w:keepNext/>
        <w:spacing w:after="20" w:before="200"/>
      </w:pPr>
      <w:bookmarkStart w:id="67" w:name="p62"/>
      <w:r>
        <w:rPr>
          <w:b/>
          <w:i w:val="0"/>
          <w:color w:val="222B33"/>
          <w:sz w:val="22"/>
        </w:rPr>
        <w:t>No. 62</w:t>
      </w:r>
      <w:r>
        <w:rPr>
          <w:b w:val="0"/>
          <w:i w:val="0"/>
          <w:color w:val="6A6F75"/>
          <w:sz w:val="18"/>
        </w:rPr>
        <w:t xml:space="preserve">   Genji → the nun of Kitayama   贈:独 sent / solo</w:t>
      </w:r>
      <w:bookmarkEnd w:id="67"/>
    </w:p>
    <w:p>
      <w:pPr>
        <w:keepNext/>
        <w:spacing w:after="40"/>
      </w:pPr>
      <w:r>
        <w:rPr>
          <w:b/>
          <w:i w:val="0"/>
          <w:color w:val="6A6F75"/>
          <w:sz w:val="18"/>
        </w:rPr>
        <w:t xml:space="preserve">Context. </w:t>
      </w:r>
      <w:r>
        <w:rPr>
          <w:b w:val="0"/>
          <w:i w:val="0"/>
          <w:color w:val="6A6F75"/>
          <w:sz w:val="19"/>
        </w:rPr>
        <w:t>Visiting the ailing nun in the capital, Genji hears the child’s voice and writes again; his claim on Murasaki grows.</w:t>
      </w:r>
    </w:p>
    <w:p>
      <w:pPr>
        <w:keepNext/>
        <w:spacing w:after="0"/>
      </w:pPr>
      <w:r>
        <w:rPr>
          <w:rFonts w:ascii="Noto Serif CJK JP" w:hAnsi="Noto Serif CJK JP" w:eastAsia="Noto Serif CJK JP"/>
          <w:b w:val="0"/>
          <w:i w:val="0"/>
          <w:color w:val="222B33"/>
          <w:sz w:val="26"/>
        </w:rPr>
        <w:t>いはけなき鶴の一声聞きしより葦間になづむ舟ぞえならぬ</w:t>
      </w:r>
    </w:p>
    <w:p>
      <w:pPr>
        <w:keepNext/>
        <w:spacing w:after="60"/>
      </w:pPr>
      <w:r>
        <w:rPr>
          <w:rFonts w:ascii="Noto Serif CJK JP" w:hAnsi="Noto Serif CJK JP" w:eastAsia="Noto Serif CJK JP"/>
          <w:b w:val="0"/>
          <w:i w:val="0"/>
          <w:color w:val="6A6F75"/>
          <w:sz w:val="19"/>
        </w:rPr>
        <w:t>いはけなき　／　たつの一こゑ　／　ききしより　／　あしまになつむ　／　舟そえならぬ</w:t>
      </w:r>
    </w:p>
    <w:p>
      <w:pPr>
        <w:keepNext/>
        <w:spacing w:after="60"/>
      </w:pPr>
      <w:r>
        <w:rPr>
          <w:b w:val="0"/>
          <w:i/>
          <w:color w:val="222B33"/>
          <w:sz w:val="21"/>
        </w:rPr>
        <w:t>Since I heard the single cry</w:t>
        <w:br/>
      </w:r>
      <w:r>
        <w:rPr>
          <w:b w:val="0"/>
          <w:i/>
          <w:color w:val="222B33"/>
          <w:sz w:val="21"/>
        </w:rPr>
        <w:t>of the young crane,</w:t>
        <w:br/>
      </w:r>
      <w:r>
        <w:rPr>
          <w:b w:val="0"/>
          <w:i/>
          <w:color w:val="222B33"/>
          <w:sz w:val="21"/>
        </w:rPr>
        <w:t>the boat held fast in the reeds</w:t>
        <w:br/>
      </w:r>
      <w:r>
        <w:rPr>
          <w:b w:val="0"/>
          <w:i/>
          <w:color w:val="222B33"/>
          <w:sz w:val="21"/>
        </w:rPr>
        <w:t>is in</w:t>
        <w:br/>
      </w:r>
      <w:r>
        <w:rPr>
          <w:b w:val="0"/>
          <w:i/>
          <w:color w:val="222B33"/>
          <w:sz w:val="21"/>
        </w:rPr>
        <w:t>a hard plight.</w:t>
      </w:r>
    </w:p>
    <w:p>
      <w:pPr>
        <w:keepNext/>
        <w:spacing w:after="20" w:before="200"/>
      </w:pPr>
      <w:bookmarkStart w:id="68" w:name="p63"/>
      <w:r>
        <w:rPr>
          <w:b/>
          <w:i w:val="0"/>
          <w:color w:val="222B33"/>
          <w:sz w:val="22"/>
        </w:rPr>
        <w:t>No. 63</w:t>
      </w:r>
      <w:r>
        <w:rPr>
          <w:b w:val="0"/>
          <w:i w:val="0"/>
          <w:color w:val="6A6F75"/>
          <w:sz w:val="18"/>
        </w:rPr>
        <w:t xml:space="preserve">   Genji   独 solo</w:t>
      </w:r>
      <w:bookmarkEnd w:id="68"/>
    </w:p>
    <w:p>
      <w:pPr>
        <w:keepNext/>
        <w:spacing w:after="40"/>
      </w:pPr>
      <w:r>
        <w:rPr>
          <w:b/>
          <w:i w:val="0"/>
          <w:color w:val="6A6F75"/>
          <w:sz w:val="18"/>
        </w:rPr>
        <w:t xml:space="preserve">Context. </w:t>
      </w:r>
      <w:r>
        <w:rPr>
          <w:b w:val="0"/>
          <w:i w:val="0"/>
          <w:color w:val="6A6F75"/>
          <w:sz w:val="19"/>
        </w:rPr>
        <w:t>Genji’s private poem on taking Murasaki as Fujitsubo’s kin; the root of her name.</w:t>
      </w:r>
    </w:p>
    <w:p>
      <w:pPr>
        <w:keepNext/>
        <w:spacing w:after="0"/>
      </w:pPr>
      <w:r>
        <w:rPr>
          <w:rFonts w:ascii="Noto Serif CJK JP" w:hAnsi="Noto Serif CJK JP" w:eastAsia="Noto Serif CJK JP"/>
          <w:b w:val="0"/>
          <w:i w:val="0"/>
          <w:color w:val="222B33"/>
          <w:sz w:val="26"/>
        </w:rPr>
        <w:t>手に摘みていつしかも見む紫の根にかよひける野辺の若草</w:t>
      </w:r>
    </w:p>
    <w:p>
      <w:pPr>
        <w:keepNext/>
        <w:spacing w:after="60"/>
      </w:pPr>
      <w:r>
        <w:rPr>
          <w:rFonts w:ascii="Noto Serif CJK JP" w:hAnsi="Noto Serif CJK JP" w:eastAsia="Noto Serif CJK JP"/>
          <w:b w:val="0"/>
          <w:i w:val="0"/>
          <w:color w:val="6A6F75"/>
          <w:sz w:val="19"/>
        </w:rPr>
        <w:t>手につみて　／　いつしかもみむ　／　むらさきの　／　ねにかよひける　／　のへのわか草</w:t>
      </w:r>
    </w:p>
    <w:p>
      <w:pPr>
        <w:keepNext/>
        <w:spacing w:after="60"/>
      </w:pPr>
      <w:r>
        <w:rPr>
          <w:b w:val="0"/>
          <w:i/>
          <w:color w:val="222B33"/>
          <w:sz w:val="21"/>
        </w:rPr>
        <w:t>Plucking it in my hand,</w:t>
        <w:br/>
      </w:r>
      <w:r>
        <w:rPr>
          <w:b w:val="0"/>
          <w:i/>
          <w:color w:val="222B33"/>
          <w:sz w:val="21"/>
        </w:rPr>
        <w:t>when might I gaze upon it?</w:t>
        <w:br/>
      </w:r>
      <w:r>
        <w:rPr>
          <w:b w:val="0"/>
          <w:i/>
          <w:color w:val="222B33"/>
          <w:sz w:val="21"/>
        </w:rPr>
        <w:t>The young grass of the field</w:t>
        <w:br/>
      </w:r>
      <w:r>
        <w:rPr>
          <w:b w:val="0"/>
          <w:i/>
          <w:color w:val="222B33"/>
          <w:sz w:val="21"/>
        </w:rPr>
        <w:t>sharing the root</w:t>
        <w:br/>
      </w:r>
      <w:r>
        <w:rPr>
          <w:b w:val="0"/>
          <w:i/>
          <w:color w:val="222B33"/>
          <w:sz w:val="21"/>
        </w:rPr>
        <w:t>of the purple plant.</w:t>
      </w:r>
    </w:p>
    <w:p>
      <w:pPr>
        <w:spacing w:after="40"/>
      </w:pPr>
      <w:r>
        <w:rPr>
          <w:b w:val="0"/>
          <w:i w:val="0"/>
          <w:color w:val="222B33"/>
          <w:sz w:val="19"/>
        </w:rPr>
        <w:t>The purple plant is Fujitsubo; the young grass, Murasaki. The root (ne) is kinship and a pretext for longing.</w:t>
      </w:r>
    </w:p>
    <w:p>
      <w:pPr>
        <w:spacing w:after="40"/>
      </w:pPr>
      <w:r>
        <w:rPr>
          <w:b w:val="0"/>
          <w:i w:val="0"/>
          <w:color w:val="6A6F75"/>
          <w:sz w:val="18"/>
        </w:rPr>
        <w:t xml:space="preserve">Echo, Purple and the bond of kinship: </w:t>
      </w:r>
      <w:hyperlink w:anchor="p362">
        <w:r>
          <w:rPr>
            <w:color w:val="2E5A80"/>
            <w:u w:val="single"/>
            <w:sz w:val="18"/>
          </w:rPr>
          <w:t xml:space="preserve">No. 362</w:t>
        </w:r>
      </w:hyperlink>
      <w:r>
        <w:rPr>
          <w:b w:val="0"/>
          <w:i w:val="0"/>
          <w:color w:val="6A6F75"/>
          <w:sz w:val="18"/>
        </w:rPr>
        <w:t xml:space="preserve">, </w:t>
      </w:r>
      <w:hyperlink w:anchor="p449">
        <w:r>
          <w:rPr>
            <w:color w:val="2E5A80"/>
            <w:u w:val="single"/>
            <w:sz w:val="18"/>
          </w:rPr>
          <w:t xml:space="preserve">No. 449</w:t>
        </w:r>
      </w:hyperlink>
      <w:r>
        <w:rPr>
          <w:b w:val="0"/>
          <w:i w:val="0"/>
          <w:color w:val="6A6F75"/>
          <w:sz w:val="18"/>
        </w:rPr>
        <w:t xml:space="preserve">, </w:t>
      </w:r>
      <w:hyperlink w:anchor="p456">
        <w:r>
          <w:rPr>
            <w:color w:val="2E5A80"/>
            <w:u w:val="single"/>
            <w:sz w:val="18"/>
          </w:rPr>
          <w:t xml:space="preserve">No. 456</w:t>
        </w:r>
      </w:hyperlink>
      <w:r>
        <w:rPr>
          <w:b w:val="0"/>
          <w:i w:val="0"/>
          <w:color w:val="6A6F75"/>
          <w:sz w:val="18"/>
        </w:rPr>
        <w:t xml:space="preserve">, </w:t>
      </w:r>
      <w:hyperlink w:anchor="p616">
        <w:r>
          <w:rPr>
            <w:color w:val="2E5A80"/>
            <w:u w:val="single"/>
            <w:sz w:val="18"/>
          </w:rPr>
          <w:t xml:space="preserve">No. 616</w:t>
        </w:r>
      </w:hyperlink>
    </w:p>
    <w:p>
      <w:pPr>
        <w:keepNext/>
        <w:spacing w:after="20" w:before="200"/>
      </w:pPr>
      <w:bookmarkStart w:id="69" w:name="p64"/>
      <w:r>
        <w:rPr>
          <w:b/>
          <w:i w:val="0"/>
          <w:color w:val="222B33"/>
          <w:sz w:val="22"/>
        </w:rPr>
        <w:t>No. 64</w:t>
      </w:r>
      <w:r>
        <w:rPr>
          <w:b w:val="0"/>
          <w:i w:val="0"/>
          <w:color w:val="6A6F75"/>
          <w:sz w:val="18"/>
        </w:rPr>
        <w:t xml:space="preserve">   Genji → Shōnagon   贈 sent</w:t>
      </w:r>
      <w:bookmarkEnd w:id="69"/>
    </w:p>
    <w:p>
      <w:pPr>
        <w:keepNext/>
        <w:spacing w:after="40"/>
      </w:pPr>
      <w:r>
        <w:rPr>
          <w:b/>
          <w:i w:val="0"/>
          <w:color w:val="6A6F75"/>
          <w:sz w:val="18"/>
        </w:rPr>
        <w:t xml:space="preserve">Context. </w:t>
      </w:r>
      <w:r>
        <w:rPr>
          <w:b w:val="0"/>
          <w:i w:val="0"/>
          <w:color w:val="6A6F75"/>
          <w:sz w:val="19"/>
        </w:rPr>
        <w:t>Genji spends a night at Murasaki’s house before her father can claim her; Shōnagon, her nurse, guards her.</w:t>
      </w:r>
    </w:p>
    <w:p>
      <w:pPr>
        <w:keepNext/>
        <w:spacing w:after="0"/>
      </w:pPr>
      <w:r>
        <w:rPr>
          <w:rFonts w:ascii="Noto Serif CJK JP" w:hAnsi="Noto Serif CJK JP" w:eastAsia="Noto Serif CJK JP"/>
          <w:b w:val="0"/>
          <w:i w:val="0"/>
          <w:color w:val="222B33"/>
          <w:sz w:val="26"/>
        </w:rPr>
        <w:t>あしわかの浦にみるめはかたくともこは立ちながらかへる波かは</w:t>
      </w:r>
    </w:p>
    <w:p>
      <w:pPr>
        <w:keepNext/>
        <w:spacing w:after="60"/>
      </w:pPr>
      <w:r>
        <w:rPr>
          <w:rFonts w:ascii="Noto Serif CJK JP" w:hAnsi="Noto Serif CJK JP" w:eastAsia="Noto Serif CJK JP"/>
          <w:b w:val="0"/>
          <w:i w:val="0"/>
          <w:color w:val="6A6F75"/>
          <w:sz w:val="19"/>
        </w:rPr>
        <w:t>あしわかの　／　うらにみるめは　／　かたくとも　／　こはたちなから　／　かへるなみかは</w:t>
      </w:r>
    </w:p>
    <w:p>
      <w:pPr>
        <w:keepNext/>
        <w:spacing w:after="60"/>
      </w:pPr>
      <w:r>
        <w:rPr>
          <w:b w:val="0"/>
          <w:i/>
          <w:color w:val="222B33"/>
          <w:sz w:val="21"/>
        </w:rPr>
        <w:t>Though seaweed is hard to find</w:t>
        <w:br/>
      </w:r>
      <w:r>
        <w:rPr>
          <w:b w:val="0"/>
          <w:i/>
          <w:color w:val="222B33"/>
          <w:sz w:val="21"/>
        </w:rPr>
        <w:t>at the bay of young reeds,</w:t>
        <w:br/>
      </w:r>
      <w:r>
        <w:rPr>
          <w:b w:val="0"/>
          <w:i/>
          <w:color w:val="222B33"/>
          <w:sz w:val="21"/>
        </w:rPr>
        <w:t>is this a wave that turns back</w:t>
        <w:br/>
      </w:r>
      <w:r>
        <w:rPr>
          <w:b w:val="0"/>
          <w:i/>
          <w:color w:val="222B33"/>
          <w:sz w:val="21"/>
        </w:rPr>
        <w:t>without</w:t>
        <w:br/>
      </w:r>
      <w:r>
        <w:rPr>
          <w:b w:val="0"/>
          <w:i/>
          <w:color w:val="222B33"/>
          <w:sz w:val="21"/>
        </w:rPr>
        <w:t>even rising?</w:t>
      </w:r>
    </w:p>
    <w:p>
      <w:pPr>
        <w:spacing w:after="40"/>
      </w:pPr>
      <w:r>
        <w:rPr>
          <w:b w:val="0"/>
          <w:i w:val="0"/>
          <w:color w:val="222B33"/>
          <w:sz w:val="19"/>
        </w:rPr>
        <w:t>Mirume is “seaweed” and “a chance to see.” The night he stays with the child.</w:t>
      </w:r>
    </w:p>
    <w:p>
      <w:pPr>
        <w:spacing w:after="40"/>
      </w:pPr>
      <w:r>
        <w:rPr>
          <w:b w:val="0"/>
          <w:i w:val="0"/>
          <w:color w:val="6A6F75"/>
          <w:sz w:val="18"/>
        </w:rPr>
        <w:t xml:space="preserve">Answered by </w:t>
      </w:r>
      <w:hyperlink w:anchor="p65">
        <w:r>
          <w:rPr>
            <w:color w:val="2E5A80"/>
            <w:u w:val="single"/>
            <w:sz w:val="18"/>
          </w:rPr>
          <w:t xml:space="preserve">No. 65 (Shōnagon)</w:t>
        </w:r>
      </w:hyperlink>
    </w:p>
    <w:p>
      <w:pPr>
        <w:keepNext/>
        <w:spacing w:after="20" w:before="200"/>
      </w:pPr>
      <w:bookmarkStart w:id="70" w:name="p65"/>
      <w:r>
        <w:rPr>
          <w:b/>
          <w:i w:val="0"/>
          <w:color w:val="222B33"/>
          <w:sz w:val="22"/>
        </w:rPr>
        <w:t>No. 65</w:t>
      </w:r>
      <w:r>
        <w:rPr>
          <w:b w:val="0"/>
          <w:i w:val="0"/>
          <w:color w:val="6A6F75"/>
          <w:sz w:val="18"/>
        </w:rPr>
        <w:t xml:space="preserve">   Shōnagon → Genji   答 reply</w:t>
      </w:r>
      <w:bookmarkEnd w:id="70"/>
    </w:p>
    <w:p>
      <w:pPr>
        <w:keepNext/>
        <w:spacing w:after="0"/>
      </w:pPr>
      <w:r>
        <w:rPr>
          <w:rFonts w:ascii="Noto Serif CJK JP" w:hAnsi="Noto Serif CJK JP" w:eastAsia="Noto Serif CJK JP"/>
          <w:b w:val="0"/>
          <w:i w:val="0"/>
          <w:color w:val="222B33"/>
          <w:sz w:val="26"/>
        </w:rPr>
        <w:t>寄る波の心も知らでわかの浦に玉藻なびかむほどぞ浮きたる</w:t>
      </w:r>
    </w:p>
    <w:p>
      <w:pPr>
        <w:keepNext/>
        <w:spacing w:after="60"/>
      </w:pPr>
      <w:r>
        <w:rPr>
          <w:rFonts w:ascii="Noto Serif CJK JP" w:hAnsi="Noto Serif CJK JP" w:eastAsia="Noto Serif CJK JP"/>
          <w:b w:val="0"/>
          <w:i w:val="0"/>
          <w:color w:val="6A6F75"/>
          <w:sz w:val="19"/>
        </w:rPr>
        <w:t>よるなみの　／　心もしらて　／　わかのうらに　／　たまもなひかぬ　／　ほとそうきたる</w:t>
      </w:r>
    </w:p>
    <w:p>
      <w:pPr>
        <w:keepNext/>
        <w:spacing w:after="60"/>
      </w:pPr>
      <w:r>
        <w:rPr>
          <w:b w:val="0"/>
          <w:i/>
          <w:color w:val="222B33"/>
          <w:sz w:val="21"/>
        </w:rPr>
        <w:t>Not knowing the heart</w:t>
        <w:br/>
      </w:r>
      <w:r>
        <w:rPr>
          <w:b w:val="0"/>
          <w:i/>
          <w:color w:val="222B33"/>
          <w:sz w:val="21"/>
        </w:rPr>
        <w:t>of the wave that comes to the bay,</w:t>
        <w:br/>
      </w:r>
      <w:r>
        <w:rPr>
          <w:b w:val="0"/>
          <w:i/>
          <w:color w:val="222B33"/>
          <w:sz w:val="21"/>
        </w:rPr>
        <w:t>for the jewel weed to sway to it</w:t>
        <w:br/>
      </w:r>
      <w:r>
        <w:rPr>
          <w:b w:val="0"/>
          <w:i/>
          <w:color w:val="222B33"/>
          <w:sz w:val="21"/>
        </w:rPr>
        <w:t>would be</w:t>
        <w:br/>
      </w:r>
      <w:r>
        <w:rPr>
          <w:b w:val="0"/>
          <w:i/>
          <w:color w:val="222B33"/>
          <w:sz w:val="21"/>
        </w:rPr>
        <w:t>too rash.</w:t>
      </w:r>
    </w:p>
    <w:p>
      <w:pPr>
        <w:spacing w:after="40"/>
      </w:pPr>
      <w:r>
        <w:rPr>
          <w:b w:val="0"/>
          <w:i w:val="0"/>
          <w:color w:val="222B33"/>
          <w:sz w:val="19"/>
        </w:rPr>
        <w:t>The nurse keeps the shore imagery and refuses.</w:t>
      </w:r>
    </w:p>
    <w:p>
      <w:pPr>
        <w:spacing w:after="40"/>
      </w:pPr>
      <w:r>
        <w:rPr>
          <w:b w:val="0"/>
          <w:i w:val="0"/>
          <w:color w:val="6A6F75"/>
          <w:sz w:val="18"/>
        </w:rPr>
        <w:t xml:space="preserve">In reply to </w:t>
      </w:r>
      <w:hyperlink w:anchor="p64">
        <w:r>
          <w:rPr>
            <w:color w:val="2E5A80"/>
            <w:u w:val="single"/>
            <w:sz w:val="18"/>
          </w:rPr>
          <w:t xml:space="preserve">No. 64 (Genji)</w:t>
        </w:r>
      </w:hyperlink>
    </w:p>
    <w:p>
      <w:pPr>
        <w:keepNext/>
        <w:spacing w:after="20" w:before="200"/>
      </w:pPr>
      <w:bookmarkStart w:id="71" w:name="p66"/>
      <w:r>
        <w:rPr>
          <w:b/>
          <w:i w:val="0"/>
          <w:color w:val="222B33"/>
          <w:sz w:val="22"/>
        </w:rPr>
        <w:t>No. 66</w:t>
      </w:r>
      <w:r>
        <w:rPr>
          <w:b w:val="0"/>
          <w:i w:val="0"/>
          <w:color w:val="6A6F75"/>
          <w:sz w:val="18"/>
        </w:rPr>
        <w:t xml:space="preserve">   Genji → a woman he visits in secret   贈 sent</w:t>
      </w:r>
      <w:bookmarkEnd w:id="71"/>
    </w:p>
    <w:p>
      <w:pPr>
        <w:keepNext/>
        <w:spacing w:after="40"/>
      </w:pPr>
      <w:r>
        <w:rPr>
          <w:b/>
          <w:i w:val="0"/>
          <w:color w:val="6A6F75"/>
          <w:sz w:val="18"/>
        </w:rPr>
        <w:t xml:space="preserve">Context. </w:t>
      </w:r>
      <w:r>
        <w:rPr>
          <w:b w:val="0"/>
          <w:i w:val="0"/>
          <w:color w:val="6A6F75"/>
          <w:sz w:val="19"/>
        </w:rPr>
        <w:t>On his way back from Murasaki’s house, Genji calls at an old lover’s gate; the episode shows his restlessness.</w:t>
      </w:r>
    </w:p>
    <w:p>
      <w:pPr>
        <w:keepNext/>
        <w:spacing w:after="0"/>
      </w:pPr>
      <w:r>
        <w:rPr>
          <w:rFonts w:ascii="Noto Serif CJK JP" w:hAnsi="Noto Serif CJK JP" w:eastAsia="Noto Serif CJK JP"/>
          <w:b w:val="0"/>
          <w:i w:val="0"/>
          <w:color w:val="222B33"/>
          <w:sz w:val="26"/>
        </w:rPr>
        <w:t>朝ぼらけ霧立つ空のまよひにも行き過ぎがたき妹が門かな</w:t>
      </w:r>
    </w:p>
    <w:p>
      <w:pPr>
        <w:keepNext/>
        <w:spacing w:after="60"/>
      </w:pPr>
      <w:r>
        <w:rPr>
          <w:rFonts w:ascii="Noto Serif CJK JP" w:hAnsi="Noto Serif CJK JP" w:eastAsia="Noto Serif CJK JP"/>
          <w:b w:val="0"/>
          <w:i w:val="0"/>
          <w:color w:val="6A6F75"/>
          <w:sz w:val="19"/>
        </w:rPr>
        <w:t>あさほらけ　／　きりたつ空の　／　まよひにも　／　行すきかたき　／　いもかかとかな</w:t>
      </w:r>
    </w:p>
    <w:p>
      <w:pPr>
        <w:keepNext/>
        <w:spacing w:after="60"/>
      </w:pPr>
      <w:r>
        <w:rPr>
          <w:b w:val="0"/>
          <w:i/>
          <w:color w:val="222B33"/>
          <w:sz w:val="21"/>
        </w:rPr>
        <w:t>Even in the bewilderment</w:t>
        <w:br/>
      </w:r>
      <w:r>
        <w:rPr>
          <w:b w:val="0"/>
          <w:i/>
          <w:color w:val="222B33"/>
          <w:sz w:val="21"/>
        </w:rPr>
        <w:t>of the misty dawn sky,</w:t>
        <w:br/>
      </w:r>
      <w:r>
        <w:rPr>
          <w:b w:val="0"/>
          <w:i/>
          <w:color w:val="222B33"/>
          <w:sz w:val="21"/>
        </w:rPr>
        <w:t>I find it hard to pass</w:t>
        <w:br/>
      </w:r>
      <w:r>
        <w:rPr>
          <w:b w:val="0"/>
          <w:i/>
          <w:color w:val="222B33"/>
          <w:sz w:val="21"/>
        </w:rPr>
        <w:t>my beloved’s</w:t>
        <w:br/>
      </w:r>
      <w:r>
        <w:rPr>
          <w:b w:val="0"/>
          <w:i/>
          <w:color w:val="222B33"/>
          <w:sz w:val="21"/>
        </w:rPr>
        <w:t>gate.</w:t>
      </w:r>
    </w:p>
    <w:p>
      <w:pPr>
        <w:spacing w:after="40"/>
      </w:pPr>
      <w:r>
        <w:rPr>
          <w:b w:val="0"/>
          <w:i w:val="0"/>
          <w:color w:val="6A6F75"/>
          <w:sz w:val="18"/>
        </w:rPr>
        <w:t xml:space="preserve">Answered by </w:t>
      </w:r>
      <w:hyperlink w:anchor="p67">
        <w:r>
          <w:rPr>
            <w:color w:val="2E5A80"/>
            <w:u w:val="single"/>
            <w:sz w:val="18"/>
          </w:rPr>
          <w:t xml:space="preserve">No. 67 (a serving woman)</w:t>
        </w:r>
      </w:hyperlink>
    </w:p>
    <w:p>
      <w:pPr>
        <w:keepNext/>
        <w:spacing w:after="20" w:before="200"/>
      </w:pPr>
      <w:bookmarkStart w:id="72" w:name="p67"/>
      <w:r>
        <w:rPr>
          <w:b/>
          <w:i w:val="0"/>
          <w:color w:val="222B33"/>
          <w:sz w:val="22"/>
        </w:rPr>
        <w:t>No. 67</w:t>
      </w:r>
      <w:r>
        <w:rPr>
          <w:b w:val="0"/>
          <w:i w:val="0"/>
          <w:color w:val="6A6F75"/>
          <w:sz w:val="18"/>
        </w:rPr>
        <w:t xml:space="preserve">   a serving woman → Genji   答 reply</w:t>
      </w:r>
      <w:bookmarkEnd w:id="72"/>
    </w:p>
    <w:p>
      <w:pPr>
        <w:keepNext/>
        <w:spacing w:after="0"/>
      </w:pPr>
      <w:r>
        <w:rPr>
          <w:rFonts w:ascii="Noto Serif CJK JP" w:hAnsi="Noto Serif CJK JP" w:eastAsia="Noto Serif CJK JP"/>
          <w:b w:val="0"/>
          <w:i w:val="0"/>
          <w:color w:val="222B33"/>
          <w:sz w:val="26"/>
        </w:rPr>
        <w:t>立ちとまり霧のまがきの過ぎうくは草のとざしにさはりしもせじ</w:t>
      </w:r>
    </w:p>
    <w:p>
      <w:pPr>
        <w:keepNext/>
        <w:spacing w:after="60"/>
      </w:pPr>
      <w:r>
        <w:rPr>
          <w:rFonts w:ascii="Noto Serif CJK JP" w:hAnsi="Noto Serif CJK JP" w:eastAsia="Noto Serif CJK JP"/>
          <w:b w:val="0"/>
          <w:i w:val="0"/>
          <w:color w:val="6A6F75"/>
          <w:sz w:val="19"/>
        </w:rPr>
        <w:t>たちとまり　／　きりのまかきの　／　すきうくは　／　草の戸さしに　／　さはりしもせし</w:t>
      </w:r>
    </w:p>
    <w:p>
      <w:pPr>
        <w:keepNext/>
        <w:spacing w:after="60"/>
      </w:pPr>
      <w:r>
        <w:rPr>
          <w:b w:val="0"/>
          <w:i/>
          <w:color w:val="222B33"/>
          <w:sz w:val="21"/>
        </w:rPr>
        <w:t>If the misty fence</w:t>
        <w:br/>
      </w:r>
      <w:r>
        <w:rPr>
          <w:b w:val="0"/>
          <w:i/>
          <w:color w:val="222B33"/>
          <w:sz w:val="21"/>
        </w:rPr>
        <w:t>is so hard to pass,</w:t>
        <w:br/>
      </w:r>
      <w:r>
        <w:rPr>
          <w:b w:val="0"/>
          <w:i/>
          <w:color w:val="222B33"/>
          <w:sz w:val="21"/>
        </w:rPr>
        <w:t>the grass that bars the door</w:t>
        <w:br/>
      </w:r>
      <w:r>
        <w:rPr>
          <w:b w:val="0"/>
          <w:i/>
          <w:color w:val="222B33"/>
          <w:sz w:val="21"/>
        </w:rPr>
        <w:t>should be</w:t>
        <w:br/>
      </w:r>
      <w:r>
        <w:rPr>
          <w:b w:val="0"/>
          <w:i/>
          <w:color w:val="222B33"/>
          <w:sz w:val="21"/>
        </w:rPr>
        <w:t>no hindrance.</w:t>
      </w:r>
    </w:p>
    <w:p>
      <w:pPr>
        <w:spacing w:after="40"/>
      </w:pPr>
      <w:r>
        <w:rPr>
          <w:b w:val="0"/>
          <w:i w:val="0"/>
          <w:color w:val="222B33"/>
          <w:sz w:val="19"/>
        </w:rPr>
        <w:t>A mocking reply: if you really wished to stop, you could.</w:t>
      </w:r>
    </w:p>
    <w:p>
      <w:pPr>
        <w:spacing w:after="40"/>
      </w:pPr>
      <w:r>
        <w:rPr>
          <w:b/>
          <w:i w:val="0"/>
          <w:color w:val="8A4B1C"/>
          <w:sz w:val="18"/>
        </w:rPr>
        <w:t xml:space="preserve">Attribution uncertain. </w:t>
      </w:r>
      <w:r>
        <w:rPr>
          <w:b w:val="0"/>
          <w:i w:val="0"/>
          <w:sz w:val="19"/>
        </w:rPr>
        <w:t>Attributed to a serving woman of the house; by the common view 通説 the woman herself is meant.</w:t>
      </w:r>
    </w:p>
    <w:p>
      <w:pPr>
        <w:spacing w:after="40"/>
      </w:pPr>
      <w:r>
        <w:rPr>
          <w:b w:val="0"/>
          <w:i w:val="0"/>
          <w:color w:val="6A6F75"/>
          <w:sz w:val="18"/>
        </w:rPr>
        <w:t xml:space="preserve">In reply to </w:t>
      </w:r>
      <w:hyperlink w:anchor="p66">
        <w:r>
          <w:rPr>
            <w:color w:val="2E5A80"/>
            <w:u w:val="single"/>
            <w:sz w:val="18"/>
          </w:rPr>
          <w:t xml:space="preserve">No. 66 (Genji)</w:t>
        </w:r>
      </w:hyperlink>
    </w:p>
    <w:p>
      <w:pPr>
        <w:keepNext/>
        <w:spacing w:after="20" w:before="200"/>
      </w:pPr>
      <w:bookmarkStart w:id="73" w:name="p68"/>
      <w:r>
        <w:rPr>
          <w:b/>
          <w:i w:val="0"/>
          <w:color w:val="222B33"/>
          <w:sz w:val="22"/>
        </w:rPr>
        <w:t>No. 68</w:t>
      </w:r>
      <w:r>
        <w:rPr>
          <w:b w:val="0"/>
          <w:i w:val="0"/>
          <w:color w:val="6A6F75"/>
          <w:sz w:val="18"/>
        </w:rPr>
        <w:t xml:space="preserve">   Genji → Murasaki   贈 sent</w:t>
      </w:r>
      <w:bookmarkEnd w:id="73"/>
    </w:p>
    <w:p>
      <w:pPr>
        <w:keepNext/>
        <w:spacing w:after="40"/>
      </w:pPr>
      <w:r>
        <w:rPr>
          <w:b/>
          <w:i w:val="0"/>
          <w:color w:val="6A6F75"/>
          <w:sz w:val="18"/>
        </w:rPr>
        <w:t xml:space="preserve">Context. </w:t>
      </w:r>
      <w:r>
        <w:rPr>
          <w:b w:val="0"/>
          <w:i w:val="0"/>
          <w:color w:val="6A6F75"/>
          <w:sz w:val="19"/>
        </w:rPr>
        <w:t>Genji teaches the girl Murasaki to write; she has come to live at Nijō.</w:t>
      </w:r>
    </w:p>
    <w:p>
      <w:pPr>
        <w:keepNext/>
        <w:spacing w:after="0"/>
      </w:pPr>
      <w:r>
        <w:rPr>
          <w:rFonts w:ascii="Noto Serif CJK JP" w:hAnsi="Noto Serif CJK JP" w:eastAsia="Noto Serif CJK JP"/>
          <w:b w:val="0"/>
          <w:i w:val="0"/>
          <w:color w:val="222B33"/>
          <w:sz w:val="26"/>
        </w:rPr>
        <w:t>ねは見ねどあはれとぞ思ふ武蔵野の露分けわぶる草のゆかりを</w:t>
      </w:r>
    </w:p>
    <w:p>
      <w:pPr>
        <w:keepNext/>
        <w:spacing w:after="60"/>
      </w:pPr>
      <w:r>
        <w:rPr>
          <w:rFonts w:ascii="Noto Serif CJK JP" w:hAnsi="Noto Serif CJK JP" w:eastAsia="Noto Serif CJK JP"/>
          <w:b w:val="0"/>
          <w:i w:val="0"/>
          <w:color w:val="6A6F75"/>
          <w:sz w:val="19"/>
        </w:rPr>
        <w:t>ねはみねと　／　あはれとそおもふ　／　むさしのゝ　／　露わけわふる　／　草のゆかりを</w:t>
      </w:r>
    </w:p>
    <w:p>
      <w:pPr>
        <w:keepNext/>
        <w:spacing w:after="60"/>
      </w:pPr>
      <w:r>
        <w:rPr>
          <w:b w:val="0"/>
          <w:i/>
          <w:color w:val="222B33"/>
          <w:sz w:val="21"/>
        </w:rPr>
        <w:t>Though I have not seen its roots,</w:t>
        <w:br/>
      </w:r>
      <w:r>
        <w:rPr>
          <w:b w:val="0"/>
          <w:i/>
          <w:color w:val="222B33"/>
          <w:sz w:val="21"/>
        </w:rPr>
        <w:t>I feel tender toward it,</w:t>
        <w:br/>
      </w:r>
      <w:r>
        <w:rPr>
          <w:b w:val="0"/>
          <w:i/>
          <w:color w:val="222B33"/>
          <w:sz w:val="21"/>
        </w:rPr>
        <w:t>kin to the grass</w:t>
        <w:br/>
      </w:r>
      <w:r>
        <w:rPr>
          <w:b w:val="0"/>
          <w:i/>
          <w:color w:val="222B33"/>
          <w:sz w:val="21"/>
        </w:rPr>
        <w:t>that keeps one wandering</w:t>
        <w:br/>
      </w:r>
      <w:r>
        <w:rPr>
          <w:b w:val="0"/>
          <w:i/>
          <w:color w:val="222B33"/>
          <w:sz w:val="21"/>
        </w:rPr>
        <w:t>Musashino’s dew.</w:t>
      </w:r>
    </w:p>
    <w:p>
      <w:pPr>
        <w:spacing w:after="40"/>
      </w:pPr>
      <w:r>
        <w:rPr>
          <w:b w:val="0"/>
          <w:i w:val="0"/>
          <w:color w:val="222B33"/>
          <w:sz w:val="19"/>
        </w:rPr>
        <w:t>A writing model. The Musashino murasaki grass (Kokinshū) makes the girl kin to Fujitsubo.</w:t>
      </w:r>
    </w:p>
    <w:p>
      <w:pPr>
        <w:spacing w:after="40"/>
      </w:pPr>
      <w:r>
        <w:rPr>
          <w:b/>
          <w:i w:val="0"/>
          <w:color w:val="6A6F75"/>
          <w:sz w:val="18"/>
        </w:rPr>
        <w:t xml:space="preserve">Allusion. </w:t>
      </w:r>
      <w:hyperlink r:id="rId16">
        <w:r>
          <w:rPr>
            <w:color w:val="2E5A80"/>
            <w:u w:val="single"/>
            <w:sz w:val="19"/>
          </w:rPr>
          <w:t xml:space="preserve">Kokinshū 867 (anonymous)</w:t>
        </w:r>
      </w:hyperlink>
      <w:r>
        <w:rPr>
          <w:rFonts w:ascii="Noto Serif CJK JP" w:hAnsi="Noto Serif CJK JP" w:eastAsia="Noto Serif CJK JP"/>
          <w:b w:val="0"/>
          <w:i w:val="0"/>
          <w:sz w:val="20"/>
        </w:rPr>
        <w:t xml:space="preserve">  紫のひともとゆゑにむさしのの草はみなからあはれとそ見る</w:t>
      </w:r>
      <w:r>
        <w:rPr>
          <w:b w:val="0"/>
          <w:i w:val="0"/>
          <w:sz w:val="19"/>
        </w:rPr>
        <w:t xml:space="preserve">  “For the sake of one purple plant, all the grasses of Musashino move me.”</w:t>
      </w:r>
    </w:p>
    <w:p>
      <w:pPr>
        <w:spacing w:after="40"/>
      </w:pPr>
      <w:r>
        <w:rPr>
          <w:b w:val="0"/>
          <w:i w:val="0"/>
          <w:color w:val="6A6F75"/>
          <w:sz w:val="18"/>
        </w:rPr>
        <w:t xml:space="preserve">Answered by </w:t>
      </w:r>
      <w:hyperlink w:anchor="p69">
        <w:r>
          <w:rPr>
            <w:color w:val="2E5A80"/>
            <w:u w:val="single"/>
            <w:sz w:val="18"/>
          </w:rPr>
          <w:t xml:space="preserve">No. 69 (Murasaki)</w:t>
        </w:r>
      </w:hyperlink>
    </w:p>
    <w:p>
      <w:pPr>
        <w:keepNext/>
        <w:spacing w:after="20" w:before="200"/>
      </w:pPr>
      <w:bookmarkStart w:id="74" w:name="p69"/>
      <w:r>
        <w:rPr>
          <w:b/>
          <w:i w:val="0"/>
          <w:color w:val="222B33"/>
          <w:sz w:val="22"/>
        </w:rPr>
        <w:t>No. 69</w:t>
      </w:r>
      <w:r>
        <w:rPr>
          <w:b w:val="0"/>
          <w:i w:val="0"/>
          <w:color w:val="6A6F75"/>
          <w:sz w:val="18"/>
        </w:rPr>
        <w:t xml:space="preserve">   Murasaki → Genji   答 reply</w:t>
      </w:r>
      <w:bookmarkEnd w:id="74"/>
    </w:p>
    <w:p>
      <w:pPr>
        <w:keepNext/>
        <w:spacing w:after="0"/>
      </w:pPr>
      <w:r>
        <w:rPr>
          <w:rFonts w:ascii="Noto Serif CJK JP" w:hAnsi="Noto Serif CJK JP" w:eastAsia="Noto Serif CJK JP"/>
          <w:b w:val="0"/>
          <w:i w:val="0"/>
          <w:color w:val="222B33"/>
          <w:sz w:val="26"/>
        </w:rPr>
        <w:t>かこつべきゆゑを知らねばおぼつかないかなる草のゆかりなるらむ</w:t>
      </w:r>
    </w:p>
    <w:p>
      <w:pPr>
        <w:keepNext/>
        <w:spacing w:after="60"/>
      </w:pPr>
      <w:r>
        <w:rPr>
          <w:rFonts w:ascii="Noto Serif CJK JP" w:hAnsi="Noto Serif CJK JP" w:eastAsia="Noto Serif CJK JP"/>
          <w:b w:val="0"/>
          <w:i w:val="0"/>
          <w:color w:val="6A6F75"/>
          <w:sz w:val="19"/>
        </w:rPr>
        <w:t>かこつへき　／　ゆへをしらねは　／　おほつかな　／　いかなる草の　／　ゆかりなるらん</w:t>
      </w:r>
    </w:p>
    <w:p>
      <w:pPr>
        <w:keepNext/>
        <w:spacing w:after="60"/>
      </w:pPr>
      <w:r>
        <w:rPr>
          <w:b w:val="0"/>
          <w:i/>
          <w:color w:val="222B33"/>
          <w:sz w:val="21"/>
        </w:rPr>
        <w:t>Knowing no cause</w:t>
        <w:br/>
      </w:r>
      <w:r>
        <w:rPr>
          <w:b w:val="0"/>
          <w:i/>
          <w:color w:val="222B33"/>
          <w:sz w:val="21"/>
        </w:rPr>
        <w:t>for your complaint, I wonder:</w:t>
        <w:br/>
      </w:r>
      <w:r>
        <w:rPr>
          <w:b w:val="0"/>
          <w:i/>
          <w:color w:val="222B33"/>
          <w:sz w:val="21"/>
        </w:rPr>
        <w:t>what grass is this</w:t>
        <w:br/>
      </w:r>
      <w:r>
        <w:rPr>
          <w:b w:val="0"/>
          <w:i/>
          <w:color w:val="222B33"/>
          <w:sz w:val="21"/>
        </w:rPr>
        <w:t>that I</w:t>
        <w:br/>
      </w:r>
      <w:r>
        <w:rPr>
          <w:b w:val="0"/>
          <w:i/>
          <w:color w:val="222B33"/>
          <w:sz w:val="21"/>
        </w:rPr>
        <w:t>am kin to?</w:t>
      </w:r>
    </w:p>
    <w:p>
      <w:pPr>
        <w:spacing w:after="40"/>
      </w:pPr>
      <w:r>
        <w:rPr>
          <w:b w:val="0"/>
          <w:i w:val="0"/>
          <w:color w:val="222B33"/>
          <w:sz w:val="19"/>
        </w:rPr>
        <w:t>The child’s first poem.</w:t>
      </w:r>
    </w:p>
    <w:p>
      <w:pPr>
        <w:spacing w:after="40"/>
      </w:pPr>
      <w:r>
        <w:rPr>
          <w:b w:val="0"/>
          <w:i w:val="0"/>
          <w:color w:val="6A6F75"/>
          <w:sz w:val="18"/>
        </w:rPr>
        <w:t xml:space="preserve">In reply to </w:t>
      </w:r>
      <w:hyperlink w:anchor="p68">
        <w:r>
          <w:rPr>
            <w:color w:val="2E5A80"/>
            <w:u w:val="single"/>
            <w:sz w:val="18"/>
          </w:rPr>
          <w:t xml:space="preserve">No. 68 (Genji)</w:t>
        </w:r>
      </w:hyperlink>
    </w:p>
    <w:p>
      <w:pPr>
        <w:pStyle w:val="Heading1"/>
      </w:pPr>
      <w:bookmarkStart w:id="75" w:name="ch6"/>
      <w:r>
        <w:t>Chapter 6 · Suetsumuhana 末摘花</w:t>
      </w:r>
      <w:bookmarkEnd w:id="75"/>
    </w:p>
    <w:p>
      <w:pPr>
        <w:keepNext/>
        <w:spacing w:after="20" w:before="200"/>
      </w:pPr>
      <w:bookmarkStart w:id="76" w:name="p70"/>
      <w:r>
        <w:rPr>
          <w:b/>
          <w:i w:val="0"/>
          <w:color w:val="222B33"/>
          <w:sz w:val="22"/>
        </w:rPr>
        <w:t>No. 70</w:t>
      </w:r>
      <w:r>
        <w:rPr>
          <w:b w:val="0"/>
          <w:i w:val="0"/>
          <w:color w:val="6A6F75"/>
          <w:sz w:val="18"/>
        </w:rPr>
        <w:t xml:space="preserve">   Tō no Chūjō → Genji   贈 sent</w:t>
      </w:r>
      <w:bookmarkEnd w:id="76"/>
    </w:p>
    <w:p>
      <w:pPr>
        <w:keepNext/>
        <w:spacing w:after="40"/>
      </w:pPr>
      <w:r>
        <w:rPr>
          <w:b/>
          <w:i w:val="0"/>
          <w:color w:val="6A6F75"/>
          <w:sz w:val="18"/>
        </w:rPr>
        <w:t xml:space="preserve">Context. </w:t>
      </w:r>
      <w:r>
        <w:rPr>
          <w:b w:val="0"/>
          <w:i w:val="0"/>
          <w:color w:val="6A6F75"/>
          <w:sz w:val="19"/>
        </w:rPr>
        <w:t>Tō no Chūjō follows Genji to Suetsumuhana’s house; the friends become rivals for her.</w:t>
      </w:r>
    </w:p>
    <w:p>
      <w:pPr>
        <w:keepNext/>
        <w:spacing w:after="0"/>
      </w:pPr>
      <w:r>
        <w:rPr>
          <w:rFonts w:ascii="Noto Serif CJK JP" w:hAnsi="Noto Serif CJK JP" w:eastAsia="Noto Serif CJK JP"/>
          <w:b w:val="0"/>
          <w:i w:val="0"/>
          <w:color w:val="222B33"/>
          <w:sz w:val="26"/>
        </w:rPr>
        <w:t>もろともに大内山は出でつれど入る方見せぬいさよひの月</w:t>
      </w:r>
    </w:p>
    <w:p>
      <w:pPr>
        <w:keepNext/>
        <w:spacing w:after="60"/>
      </w:pPr>
      <w:r>
        <w:rPr>
          <w:rFonts w:ascii="Noto Serif CJK JP" w:hAnsi="Noto Serif CJK JP" w:eastAsia="Noto Serif CJK JP"/>
          <w:b w:val="0"/>
          <w:i w:val="0"/>
          <w:color w:val="6A6F75"/>
          <w:sz w:val="19"/>
        </w:rPr>
        <w:t>もろともに　／　おほうち山は　／　いてつれと　／　いるかたみせぬ　／　いさよひのつき</w:t>
      </w:r>
    </w:p>
    <w:p>
      <w:pPr>
        <w:keepNext/>
        <w:spacing w:after="60"/>
      </w:pPr>
      <w:r>
        <w:rPr>
          <w:b w:val="0"/>
          <w:i/>
          <w:color w:val="222B33"/>
          <w:sz w:val="21"/>
        </w:rPr>
        <w:t>Together we left</w:t>
        <w:br/>
      </w:r>
      <w:r>
        <w:rPr>
          <w:b w:val="0"/>
          <w:i/>
          <w:color w:val="222B33"/>
          <w:sz w:val="21"/>
        </w:rPr>
        <w:t>the great inner mountain,</w:t>
        <w:br/>
      </w:r>
      <w:r>
        <w:rPr>
          <w:b w:val="0"/>
          <w:i/>
          <w:color w:val="222B33"/>
          <w:sz w:val="21"/>
        </w:rPr>
        <w:t>yet you won’t show where you set,</w:t>
        <w:br/>
      </w:r>
      <w:r>
        <w:rPr>
          <w:b w:val="0"/>
          <w:i/>
          <w:color w:val="222B33"/>
          <w:sz w:val="21"/>
        </w:rPr>
        <w:t>moon of the sixteenth</w:t>
        <w:br/>
      </w:r>
      <w:r>
        <w:rPr>
          <w:b w:val="0"/>
          <w:i/>
          <w:color w:val="222B33"/>
          <w:sz w:val="21"/>
        </w:rPr>
        <w:t>night.</w:t>
      </w:r>
    </w:p>
    <w:p>
      <w:pPr>
        <w:spacing w:after="40"/>
      </w:pPr>
      <w:r>
        <w:rPr>
          <w:b w:val="0"/>
          <w:i w:val="0"/>
          <w:color w:val="222B33"/>
          <w:sz w:val="19"/>
        </w:rPr>
        <w:t>He has followed Genji from the palace.</w:t>
      </w:r>
    </w:p>
    <w:p>
      <w:pPr>
        <w:spacing w:after="40"/>
      </w:pPr>
      <w:r>
        <w:rPr>
          <w:b w:val="0"/>
          <w:i w:val="0"/>
          <w:color w:val="6A6F75"/>
          <w:sz w:val="18"/>
        </w:rPr>
        <w:t xml:space="preserve">Answered by </w:t>
      </w:r>
      <w:hyperlink w:anchor="p71">
        <w:r>
          <w:rPr>
            <w:color w:val="2E5A80"/>
            <w:u w:val="single"/>
            <w:sz w:val="18"/>
          </w:rPr>
          <w:t xml:space="preserve">No. 71 (Genji)</w:t>
        </w:r>
      </w:hyperlink>
    </w:p>
    <w:p>
      <w:pPr>
        <w:keepNext/>
        <w:spacing w:after="20" w:before="200"/>
      </w:pPr>
      <w:bookmarkStart w:id="77" w:name="p71"/>
      <w:r>
        <w:rPr>
          <w:b/>
          <w:i w:val="0"/>
          <w:color w:val="222B33"/>
          <w:sz w:val="22"/>
        </w:rPr>
        <w:t>No. 71</w:t>
      </w:r>
      <w:r>
        <w:rPr>
          <w:b w:val="0"/>
          <w:i w:val="0"/>
          <w:color w:val="6A6F75"/>
          <w:sz w:val="18"/>
        </w:rPr>
        <w:t xml:space="preserve">   Genji → Tō no Chūjō   答 reply</w:t>
      </w:r>
      <w:bookmarkEnd w:id="77"/>
    </w:p>
    <w:p>
      <w:pPr>
        <w:keepNext/>
        <w:spacing w:after="0"/>
      </w:pPr>
      <w:r>
        <w:rPr>
          <w:rFonts w:ascii="Noto Serif CJK JP" w:hAnsi="Noto Serif CJK JP" w:eastAsia="Noto Serif CJK JP"/>
          <w:b w:val="0"/>
          <w:i w:val="0"/>
          <w:color w:val="222B33"/>
          <w:sz w:val="26"/>
        </w:rPr>
        <w:t>里わかぬかげをば見れどゆく月のいるさの山を誰れか尋ぬる</w:t>
      </w:r>
    </w:p>
    <w:p>
      <w:pPr>
        <w:keepNext/>
        <w:spacing w:after="60"/>
      </w:pPr>
      <w:r>
        <w:rPr>
          <w:rFonts w:ascii="Noto Serif CJK JP" w:hAnsi="Noto Serif CJK JP" w:eastAsia="Noto Serif CJK JP"/>
          <w:b w:val="0"/>
          <w:i w:val="0"/>
          <w:color w:val="6A6F75"/>
          <w:sz w:val="19"/>
        </w:rPr>
        <w:t>さとわかぬ　／　かけをはみれと　／　ゆく月の　／　いるさの山を　／　たれかたつぬる</w:t>
      </w:r>
    </w:p>
    <w:p>
      <w:pPr>
        <w:keepNext/>
        <w:spacing w:after="60"/>
      </w:pPr>
      <w:r>
        <w:rPr>
          <w:b w:val="0"/>
          <w:i/>
          <w:color w:val="222B33"/>
          <w:sz w:val="21"/>
        </w:rPr>
        <w:t>Though all may see its light</w:t>
        <w:br/>
      </w:r>
      <w:r>
        <w:rPr>
          <w:b w:val="0"/>
          <w:i/>
          <w:color w:val="222B33"/>
          <w:sz w:val="21"/>
        </w:rPr>
        <w:t>that favors no village,</w:t>
        <w:br/>
      </w:r>
      <w:r>
        <w:rPr>
          <w:b w:val="0"/>
          <w:i/>
          <w:color w:val="222B33"/>
          <w:sz w:val="21"/>
        </w:rPr>
        <w:t>who follows the moon</w:t>
        <w:br/>
      </w:r>
      <w:r>
        <w:rPr>
          <w:b w:val="0"/>
          <w:i/>
          <w:color w:val="222B33"/>
          <w:sz w:val="21"/>
        </w:rPr>
        <w:t>to the mountain</w:t>
        <w:br/>
      </w:r>
      <w:r>
        <w:rPr>
          <w:b w:val="0"/>
          <w:i/>
          <w:color w:val="222B33"/>
          <w:sz w:val="21"/>
        </w:rPr>
        <w:t>where it sets?</w:t>
      </w:r>
    </w:p>
    <w:p>
      <w:pPr>
        <w:spacing w:after="40"/>
      </w:pPr>
      <w:r>
        <w:rPr>
          <w:b w:val="0"/>
          <w:i w:val="0"/>
          <w:color w:val="222B33"/>
          <w:sz w:val="19"/>
        </w:rPr>
        <w:t>He parries without admitting his destination.</w:t>
      </w:r>
    </w:p>
    <w:p>
      <w:pPr>
        <w:spacing w:after="40"/>
      </w:pPr>
      <w:r>
        <w:rPr>
          <w:b w:val="0"/>
          <w:i w:val="0"/>
          <w:color w:val="6A6F75"/>
          <w:sz w:val="18"/>
        </w:rPr>
        <w:t xml:space="preserve">In reply to </w:t>
      </w:r>
      <w:hyperlink w:anchor="p70">
        <w:r>
          <w:rPr>
            <w:color w:val="2E5A80"/>
            <w:u w:val="single"/>
            <w:sz w:val="18"/>
          </w:rPr>
          <w:t xml:space="preserve">No. 70 (Tō no Chūjō)</w:t>
        </w:r>
      </w:hyperlink>
    </w:p>
    <w:p>
      <w:pPr>
        <w:keepNext/>
        <w:spacing w:after="20" w:before="200"/>
      </w:pPr>
      <w:bookmarkStart w:id="78" w:name="p72"/>
      <w:r>
        <w:rPr>
          <w:b/>
          <w:i w:val="0"/>
          <w:color w:val="222B33"/>
          <w:sz w:val="22"/>
        </w:rPr>
        <w:t>No. 72</w:t>
      </w:r>
      <w:r>
        <w:rPr>
          <w:b w:val="0"/>
          <w:i w:val="0"/>
          <w:color w:val="6A6F75"/>
          <w:sz w:val="18"/>
        </w:rPr>
        <w:t xml:space="preserve">   Genji → Suetsumuhana   贈 sent</w:t>
      </w:r>
      <w:bookmarkEnd w:id="78"/>
    </w:p>
    <w:p>
      <w:pPr>
        <w:keepNext/>
        <w:spacing w:after="40"/>
      </w:pPr>
      <w:r>
        <w:rPr>
          <w:b/>
          <w:i w:val="0"/>
          <w:color w:val="6A6F75"/>
          <w:sz w:val="18"/>
        </w:rPr>
        <w:t xml:space="preserve">Context. </w:t>
      </w:r>
      <w:r>
        <w:rPr>
          <w:b w:val="0"/>
          <w:i w:val="0"/>
          <w:color w:val="6A6F75"/>
          <w:sz w:val="19"/>
        </w:rPr>
        <w:t>Genji courts the silent Suetsumuhana through Myōbu; the princess cannot answer for herself.</w:t>
      </w:r>
    </w:p>
    <w:p>
      <w:pPr>
        <w:keepNext/>
        <w:spacing w:after="0"/>
      </w:pPr>
      <w:r>
        <w:rPr>
          <w:rFonts w:ascii="Noto Serif CJK JP" w:hAnsi="Noto Serif CJK JP" w:eastAsia="Noto Serif CJK JP"/>
          <w:b w:val="0"/>
          <w:i w:val="0"/>
          <w:color w:val="222B33"/>
          <w:sz w:val="26"/>
        </w:rPr>
        <w:t>いくそたび君がしじまにまけぬらむものな言ひそと言はぬ頼みに</w:t>
      </w:r>
    </w:p>
    <w:p>
      <w:pPr>
        <w:keepNext/>
        <w:spacing w:after="60"/>
      </w:pPr>
      <w:r>
        <w:rPr>
          <w:rFonts w:ascii="Noto Serif CJK JP" w:hAnsi="Noto Serif CJK JP" w:eastAsia="Noto Serif CJK JP"/>
          <w:b w:val="0"/>
          <w:i w:val="0"/>
          <w:color w:val="6A6F75"/>
          <w:sz w:val="19"/>
        </w:rPr>
        <w:t>いくそたひ　／　君かしゝまに　／　まけぬらん　／　ものないひそと　／　いはぬたのみに</w:t>
      </w:r>
    </w:p>
    <w:p>
      <w:pPr>
        <w:keepNext/>
        <w:spacing w:after="60"/>
      </w:pPr>
      <w:r>
        <w:rPr>
          <w:b w:val="0"/>
          <w:i/>
          <w:color w:val="222B33"/>
          <w:sz w:val="21"/>
        </w:rPr>
        <w:t>How many times have I lost</w:t>
        <w:br/>
      </w:r>
      <w:r>
        <w:rPr>
          <w:b w:val="0"/>
          <w:i/>
          <w:color w:val="222B33"/>
          <w:sz w:val="21"/>
        </w:rPr>
        <w:t>to your silence,</w:t>
        <w:br/>
      </w:r>
      <w:r>
        <w:rPr>
          <w:b w:val="0"/>
          <w:i/>
          <w:color w:val="222B33"/>
          <w:sz w:val="21"/>
        </w:rPr>
        <w:t>trusting only that you never</w:t>
        <w:br/>
      </w:r>
      <w:r>
        <w:rPr>
          <w:b w:val="0"/>
          <w:i/>
          <w:color w:val="222B33"/>
          <w:sz w:val="21"/>
        </w:rPr>
        <w:t>said,</w:t>
        <w:br/>
      </w:r>
      <w:r>
        <w:rPr>
          <w:b w:val="0"/>
          <w:i/>
          <w:color w:val="222B33"/>
          <w:sz w:val="21"/>
        </w:rPr>
        <w:t>“Do not speak”?</w:t>
      </w:r>
    </w:p>
    <w:p>
      <w:pPr>
        <w:spacing w:after="40"/>
      </w:pPr>
      <w:r>
        <w:rPr>
          <w:b w:val="0"/>
          <w:i w:val="0"/>
          <w:color w:val="6A6F75"/>
          <w:sz w:val="18"/>
        </w:rPr>
        <w:t xml:space="preserve">Answered by </w:t>
      </w:r>
      <w:hyperlink w:anchor="p73">
        <w:r>
          <w:rPr>
            <w:color w:val="2E5A80"/>
            <w:u w:val="single"/>
            <w:sz w:val="18"/>
          </w:rPr>
          <w:t xml:space="preserve">No. 73 (Jijū (for Suetsumuhana))</w:t>
        </w:r>
      </w:hyperlink>
    </w:p>
    <w:p>
      <w:pPr>
        <w:keepNext/>
        <w:spacing w:after="20" w:before="200"/>
      </w:pPr>
      <w:bookmarkStart w:id="79" w:name="p73"/>
      <w:r>
        <w:rPr>
          <w:b/>
          <w:i w:val="0"/>
          <w:color w:val="222B33"/>
          <w:sz w:val="22"/>
        </w:rPr>
        <w:t>No. 73</w:t>
      </w:r>
      <w:r>
        <w:rPr>
          <w:b w:val="0"/>
          <w:i w:val="0"/>
          <w:color w:val="6A6F75"/>
          <w:sz w:val="18"/>
        </w:rPr>
        <w:t xml:space="preserve">   Jijū (for Suetsumuhana) → Genji   代答 proxy reply</w:t>
      </w:r>
      <w:bookmarkEnd w:id="79"/>
    </w:p>
    <w:p>
      <w:pPr>
        <w:keepNext/>
        <w:spacing w:after="0"/>
      </w:pPr>
      <w:r>
        <w:rPr>
          <w:rFonts w:ascii="Noto Serif CJK JP" w:hAnsi="Noto Serif CJK JP" w:eastAsia="Noto Serif CJK JP"/>
          <w:b w:val="0"/>
          <w:i w:val="0"/>
          <w:color w:val="222B33"/>
          <w:sz w:val="26"/>
        </w:rPr>
        <w:t>鐘つきてとぢめむことはさすがにて答へまうきぞかつはあやなき</w:t>
      </w:r>
    </w:p>
    <w:p>
      <w:pPr>
        <w:keepNext/>
        <w:spacing w:after="60"/>
      </w:pPr>
      <w:r>
        <w:rPr>
          <w:rFonts w:ascii="Noto Serif CJK JP" w:hAnsi="Noto Serif CJK JP" w:eastAsia="Noto Serif CJK JP"/>
          <w:b w:val="0"/>
          <w:i w:val="0"/>
          <w:color w:val="6A6F75"/>
          <w:sz w:val="19"/>
        </w:rPr>
        <w:t>かねつきて　／　とちめむことは　／　さすかにて　／　こたえまうきそ　／　かつはあやなき</w:t>
      </w:r>
    </w:p>
    <w:p>
      <w:pPr>
        <w:keepNext/>
        <w:spacing w:after="60"/>
      </w:pPr>
      <w:r>
        <w:rPr>
          <w:b w:val="0"/>
          <w:i/>
          <w:color w:val="222B33"/>
          <w:sz w:val="21"/>
        </w:rPr>
        <w:t>To strike the bell</w:t>
        <w:br/>
      </w:r>
      <w:r>
        <w:rPr>
          <w:b w:val="0"/>
          <w:i/>
          <w:color w:val="222B33"/>
          <w:sz w:val="21"/>
        </w:rPr>
        <w:t>and end it is too much,</w:t>
        <w:br/>
      </w:r>
      <w:r>
        <w:rPr>
          <w:b w:val="0"/>
          <w:i/>
          <w:color w:val="222B33"/>
          <w:sz w:val="21"/>
        </w:rPr>
        <w:t>yet to answer is hard,</w:t>
        <w:br/>
      </w:r>
      <w:r>
        <w:rPr>
          <w:b w:val="0"/>
          <w:i/>
          <w:color w:val="222B33"/>
          <w:sz w:val="21"/>
        </w:rPr>
        <w:t>and that</w:t>
        <w:br/>
      </w:r>
      <w:r>
        <w:rPr>
          <w:b w:val="0"/>
          <w:i/>
          <w:color w:val="222B33"/>
          <w:sz w:val="21"/>
        </w:rPr>
        <w:t>makes no sense.</w:t>
      </w:r>
    </w:p>
    <w:p>
      <w:pPr>
        <w:spacing w:after="40"/>
      </w:pPr>
      <w:r>
        <w:rPr>
          <w:b w:val="0"/>
          <w:i w:val="0"/>
          <w:color w:val="222B33"/>
          <w:sz w:val="19"/>
        </w:rPr>
        <w:t>The bell ends a vow of silence. Jijū answers in her mistress’s voice.</w:t>
      </w:r>
    </w:p>
    <w:p>
      <w:pPr>
        <w:spacing w:after="40"/>
      </w:pPr>
      <w:r>
        <w:rPr>
          <w:b/>
          <w:i w:val="0"/>
          <w:color w:val="8A4B1C"/>
          <w:sz w:val="18"/>
        </w:rPr>
        <w:t xml:space="preserve">Attribution uncertain. </w:t>
      </w:r>
      <w:r>
        <w:rPr>
          <w:b w:val="0"/>
          <w:i w:val="0"/>
          <w:sz w:val="19"/>
        </w:rPr>
        <w:t>Proxy poem (代): written by one person in another’s name; the card names the writer.</w:t>
      </w:r>
    </w:p>
    <w:p>
      <w:pPr>
        <w:spacing w:after="40"/>
      </w:pPr>
      <w:r>
        <w:rPr>
          <w:b w:val="0"/>
          <w:i w:val="0"/>
          <w:color w:val="6A6F75"/>
          <w:sz w:val="18"/>
        </w:rPr>
        <w:t xml:space="preserve">In reply to </w:t>
      </w:r>
      <w:hyperlink w:anchor="p72">
        <w:r>
          <w:rPr>
            <w:color w:val="2E5A80"/>
            <w:u w:val="single"/>
            <w:sz w:val="18"/>
          </w:rPr>
          <w:t xml:space="preserve">No. 72 (Genji)</w:t>
        </w:r>
      </w:hyperlink>
      <w:r>
        <w:rPr>
          <w:b w:val="0"/>
          <w:i w:val="0"/>
          <w:color w:val="6A6F75"/>
          <w:sz w:val="18"/>
        </w:rPr>
        <w:t xml:space="preserve">   ·   </w:t>
      </w:r>
      <w:r>
        <w:rPr>
          <w:b w:val="0"/>
          <w:i w:val="0"/>
          <w:color w:val="6A6F75"/>
          <w:sz w:val="18"/>
        </w:rPr>
        <w:t xml:space="preserve">Answered by </w:t>
      </w:r>
      <w:hyperlink w:anchor="p74">
        <w:r>
          <w:rPr>
            <w:color w:val="2E5A80"/>
            <w:u w:val="single"/>
            <w:sz w:val="18"/>
          </w:rPr>
          <w:t xml:space="preserve">No. 74 (Genji)</w:t>
        </w:r>
      </w:hyperlink>
    </w:p>
    <w:p>
      <w:pPr>
        <w:keepNext/>
        <w:spacing w:after="20" w:before="200"/>
      </w:pPr>
      <w:bookmarkStart w:id="80" w:name="p74"/>
      <w:r>
        <w:rPr>
          <w:b/>
          <w:i w:val="0"/>
          <w:color w:val="222B33"/>
          <w:sz w:val="22"/>
        </w:rPr>
        <w:t>No. 74</w:t>
      </w:r>
      <w:r>
        <w:rPr>
          <w:b w:val="0"/>
          <w:i w:val="0"/>
          <w:color w:val="6A6F75"/>
          <w:sz w:val="18"/>
        </w:rPr>
        <w:t xml:space="preserve">   Genji → Suetsumuhana   答 reply</w:t>
      </w:r>
      <w:bookmarkEnd w:id="80"/>
    </w:p>
    <w:p>
      <w:pPr>
        <w:keepNext/>
        <w:spacing w:after="0"/>
      </w:pPr>
      <w:r>
        <w:rPr>
          <w:rFonts w:ascii="Noto Serif CJK JP" w:hAnsi="Noto Serif CJK JP" w:eastAsia="Noto Serif CJK JP"/>
          <w:b w:val="0"/>
          <w:i w:val="0"/>
          <w:color w:val="222B33"/>
          <w:sz w:val="26"/>
        </w:rPr>
        <w:t>言はぬをも言ふにまさると知りながらおしこめたるは苦しかりけり</w:t>
      </w:r>
    </w:p>
    <w:p>
      <w:pPr>
        <w:keepNext/>
        <w:spacing w:after="60"/>
      </w:pPr>
      <w:r>
        <w:rPr>
          <w:rFonts w:ascii="Noto Serif CJK JP" w:hAnsi="Noto Serif CJK JP" w:eastAsia="Noto Serif CJK JP"/>
          <w:b w:val="0"/>
          <w:i w:val="0"/>
          <w:color w:val="6A6F75"/>
          <w:sz w:val="19"/>
        </w:rPr>
        <w:t>いはぬをも　／　いふにまさると　／　しりなから　／　をしこめたるは　／　くるしかりけり</w:t>
      </w:r>
    </w:p>
    <w:p>
      <w:pPr>
        <w:keepNext/>
        <w:spacing w:after="60"/>
      </w:pPr>
      <w:r>
        <w:rPr>
          <w:b w:val="0"/>
          <w:i/>
          <w:color w:val="222B33"/>
          <w:sz w:val="21"/>
        </w:rPr>
        <w:t>I know that not speaking</w:t>
        <w:br/>
      </w:r>
      <w:r>
        <w:rPr>
          <w:b w:val="0"/>
          <w:i/>
          <w:color w:val="222B33"/>
          <w:sz w:val="21"/>
        </w:rPr>
        <w:t>says more than speaking,</w:t>
        <w:br/>
      </w:r>
      <w:r>
        <w:rPr>
          <w:b w:val="0"/>
          <w:i/>
          <w:color w:val="222B33"/>
          <w:sz w:val="21"/>
        </w:rPr>
        <w:t>yet to be shut up</w:t>
        <w:br/>
      </w:r>
      <w:r>
        <w:rPr>
          <w:b w:val="0"/>
          <w:i/>
          <w:color w:val="222B33"/>
          <w:sz w:val="21"/>
        </w:rPr>
        <w:t>in silence</w:t>
        <w:br/>
      </w:r>
      <w:r>
        <w:rPr>
          <w:b w:val="0"/>
          <w:i/>
          <w:color w:val="222B33"/>
          <w:sz w:val="21"/>
        </w:rPr>
        <w:t>is hard to bear.</w:t>
      </w:r>
    </w:p>
    <w:p>
      <w:pPr>
        <w:spacing w:after="40"/>
      </w:pPr>
      <w:r>
        <w:rPr>
          <w:b w:val="0"/>
          <w:i w:val="0"/>
          <w:color w:val="222B33"/>
          <w:sz w:val="19"/>
        </w:rPr>
        <w:t>He answers the proxy poem as if the princess had spoken it.</w:t>
      </w:r>
    </w:p>
    <w:p>
      <w:pPr>
        <w:spacing w:after="40"/>
      </w:pPr>
      <w:r>
        <w:rPr>
          <w:b w:val="0"/>
          <w:i w:val="0"/>
          <w:color w:val="6A6F75"/>
          <w:sz w:val="18"/>
        </w:rPr>
        <w:t xml:space="preserve">In reply to </w:t>
      </w:r>
      <w:hyperlink w:anchor="p73">
        <w:r>
          <w:rPr>
            <w:color w:val="2E5A80"/>
            <w:u w:val="single"/>
            <w:sz w:val="18"/>
          </w:rPr>
          <w:t xml:space="preserve">No. 73 (Jijū (for Suetsumuhana))</w:t>
        </w:r>
      </w:hyperlink>
    </w:p>
    <w:p>
      <w:pPr>
        <w:keepNext/>
        <w:spacing w:after="20" w:before="200"/>
      </w:pPr>
      <w:bookmarkStart w:id="81" w:name="p75"/>
      <w:r>
        <w:rPr>
          <w:b/>
          <w:i w:val="0"/>
          <w:color w:val="222B33"/>
          <w:sz w:val="22"/>
        </w:rPr>
        <w:t>No. 75</w:t>
      </w:r>
      <w:r>
        <w:rPr>
          <w:b w:val="0"/>
          <w:i w:val="0"/>
          <w:color w:val="6A6F75"/>
          <w:sz w:val="18"/>
        </w:rPr>
        <w:t xml:space="preserve">   Genji → Suetsumuhana   贈 sent</w:t>
      </w:r>
      <w:bookmarkEnd w:id="81"/>
    </w:p>
    <w:p>
      <w:pPr>
        <w:keepNext/>
        <w:spacing w:after="40"/>
      </w:pPr>
      <w:r>
        <w:rPr>
          <w:b/>
          <w:i w:val="0"/>
          <w:color w:val="6A6F75"/>
          <w:sz w:val="18"/>
        </w:rPr>
        <w:t xml:space="preserve">Context. </w:t>
      </w:r>
      <w:r>
        <w:rPr>
          <w:b w:val="0"/>
          <w:i w:val="0"/>
          <w:color w:val="6A6F75"/>
          <w:sz w:val="19"/>
        </w:rPr>
        <w:t>After his first night with Suetsumuhana Genji writes late and coolly; his disappointment.</w:t>
      </w:r>
    </w:p>
    <w:p>
      <w:pPr>
        <w:keepNext/>
        <w:spacing w:after="0"/>
      </w:pPr>
      <w:r>
        <w:rPr>
          <w:rFonts w:ascii="Noto Serif CJK JP" w:hAnsi="Noto Serif CJK JP" w:eastAsia="Noto Serif CJK JP"/>
          <w:b w:val="0"/>
          <w:i w:val="0"/>
          <w:color w:val="222B33"/>
          <w:sz w:val="26"/>
        </w:rPr>
        <w:t>夕霧の晴るるけしきもまだ見ぬにいぶせさそふる宵の雨かな</w:t>
      </w:r>
    </w:p>
    <w:p>
      <w:pPr>
        <w:keepNext/>
        <w:spacing w:after="60"/>
      </w:pPr>
      <w:r>
        <w:rPr>
          <w:rFonts w:ascii="Noto Serif CJK JP" w:hAnsi="Noto Serif CJK JP" w:eastAsia="Noto Serif CJK JP"/>
          <w:b w:val="0"/>
          <w:i w:val="0"/>
          <w:color w:val="6A6F75"/>
          <w:sz w:val="19"/>
        </w:rPr>
        <w:t>ゆふきりの　／　はるゝけしきも　／　またみぬに　／　いふせさそふる　／　よひのあめかな</w:t>
      </w:r>
    </w:p>
    <w:p>
      <w:pPr>
        <w:keepNext/>
        <w:spacing w:after="60"/>
      </w:pPr>
      <w:r>
        <w:rPr>
          <w:b w:val="0"/>
          <w:i/>
          <w:color w:val="222B33"/>
          <w:sz w:val="21"/>
        </w:rPr>
        <w:t>Before I see a sign</w:t>
        <w:br/>
      </w:r>
      <w:r>
        <w:rPr>
          <w:b w:val="0"/>
          <w:i/>
          <w:color w:val="222B33"/>
          <w:sz w:val="21"/>
        </w:rPr>
        <w:t>of the evening mist clearing,</w:t>
        <w:br/>
      </w:r>
      <w:r>
        <w:rPr>
          <w:b w:val="0"/>
          <w:i/>
          <w:color w:val="222B33"/>
          <w:sz w:val="21"/>
        </w:rPr>
        <w:t>the night rain adds</w:t>
        <w:br/>
      </w:r>
      <w:r>
        <w:rPr>
          <w:b w:val="0"/>
          <w:i/>
          <w:color w:val="222B33"/>
          <w:sz w:val="21"/>
        </w:rPr>
        <w:t>to my</w:t>
        <w:br/>
      </w:r>
      <w:r>
        <w:rPr>
          <w:b w:val="0"/>
          <w:i/>
          <w:color w:val="222B33"/>
          <w:sz w:val="21"/>
        </w:rPr>
        <w:t>gloom.</w:t>
      </w:r>
    </w:p>
    <w:p>
      <w:pPr>
        <w:spacing w:after="40"/>
      </w:pPr>
      <w:r>
        <w:rPr>
          <w:b w:val="0"/>
          <w:i w:val="0"/>
          <w:color w:val="222B33"/>
          <w:sz w:val="19"/>
        </w:rPr>
        <w:t>A perfunctory morning-after letter.</w:t>
      </w:r>
    </w:p>
    <w:p>
      <w:pPr>
        <w:spacing w:after="40"/>
      </w:pPr>
      <w:r>
        <w:rPr>
          <w:b w:val="0"/>
          <w:i w:val="0"/>
          <w:color w:val="6A6F75"/>
          <w:sz w:val="18"/>
        </w:rPr>
        <w:t xml:space="preserve">Answered by </w:t>
      </w:r>
      <w:hyperlink w:anchor="p76">
        <w:r>
          <w:rPr>
            <w:color w:val="2E5A80"/>
            <w:u w:val="single"/>
            <w:sz w:val="18"/>
          </w:rPr>
          <w:t xml:space="preserve">No. 76 (Suetsumuhana)</w:t>
        </w:r>
      </w:hyperlink>
    </w:p>
    <w:p>
      <w:pPr>
        <w:keepNext/>
        <w:spacing w:after="20" w:before="200"/>
      </w:pPr>
      <w:bookmarkStart w:id="82" w:name="p76"/>
      <w:r>
        <w:rPr>
          <w:b/>
          <w:i w:val="0"/>
          <w:color w:val="222B33"/>
          <w:sz w:val="22"/>
        </w:rPr>
        <w:t>No. 76</w:t>
      </w:r>
      <w:r>
        <w:rPr>
          <w:b w:val="0"/>
          <w:i w:val="0"/>
          <w:color w:val="6A6F75"/>
          <w:sz w:val="18"/>
        </w:rPr>
        <w:t xml:space="preserve">   Suetsumuhana → Genji   答 reply</w:t>
      </w:r>
      <w:bookmarkEnd w:id="82"/>
    </w:p>
    <w:p>
      <w:pPr>
        <w:keepNext/>
        <w:spacing w:after="0"/>
      </w:pPr>
      <w:r>
        <w:rPr>
          <w:rFonts w:ascii="Noto Serif CJK JP" w:hAnsi="Noto Serif CJK JP" w:eastAsia="Noto Serif CJK JP"/>
          <w:b w:val="0"/>
          <w:i w:val="0"/>
          <w:color w:val="222B33"/>
          <w:sz w:val="26"/>
        </w:rPr>
        <w:t>晴れぬ夜の月待つ里を思ひやれ同じ心に眺めせずとも</w:t>
      </w:r>
    </w:p>
    <w:p>
      <w:pPr>
        <w:keepNext/>
        <w:spacing w:after="60"/>
      </w:pPr>
      <w:r>
        <w:rPr>
          <w:rFonts w:ascii="Noto Serif CJK JP" w:hAnsi="Noto Serif CJK JP" w:eastAsia="Noto Serif CJK JP"/>
          <w:b w:val="0"/>
          <w:i w:val="0"/>
          <w:color w:val="6A6F75"/>
          <w:sz w:val="19"/>
        </w:rPr>
        <w:t>はれぬよの　／　月まつさとを　／　おもひやれ　／　おなし心に　／　なかめせすとも</w:t>
      </w:r>
    </w:p>
    <w:p>
      <w:pPr>
        <w:keepNext/>
        <w:spacing w:after="60"/>
      </w:pPr>
      <w:r>
        <w:rPr>
          <w:b w:val="0"/>
          <w:i/>
          <w:color w:val="222B33"/>
          <w:sz w:val="21"/>
        </w:rPr>
        <w:t>Think of the village</w:t>
        <w:br/>
      </w:r>
      <w:r>
        <w:rPr>
          <w:b w:val="0"/>
          <w:i/>
          <w:color w:val="222B33"/>
          <w:sz w:val="21"/>
        </w:rPr>
        <w:t>that waits for the moon on a clouded night,</w:t>
        <w:br/>
      </w:r>
      <w:r>
        <w:rPr>
          <w:b w:val="0"/>
          <w:i/>
          <w:color w:val="222B33"/>
          <w:sz w:val="21"/>
        </w:rPr>
        <w:t>even if you do not</w:t>
        <w:br/>
      </w:r>
      <w:r>
        <w:rPr>
          <w:b w:val="0"/>
          <w:i/>
          <w:color w:val="222B33"/>
          <w:sz w:val="21"/>
        </w:rPr>
        <w:t>gaze</w:t>
        <w:br/>
      </w:r>
      <w:r>
        <w:rPr>
          <w:b w:val="0"/>
          <w:i/>
          <w:color w:val="222B33"/>
          <w:sz w:val="21"/>
        </w:rPr>
        <w:t>with the same heart.</w:t>
      </w:r>
    </w:p>
    <w:p>
      <w:pPr>
        <w:spacing w:after="40"/>
      </w:pPr>
      <w:r>
        <w:rPr>
          <w:b w:val="0"/>
          <w:i w:val="0"/>
          <w:color w:val="222B33"/>
          <w:sz w:val="19"/>
        </w:rPr>
        <w:t>Possibly written for her by Jijū.</w:t>
      </w:r>
    </w:p>
    <w:p>
      <w:pPr>
        <w:spacing w:after="40"/>
      </w:pPr>
      <w:r>
        <w:rPr>
          <w:b/>
          <w:i w:val="0"/>
          <w:color w:val="8A4B1C"/>
          <w:sz w:val="18"/>
        </w:rPr>
        <w:t xml:space="preserve">Attribution uncertain. </w:t>
      </w:r>
      <w:r>
        <w:rPr>
          <w:b w:val="0"/>
          <w:i w:val="0"/>
          <w:sz w:val="19"/>
        </w:rPr>
        <w:t>Suetsumuhana by the common view 通説; Zenshū 全集 takes it as written for her by Jijū.</w:t>
      </w:r>
    </w:p>
    <w:p>
      <w:pPr>
        <w:spacing w:after="40"/>
      </w:pPr>
      <w:r>
        <w:rPr>
          <w:b w:val="0"/>
          <w:i w:val="0"/>
          <w:color w:val="6A6F75"/>
          <w:sz w:val="18"/>
        </w:rPr>
        <w:t xml:space="preserve">In reply to </w:t>
      </w:r>
      <w:hyperlink w:anchor="p75">
        <w:r>
          <w:rPr>
            <w:color w:val="2E5A80"/>
            <w:u w:val="single"/>
            <w:sz w:val="18"/>
          </w:rPr>
          <w:t xml:space="preserve">No. 75 (Genji)</w:t>
        </w:r>
      </w:hyperlink>
    </w:p>
    <w:p>
      <w:pPr>
        <w:keepNext/>
        <w:spacing w:after="20" w:before="200"/>
      </w:pPr>
      <w:bookmarkStart w:id="83" w:name="p77"/>
      <w:r>
        <w:rPr>
          <w:b/>
          <w:i w:val="0"/>
          <w:color w:val="222B33"/>
          <w:sz w:val="22"/>
        </w:rPr>
        <w:t>No. 77</w:t>
      </w:r>
      <w:r>
        <w:rPr>
          <w:b w:val="0"/>
          <w:i w:val="0"/>
          <w:color w:val="6A6F75"/>
          <w:sz w:val="18"/>
        </w:rPr>
        <w:t xml:space="preserve">   Genji → Suetsumuhana   贈:独 sent / solo</w:t>
      </w:r>
      <w:bookmarkEnd w:id="83"/>
    </w:p>
    <w:p>
      <w:pPr>
        <w:keepNext/>
        <w:spacing w:after="40"/>
      </w:pPr>
      <w:r>
        <w:rPr>
          <w:b/>
          <w:i w:val="0"/>
          <w:color w:val="6A6F75"/>
          <w:sz w:val="18"/>
        </w:rPr>
        <w:t xml:space="preserve">Context. </w:t>
      </w:r>
      <w:r>
        <w:rPr>
          <w:b w:val="0"/>
          <w:i w:val="0"/>
          <w:color w:val="6A6F75"/>
          <w:sz w:val="19"/>
        </w:rPr>
        <w:t>Morning snow shows Genji Suetsumuhana’s face and red nose; he resolves to provide for her anyway.</w:t>
      </w:r>
    </w:p>
    <w:p>
      <w:pPr>
        <w:keepNext/>
        <w:spacing w:after="0"/>
      </w:pPr>
      <w:r>
        <w:rPr>
          <w:rFonts w:ascii="Noto Serif CJK JP" w:hAnsi="Noto Serif CJK JP" w:eastAsia="Noto Serif CJK JP"/>
          <w:b w:val="0"/>
          <w:i w:val="0"/>
          <w:color w:val="222B33"/>
          <w:sz w:val="26"/>
        </w:rPr>
        <w:t>朝日さす軒の垂氷は解けながらなどかつららの結ぼほるらむ</w:t>
      </w:r>
    </w:p>
    <w:p>
      <w:pPr>
        <w:keepNext/>
        <w:spacing w:after="60"/>
      </w:pPr>
      <w:r>
        <w:rPr>
          <w:rFonts w:ascii="Noto Serif CJK JP" w:hAnsi="Noto Serif CJK JP" w:eastAsia="Noto Serif CJK JP"/>
          <w:b w:val="0"/>
          <w:i w:val="0"/>
          <w:color w:val="6A6F75"/>
          <w:sz w:val="19"/>
        </w:rPr>
        <w:t>あさひさす　／　のきのたるひは　／　とけなから　／　なとかつらゝの　／　むすほゝるらむ</w:t>
      </w:r>
    </w:p>
    <w:p>
      <w:pPr>
        <w:keepNext/>
        <w:spacing w:after="60"/>
      </w:pPr>
      <w:r>
        <w:rPr>
          <w:b w:val="0"/>
          <w:i/>
          <w:color w:val="222B33"/>
          <w:sz w:val="21"/>
        </w:rPr>
        <w:t>Though the icicles on the eaves</w:t>
        <w:br/>
      </w:r>
      <w:r>
        <w:rPr>
          <w:b w:val="0"/>
          <w:i/>
          <w:color w:val="222B33"/>
          <w:sz w:val="21"/>
        </w:rPr>
        <w:t>melt where the morning sun shines,</w:t>
        <w:br/>
      </w:r>
      <w:r>
        <w:rPr>
          <w:b w:val="0"/>
          <w:i/>
          <w:color w:val="222B33"/>
          <w:sz w:val="21"/>
        </w:rPr>
        <w:t>why should the ice</w:t>
        <w:br/>
      </w:r>
      <w:r>
        <w:rPr>
          <w:b w:val="0"/>
          <w:i/>
          <w:color w:val="222B33"/>
          <w:sz w:val="21"/>
        </w:rPr>
        <w:t>stay</w:t>
        <w:br/>
      </w:r>
      <w:r>
        <w:rPr>
          <w:b w:val="0"/>
          <w:i/>
          <w:color w:val="222B33"/>
          <w:sz w:val="21"/>
        </w:rPr>
        <w:t>bound fast?</w:t>
      </w:r>
    </w:p>
    <w:p>
      <w:pPr>
        <w:spacing w:after="40"/>
      </w:pPr>
      <w:r>
        <w:rPr>
          <w:b w:val="0"/>
          <w:i w:val="0"/>
          <w:color w:val="222B33"/>
          <w:sz w:val="19"/>
        </w:rPr>
        <w:t>He has seen her face in the snow light.</w:t>
      </w:r>
    </w:p>
    <w:p>
      <w:pPr>
        <w:keepNext/>
        <w:spacing w:after="20" w:before="200"/>
      </w:pPr>
      <w:bookmarkStart w:id="84" w:name="p78"/>
      <w:r>
        <w:rPr>
          <w:b/>
          <w:i w:val="0"/>
          <w:color w:val="222B33"/>
          <w:sz w:val="22"/>
        </w:rPr>
        <w:t>No. 78</w:t>
      </w:r>
      <w:r>
        <w:rPr>
          <w:b w:val="0"/>
          <w:i w:val="0"/>
          <w:color w:val="6A6F75"/>
          <w:sz w:val="18"/>
        </w:rPr>
        <w:t xml:space="preserve">   Genji   独 solo</w:t>
      </w:r>
      <w:bookmarkEnd w:id="84"/>
    </w:p>
    <w:p>
      <w:pPr>
        <w:keepNext/>
        <w:spacing w:after="40"/>
      </w:pPr>
      <w:r>
        <w:rPr>
          <w:b/>
          <w:i w:val="0"/>
          <w:color w:val="6A6F75"/>
          <w:sz w:val="18"/>
        </w:rPr>
        <w:t xml:space="preserve">Context. </w:t>
      </w:r>
      <w:r>
        <w:rPr>
          <w:b w:val="0"/>
          <w:i w:val="0"/>
          <w:color w:val="6A6F75"/>
          <w:sz w:val="19"/>
        </w:rPr>
        <w:t>Leaving Suetsumuhana’s ruined house, Genji sees the old gatekeeper; her poverty.</w:t>
      </w:r>
    </w:p>
    <w:p>
      <w:pPr>
        <w:keepNext/>
        <w:spacing w:after="0"/>
      </w:pPr>
      <w:r>
        <w:rPr>
          <w:rFonts w:ascii="Noto Serif CJK JP" w:hAnsi="Noto Serif CJK JP" w:eastAsia="Noto Serif CJK JP"/>
          <w:b w:val="0"/>
          <w:i w:val="0"/>
          <w:color w:val="222B33"/>
          <w:sz w:val="26"/>
        </w:rPr>
        <w:t>降りにける頭の雪を見る人も劣らず濡らす朝の袖かな</w:t>
      </w:r>
    </w:p>
    <w:p>
      <w:pPr>
        <w:keepNext/>
        <w:spacing w:after="60"/>
      </w:pPr>
      <w:r>
        <w:rPr>
          <w:rFonts w:ascii="Noto Serif CJK JP" w:hAnsi="Noto Serif CJK JP" w:eastAsia="Noto Serif CJK JP"/>
          <w:b w:val="0"/>
          <w:i w:val="0"/>
          <w:color w:val="6A6F75"/>
          <w:sz w:val="19"/>
        </w:rPr>
        <w:t>ふりにける　／　かしらの雪を　／　みるひとも　／　おとらすぬらす　／　あさのそてかな</w:t>
      </w:r>
    </w:p>
    <w:p>
      <w:pPr>
        <w:keepNext/>
        <w:spacing w:after="60"/>
      </w:pPr>
      <w:r>
        <w:rPr>
          <w:b w:val="0"/>
          <w:i/>
          <w:color w:val="222B33"/>
          <w:sz w:val="21"/>
        </w:rPr>
        <w:t>One who sees the snow</w:t>
        <w:br/>
      </w:r>
      <w:r>
        <w:rPr>
          <w:b w:val="0"/>
          <w:i/>
          <w:color w:val="222B33"/>
          <w:sz w:val="21"/>
        </w:rPr>
        <w:t>on that aged head</w:t>
        <w:br/>
      </w:r>
      <w:r>
        <w:rPr>
          <w:b w:val="0"/>
          <w:i/>
          <w:color w:val="222B33"/>
          <w:sz w:val="21"/>
        </w:rPr>
        <w:t>wets his morning sleeves</w:t>
        <w:br/>
      </w:r>
      <w:r>
        <w:rPr>
          <w:b w:val="0"/>
          <w:i/>
          <w:color w:val="222B33"/>
          <w:sz w:val="21"/>
        </w:rPr>
        <w:t>no less</w:t>
        <w:br/>
      </w:r>
      <w:r>
        <w:rPr>
          <w:b w:val="0"/>
          <w:i/>
          <w:color w:val="222B33"/>
          <w:sz w:val="21"/>
        </w:rPr>
        <w:t>than he.</w:t>
      </w:r>
    </w:p>
    <w:p>
      <w:pPr>
        <w:spacing w:after="40"/>
      </w:pPr>
      <w:r>
        <w:rPr>
          <w:b w:val="0"/>
          <w:i w:val="0"/>
          <w:color w:val="222B33"/>
          <w:sz w:val="19"/>
        </w:rPr>
        <w:t>The ancient gatekeeper of her house.</w:t>
      </w:r>
    </w:p>
    <w:p>
      <w:pPr>
        <w:keepNext/>
        <w:spacing w:after="20" w:before="200"/>
      </w:pPr>
      <w:bookmarkStart w:id="85" w:name="p79"/>
      <w:r>
        <w:rPr>
          <w:b/>
          <w:i w:val="0"/>
          <w:color w:val="222B33"/>
          <w:sz w:val="22"/>
        </w:rPr>
        <w:t>No. 79</w:t>
      </w:r>
      <w:r>
        <w:rPr>
          <w:b w:val="0"/>
          <w:i w:val="0"/>
          <w:color w:val="6A6F75"/>
          <w:sz w:val="18"/>
        </w:rPr>
        <w:t xml:space="preserve">   Suetsumuhana → Genji   贈 sent</w:t>
      </w:r>
      <w:bookmarkEnd w:id="85"/>
    </w:p>
    <w:p>
      <w:pPr>
        <w:keepNext/>
        <w:spacing w:after="40"/>
      </w:pPr>
      <w:r>
        <w:rPr>
          <w:b/>
          <w:i w:val="0"/>
          <w:color w:val="6A6F75"/>
          <w:sz w:val="18"/>
        </w:rPr>
        <w:t xml:space="preserve">Context. </w:t>
      </w:r>
      <w:r>
        <w:rPr>
          <w:b w:val="0"/>
          <w:i w:val="0"/>
          <w:color w:val="6A6F75"/>
          <w:sz w:val="19"/>
        </w:rPr>
        <w:t>Suetsumuhana’s New Year gift of an old-fashioned robe and poem; her one figure, the Chinese robe.</w:t>
      </w:r>
    </w:p>
    <w:p>
      <w:pPr>
        <w:keepNext/>
        <w:spacing w:after="0"/>
      </w:pPr>
      <w:r>
        <w:rPr>
          <w:rFonts w:ascii="Noto Serif CJK JP" w:hAnsi="Noto Serif CJK JP" w:eastAsia="Noto Serif CJK JP"/>
          <w:b w:val="0"/>
          <w:i w:val="0"/>
          <w:color w:val="222B33"/>
          <w:sz w:val="26"/>
        </w:rPr>
        <w:t>唐衣君が心のつらければ袂はかくぞそぼちつつのみ</w:t>
      </w:r>
    </w:p>
    <w:p>
      <w:pPr>
        <w:keepNext/>
        <w:spacing w:after="60"/>
      </w:pPr>
      <w:r>
        <w:rPr>
          <w:rFonts w:ascii="Noto Serif CJK JP" w:hAnsi="Noto Serif CJK JP" w:eastAsia="Noto Serif CJK JP"/>
          <w:b w:val="0"/>
          <w:i w:val="0"/>
          <w:color w:val="6A6F75"/>
          <w:sz w:val="19"/>
        </w:rPr>
        <w:t>からころも　／　君かこゝろの　／　つらけれは　／　たもとはかくそ　／　そほちつゝのみ</w:t>
      </w:r>
    </w:p>
    <w:p>
      <w:pPr>
        <w:keepNext/>
        <w:spacing w:after="60"/>
      </w:pPr>
      <w:r>
        <w:rPr>
          <w:b w:val="0"/>
          <w:i/>
          <w:color w:val="222B33"/>
          <w:sz w:val="21"/>
        </w:rPr>
        <w:t>Because your heart</w:t>
        <w:br/>
      </w:r>
      <w:r>
        <w:rPr>
          <w:b w:val="0"/>
          <w:i/>
          <w:color w:val="222B33"/>
          <w:sz w:val="21"/>
        </w:rPr>
        <w:t>is cold, like a Chinese robe,</w:t>
        <w:br/>
      </w:r>
      <w:r>
        <w:rPr>
          <w:b w:val="0"/>
          <w:i/>
          <w:color w:val="222B33"/>
          <w:sz w:val="21"/>
        </w:rPr>
        <w:t>my sleeves</w:t>
        <w:br/>
      </w:r>
      <w:r>
        <w:rPr>
          <w:b w:val="0"/>
          <w:i/>
          <w:color w:val="222B33"/>
          <w:sz w:val="21"/>
        </w:rPr>
        <w:t>are only soaking</w:t>
        <w:br/>
      </w:r>
      <w:r>
        <w:rPr>
          <w:b w:val="0"/>
          <w:i/>
          <w:color w:val="222B33"/>
          <w:sz w:val="21"/>
        </w:rPr>
        <w:t>and soaking.</w:t>
      </w:r>
    </w:p>
    <w:p>
      <w:pPr>
        <w:spacing w:after="40"/>
      </w:pPr>
      <w:r>
        <w:rPr>
          <w:b w:val="0"/>
          <w:i w:val="0"/>
          <w:color w:val="222B33"/>
          <w:sz w:val="19"/>
        </w:rPr>
        <w:t>Karagoromo, “Chinese robe,” is her one recurring poetic resource.</w:t>
      </w:r>
    </w:p>
    <w:p>
      <w:pPr>
        <w:spacing w:after="40"/>
      </w:pPr>
      <w:r>
        <w:rPr>
          <w:b w:val="0"/>
          <w:i w:val="0"/>
          <w:color w:val="6A6F75"/>
          <w:sz w:val="18"/>
        </w:rPr>
        <w:t xml:space="preserve">Answered by </w:t>
      </w:r>
      <w:hyperlink w:anchor="p82">
        <w:r>
          <w:rPr>
            <w:color w:val="2E5A80"/>
            <w:u w:val="single"/>
            <w:sz w:val="18"/>
          </w:rPr>
          <w:t xml:space="preserve">No. 82 (Genji)</w:t>
        </w:r>
      </w:hyperlink>
      <w:r>
        <w:rPr>
          <w:b w:val="0"/>
          <w:i w:val="0"/>
          <w:color w:val="6A6F75"/>
          <w:sz w:val="18"/>
        </w:rPr>
        <w:t xml:space="preserve">   ·   </w:t>
      </w:r>
      <w:r>
        <w:rPr>
          <w:b w:val="0"/>
          <w:i w:val="0"/>
          <w:color w:val="6A6F75"/>
          <w:sz w:val="18"/>
        </w:rPr>
        <w:t xml:space="preserve">Echo, Suetsumuhana’s Chinese robe: </w:t>
      </w:r>
      <w:hyperlink w:anchor="p350">
        <w:r>
          <w:rPr>
            <w:color w:val="2E5A80"/>
            <w:u w:val="single"/>
            <w:sz w:val="18"/>
          </w:rPr>
          <w:t xml:space="preserve">No. 350</w:t>
        </w:r>
      </w:hyperlink>
      <w:r>
        <w:rPr>
          <w:b w:val="0"/>
          <w:i w:val="0"/>
          <w:color w:val="6A6F75"/>
          <w:sz w:val="18"/>
        </w:rPr>
        <w:t xml:space="preserve">, </w:t>
      </w:r>
      <w:hyperlink w:anchor="p395">
        <w:r>
          <w:rPr>
            <w:color w:val="2E5A80"/>
            <w:u w:val="single"/>
            <w:sz w:val="18"/>
          </w:rPr>
          <w:t xml:space="preserve">No. 395</w:t>
        </w:r>
      </w:hyperlink>
      <w:r>
        <w:rPr>
          <w:b w:val="0"/>
          <w:i w:val="0"/>
          <w:color w:val="6A6F75"/>
          <w:sz w:val="18"/>
        </w:rPr>
        <w:t xml:space="preserve">, </w:t>
      </w:r>
      <w:hyperlink w:anchor="p396">
        <w:r>
          <w:rPr>
            <w:color w:val="2E5A80"/>
            <w:u w:val="single"/>
            <w:sz w:val="18"/>
          </w:rPr>
          <w:t xml:space="preserve">No. 396</w:t>
        </w:r>
      </w:hyperlink>
    </w:p>
    <w:p>
      <w:pPr>
        <w:keepNext/>
        <w:spacing w:after="20" w:before="200"/>
      </w:pPr>
      <w:bookmarkStart w:id="86" w:name="p80"/>
      <w:r>
        <w:rPr>
          <w:b/>
          <w:i w:val="0"/>
          <w:color w:val="222B33"/>
          <w:sz w:val="22"/>
        </w:rPr>
        <w:t>No. 80</w:t>
      </w:r>
      <w:r>
        <w:rPr>
          <w:b w:val="0"/>
          <w:i w:val="0"/>
          <w:color w:val="6A6F75"/>
          <w:sz w:val="18"/>
        </w:rPr>
        <w:t xml:space="preserve">   Genji   独:贈 solo / sent</w:t>
      </w:r>
      <w:bookmarkEnd w:id="86"/>
    </w:p>
    <w:p>
      <w:pPr>
        <w:keepNext/>
        <w:spacing w:after="40"/>
      </w:pPr>
      <w:r>
        <w:rPr>
          <w:b/>
          <w:i w:val="0"/>
          <w:color w:val="6A6F75"/>
          <w:sz w:val="18"/>
        </w:rPr>
        <w:t xml:space="preserve">Context. </w:t>
      </w:r>
      <w:r>
        <w:rPr>
          <w:b w:val="0"/>
          <w:i w:val="0"/>
          <w:color w:val="6A6F75"/>
          <w:sz w:val="19"/>
        </w:rPr>
        <w:t>Genji, scribbling on Suetsumuhana’s letter; his dislike of the red flower, her nose.</w:t>
      </w:r>
    </w:p>
    <w:p>
      <w:pPr>
        <w:keepNext/>
        <w:spacing w:after="0"/>
      </w:pPr>
      <w:r>
        <w:rPr>
          <w:rFonts w:ascii="Noto Serif CJK JP" w:hAnsi="Noto Serif CJK JP" w:eastAsia="Noto Serif CJK JP"/>
          <w:b w:val="0"/>
          <w:i w:val="0"/>
          <w:color w:val="222B33"/>
          <w:sz w:val="26"/>
        </w:rPr>
        <w:t>なつかしき色ともなしに何にこのすゑつむ花を袖に触れけむ</w:t>
      </w:r>
    </w:p>
    <w:p>
      <w:pPr>
        <w:keepNext/>
        <w:spacing w:after="60"/>
      </w:pPr>
      <w:r>
        <w:rPr>
          <w:rFonts w:ascii="Noto Serif CJK JP" w:hAnsi="Noto Serif CJK JP" w:eastAsia="Noto Serif CJK JP"/>
          <w:b w:val="0"/>
          <w:i w:val="0"/>
          <w:color w:val="6A6F75"/>
          <w:sz w:val="19"/>
        </w:rPr>
        <w:t>なつかしき　／　色ともなしに　／　なにゝこの　／　すゑつむ花を　／　そてにふれけむ</w:t>
      </w:r>
    </w:p>
    <w:p>
      <w:pPr>
        <w:keepNext/>
        <w:spacing w:after="60"/>
      </w:pPr>
      <w:r>
        <w:rPr>
          <w:b w:val="0"/>
          <w:i/>
          <w:color w:val="222B33"/>
          <w:sz w:val="21"/>
        </w:rPr>
        <w:t>Not a color dear to me;</w:t>
        <w:br/>
      </w:r>
      <w:r>
        <w:rPr>
          <w:b w:val="0"/>
          <w:i/>
          <w:color w:val="222B33"/>
          <w:sz w:val="21"/>
        </w:rPr>
        <w:t>why then did I let my sleeve</w:t>
        <w:br/>
      </w:r>
      <w:r>
        <w:rPr>
          <w:b w:val="0"/>
          <w:i/>
          <w:color w:val="222B33"/>
          <w:sz w:val="21"/>
        </w:rPr>
        <w:t>brush against</w:t>
        <w:br/>
      </w:r>
      <w:r>
        <w:rPr>
          <w:b w:val="0"/>
          <w:i/>
          <w:color w:val="222B33"/>
          <w:sz w:val="21"/>
        </w:rPr>
        <w:t>this safflower,</w:t>
        <w:br/>
      </w:r>
      <w:r>
        <w:rPr>
          <w:b w:val="0"/>
          <w:i/>
          <w:color w:val="222B33"/>
          <w:sz w:val="21"/>
        </w:rPr>
        <w:t>suetsumuhana?</w:t>
      </w:r>
    </w:p>
    <w:p>
      <w:pPr>
        <w:spacing w:after="40"/>
      </w:pPr>
      <w:r>
        <w:rPr>
          <w:b w:val="0"/>
          <w:i w:val="0"/>
          <w:color w:val="222B33"/>
          <w:sz w:val="19"/>
        </w:rPr>
        <w:t>Hana is “flower” and “nose.” Her red nose gives her name.</w:t>
      </w:r>
    </w:p>
    <w:p>
      <w:pPr>
        <w:spacing w:after="40"/>
      </w:pPr>
      <w:r>
        <w:rPr>
          <w:b w:val="0"/>
          <w:i w:val="0"/>
          <w:color w:val="6A6F75"/>
          <w:sz w:val="18"/>
        </w:rPr>
        <w:t xml:space="preserve">Answered by </w:t>
      </w:r>
      <w:hyperlink w:anchor="p81">
        <w:r>
          <w:rPr>
            <w:color w:val="2E5A80"/>
            <w:u w:val="single"/>
            <w:sz w:val="18"/>
          </w:rPr>
          <w:t xml:space="preserve">No. 81 (Taifu no Myōbu)</w:t>
        </w:r>
      </w:hyperlink>
    </w:p>
    <w:p>
      <w:pPr>
        <w:keepNext/>
        <w:spacing w:after="20" w:before="200"/>
      </w:pPr>
      <w:bookmarkStart w:id="87" w:name="p81"/>
      <w:r>
        <w:rPr>
          <w:b/>
          <w:i w:val="0"/>
          <w:color w:val="222B33"/>
          <w:sz w:val="22"/>
        </w:rPr>
        <w:t>No. 81</w:t>
      </w:r>
      <w:r>
        <w:rPr>
          <w:b w:val="0"/>
          <w:i w:val="0"/>
          <w:color w:val="6A6F75"/>
          <w:sz w:val="18"/>
        </w:rPr>
        <w:t xml:space="preserve">   Taifu no Myōbu → Genji   独:答 solo / reply</w:t>
      </w:r>
      <w:bookmarkEnd w:id="87"/>
    </w:p>
    <w:p>
      <w:pPr>
        <w:keepNext/>
        <w:spacing w:after="0"/>
      </w:pPr>
      <w:r>
        <w:rPr>
          <w:rFonts w:ascii="Noto Serif CJK JP" w:hAnsi="Noto Serif CJK JP" w:eastAsia="Noto Serif CJK JP"/>
          <w:b w:val="0"/>
          <w:i w:val="0"/>
          <w:color w:val="222B33"/>
          <w:sz w:val="26"/>
        </w:rPr>
        <w:t>紅のひと花衣うすくともひたすら朽す名をし立てずは</w:t>
      </w:r>
    </w:p>
    <w:p>
      <w:pPr>
        <w:keepNext/>
        <w:spacing w:after="60"/>
      </w:pPr>
      <w:r>
        <w:rPr>
          <w:rFonts w:ascii="Noto Serif CJK JP" w:hAnsi="Noto Serif CJK JP" w:eastAsia="Noto Serif CJK JP"/>
          <w:b w:val="0"/>
          <w:i w:val="0"/>
          <w:color w:val="6A6F75"/>
          <w:sz w:val="19"/>
        </w:rPr>
        <w:t>くれなゐの　／　ひと花ころも　／　うすくとも　／　ひたすらくたす　／　なをしたてすは</w:t>
      </w:r>
    </w:p>
    <w:p>
      <w:pPr>
        <w:keepNext/>
        <w:spacing w:after="60"/>
      </w:pPr>
      <w:r>
        <w:rPr>
          <w:b w:val="0"/>
          <w:i/>
          <w:color w:val="222B33"/>
          <w:sz w:val="21"/>
        </w:rPr>
        <w:t>Though the robe dyed once</w:t>
        <w:br/>
      </w:r>
      <w:r>
        <w:rPr>
          <w:b w:val="0"/>
          <w:i/>
          <w:color w:val="222B33"/>
          <w:sz w:val="21"/>
        </w:rPr>
        <w:t>in crimson be pale,</w:t>
        <w:br/>
      </w:r>
      <w:r>
        <w:rPr>
          <w:b w:val="0"/>
          <w:i/>
          <w:color w:val="222B33"/>
          <w:sz w:val="21"/>
        </w:rPr>
        <w:t>if only you will not spread</w:t>
        <w:br/>
      </w:r>
      <w:r>
        <w:rPr>
          <w:b w:val="0"/>
          <w:i/>
          <w:color w:val="222B33"/>
          <w:sz w:val="21"/>
        </w:rPr>
        <w:t>a name</w:t>
        <w:br/>
      </w:r>
      <w:r>
        <w:rPr>
          <w:b w:val="0"/>
          <w:i/>
          <w:color w:val="222B33"/>
          <w:sz w:val="21"/>
        </w:rPr>
        <w:t>to ruin her.</w:t>
      </w:r>
    </w:p>
    <w:p>
      <w:pPr>
        <w:spacing w:after="40"/>
      </w:pPr>
      <w:r>
        <w:rPr>
          <w:b w:val="0"/>
          <w:i w:val="0"/>
          <w:color w:val="6A6F75"/>
          <w:sz w:val="18"/>
        </w:rPr>
        <w:t xml:space="preserve">In reply to </w:t>
      </w:r>
      <w:hyperlink w:anchor="p80">
        <w:r>
          <w:rPr>
            <w:color w:val="2E5A80"/>
            <w:u w:val="single"/>
            <w:sz w:val="18"/>
          </w:rPr>
          <w:t xml:space="preserve">No. 80 (Genji)</w:t>
        </w:r>
      </w:hyperlink>
    </w:p>
    <w:p>
      <w:pPr>
        <w:keepNext/>
        <w:spacing w:after="20" w:before="200"/>
      </w:pPr>
      <w:bookmarkStart w:id="88" w:name="p82"/>
      <w:r>
        <w:rPr>
          <w:b/>
          <w:i w:val="0"/>
          <w:color w:val="222B33"/>
          <w:sz w:val="22"/>
        </w:rPr>
        <w:t>No. 82</w:t>
      </w:r>
      <w:r>
        <w:rPr>
          <w:b w:val="0"/>
          <w:i w:val="0"/>
          <w:color w:val="6A6F75"/>
          <w:sz w:val="18"/>
        </w:rPr>
        <w:t xml:space="preserve">   Genji → Suetsumuhana   答 reply</w:t>
      </w:r>
      <w:bookmarkEnd w:id="88"/>
    </w:p>
    <w:p>
      <w:pPr>
        <w:keepNext/>
        <w:spacing w:after="40"/>
      </w:pPr>
      <w:r>
        <w:rPr>
          <w:b/>
          <w:i w:val="0"/>
          <w:color w:val="6A6F75"/>
          <w:sz w:val="18"/>
        </w:rPr>
        <w:t xml:space="preserve">Context. </w:t>
      </w:r>
      <w:r>
        <w:rPr>
          <w:b w:val="0"/>
          <w:i w:val="0"/>
          <w:color w:val="6A6F75"/>
          <w:sz w:val="19"/>
        </w:rPr>
        <w:t>Suetsumuhana’s New Year gift of an old-fashioned robe and poem; her one figure, the Chinese robe. (Exchange opened by No. 79.)</w:t>
      </w:r>
    </w:p>
    <w:p>
      <w:pPr>
        <w:keepNext/>
        <w:spacing w:after="0"/>
      </w:pPr>
      <w:r>
        <w:rPr>
          <w:rFonts w:ascii="Noto Serif CJK JP" w:hAnsi="Noto Serif CJK JP" w:eastAsia="Noto Serif CJK JP"/>
          <w:b w:val="0"/>
          <w:i w:val="0"/>
          <w:color w:val="222B33"/>
          <w:sz w:val="26"/>
        </w:rPr>
        <w:t>逢はぬ夜をへだつるなかの衣手に重ねていとど見もし見よとや</w:t>
      </w:r>
    </w:p>
    <w:p>
      <w:pPr>
        <w:keepNext/>
        <w:spacing w:after="60"/>
      </w:pPr>
      <w:r>
        <w:rPr>
          <w:rFonts w:ascii="Noto Serif CJK JP" w:hAnsi="Noto Serif CJK JP" w:eastAsia="Noto Serif CJK JP"/>
          <w:b w:val="0"/>
          <w:i w:val="0"/>
          <w:color w:val="6A6F75"/>
          <w:sz w:val="19"/>
        </w:rPr>
        <w:t>あはぬよを　／　へたつるなかの　／　ころもてに　／　かさねていとゝ　／　みもしみよとや</w:t>
      </w:r>
    </w:p>
    <w:p>
      <w:pPr>
        <w:keepNext/>
        <w:spacing w:after="60"/>
      </w:pPr>
      <w:r>
        <w:rPr>
          <w:b w:val="0"/>
          <w:i/>
          <w:color w:val="222B33"/>
          <w:sz w:val="21"/>
        </w:rPr>
        <w:t>Between us, the robe</w:t>
        <w:br/>
      </w:r>
      <w:r>
        <w:rPr>
          <w:b w:val="0"/>
          <w:i/>
          <w:color w:val="222B33"/>
          <w:sz w:val="21"/>
        </w:rPr>
        <w:t>that keeps our nights apart,</w:t>
        <w:br/>
      </w:r>
      <w:r>
        <w:rPr>
          <w:b w:val="0"/>
          <w:i/>
          <w:color w:val="222B33"/>
          <w:sz w:val="21"/>
        </w:rPr>
        <w:t>are you telling me to layer it</w:t>
        <w:br/>
      </w:r>
      <w:r>
        <w:rPr>
          <w:b w:val="0"/>
          <w:i/>
          <w:color w:val="222B33"/>
          <w:sz w:val="21"/>
        </w:rPr>
        <w:t>and see,</w:t>
        <w:br/>
      </w:r>
      <w:r>
        <w:rPr>
          <w:b w:val="0"/>
          <w:i/>
          <w:color w:val="222B33"/>
          <w:sz w:val="21"/>
        </w:rPr>
        <w:t>and see again?</w:t>
      </w:r>
    </w:p>
    <w:p>
      <w:pPr>
        <w:spacing w:after="40"/>
      </w:pPr>
      <w:r>
        <w:rPr>
          <w:b w:val="0"/>
          <w:i w:val="0"/>
          <w:color w:val="222B33"/>
          <w:sz w:val="19"/>
        </w:rPr>
        <w:t>He answers the robe she sent with its own figure.</w:t>
      </w:r>
    </w:p>
    <w:p>
      <w:pPr>
        <w:spacing w:after="40"/>
      </w:pPr>
      <w:r>
        <w:rPr>
          <w:b w:val="0"/>
          <w:i w:val="0"/>
          <w:color w:val="6A6F75"/>
          <w:sz w:val="18"/>
        </w:rPr>
        <w:t xml:space="preserve">In reply to </w:t>
      </w:r>
      <w:hyperlink w:anchor="p79">
        <w:r>
          <w:rPr>
            <w:color w:val="2E5A80"/>
            <w:u w:val="single"/>
            <w:sz w:val="18"/>
          </w:rPr>
          <w:t xml:space="preserve">No. 79 (Suetsumuhana)</w:t>
        </w:r>
      </w:hyperlink>
    </w:p>
    <w:p>
      <w:pPr>
        <w:keepNext/>
        <w:spacing w:after="20" w:before="200"/>
      </w:pPr>
      <w:bookmarkStart w:id="89" w:name="p83"/>
      <w:r>
        <w:rPr>
          <w:b/>
          <w:i w:val="0"/>
          <w:color w:val="222B33"/>
          <w:sz w:val="22"/>
        </w:rPr>
        <w:t>No. 83</w:t>
      </w:r>
      <w:r>
        <w:rPr>
          <w:b w:val="0"/>
          <w:i w:val="0"/>
          <w:color w:val="6A6F75"/>
          <w:sz w:val="18"/>
        </w:rPr>
        <w:t xml:space="preserve">   Genji   独 solo</w:t>
      </w:r>
      <w:bookmarkEnd w:id="89"/>
    </w:p>
    <w:p>
      <w:pPr>
        <w:keepNext/>
        <w:spacing w:after="40"/>
      </w:pPr>
      <w:r>
        <w:rPr>
          <w:b/>
          <w:i w:val="0"/>
          <w:color w:val="6A6F75"/>
          <w:sz w:val="18"/>
        </w:rPr>
        <w:t xml:space="preserve">Context. </w:t>
      </w:r>
      <w:r>
        <w:rPr>
          <w:b w:val="0"/>
          <w:i w:val="0"/>
          <w:color w:val="6A6F75"/>
          <w:sz w:val="19"/>
        </w:rPr>
        <w:t>At home Genji paints a red nose on himself for Murasaki; the comedy ends the chapter.</w:t>
      </w:r>
    </w:p>
    <w:p>
      <w:pPr>
        <w:keepNext/>
        <w:spacing w:after="0"/>
      </w:pPr>
      <w:r>
        <w:rPr>
          <w:rFonts w:ascii="Noto Serif CJK JP" w:hAnsi="Noto Serif CJK JP" w:eastAsia="Noto Serif CJK JP"/>
          <w:b w:val="0"/>
          <w:i w:val="0"/>
          <w:color w:val="222B33"/>
          <w:sz w:val="26"/>
        </w:rPr>
        <w:t>紅の花ぞあやなくうとまるる梅の立ち枝はなつかしけれど</w:t>
      </w:r>
    </w:p>
    <w:p>
      <w:pPr>
        <w:keepNext/>
        <w:spacing w:after="60"/>
      </w:pPr>
      <w:r>
        <w:rPr>
          <w:rFonts w:ascii="Noto Serif CJK JP" w:hAnsi="Noto Serif CJK JP" w:eastAsia="Noto Serif CJK JP"/>
          <w:b w:val="0"/>
          <w:i w:val="0"/>
          <w:color w:val="6A6F75"/>
          <w:sz w:val="19"/>
        </w:rPr>
        <w:t>くれなゐの　／　はなそあやなく　／　うとまるゝ　／　梅のたちえは　／　なつかしけれと</w:t>
      </w:r>
    </w:p>
    <w:p>
      <w:pPr>
        <w:keepNext/>
        <w:spacing w:after="60"/>
      </w:pPr>
      <w:r>
        <w:rPr>
          <w:b w:val="0"/>
          <w:i/>
          <w:color w:val="222B33"/>
          <w:sz w:val="21"/>
        </w:rPr>
        <w:t>The red flower</w:t>
        <w:br/>
      </w:r>
      <w:r>
        <w:rPr>
          <w:b w:val="0"/>
          <w:i/>
          <w:color w:val="222B33"/>
          <w:sz w:val="21"/>
        </w:rPr>
        <w:t>seems strangely hateful to me,</w:t>
        <w:br/>
      </w:r>
      <w:r>
        <w:rPr>
          <w:b w:val="0"/>
          <w:i/>
          <w:color w:val="222B33"/>
          <w:sz w:val="21"/>
        </w:rPr>
        <w:t>though the tall branches</w:t>
        <w:br/>
      </w:r>
      <w:r>
        <w:rPr>
          <w:b w:val="0"/>
          <w:i/>
          <w:color w:val="222B33"/>
          <w:sz w:val="21"/>
        </w:rPr>
        <w:t>of the plum</w:t>
        <w:br/>
      </w:r>
      <w:r>
        <w:rPr>
          <w:b w:val="0"/>
          <w:i/>
          <w:color w:val="222B33"/>
          <w:sz w:val="21"/>
        </w:rPr>
        <w:t>are dear.</w:t>
      </w:r>
    </w:p>
    <w:p>
      <w:pPr>
        <w:spacing w:after="40"/>
      </w:pPr>
      <w:r>
        <w:rPr>
          <w:b w:val="0"/>
          <w:i w:val="0"/>
          <w:color w:val="222B33"/>
          <w:sz w:val="19"/>
        </w:rPr>
        <w:t>With Murasaki, painting a red nose on a doll.</w:t>
      </w:r>
    </w:p>
    <w:p>
      <w:pPr>
        <w:pStyle w:val="Heading1"/>
      </w:pPr>
      <w:bookmarkStart w:id="90" w:name="ch7"/>
      <w:r>
        <w:t>Chapter 7 · Momiji no Ga 紅葉賀</w:t>
      </w:r>
      <w:bookmarkEnd w:id="90"/>
    </w:p>
    <w:p>
      <w:pPr>
        <w:keepNext/>
        <w:spacing w:after="20" w:before="200"/>
      </w:pPr>
      <w:bookmarkStart w:id="91" w:name="p84"/>
      <w:r>
        <w:rPr>
          <w:b/>
          <w:i w:val="0"/>
          <w:color w:val="222B33"/>
          <w:sz w:val="22"/>
        </w:rPr>
        <w:t>No. 84</w:t>
      </w:r>
      <w:r>
        <w:rPr>
          <w:b w:val="0"/>
          <w:i w:val="0"/>
          <w:color w:val="6A6F75"/>
          <w:sz w:val="18"/>
        </w:rPr>
        <w:t xml:space="preserve">   Genji → Fujitsubo   贈 sent</w:t>
      </w:r>
      <w:bookmarkEnd w:id="91"/>
    </w:p>
    <w:p>
      <w:pPr>
        <w:keepNext/>
        <w:spacing w:after="40"/>
      </w:pPr>
      <w:r>
        <w:rPr>
          <w:b/>
          <w:i w:val="0"/>
          <w:color w:val="6A6F75"/>
          <w:sz w:val="18"/>
        </w:rPr>
        <w:t xml:space="preserve">Context. </w:t>
      </w:r>
      <w:r>
        <w:rPr>
          <w:b w:val="0"/>
          <w:i w:val="0"/>
          <w:color w:val="6A6F75"/>
          <w:sz w:val="19"/>
        </w:rPr>
        <w:t>After Genji dances Seigaiha before the Emperor; Fujitsubo, carrying his child, must keep her feelings hidden.</w:t>
      </w:r>
    </w:p>
    <w:p>
      <w:pPr>
        <w:keepNext/>
        <w:spacing w:after="0"/>
      </w:pPr>
      <w:r>
        <w:rPr>
          <w:rFonts w:ascii="Noto Serif CJK JP" w:hAnsi="Noto Serif CJK JP" w:eastAsia="Noto Serif CJK JP"/>
          <w:b w:val="0"/>
          <w:i w:val="0"/>
          <w:color w:val="222B33"/>
          <w:sz w:val="26"/>
        </w:rPr>
        <w:t>もの思ふに立ち舞ふべくもあらぬ身の袖うち振りし心知りきや</w:t>
      </w:r>
    </w:p>
    <w:p>
      <w:pPr>
        <w:keepNext/>
        <w:spacing w:after="60"/>
      </w:pPr>
      <w:r>
        <w:rPr>
          <w:rFonts w:ascii="Noto Serif CJK JP" w:hAnsi="Noto Serif CJK JP" w:eastAsia="Noto Serif CJK JP"/>
          <w:b w:val="0"/>
          <w:i w:val="0"/>
          <w:color w:val="6A6F75"/>
          <w:sz w:val="19"/>
        </w:rPr>
        <w:t>ものおもふに　／　たちまふへくも　／　あらぬみの　／　そてうちふりし　／　心しりきや</w:t>
      </w:r>
    </w:p>
    <w:p>
      <w:pPr>
        <w:keepNext/>
        <w:spacing w:after="60"/>
      </w:pPr>
      <w:r>
        <w:rPr>
          <w:b w:val="0"/>
          <w:i/>
          <w:color w:val="222B33"/>
          <w:sz w:val="21"/>
        </w:rPr>
        <w:t>One too troubled</w:t>
        <w:br/>
      </w:r>
      <w:r>
        <w:rPr>
          <w:b w:val="0"/>
          <w:i/>
          <w:color w:val="222B33"/>
          <w:sz w:val="21"/>
        </w:rPr>
        <w:t>to rise and dance,</w:t>
        <w:br/>
      </w:r>
      <w:r>
        <w:rPr>
          <w:b w:val="0"/>
          <w:i/>
          <w:color w:val="222B33"/>
          <w:sz w:val="21"/>
        </w:rPr>
        <w:t>did you know the heart</w:t>
        <w:br/>
      </w:r>
      <w:r>
        <w:rPr>
          <w:b w:val="0"/>
          <w:i/>
          <w:color w:val="222B33"/>
          <w:sz w:val="21"/>
        </w:rPr>
        <w:t>with which he</w:t>
        <w:br/>
      </w:r>
      <w:r>
        <w:rPr>
          <w:b w:val="0"/>
          <w:i/>
          <w:color w:val="222B33"/>
          <w:sz w:val="21"/>
        </w:rPr>
        <w:t>waved his sleeves?</w:t>
      </w:r>
    </w:p>
    <w:p>
      <w:pPr>
        <w:spacing w:after="40"/>
      </w:pPr>
      <w:r>
        <w:rPr>
          <w:b w:val="0"/>
          <w:i w:val="0"/>
          <w:color w:val="222B33"/>
          <w:sz w:val="19"/>
        </w:rPr>
        <w:t>After the Seigaiha dance.</w:t>
      </w:r>
    </w:p>
    <w:p>
      <w:pPr>
        <w:spacing w:after="40"/>
      </w:pPr>
      <w:r>
        <w:rPr>
          <w:b w:val="0"/>
          <w:i w:val="0"/>
          <w:color w:val="6A6F75"/>
          <w:sz w:val="18"/>
        </w:rPr>
        <w:t xml:space="preserve">Answered by </w:t>
      </w:r>
      <w:hyperlink w:anchor="p85">
        <w:r>
          <w:rPr>
            <w:color w:val="2E5A80"/>
            <w:u w:val="single"/>
            <w:sz w:val="18"/>
          </w:rPr>
          <w:t xml:space="preserve">No. 85 (Fujitsubo)</w:t>
        </w:r>
      </w:hyperlink>
    </w:p>
    <w:p>
      <w:pPr>
        <w:keepNext/>
        <w:spacing w:after="20" w:before="200"/>
      </w:pPr>
      <w:bookmarkStart w:id="92" w:name="p85"/>
      <w:r>
        <w:rPr>
          <w:b/>
          <w:i w:val="0"/>
          <w:color w:val="222B33"/>
          <w:sz w:val="22"/>
        </w:rPr>
        <w:t>No. 85</w:t>
      </w:r>
      <w:r>
        <w:rPr>
          <w:b w:val="0"/>
          <w:i w:val="0"/>
          <w:color w:val="6A6F75"/>
          <w:sz w:val="18"/>
        </w:rPr>
        <w:t xml:space="preserve">   Fujitsubo → Genji   答 reply</w:t>
      </w:r>
      <w:bookmarkEnd w:id="92"/>
    </w:p>
    <w:p>
      <w:pPr>
        <w:keepNext/>
        <w:spacing w:after="0"/>
      </w:pPr>
      <w:r>
        <w:rPr>
          <w:rFonts w:ascii="Noto Serif CJK JP" w:hAnsi="Noto Serif CJK JP" w:eastAsia="Noto Serif CJK JP"/>
          <w:b w:val="0"/>
          <w:i w:val="0"/>
          <w:color w:val="222B33"/>
          <w:sz w:val="26"/>
        </w:rPr>
        <w:t>唐人の袖振ることは遠けれど立ち居につけてあはれとは見き</w:t>
      </w:r>
    </w:p>
    <w:p>
      <w:pPr>
        <w:keepNext/>
        <w:spacing w:after="60"/>
      </w:pPr>
      <w:r>
        <w:rPr>
          <w:rFonts w:ascii="Noto Serif CJK JP" w:hAnsi="Noto Serif CJK JP" w:eastAsia="Noto Serif CJK JP"/>
          <w:b w:val="0"/>
          <w:i w:val="0"/>
          <w:color w:val="6A6F75"/>
          <w:sz w:val="19"/>
        </w:rPr>
        <w:t>から人の　／　そてふることは　／　とをけれと　／　たちゐにつけて　／　あはれとはみき</w:t>
      </w:r>
    </w:p>
    <w:p>
      <w:pPr>
        <w:keepNext/>
        <w:spacing w:after="60"/>
      </w:pPr>
      <w:r>
        <w:rPr>
          <w:b w:val="0"/>
          <w:i/>
          <w:color w:val="222B33"/>
          <w:sz w:val="21"/>
        </w:rPr>
        <w:t>Far away is the waving</w:t>
        <w:br/>
      </w:r>
      <w:r>
        <w:rPr>
          <w:b w:val="0"/>
          <w:i/>
          <w:color w:val="222B33"/>
          <w:sz w:val="21"/>
        </w:rPr>
        <w:t>of Chinese sleeves,</w:t>
        <w:br/>
      </w:r>
      <w:r>
        <w:rPr>
          <w:b w:val="0"/>
          <w:i/>
          <w:color w:val="222B33"/>
          <w:sz w:val="21"/>
        </w:rPr>
        <w:t>yet in every rising and stillness</w:t>
        <w:br/>
      </w:r>
      <w:r>
        <w:rPr>
          <w:b w:val="0"/>
          <w:i/>
          <w:color w:val="222B33"/>
          <w:sz w:val="21"/>
        </w:rPr>
        <w:t>I watched</w:t>
        <w:br/>
      </w:r>
      <w:r>
        <w:rPr>
          <w:b w:val="0"/>
          <w:i/>
          <w:color w:val="222B33"/>
          <w:sz w:val="21"/>
        </w:rPr>
        <w:t>with feeling.</w:t>
      </w:r>
    </w:p>
    <w:p>
      <w:pPr>
        <w:spacing w:after="40"/>
      </w:pPr>
      <w:r>
        <w:rPr>
          <w:b w:val="0"/>
          <w:i w:val="0"/>
          <w:color w:val="222B33"/>
          <w:sz w:val="19"/>
        </w:rPr>
        <w:t>Her nearest approach to open acknowledgement.</w:t>
      </w:r>
    </w:p>
    <w:p>
      <w:pPr>
        <w:spacing w:after="40"/>
      </w:pPr>
      <w:r>
        <w:rPr>
          <w:b w:val="0"/>
          <w:i w:val="0"/>
          <w:color w:val="6A6F75"/>
          <w:sz w:val="18"/>
        </w:rPr>
        <w:t xml:space="preserve">In reply to </w:t>
      </w:r>
      <w:hyperlink w:anchor="p84">
        <w:r>
          <w:rPr>
            <w:color w:val="2E5A80"/>
            <w:u w:val="single"/>
            <w:sz w:val="18"/>
          </w:rPr>
          <w:t xml:space="preserve">No. 84 (Genji)</w:t>
        </w:r>
      </w:hyperlink>
    </w:p>
    <w:p>
      <w:pPr>
        <w:keepNext/>
        <w:spacing w:after="20" w:before="200"/>
      </w:pPr>
      <w:bookmarkStart w:id="93" w:name="p86"/>
      <w:r>
        <w:rPr>
          <w:b/>
          <w:i w:val="0"/>
          <w:color w:val="222B33"/>
          <w:sz w:val="22"/>
        </w:rPr>
        <w:t>No. 86</w:t>
      </w:r>
      <w:r>
        <w:rPr>
          <w:b w:val="0"/>
          <w:i w:val="0"/>
          <w:color w:val="6A6F75"/>
          <w:sz w:val="18"/>
        </w:rPr>
        <w:t xml:space="preserve">   Genji → Ōmyōbu   贈 sent</w:t>
      </w:r>
      <w:bookmarkEnd w:id="93"/>
    </w:p>
    <w:p>
      <w:pPr>
        <w:keepNext/>
        <w:spacing w:after="40"/>
      </w:pPr>
      <w:r>
        <w:rPr>
          <w:b/>
          <w:i w:val="0"/>
          <w:color w:val="6A6F75"/>
          <w:sz w:val="18"/>
        </w:rPr>
        <w:t xml:space="preserve">Context. </w:t>
      </w:r>
      <w:r>
        <w:rPr>
          <w:b w:val="0"/>
          <w:i w:val="0"/>
          <w:color w:val="6A6F75"/>
          <w:sz w:val="19"/>
        </w:rPr>
        <w:t>After the birth of Reizei, Genji pleads through Ōmyōbu to see Fujitsubo; she refuses.</w:t>
      </w:r>
    </w:p>
    <w:p>
      <w:pPr>
        <w:keepNext/>
        <w:spacing w:after="0"/>
      </w:pPr>
      <w:r>
        <w:rPr>
          <w:rFonts w:ascii="Noto Serif CJK JP" w:hAnsi="Noto Serif CJK JP" w:eastAsia="Noto Serif CJK JP"/>
          <w:b w:val="0"/>
          <w:i w:val="0"/>
          <w:color w:val="222B33"/>
          <w:sz w:val="26"/>
        </w:rPr>
        <w:t>いかさまに昔結べる契りにてこの世にかかるなかの隔てぞ</w:t>
      </w:r>
    </w:p>
    <w:p>
      <w:pPr>
        <w:keepNext/>
        <w:spacing w:after="60"/>
      </w:pPr>
      <w:r>
        <w:rPr>
          <w:rFonts w:ascii="Noto Serif CJK JP" w:hAnsi="Noto Serif CJK JP" w:eastAsia="Noto Serif CJK JP"/>
          <w:b w:val="0"/>
          <w:i w:val="0"/>
          <w:color w:val="6A6F75"/>
          <w:sz w:val="19"/>
        </w:rPr>
        <w:t>いかさまに　／　むかしむすへる　／　ちきりにて　／　このよにかかる　／　中のへたてそ</w:t>
      </w:r>
    </w:p>
    <w:p>
      <w:pPr>
        <w:keepNext/>
        <w:spacing w:after="60"/>
      </w:pPr>
      <w:r>
        <w:rPr>
          <w:b w:val="0"/>
          <w:i/>
          <w:color w:val="222B33"/>
          <w:sz w:val="21"/>
        </w:rPr>
        <w:t>What bond did we tie</w:t>
        <w:br/>
      </w:r>
      <w:r>
        <w:rPr>
          <w:b w:val="0"/>
          <w:i/>
          <w:color w:val="222B33"/>
          <w:sz w:val="21"/>
        </w:rPr>
        <w:t>in a former life,</w:t>
        <w:br/>
      </w:r>
      <w:r>
        <w:rPr>
          <w:b w:val="0"/>
          <w:i/>
          <w:color w:val="222B33"/>
          <w:sz w:val="21"/>
        </w:rPr>
        <w:t>to have such a barrier</w:t>
        <w:br/>
      </w:r>
      <w:r>
        <w:rPr>
          <w:b w:val="0"/>
          <w:i/>
          <w:color w:val="222B33"/>
          <w:sz w:val="21"/>
        </w:rPr>
        <w:t>between us</w:t>
        <w:br/>
      </w:r>
      <w:r>
        <w:rPr>
          <w:b w:val="0"/>
          <w:i/>
          <w:color w:val="222B33"/>
          <w:sz w:val="21"/>
        </w:rPr>
        <w:t>in this one?</w:t>
      </w:r>
    </w:p>
    <w:p>
      <w:pPr>
        <w:spacing w:after="40"/>
      </w:pPr>
      <w:r>
        <w:rPr>
          <w:b w:val="0"/>
          <w:i w:val="0"/>
          <w:color w:val="222B33"/>
          <w:sz w:val="19"/>
        </w:rPr>
        <w:t>After Reizei’s birth.</w:t>
      </w:r>
    </w:p>
    <w:p>
      <w:pPr>
        <w:spacing w:after="40"/>
      </w:pPr>
      <w:r>
        <w:rPr>
          <w:b w:val="0"/>
          <w:i w:val="0"/>
          <w:color w:val="6A6F75"/>
          <w:sz w:val="18"/>
        </w:rPr>
        <w:t xml:space="preserve">Answered by </w:t>
      </w:r>
      <w:hyperlink w:anchor="p87">
        <w:r>
          <w:rPr>
            <w:color w:val="2E5A80"/>
            <w:u w:val="single"/>
            <w:sz w:val="18"/>
          </w:rPr>
          <w:t xml:space="preserve">No. 87 (Ōmyōbu)</w:t>
        </w:r>
      </w:hyperlink>
    </w:p>
    <w:p>
      <w:pPr>
        <w:keepNext/>
        <w:spacing w:after="20" w:before="200"/>
      </w:pPr>
      <w:bookmarkStart w:id="94" w:name="p87"/>
      <w:r>
        <w:rPr>
          <w:b/>
          <w:i w:val="0"/>
          <w:color w:val="222B33"/>
          <w:sz w:val="22"/>
        </w:rPr>
        <w:t>No. 87</w:t>
      </w:r>
      <w:r>
        <w:rPr>
          <w:b w:val="0"/>
          <w:i w:val="0"/>
          <w:color w:val="6A6F75"/>
          <w:sz w:val="18"/>
        </w:rPr>
        <w:t xml:space="preserve">   Ōmyōbu → Genji   答 reply</w:t>
      </w:r>
      <w:bookmarkEnd w:id="94"/>
    </w:p>
    <w:p>
      <w:pPr>
        <w:keepNext/>
        <w:spacing w:after="0"/>
      </w:pPr>
      <w:r>
        <w:rPr>
          <w:rFonts w:ascii="Noto Serif CJK JP" w:hAnsi="Noto Serif CJK JP" w:eastAsia="Noto Serif CJK JP"/>
          <w:b w:val="0"/>
          <w:i w:val="0"/>
          <w:color w:val="222B33"/>
          <w:sz w:val="26"/>
        </w:rPr>
        <w:t>見ても思ふ見ぬはたいかに嘆くらむこや世の人のまどふてふ闇</w:t>
      </w:r>
    </w:p>
    <w:p>
      <w:pPr>
        <w:keepNext/>
        <w:spacing w:after="60"/>
      </w:pPr>
      <w:r>
        <w:rPr>
          <w:rFonts w:ascii="Noto Serif CJK JP" w:hAnsi="Noto Serif CJK JP" w:eastAsia="Noto Serif CJK JP"/>
          <w:b w:val="0"/>
          <w:i w:val="0"/>
          <w:color w:val="6A6F75"/>
          <w:sz w:val="19"/>
        </w:rPr>
        <w:t>みてもおもふ　／　みぬはたいかに　／　なけくらむ　／　こやよの人の　／　まとふてふやみ</w:t>
      </w:r>
    </w:p>
    <w:p>
      <w:pPr>
        <w:keepNext/>
        <w:spacing w:after="60"/>
      </w:pPr>
      <w:r>
        <w:rPr>
          <w:b w:val="0"/>
          <w:i/>
          <w:color w:val="222B33"/>
          <w:sz w:val="21"/>
        </w:rPr>
        <w:t>One who sees him grieves,</w:t>
        <w:br/>
      </w:r>
      <w:r>
        <w:rPr>
          <w:b w:val="0"/>
          <w:i/>
          <w:color w:val="222B33"/>
          <w:sz w:val="21"/>
        </w:rPr>
        <w:t>and one who cannot, how he must lament!</w:t>
        <w:br/>
      </w:r>
      <w:r>
        <w:rPr>
          <w:b w:val="0"/>
          <w:i/>
          <w:color w:val="222B33"/>
          <w:sz w:val="21"/>
        </w:rPr>
        <w:t>Is this the darkness</w:t>
        <w:br/>
      </w:r>
      <w:r>
        <w:rPr>
          <w:b w:val="0"/>
          <w:i/>
          <w:color w:val="222B33"/>
          <w:sz w:val="21"/>
        </w:rPr>
        <w:t>where people of this world</w:t>
        <w:br/>
      </w:r>
      <w:r>
        <w:rPr>
          <w:b w:val="0"/>
          <w:i/>
          <w:color w:val="222B33"/>
          <w:sz w:val="21"/>
        </w:rPr>
        <w:t>lose their way?</w:t>
      </w:r>
    </w:p>
    <w:p>
      <w:pPr>
        <w:spacing w:after="40"/>
      </w:pPr>
      <w:r>
        <w:rPr>
          <w:b w:val="0"/>
          <w:i w:val="0"/>
          <w:color w:val="222B33"/>
          <w:sz w:val="19"/>
        </w:rPr>
        <w:t>The darkness of a parent’s heart, after Fujiwara no Kanesuke.</w:t>
      </w:r>
    </w:p>
    <w:p>
      <w:pPr>
        <w:spacing w:after="40"/>
      </w:pPr>
      <w:r>
        <w:rPr>
          <w:b w:val="0"/>
          <w:i w:val="0"/>
          <w:color w:val="6A6F75"/>
          <w:sz w:val="18"/>
        </w:rPr>
        <w:t xml:space="preserve">In reply to </w:t>
      </w:r>
      <w:hyperlink w:anchor="p86">
        <w:r>
          <w:rPr>
            <w:color w:val="2E5A80"/>
            <w:u w:val="single"/>
            <w:sz w:val="18"/>
          </w:rPr>
          <w:t xml:space="preserve">No. 86 (Genji)</w:t>
        </w:r>
      </w:hyperlink>
    </w:p>
    <w:p>
      <w:pPr>
        <w:keepNext/>
        <w:spacing w:after="20" w:before="200"/>
      </w:pPr>
      <w:bookmarkStart w:id="95" w:name="p88"/>
      <w:r>
        <w:rPr>
          <w:b/>
          <w:i w:val="0"/>
          <w:color w:val="222B33"/>
          <w:sz w:val="22"/>
        </w:rPr>
        <w:t>No. 88</w:t>
      </w:r>
      <w:r>
        <w:rPr>
          <w:b w:val="0"/>
          <w:i w:val="0"/>
          <w:color w:val="6A6F75"/>
          <w:sz w:val="18"/>
        </w:rPr>
        <w:t xml:space="preserve">   Genji → Fujitsubo   贈 sent</w:t>
      </w:r>
      <w:bookmarkEnd w:id="95"/>
    </w:p>
    <w:p>
      <w:pPr>
        <w:keepNext/>
        <w:spacing w:after="40"/>
      </w:pPr>
      <w:r>
        <w:rPr>
          <w:b/>
          <w:i w:val="0"/>
          <w:color w:val="6A6F75"/>
          <w:sz w:val="18"/>
        </w:rPr>
        <w:t xml:space="preserve">Context. </w:t>
      </w:r>
      <w:r>
        <w:rPr>
          <w:b w:val="0"/>
          <w:i w:val="0"/>
          <w:color w:val="6A6F75"/>
          <w:sz w:val="19"/>
        </w:rPr>
        <w:t>Genji sends Fujitsubo a pink for the infant Reizei; the child they cannot acknowledge.</w:t>
      </w:r>
    </w:p>
    <w:p>
      <w:pPr>
        <w:keepNext/>
        <w:spacing w:after="0"/>
      </w:pPr>
      <w:r>
        <w:rPr>
          <w:rFonts w:ascii="Noto Serif CJK JP" w:hAnsi="Noto Serif CJK JP" w:eastAsia="Noto Serif CJK JP"/>
          <w:b w:val="0"/>
          <w:i w:val="0"/>
          <w:color w:val="222B33"/>
          <w:sz w:val="26"/>
        </w:rPr>
        <w:t>よそへつつ見るに心はなぐさまで露けさまさる撫子の花</w:t>
      </w:r>
    </w:p>
    <w:p>
      <w:pPr>
        <w:keepNext/>
        <w:spacing w:after="60"/>
      </w:pPr>
      <w:r>
        <w:rPr>
          <w:rFonts w:ascii="Noto Serif CJK JP" w:hAnsi="Noto Serif CJK JP" w:eastAsia="Noto Serif CJK JP"/>
          <w:b w:val="0"/>
          <w:i w:val="0"/>
          <w:color w:val="6A6F75"/>
          <w:sz w:val="19"/>
        </w:rPr>
        <w:t>よそへつゝ　／　みるに心は　／　なくさまて　／　露けさまさる　／　なてしこの花</w:t>
      </w:r>
    </w:p>
    <w:p>
      <w:pPr>
        <w:keepNext/>
        <w:spacing w:after="60"/>
      </w:pPr>
      <w:r>
        <w:rPr>
          <w:b w:val="0"/>
          <w:i/>
          <w:color w:val="222B33"/>
          <w:sz w:val="21"/>
        </w:rPr>
        <w:t>Seeing in it a likeness</w:t>
        <w:br/>
      </w:r>
      <w:r>
        <w:rPr>
          <w:b w:val="0"/>
          <w:i/>
          <w:color w:val="222B33"/>
          <w:sz w:val="21"/>
        </w:rPr>
        <w:t>does not comfort my heart;</w:t>
        <w:br/>
      </w:r>
      <w:r>
        <w:rPr>
          <w:b w:val="0"/>
          <w:i/>
          <w:color w:val="222B33"/>
          <w:sz w:val="21"/>
        </w:rPr>
        <w:t>the dew only grows</w:t>
        <w:br/>
      </w:r>
      <w:r>
        <w:rPr>
          <w:b w:val="0"/>
          <w:i/>
          <w:color w:val="222B33"/>
          <w:sz w:val="21"/>
        </w:rPr>
        <w:t>on the pink</w:t>
        <w:br/>
      </w:r>
      <w:r>
        <w:rPr>
          <w:b w:val="0"/>
          <w:i/>
          <w:color w:val="222B33"/>
          <w:sz w:val="21"/>
        </w:rPr>
        <w:t>flower.</w:t>
      </w:r>
    </w:p>
    <w:p>
      <w:pPr>
        <w:spacing w:after="40"/>
      </w:pPr>
      <w:r>
        <w:rPr>
          <w:b w:val="0"/>
          <w:i w:val="0"/>
          <w:color w:val="222B33"/>
          <w:sz w:val="19"/>
        </w:rPr>
        <w:t>The pink is the infant Reizei.</w:t>
      </w:r>
    </w:p>
    <w:p>
      <w:pPr>
        <w:spacing w:after="40"/>
      </w:pPr>
      <w:r>
        <w:rPr>
          <w:b w:val="0"/>
          <w:i w:val="0"/>
          <w:color w:val="6A6F75"/>
          <w:sz w:val="18"/>
        </w:rPr>
        <w:t xml:space="preserve">Answered by </w:t>
      </w:r>
      <w:hyperlink w:anchor="p89">
        <w:r>
          <w:rPr>
            <w:color w:val="2E5A80"/>
            <w:u w:val="single"/>
            <w:sz w:val="18"/>
          </w:rPr>
          <w:t xml:space="preserve">No. 89 (Fujitsubo)</w:t>
        </w:r>
      </w:hyperlink>
      <w:r>
        <w:rPr>
          <w:b w:val="0"/>
          <w:i w:val="0"/>
          <w:color w:val="6A6F75"/>
          <w:sz w:val="18"/>
        </w:rPr>
        <w:t xml:space="preserve">   ·   </w:t>
      </w:r>
      <w:r>
        <w:rPr>
          <w:b w:val="0"/>
          <w:i w:val="0"/>
          <w:color w:val="6A6F75"/>
          <w:sz w:val="18"/>
        </w:rPr>
        <w:t xml:space="preserve">Echo, The pink as a motherless child: </w:t>
      </w:r>
      <w:hyperlink w:anchor="p89">
        <w:r>
          <w:rPr>
            <w:color w:val="2E5A80"/>
            <w:u w:val="single"/>
            <w:sz w:val="18"/>
          </w:rPr>
          <w:t xml:space="preserve">No. 89</w:t>
        </w:r>
      </w:hyperlink>
      <w:r>
        <w:rPr>
          <w:b w:val="0"/>
          <w:i w:val="0"/>
          <w:color w:val="6A6F75"/>
          <w:sz w:val="18"/>
        </w:rPr>
        <w:t xml:space="preserve">, </w:t>
      </w:r>
      <w:hyperlink w:anchor="p124">
        <w:r>
          <w:rPr>
            <w:color w:val="2E5A80"/>
            <w:u w:val="single"/>
            <w:sz w:val="18"/>
          </w:rPr>
          <w:t xml:space="preserve">No. 124</w:t>
        </w:r>
      </w:hyperlink>
      <w:r>
        <w:rPr>
          <w:b w:val="0"/>
          <w:i w:val="0"/>
          <w:color w:val="6A6F75"/>
          <w:sz w:val="18"/>
        </w:rPr>
        <w:t xml:space="preserve">, </w:t>
      </w:r>
      <w:hyperlink w:anchor="p125">
        <w:r>
          <w:rPr>
            <w:color w:val="2E5A80"/>
            <w:u w:val="single"/>
            <w:sz w:val="18"/>
          </w:rPr>
          <w:t xml:space="preserve">No. 125</w:t>
        </w:r>
      </w:hyperlink>
    </w:p>
    <w:p>
      <w:pPr>
        <w:keepNext/>
        <w:spacing w:after="20" w:before="200"/>
      </w:pPr>
      <w:bookmarkStart w:id="96" w:name="p89"/>
      <w:r>
        <w:rPr>
          <w:b/>
          <w:i w:val="0"/>
          <w:color w:val="222B33"/>
          <w:sz w:val="22"/>
        </w:rPr>
        <w:t>No. 89</w:t>
      </w:r>
      <w:r>
        <w:rPr>
          <w:b w:val="0"/>
          <w:i w:val="0"/>
          <w:color w:val="6A6F75"/>
          <w:sz w:val="18"/>
        </w:rPr>
        <w:t xml:space="preserve">   Fujitsubo → Genji   答 reply</w:t>
      </w:r>
      <w:bookmarkEnd w:id="96"/>
    </w:p>
    <w:p>
      <w:pPr>
        <w:keepNext/>
        <w:spacing w:after="0"/>
      </w:pPr>
      <w:r>
        <w:rPr>
          <w:rFonts w:ascii="Noto Serif CJK JP" w:hAnsi="Noto Serif CJK JP" w:eastAsia="Noto Serif CJK JP"/>
          <w:b w:val="0"/>
          <w:i w:val="0"/>
          <w:color w:val="222B33"/>
          <w:sz w:val="26"/>
        </w:rPr>
        <w:t>袖濡るる露のゆかりと思ふにもなほ疎まれぬ大和撫子</w:t>
      </w:r>
    </w:p>
    <w:p>
      <w:pPr>
        <w:keepNext/>
        <w:spacing w:after="60"/>
      </w:pPr>
      <w:r>
        <w:rPr>
          <w:rFonts w:ascii="Noto Serif CJK JP" w:hAnsi="Noto Serif CJK JP" w:eastAsia="Noto Serif CJK JP"/>
          <w:b w:val="0"/>
          <w:i w:val="0"/>
          <w:color w:val="6A6F75"/>
          <w:sz w:val="19"/>
        </w:rPr>
        <w:t>袖ぬるゝ　／　露のゆかりと　／　おもふにも　／　猶うとまれぬ　／　やまとなてしこ</w:t>
      </w:r>
    </w:p>
    <w:p>
      <w:pPr>
        <w:keepNext/>
        <w:spacing w:after="60"/>
      </w:pPr>
      <w:r>
        <w:rPr>
          <w:b w:val="0"/>
          <w:i/>
          <w:color w:val="222B33"/>
          <w:sz w:val="21"/>
        </w:rPr>
        <w:t>Though I think of it as kin</w:t>
        <w:br/>
      </w:r>
      <w:r>
        <w:rPr>
          <w:b w:val="0"/>
          <w:i/>
          <w:color w:val="222B33"/>
          <w:sz w:val="21"/>
        </w:rPr>
        <w:t>to the dew that wets my sleeves,</w:t>
        <w:br/>
      </w:r>
      <w:r>
        <w:rPr>
          <w:b w:val="0"/>
          <w:i/>
          <w:color w:val="222B33"/>
          <w:sz w:val="21"/>
        </w:rPr>
        <w:t>still I cannot turn from</w:t>
        <w:br/>
      </w:r>
      <w:r>
        <w:rPr>
          <w:b w:val="0"/>
          <w:i/>
          <w:color w:val="222B33"/>
          <w:sz w:val="21"/>
        </w:rPr>
        <w:t>the Yamato</w:t>
        <w:br/>
      </w:r>
      <w:r>
        <w:rPr>
          <w:b w:val="0"/>
          <w:i/>
          <w:color w:val="222B33"/>
          <w:sz w:val="21"/>
        </w:rPr>
        <w:t>pink.</w:t>
      </w:r>
    </w:p>
    <w:p>
      <w:pPr>
        <w:spacing w:after="40"/>
      </w:pPr>
      <w:r>
        <w:rPr>
          <w:b w:val="0"/>
          <w:i w:val="0"/>
          <w:color w:val="222B33"/>
          <w:sz w:val="19"/>
        </w:rPr>
        <w:t>She owns, obliquely, both grief and love for the child.</w:t>
      </w:r>
    </w:p>
    <w:p>
      <w:pPr>
        <w:spacing w:after="40"/>
      </w:pPr>
      <w:r>
        <w:rPr>
          <w:b w:val="0"/>
          <w:i w:val="0"/>
          <w:color w:val="6A6F75"/>
          <w:sz w:val="18"/>
        </w:rPr>
        <w:t xml:space="preserve">In reply to </w:t>
      </w:r>
      <w:hyperlink w:anchor="p88">
        <w:r>
          <w:rPr>
            <w:color w:val="2E5A80"/>
            <w:u w:val="single"/>
            <w:sz w:val="18"/>
          </w:rPr>
          <w:t xml:space="preserve">No. 88 (Genji)</w:t>
        </w:r>
      </w:hyperlink>
      <w:r>
        <w:rPr>
          <w:b w:val="0"/>
          <w:i w:val="0"/>
          <w:color w:val="6A6F75"/>
          <w:sz w:val="18"/>
        </w:rPr>
        <w:t xml:space="preserve">   ·   </w:t>
      </w:r>
      <w:r>
        <w:rPr>
          <w:b w:val="0"/>
          <w:i w:val="0"/>
          <w:color w:val="6A6F75"/>
          <w:sz w:val="18"/>
        </w:rPr>
        <w:t xml:space="preserve">Echo, The pink as a motherless child: </w:t>
      </w:r>
      <w:hyperlink w:anchor="p88">
        <w:r>
          <w:rPr>
            <w:color w:val="2E5A80"/>
            <w:u w:val="single"/>
            <w:sz w:val="18"/>
          </w:rPr>
          <w:t xml:space="preserve">No. 88</w:t>
        </w:r>
      </w:hyperlink>
      <w:r>
        <w:rPr>
          <w:b w:val="0"/>
          <w:i w:val="0"/>
          <w:color w:val="6A6F75"/>
          <w:sz w:val="18"/>
        </w:rPr>
        <w:t xml:space="preserve">, </w:t>
      </w:r>
      <w:hyperlink w:anchor="p124">
        <w:r>
          <w:rPr>
            <w:color w:val="2E5A80"/>
            <w:u w:val="single"/>
            <w:sz w:val="18"/>
          </w:rPr>
          <w:t xml:space="preserve">No. 124</w:t>
        </w:r>
      </w:hyperlink>
      <w:r>
        <w:rPr>
          <w:b w:val="0"/>
          <w:i w:val="0"/>
          <w:color w:val="6A6F75"/>
          <w:sz w:val="18"/>
        </w:rPr>
        <w:t xml:space="preserve">, </w:t>
      </w:r>
      <w:hyperlink w:anchor="p125">
        <w:r>
          <w:rPr>
            <w:color w:val="2E5A80"/>
            <w:u w:val="single"/>
            <w:sz w:val="18"/>
          </w:rPr>
          <w:t xml:space="preserve">No. 125</w:t>
        </w:r>
      </w:hyperlink>
    </w:p>
    <w:p>
      <w:pPr>
        <w:keepNext/>
        <w:spacing w:after="20" w:before="200"/>
      </w:pPr>
      <w:bookmarkStart w:id="97" w:name="p90"/>
      <w:r>
        <w:rPr>
          <w:b/>
          <w:i w:val="0"/>
          <w:color w:val="222B33"/>
          <w:sz w:val="22"/>
        </w:rPr>
        <w:t>No. 90</w:t>
      </w:r>
      <w:r>
        <w:rPr>
          <w:b w:val="0"/>
          <w:i w:val="0"/>
          <w:color w:val="6A6F75"/>
          <w:sz w:val="18"/>
        </w:rPr>
        <w:t xml:space="preserve">   Gen no Naishi → Genji   贈 sent</w:t>
      </w:r>
      <w:bookmarkEnd w:id="97"/>
    </w:p>
    <w:p>
      <w:pPr>
        <w:keepNext/>
        <w:spacing w:after="40"/>
      </w:pPr>
      <w:r>
        <w:rPr>
          <w:b/>
          <w:i w:val="0"/>
          <w:color w:val="6A6F75"/>
          <w:sz w:val="18"/>
        </w:rPr>
        <w:t xml:space="preserve">Context. </w:t>
      </w:r>
      <w:r>
        <w:rPr>
          <w:b w:val="0"/>
          <w:i w:val="0"/>
          <w:color w:val="6A6F75"/>
          <w:sz w:val="19"/>
        </w:rPr>
        <w:t>The elderly Gen no Naishi flirts with Genji; a comic counterpoint to the Fujitsubo affair.</w:t>
      </w:r>
    </w:p>
    <w:p>
      <w:pPr>
        <w:keepNext/>
        <w:spacing w:after="0"/>
      </w:pPr>
      <w:r>
        <w:rPr>
          <w:rFonts w:ascii="Noto Serif CJK JP" w:hAnsi="Noto Serif CJK JP" w:eastAsia="Noto Serif CJK JP"/>
          <w:b w:val="0"/>
          <w:i w:val="0"/>
          <w:color w:val="222B33"/>
          <w:sz w:val="26"/>
        </w:rPr>
        <w:t>君し来ば手なれの駒に刈り飼はむ盛り過ぎたる下葉なりとも</w:t>
      </w:r>
    </w:p>
    <w:p>
      <w:pPr>
        <w:keepNext/>
        <w:spacing w:after="60"/>
      </w:pPr>
      <w:r>
        <w:rPr>
          <w:rFonts w:ascii="Noto Serif CJK JP" w:hAnsi="Noto Serif CJK JP" w:eastAsia="Noto Serif CJK JP"/>
          <w:b w:val="0"/>
          <w:i w:val="0"/>
          <w:color w:val="6A6F75"/>
          <w:sz w:val="19"/>
        </w:rPr>
        <w:t>きみしこは　／　たなれのこまに　／　かりかはむ　／　さかりすきたる　／　下葉なりとも</w:t>
      </w:r>
    </w:p>
    <w:p>
      <w:pPr>
        <w:keepNext/>
        <w:spacing w:after="60"/>
      </w:pPr>
      <w:r>
        <w:rPr>
          <w:b w:val="0"/>
          <w:i/>
          <w:color w:val="222B33"/>
          <w:sz w:val="21"/>
        </w:rPr>
        <w:t>If you come, I’ll cut</w:t>
        <w:br/>
      </w:r>
      <w:r>
        <w:rPr>
          <w:b w:val="0"/>
          <w:i/>
          <w:color w:val="222B33"/>
          <w:sz w:val="21"/>
        </w:rPr>
        <w:t>grass for your familiar steed,</w:t>
        <w:br/>
      </w:r>
      <w:r>
        <w:rPr>
          <w:b w:val="0"/>
          <w:i/>
          <w:color w:val="222B33"/>
          <w:sz w:val="21"/>
        </w:rPr>
        <w:t>even lower leaves</w:t>
        <w:br/>
      </w:r>
      <w:r>
        <w:rPr>
          <w:b w:val="0"/>
          <w:i/>
          <w:color w:val="222B33"/>
          <w:sz w:val="21"/>
        </w:rPr>
        <w:t>past</w:t>
        <w:br/>
      </w:r>
      <w:r>
        <w:rPr>
          <w:b w:val="0"/>
          <w:i/>
          <w:color w:val="222B33"/>
          <w:sz w:val="21"/>
        </w:rPr>
        <w:t>their prime.</w:t>
      </w:r>
    </w:p>
    <w:p>
      <w:pPr>
        <w:spacing w:after="40"/>
      </w:pPr>
      <w:r>
        <w:rPr>
          <w:b w:val="0"/>
          <w:i w:val="0"/>
          <w:color w:val="222B33"/>
          <w:sz w:val="19"/>
        </w:rPr>
        <w:t>The aging lady-in-waiting flirts with Genji.</w:t>
      </w:r>
    </w:p>
    <w:p>
      <w:pPr>
        <w:spacing w:after="40"/>
      </w:pPr>
      <w:r>
        <w:rPr>
          <w:b w:val="0"/>
          <w:i w:val="0"/>
          <w:color w:val="6A6F75"/>
          <w:sz w:val="18"/>
        </w:rPr>
        <w:t xml:space="preserve">Answered by </w:t>
      </w:r>
      <w:hyperlink w:anchor="p91">
        <w:r>
          <w:rPr>
            <w:color w:val="2E5A80"/>
            <w:u w:val="single"/>
            <w:sz w:val="18"/>
          </w:rPr>
          <w:t xml:space="preserve">No. 91 (Genji)</w:t>
        </w:r>
      </w:hyperlink>
    </w:p>
    <w:p>
      <w:pPr>
        <w:keepNext/>
        <w:spacing w:after="20" w:before="200"/>
      </w:pPr>
      <w:bookmarkStart w:id="98" w:name="p91"/>
      <w:r>
        <w:rPr>
          <w:b/>
          <w:i w:val="0"/>
          <w:color w:val="222B33"/>
          <w:sz w:val="22"/>
        </w:rPr>
        <w:t>No. 91</w:t>
      </w:r>
      <w:r>
        <w:rPr>
          <w:b w:val="0"/>
          <w:i w:val="0"/>
          <w:color w:val="6A6F75"/>
          <w:sz w:val="18"/>
        </w:rPr>
        <w:t xml:space="preserve">   Genji → Gen no Naishi   答 reply</w:t>
      </w:r>
      <w:bookmarkEnd w:id="98"/>
    </w:p>
    <w:p>
      <w:pPr>
        <w:keepNext/>
        <w:spacing w:after="0"/>
      </w:pPr>
      <w:r>
        <w:rPr>
          <w:rFonts w:ascii="Noto Serif CJK JP" w:hAnsi="Noto Serif CJK JP" w:eastAsia="Noto Serif CJK JP"/>
          <w:b w:val="0"/>
          <w:i w:val="0"/>
          <w:color w:val="222B33"/>
          <w:sz w:val="26"/>
        </w:rPr>
        <w:t>笹分けば人やとがめむいつとなく駒なつくめる森の木隠れ</w:t>
      </w:r>
    </w:p>
    <w:p>
      <w:pPr>
        <w:keepNext/>
        <w:spacing w:after="60"/>
      </w:pPr>
      <w:r>
        <w:rPr>
          <w:rFonts w:ascii="Noto Serif CJK JP" w:hAnsi="Noto Serif CJK JP" w:eastAsia="Noto Serif CJK JP"/>
          <w:b w:val="0"/>
          <w:i w:val="0"/>
          <w:color w:val="6A6F75"/>
          <w:sz w:val="19"/>
        </w:rPr>
        <w:t>さゝわけは　／　人やとかめむ　／　いつとなく　／　こまなつくめる　／　もりのこかくれ</w:t>
      </w:r>
    </w:p>
    <w:p>
      <w:pPr>
        <w:keepNext/>
        <w:spacing w:after="60"/>
      </w:pPr>
      <w:r>
        <w:rPr>
          <w:b w:val="0"/>
          <w:i/>
          <w:color w:val="222B33"/>
          <w:sz w:val="21"/>
        </w:rPr>
        <w:t>If I part the bamboo grass</w:t>
        <w:br/>
      </w:r>
      <w:r>
        <w:rPr>
          <w:b w:val="0"/>
          <w:i/>
          <w:color w:val="222B33"/>
          <w:sz w:val="21"/>
        </w:rPr>
        <w:t>people may blame me,</w:t>
        <w:br/>
      </w:r>
      <w:r>
        <w:rPr>
          <w:b w:val="0"/>
          <w:i/>
          <w:color w:val="222B33"/>
          <w:sz w:val="21"/>
        </w:rPr>
        <w:t>in that wood’s shade where horses</w:t>
        <w:br/>
      </w:r>
      <w:r>
        <w:rPr>
          <w:b w:val="0"/>
          <w:i/>
          <w:color w:val="222B33"/>
          <w:sz w:val="21"/>
        </w:rPr>
        <w:t>are always</w:t>
        <w:br/>
      </w:r>
      <w:r>
        <w:rPr>
          <w:b w:val="0"/>
          <w:i/>
          <w:color w:val="222B33"/>
          <w:sz w:val="21"/>
        </w:rPr>
        <w:t>at home.</w:t>
      </w:r>
    </w:p>
    <w:p>
      <w:pPr>
        <w:spacing w:after="40"/>
      </w:pPr>
      <w:r>
        <w:rPr>
          <w:b w:val="0"/>
          <w:i w:val="0"/>
          <w:color w:val="222B33"/>
          <w:sz w:val="19"/>
        </w:rPr>
        <w:t>He teases her many lovers.</w:t>
      </w:r>
    </w:p>
    <w:p>
      <w:pPr>
        <w:spacing w:after="40"/>
      </w:pPr>
      <w:r>
        <w:rPr>
          <w:b w:val="0"/>
          <w:i w:val="0"/>
          <w:color w:val="6A6F75"/>
          <w:sz w:val="18"/>
        </w:rPr>
        <w:t xml:space="preserve">In reply to </w:t>
      </w:r>
      <w:hyperlink w:anchor="p90">
        <w:r>
          <w:rPr>
            <w:color w:val="2E5A80"/>
            <w:u w:val="single"/>
            <w:sz w:val="18"/>
          </w:rPr>
          <w:t xml:space="preserve">No. 90 (Gen no Naishi)</w:t>
        </w:r>
      </w:hyperlink>
    </w:p>
    <w:p>
      <w:pPr>
        <w:keepNext/>
        <w:spacing w:after="20" w:before="200"/>
      </w:pPr>
      <w:bookmarkStart w:id="99" w:name="p92"/>
      <w:r>
        <w:rPr>
          <w:b/>
          <w:i w:val="0"/>
          <w:color w:val="222B33"/>
          <w:sz w:val="22"/>
        </w:rPr>
        <w:t>No. 92</w:t>
      </w:r>
      <w:r>
        <w:rPr>
          <w:b w:val="0"/>
          <w:i w:val="0"/>
          <w:color w:val="6A6F75"/>
          <w:sz w:val="18"/>
        </w:rPr>
        <w:t xml:space="preserve">   Gen no Naishi → Genji   贈 sent</w:t>
      </w:r>
      <w:bookmarkEnd w:id="99"/>
    </w:p>
    <w:p>
      <w:pPr>
        <w:keepNext/>
        <w:spacing w:after="40"/>
      </w:pPr>
      <w:r>
        <w:rPr>
          <w:b/>
          <w:i w:val="0"/>
          <w:color w:val="6A6F75"/>
          <w:sz w:val="18"/>
        </w:rPr>
        <w:t xml:space="preserve">Context. </w:t>
      </w:r>
      <w:r>
        <w:rPr>
          <w:b w:val="0"/>
          <w:i w:val="0"/>
          <w:color w:val="6A6F75"/>
          <w:sz w:val="19"/>
        </w:rPr>
        <w:t>Gen no Naishi sings at her door; Genji, amused, answers.</w:t>
      </w:r>
    </w:p>
    <w:p>
      <w:pPr>
        <w:keepNext/>
        <w:spacing w:after="0"/>
      </w:pPr>
      <w:r>
        <w:rPr>
          <w:rFonts w:ascii="Noto Serif CJK JP" w:hAnsi="Noto Serif CJK JP" w:eastAsia="Noto Serif CJK JP"/>
          <w:b w:val="0"/>
          <w:i w:val="0"/>
          <w:color w:val="222B33"/>
          <w:sz w:val="26"/>
        </w:rPr>
        <w:t>立ち濡るる人しもあらじ東屋にうたてもかかる雨そそきかな</w:t>
      </w:r>
    </w:p>
    <w:p>
      <w:pPr>
        <w:keepNext/>
        <w:spacing w:after="60"/>
      </w:pPr>
      <w:r>
        <w:rPr>
          <w:rFonts w:ascii="Noto Serif CJK JP" w:hAnsi="Noto Serif CJK JP" w:eastAsia="Noto Serif CJK JP"/>
          <w:b w:val="0"/>
          <w:i w:val="0"/>
          <w:color w:val="6A6F75"/>
          <w:sz w:val="19"/>
        </w:rPr>
        <w:t>たちぬるゝ　／　人しもあらし　／　あつまやに　／　うたてもかゝる　／　あまそゝきかな</w:t>
      </w:r>
    </w:p>
    <w:p>
      <w:pPr>
        <w:keepNext/>
        <w:spacing w:after="60"/>
      </w:pPr>
      <w:r>
        <w:rPr>
          <w:b w:val="0"/>
          <w:i/>
          <w:color w:val="222B33"/>
          <w:sz w:val="21"/>
        </w:rPr>
        <w:t>No one stands wet</w:t>
        <w:br/>
      </w:r>
      <w:r>
        <w:rPr>
          <w:b w:val="0"/>
          <w:i/>
          <w:color w:val="222B33"/>
          <w:sz w:val="21"/>
        </w:rPr>
        <w:t>at the eaves,</w:t>
        <w:br/>
      </w:r>
      <w:r>
        <w:rPr>
          <w:b w:val="0"/>
          <w:i/>
          <w:color w:val="222B33"/>
          <w:sz w:val="21"/>
        </w:rPr>
        <w:t>so why this dreary rain</w:t>
        <w:br/>
      </w:r>
      <w:r>
        <w:rPr>
          <w:b w:val="0"/>
          <w:i/>
          <w:color w:val="222B33"/>
          <w:sz w:val="21"/>
        </w:rPr>
        <w:t>on the eastern</w:t>
        <w:br/>
      </w:r>
      <w:r>
        <w:rPr>
          <w:b w:val="0"/>
          <w:i/>
          <w:color w:val="222B33"/>
          <w:sz w:val="21"/>
        </w:rPr>
        <w:t>cottage?</w:t>
      </w:r>
    </w:p>
    <w:p>
      <w:pPr>
        <w:spacing w:after="40"/>
      </w:pPr>
      <w:r>
        <w:rPr>
          <w:b w:val="0"/>
          <w:i w:val="0"/>
          <w:color w:val="222B33"/>
          <w:sz w:val="19"/>
        </w:rPr>
        <w:t>After the saibara song “Azumaya.”</w:t>
      </w:r>
    </w:p>
    <w:p>
      <w:pPr>
        <w:spacing w:after="40"/>
      </w:pPr>
      <w:r>
        <w:rPr>
          <w:b/>
          <w:i w:val="0"/>
          <w:color w:val="6A6F75"/>
          <w:sz w:val="18"/>
        </w:rPr>
        <w:t xml:space="preserve">Allusion. </w:t>
      </w:r>
      <w:r>
        <w:rPr>
          <w:b w:val="0"/>
          <w:i w:val="0"/>
          <w:sz w:val="19"/>
        </w:rPr>
        <w:t>Saibara ‘Azumaya’ (東屋)</w:t>
      </w:r>
      <w:r>
        <w:rPr>
          <w:b w:val="0"/>
          <w:i w:val="0"/>
          <w:sz w:val="19"/>
        </w:rPr>
        <w:t xml:space="preserve">  A folk song of a man at the eaves of an eastern hut, asking to be let in from the rain.</w:t>
      </w:r>
    </w:p>
    <w:p>
      <w:pPr>
        <w:spacing w:after="40"/>
      </w:pPr>
      <w:r>
        <w:rPr>
          <w:b w:val="0"/>
          <w:i w:val="0"/>
          <w:color w:val="6A6F75"/>
          <w:sz w:val="18"/>
        </w:rPr>
        <w:t xml:space="preserve">Answered by </w:t>
      </w:r>
      <w:hyperlink w:anchor="p93">
        <w:r>
          <w:rPr>
            <w:color w:val="2E5A80"/>
            <w:u w:val="single"/>
            <w:sz w:val="18"/>
          </w:rPr>
          <w:t xml:space="preserve">No. 93 (Genji)</w:t>
        </w:r>
      </w:hyperlink>
    </w:p>
    <w:p>
      <w:pPr>
        <w:keepNext/>
        <w:spacing w:after="20" w:before="200"/>
      </w:pPr>
      <w:bookmarkStart w:id="100" w:name="p93"/>
      <w:r>
        <w:rPr>
          <w:b/>
          <w:i w:val="0"/>
          <w:color w:val="222B33"/>
          <w:sz w:val="22"/>
        </w:rPr>
        <w:t>No. 93</w:t>
      </w:r>
      <w:r>
        <w:rPr>
          <w:b w:val="0"/>
          <w:i w:val="0"/>
          <w:color w:val="6A6F75"/>
          <w:sz w:val="18"/>
        </w:rPr>
        <w:t xml:space="preserve">   Genji → Gen no Naishi   答 reply</w:t>
      </w:r>
      <w:bookmarkEnd w:id="100"/>
    </w:p>
    <w:p>
      <w:pPr>
        <w:keepNext/>
        <w:spacing w:after="0"/>
      </w:pPr>
      <w:r>
        <w:rPr>
          <w:rFonts w:ascii="Noto Serif CJK JP" w:hAnsi="Noto Serif CJK JP" w:eastAsia="Noto Serif CJK JP"/>
          <w:b w:val="0"/>
          <w:i w:val="0"/>
          <w:color w:val="222B33"/>
          <w:sz w:val="26"/>
        </w:rPr>
        <w:t>人妻はあなわづらはし東屋の真屋のあまりも馴れじとぞ思ふ</w:t>
      </w:r>
    </w:p>
    <w:p>
      <w:pPr>
        <w:keepNext/>
        <w:spacing w:after="60"/>
      </w:pPr>
      <w:r>
        <w:rPr>
          <w:rFonts w:ascii="Noto Serif CJK JP" w:hAnsi="Noto Serif CJK JP" w:eastAsia="Noto Serif CJK JP"/>
          <w:b w:val="0"/>
          <w:i w:val="0"/>
          <w:color w:val="6A6F75"/>
          <w:sz w:val="19"/>
        </w:rPr>
        <w:t>人つまは　／　あなわつらはし　／　あつまやの　／　まやのあまりも　／　なれしとそおもふ</w:t>
      </w:r>
    </w:p>
    <w:p>
      <w:pPr>
        <w:keepNext/>
        <w:spacing w:after="60"/>
      </w:pPr>
      <w:r>
        <w:rPr>
          <w:b w:val="0"/>
          <w:i/>
          <w:color w:val="222B33"/>
          <w:sz w:val="21"/>
        </w:rPr>
        <w:t>Another man’s wife, how tiresome!</w:t>
        <w:br/>
      </w:r>
      <w:r>
        <w:rPr>
          <w:b w:val="0"/>
          <w:i/>
          <w:color w:val="222B33"/>
          <w:sz w:val="21"/>
        </w:rPr>
        <w:t>I would not grow familiar</w:t>
        <w:br/>
      </w:r>
      <w:r>
        <w:rPr>
          <w:b w:val="0"/>
          <w:i/>
          <w:color w:val="222B33"/>
          <w:sz w:val="21"/>
        </w:rPr>
        <w:t>beneath the eaves</w:t>
        <w:br/>
      </w:r>
      <w:r>
        <w:rPr>
          <w:b w:val="0"/>
          <w:i/>
          <w:color w:val="222B33"/>
          <w:sz w:val="21"/>
        </w:rPr>
        <w:t>of the eastern</w:t>
        <w:br/>
      </w:r>
      <w:r>
        <w:rPr>
          <w:b w:val="0"/>
          <w:i/>
          <w:color w:val="222B33"/>
          <w:sz w:val="21"/>
        </w:rPr>
        <w:t>cottage.</w:t>
      </w:r>
    </w:p>
    <w:p>
      <w:pPr>
        <w:spacing w:after="40"/>
      </w:pPr>
      <w:r>
        <w:rPr>
          <w:b w:val="0"/>
          <w:i w:val="0"/>
          <w:color w:val="222B33"/>
          <w:sz w:val="19"/>
        </w:rPr>
        <w:t>He answers within the same song.</w:t>
      </w:r>
    </w:p>
    <w:p>
      <w:pPr>
        <w:spacing w:after="40"/>
      </w:pPr>
      <w:r>
        <w:rPr>
          <w:b w:val="0"/>
          <w:i w:val="0"/>
          <w:color w:val="6A6F75"/>
          <w:sz w:val="18"/>
        </w:rPr>
        <w:t xml:space="preserve">In reply to </w:t>
      </w:r>
      <w:hyperlink w:anchor="p92">
        <w:r>
          <w:rPr>
            <w:color w:val="2E5A80"/>
            <w:u w:val="single"/>
            <w:sz w:val="18"/>
          </w:rPr>
          <w:t xml:space="preserve">No. 92 (Gen no Naishi)</w:t>
        </w:r>
      </w:hyperlink>
    </w:p>
    <w:p>
      <w:pPr>
        <w:keepNext/>
        <w:spacing w:after="20" w:before="200"/>
      </w:pPr>
      <w:bookmarkStart w:id="101" w:name="p94"/>
      <w:r>
        <w:rPr>
          <w:b/>
          <w:i w:val="0"/>
          <w:color w:val="222B33"/>
          <w:sz w:val="22"/>
        </w:rPr>
        <w:t>No. 94</w:t>
      </w:r>
      <w:r>
        <w:rPr>
          <w:b w:val="0"/>
          <w:i w:val="0"/>
          <w:color w:val="6A6F75"/>
          <w:sz w:val="18"/>
        </w:rPr>
        <w:t xml:space="preserve">   Tō no Chūjō → Genji   贈 sent</w:t>
      </w:r>
      <w:bookmarkEnd w:id="101"/>
    </w:p>
    <w:p>
      <w:pPr>
        <w:keepNext/>
        <w:spacing w:after="40"/>
      </w:pPr>
      <w:r>
        <w:rPr>
          <w:b/>
          <w:i w:val="0"/>
          <w:color w:val="6A6F75"/>
          <w:sz w:val="18"/>
        </w:rPr>
        <w:t xml:space="preserve">Context. </w:t>
      </w:r>
      <w:r>
        <w:rPr>
          <w:b w:val="0"/>
          <w:i w:val="0"/>
          <w:color w:val="6A6F75"/>
          <w:sz w:val="19"/>
        </w:rPr>
        <w:t>Tō no Chūjō surprises Genji with Gen no Naishi; the rivals end in laughter.</w:t>
      </w:r>
    </w:p>
    <w:p>
      <w:pPr>
        <w:keepNext/>
        <w:spacing w:after="0"/>
      </w:pPr>
      <w:r>
        <w:rPr>
          <w:rFonts w:ascii="Noto Serif CJK JP" w:hAnsi="Noto Serif CJK JP" w:eastAsia="Noto Serif CJK JP"/>
          <w:b w:val="0"/>
          <w:i w:val="0"/>
          <w:color w:val="222B33"/>
          <w:sz w:val="26"/>
        </w:rPr>
        <w:t>つつむめる名や漏り出でむ引きかはしかくほころぶる中の衣に</w:t>
      </w:r>
    </w:p>
    <w:p>
      <w:pPr>
        <w:keepNext/>
        <w:spacing w:after="60"/>
      </w:pPr>
      <w:r>
        <w:rPr>
          <w:rFonts w:ascii="Noto Serif CJK JP" w:hAnsi="Noto Serif CJK JP" w:eastAsia="Noto Serif CJK JP"/>
          <w:b w:val="0"/>
          <w:i w:val="0"/>
          <w:color w:val="6A6F75"/>
          <w:sz w:val="19"/>
        </w:rPr>
        <w:t>つゝむめる　／　なやもりいてん　／　ひきかはし　／　かくほころふる　／　なかのころもに</w:t>
      </w:r>
    </w:p>
    <w:p>
      <w:pPr>
        <w:keepNext/>
        <w:spacing w:after="60"/>
      </w:pPr>
      <w:r>
        <w:rPr>
          <w:b w:val="0"/>
          <w:i/>
          <w:color w:val="222B33"/>
          <w:sz w:val="21"/>
        </w:rPr>
        <w:t>Your well-hidden name will leak out</w:t>
        <w:br/>
      </w:r>
      <w:r>
        <w:rPr>
          <w:b w:val="0"/>
          <w:i/>
          <w:color w:val="222B33"/>
          <w:sz w:val="21"/>
        </w:rPr>
        <w:t>as we tug at each other</w:t>
        <w:br/>
      </w:r>
      <w:r>
        <w:rPr>
          <w:b w:val="0"/>
          <w:i/>
          <w:color w:val="222B33"/>
          <w:sz w:val="21"/>
        </w:rPr>
        <w:t>and the robe between us</w:t>
        <w:br/>
      </w:r>
      <w:r>
        <w:rPr>
          <w:b w:val="0"/>
          <w:i/>
          <w:color w:val="222B33"/>
          <w:sz w:val="21"/>
        </w:rPr>
        <w:t>comes apart</w:t>
        <w:br/>
      </w:r>
      <w:r>
        <w:rPr>
          <w:b w:val="0"/>
          <w:i/>
          <w:color w:val="222B33"/>
          <w:sz w:val="21"/>
        </w:rPr>
        <w:t>at the seams.</w:t>
      </w:r>
    </w:p>
    <w:p>
      <w:pPr>
        <w:spacing w:after="40"/>
      </w:pPr>
      <w:r>
        <w:rPr>
          <w:b w:val="0"/>
          <w:i w:val="0"/>
          <w:color w:val="222B33"/>
          <w:sz w:val="19"/>
        </w:rPr>
        <w:t>After his prank surprising Genji with the Naishi.</w:t>
      </w:r>
    </w:p>
    <w:p>
      <w:pPr>
        <w:spacing w:after="40"/>
      </w:pPr>
      <w:r>
        <w:rPr>
          <w:b w:val="0"/>
          <w:i w:val="0"/>
          <w:color w:val="6A6F75"/>
          <w:sz w:val="18"/>
        </w:rPr>
        <w:t xml:space="preserve">Answered by </w:t>
      </w:r>
      <w:hyperlink w:anchor="p95">
        <w:r>
          <w:rPr>
            <w:color w:val="2E5A80"/>
            <w:u w:val="single"/>
            <w:sz w:val="18"/>
          </w:rPr>
          <w:t xml:space="preserve">No. 95 (Genji)</w:t>
        </w:r>
      </w:hyperlink>
    </w:p>
    <w:p>
      <w:pPr>
        <w:keepNext/>
        <w:spacing w:after="20" w:before="200"/>
      </w:pPr>
      <w:bookmarkStart w:id="102" w:name="p95"/>
      <w:r>
        <w:rPr>
          <w:b/>
          <w:i w:val="0"/>
          <w:color w:val="222B33"/>
          <w:sz w:val="22"/>
        </w:rPr>
        <w:t>No. 95</w:t>
      </w:r>
      <w:r>
        <w:rPr>
          <w:b w:val="0"/>
          <w:i w:val="0"/>
          <w:color w:val="6A6F75"/>
          <w:sz w:val="18"/>
        </w:rPr>
        <w:t xml:space="preserve">   Genji → Tō no Chūjō   答 reply</w:t>
      </w:r>
      <w:bookmarkEnd w:id="102"/>
    </w:p>
    <w:p>
      <w:pPr>
        <w:keepNext/>
        <w:spacing w:after="0"/>
      </w:pPr>
      <w:r>
        <w:rPr>
          <w:rFonts w:ascii="Noto Serif CJK JP" w:hAnsi="Noto Serif CJK JP" w:eastAsia="Noto Serif CJK JP"/>
          <w:b w:val="0"/>
          <w:i w:val="0"/>
          <w:color w:val="222B33"/>
          <w:sz w:val="26"/>
        </w:rPr>
        <w:t>隠れなきものと知る知る夏衣着たるを薄き心とぞ見る</w:t>
      </w:r>
    </w:p>
    <w:p>
      <w:pPr>
        <w:keepNext/>
        <w:spacing w:after="60"/>
      </w:pPr>
      <w:r>
        <w:rPr>
          <w:rFonts w:ascii="Noto Serif CJK JP" w:hAnsi="Noto Serif CJK JP" w:eastAsia="Noto Serif CJK JP"/>
          <w:b w:val="0"/>
          <w:i w:val="0"/>
          <w:color w:val="6A6F75"/>
          <w:sz w:val="19"/>
        </w:rPr>
        <w:t>かくれなき　／　物としるしる　／　なつころも　／　きたるをうすき　／　心とそみる</w:t>
      </w:r>
    </w:p>
    <w:p>
      <w:pPr>
        <w:keepNext/>
        <w:spacing w:after="60"/>
      </w:pPr>
      <w:r>
        <w:rPr>
          <w:b w:val="0"/>
          <w:i/>
          <w:color w:val="222B33"/>
          <w:sz w:val="21"/>
        </w:rPr>
        <w:t>Knowing full well nothing is hidden,</w:t>
        <w:br/>
      </w:r>
      <w:r>
        <w:rPr>
          <w:b w:val="0"/>
          <w:i/>
          <w:color w:val="222B33"/>
          <w:sz w:val="21"/>
        </w:rPr>
        <w:t>you put on a summer robe;</w:t>
        <w:br/>
      </w:r>
      <w:r>
        <w:rPr>
          <w:b w:val="0"/>
          <w:i/>
          <w:color w:val="222B33"/>
          <w:sz w:val="21"/>
        </w:rPr>
        <w:t>I find that</w:t>
        <w:br/>
      </w:r>
      <w:r>
        <w:rPr>
          <w:b w:val="0"/>
          <w:i/>
          <w:color w:val="222B33"/>
          <w:sz w:val="21"/>
        </w:rPr>
        <w:t>a thin</w:t>
        <w:br/>
      </w:r>
      <w:r>
        <w:rPr>
          <w:b w:val="0"/>
          <w:i/>
          <w:color w:val="222B33"/>
          <w:sz w:val="21"/>
        </w:rPr>
        <w:t>heart indeed.</w:t>
      </w:r>
    </w:p>
    <w:p>
      <w:pPr>
        <w:spacing w:after="40"/>
      </w:pPr>
      <w:r>
        <w:rPr>
          <w:b w:val="0"/>
          <w:i w:val="0"/>
          <w:color w:val="222B33"/>
          <w:sz w:val="19"/>
        </w:rPr>
        <w:t>Usuki, “thin,” of both summer cloth and loyalty.</w:t>
      </w:r>
    </w:p>
    <w:p>
      <w:pPr>
        <w:spacing w:after="40"/>
      </w:pPr>
      <w:r>
        <w:rPr>
          <w:b w:val="0"/>
          <w:i w:val="0"/>
          <w:color w:val="6A6F75"/>
          <w:sz w:val="18"/>
        </w:rPr>
        <w:t xml:space="preserve">In reply to </w:t>
      </w:r>
      <w:hyperlink w:anchor="p94">
        <w:r>
          <w:rPr>
            <w:color w:val="2E5A80"/>
            <w:u w:val="single"/>
            <w:sz w:val="18"/>
          </w:rPr>
          <w:t xml:space="preserve">No. 94 (Tō no Chūjō)</w:t>
        </w:r>
      </w:hyperlink>
    </w:p>
    <w:p>
      <w:pPr>
        <w:keepNext/>
        <w:spacing w:after="20" w:before="200"/>
      </w:pPr>
      <w:bookmarkStart w:id="103" w:name="p96"/>
      <w:r>
        <w:rPr>
          <w:b/>
          <w:i w:val="0"/>
          <w:color w:val="222B33"/>
          <w:sz w:val="22"/>
        </w:rPr>
        <w:t>No. 96</w:t>
      </w:r>
      <w:r>
        <w:rPr>
          <w:b w:val="0"/>
          <w:i w:val="0"/>
          <w:color w:val="6A6F75"/>
          <w:sz w:val="18"/>
        </w:rPr>
        <w:t xml:space="preserve">   Gen no Naishi → Genji   贈 sent</w:t>
      </w:r>
      <w:bookmarkEnd w:id="103"/>
    </w:p>
    <w:p>
      <w:pPr>
        <w:keepNext/>
        <w:spacing w:after="40"/>
      </w:pPr>
      <w:r>
        <w:rPr>
          <w:b/>
          <w:i w:val="0"/>
          <w:color w:val="6A6F75"/>
          <w:sz w:val="18"/>
        </w:rPr>
        <w:t xml:space="preserve">Context. </w:t>
      </w:r>
      <w:r>
        <w:rPr>
          <w:b w:val="0"/>
          <w:i w:val="0"/>
          <w:color w:val="6A6F75"/>
          <w:sz w:val="19"/>
        </w:rPr>
        <w:t>Gen no Naishi complains after the night’s farce.</w:t>
      </w:r>
    </w:p>
    <w:p>
      <w:pPr>
        <w:keepNext/>
        <w:spacing w:after="0"/>
      </w:pPr>
      <w:r>
        <w:rPr>
          <w:rFonts w:ascii="Noto Serif CJK JP" w:hAnsi="Noto Serif CJK JP" w:eastAsia="Noto Serif CJK JP"/>
          <w:b w:val="0"/>
          <w:i w:val="0"/>
          <w:color w:val="222B33"/>
          <w:sz w:val="26"/>
        </w:rPr>
        <w:t>恨みてもいふかひぞなきたちかさね引きてかへりし波のなごりに</w:t>
      </w:r>
    </w:p>
    <w:p>
      <w:pPr>
        <w:keepNext/>
        <w:spacing w:after="60"/>
      </w:pPr>
      <w:r>
        <w:rPr>
          <w:rFonts w:ascii="Noto Serif CJK JP" w:hAnsi="Noto Serif CJK JP" w:eastAsia="Noto Serif CJK JP"/>
          <w:b w:val="0"/>
          <w:i w:val="0"/>
          <w:color w:val="6A6F75"/>
          <w:sz w:val="19"/>
        </w:rPr>
        <w:t>うらみても　／　いふかひそなき　／　立かさね　／　ひきてかへりし　／　なみのなこりに</w:t>
      </w:r>
    </w:p>
    <w:p>
      <w:pPr>
        <w:keepNext/>
        <w:spacing w:after="60"/>
      </w:pPr>
      <w:r>
        <w:rPr>
          <w:b w:val="0"/>
          <w:i/>
          <w:color w:val="222B33"/>
          <w:sz w:val="21"/>
        </w:rPr>
        <w:t>Reproach is useless now</w:t>
        <w:br/>
      </w:r>
      <w:r>
        <w:rPr>
          <w:b w:val="0"/>
          <w:i/>
          <w:color w:val="222B33"/>
          <w:sz w:val="21"/>
        </w:rPr>
        <w:t>in the wake of waves</w:t>
        <w:br/>
      </w:r>
      <w:r>
        <w:rPr>
          <w:b w:val="0"/>
          <w:i/>
          <w:color w:val="222B33"/>
          <w:sz w:val="21"/>
        </w:rPr>
        <w:t>that came, one upon another,</w:t>
        <w:br/>
      </w:r>
      <w:r>
        <w:rPr>
          <w:b w:val="0"/>
          <w:i/>
          <w:color w:val="222B33"/>
          <w:sz w:val="21"/>
        </w:rPr>
        <w:t>and drew</w:t>
        <w:br/>
      </w:r>
      <w:r>
        <w:rPr>
          <w:b w:val="0"/>
          <w:i/>
          <w:color w:val="222B33"/>
          <w:sz w:val="21"/>
        </w:rPr>
        <w:t>back.</w:t>
      </w:r>
    </w:p>
    <w:p>
      <w:pPr>
        <w:spacing w:after="40"/>
      </w:pPr>
      <w:r>
        <w:rPr>
          <w:b w:val="0"/>
          <w:i w:val="0"/>
          <w:color w:val="6A6F75"/>
          <w:sz w:val="18"/>
        </w:rPr>
        <w:t xml:space="preserve">Answered by </w:t>
      </w:r>
      <w:hyperlink w:anchor="p97">
        <w:r>
          <w:rPr>
            <w:color w:val="2E5A80"/>
            <w:u w:val="single"/>
            <w:sz w:val="18"/>
          </w:rPr>
          <w:t xml:space="preserve">No. 97 (Genji)</w:t>
        </w:r>
      </w:hyperlink>
    </w:p>
    <w:p>
      <w:pPr>
        <w:keepNext/>
        <w:spacing w:after="20" w:before="200"/>
      </w:pPr>
      <w:bookmarkStart w:id="104" w:name="p97"/>
      <w:r>
        <w:rPr>
          <w:b/>
          <w:i w:val="0"/>
          <w:color w:val="222B33"/>
          <w:sz w:val="22"/>
        </w:rPr>
        <w:t>No. 97</w:t>
      </w:r>
      <w:r>
        <w:rPr>
          <w:b w:val="0"/>
          <w:i w:val="0"/>
          <w:color w:val="6A6F75"/>
          <w:sz w:val="18"/>
        </w:rPr>
        <w:t xml:space="preserve">   Genji → Gen no Naishi   答 reply</w:t>
      </w:r>
      <w:bookmarkEnd w:id="104"/>
    </w:p>
    <w:p>
      <w:pPr>
        <w:keepNext/>
        <w:spacing w:after="0"/>
      </w:pPr>
      <w:r>
        <w:rPr>
          <w:rFonts w:ascii="Noto Serif CJK JP" w:hAnsi="Noto Serif CJK JP" w:eastAsia="Noto Serif CJK JP"/>
          <w:b w:val="0"/>
          <w:i w:val="0"/>
          <w:color w:val="222B33"/>
          <w:sz w:val="26"/>
        </w:rPr>
        <w:t>荒らだちし波に心は騒がねど寄せけむ磯をいかが恨みぬ</w:t>
      </w:r>
    </w:p>
    <w:p>
      <w:pPr>
        <w:keepNext/>
        <w:spacing w:after="60"/>
      </w:pPr>
      <w:r>
        <w:rPr>
          <w:rFonts w:ascii="Noto Serif CJK JP" w:hAnsi="Noto Serif CJK JP" w:eastAsia="Noto Serif CJK JP"/>
          <w:b w:val="0"/>
          <w:i w:val="0"/>
          <w:color w:val="6A6F75"/>
          <w:sz w:val="19"/>
        </w:rPr>
        <w:t>あらたちし　／　浪に心は　／　さはかねと　／　よせけむいそを　／　いかゝうらみぬ</w:t>
      </w:r>
    </w:p>
    <w:p>
      <w:pPr>
        <w:keepNext/>
        <w:spacing w:after="60"/>
      </w:pPr>
      <w:r>
        <w:rPr>
          <w:b w:val="0"/>
          <w:i/>
          <w:color w:val="222B33"/>
          <w:sz w:val="21"/>
        </w:rPr>
        <w:t>I am not troubled</w:t>
        <w:br/>
      </w:r>
      <w:r>
        <w:rPr>
          <w:b w:val="0"/>
          <w:i/>
          <w:color w:val="222B33"/>
          <w:sz w:val="21"/>
        </w:rPr>
        <w:t>by the raging waves,</w:t>
        <w:br/>
      </w:r>
      <w:r>
        <w:rPr>
          <w:b w:val="0"/>
          <w:i/>
          <w:color w:val="222B33"/>
          <w:sz w:val="21"/>
        </w:rPr>
        <w:t>but how could I not resent</w:t>
        <w:br/>
      </w:r>
      <w:r>
        <w:rPr>
          <w:b w:val="0"/>
          <w:i/>
          <w:color w:val="222B33"/>
          <w:sz w:val="21"/>
        </w:rPr>
        <w:t>the shore</w:t>
        <w:br/>
      </w:r>
      <w:r>
        <w:rPr>
          <w:b w:val="0"/>
          <w:i/>
          <w:color w:val="222B33"/>
          <w:sz w:val="21"/>
        </w:rPr>
        <w:t>they broke on?</w:t>
      </w:r>
    </w:p>
    <w:p>
      <w:pPr>
        <w:spacing w:after="40"/>
      </w:pPr>
      <w:r>
        <w:rPr>
          <w:b w:val="0"/>
          <w:i w:val="0"/>
          <w:color w:val="6A6F75"/>
          <w:sz w:val="18"/>
        </w:rPr>
        <w:t xml:space="preserve">In reply to </w:t>
      </w:r>
      <w:hyperlink w:anchor="p96">
        <w:r>
          <w:rPr>
            <w:color w:val="2E5A80"/>
            <w:u w:val="single"/>
            <w:sz w:val="18"/>
          </w:rPr>
          <w:t xml:space="preserve">No. 96 (Gen no Naishi)</w:t>
        </w:r>
      </w:hyperlink>
    </w:p>
    <w:p>
      <w:pPr>
        <w:keepNext/>
        <w:spacing w:after="20" w:before="200"/>
      </w:pPr>
      <w:bookmarkStart w:id="105" w:name="p98"/>
      <w:r>
        <w:rPr>
          <w:b/>
          <w:i w:val="0"/>
          <w:color w:val="222B33"/>
          <w:sz w:val="22"/>
        </w:rPr>
        <w:t>No. 98</w:t>
      </w:r>
      <w:r>
        <w:rPr>
          <w:b w:val="0"/>
          <w:i w:val="0"/>
          <w:color w:val="6A6F75"/>
          <w:sz w:val="18"/>
        </w:rPr>
        <w:t xml:space="preserve">   Genji → Tō no Chūjō   贈 sent</w:t>
      </w:r>
      <w:bookmarkEnd w:id="105"/>
    </w:p>
    <w:p>
      <w:pPr>
        <w:keepNext/>
        <w:spacing w:after="40"/>
      </w:pPr>
      <w:r>
        <w:rPr>
          <w:b/>
          <w:i w:val="0"/>
          <w:color w:val="6A6F75"/>
          <w:sz w:val="18"/>
        </w:rPr>
        <w:t xml:space="preserve">Context. </w:t>
      </w:r>
      <w:r>
        <w:rPr>
          <w:b w:val="0"/>
          <w:i w:val="0"/>
          <w:color w:val="6A6F75"/>
          <w:sz w:val="19"/>
        </w:rPr>
        <w:t>Genji returns Tō no Chūjō’s sash, lost in the scuffle; the friendship survives the joke.</w:t>
      </w:r>
    </w:p>
    <w:p>
      <w:pPr>
        <w:keepNext/>
        <w:spacing w:after="0"/>
      </w:pPr>
      <w:r>
        <w:rPr>
          <w:rFonts w:ascii="Noto Serif CJK JP" w:hAnsi="Noto Serif CJK JP" w:eastAsia="Noto Serif CJK JP"/>
          <w:b w:val="0"/>
          <w:i w:val="0"/>
          <w:color w:val="222B33"/>
          <w:sz w:val="26"/>
        </w:rPr>
        <w:t>なか絶えばかことや負ふと危ふさにはなだの帯を取りてだに見ず</w:t>
      </w:r>
    </w:p>
    <w:p>
      <w:pPr>
        <w:keepNext/>
        <w:spacing w:after="60"/>
      </w:pPr>
      <w:r>
        <w:rPr>
          <w:rFonts w:ascii="Noto Serif CJK JP" w:hAnsi="Noto Serif CJK JP" w:eastAsia="Noto Serif CJK JP"/>
          <w:b w:val="0"/>
          <w:i w:val="0"/>
          <w:color w:val="6A6F75"/>
          <w:sz w:val="19"/>
        </w:rPr>
        <w:t>なかたえは　／　かことやおふと　／　あやふさに　／　はなたのおひを　／　とりてたにみす</w:t>
      </w:r>
    </w:p>
    <w:p>
      <w:pPr>
        <w:keepNext/>
        <w:spacing w:after="60"/>
      </w:pPr>
      <w:r>
        <w:rPr>
          <w:b w:val="0"/>
          <w:i/>
          <w:color w:val="222B33"/>
          <w:sz w:val="21"/>
        </w:rPr>
        <w:t>Fearing I’d be blamed</w:t>
        <w:br/>
      </w:r>
      <w:r>
        <w:rPr>
          <w:b w:val="0"/>
          <w:i/>
          <w:color w:val="222B33"/>
          <w:sz w:val="21"/>
        </w:rPr>
        <w:t>if your bond with her broke,</w:t>
        <w:br/>
      </w:r>
      <w:r>
        <w:rPr>
          <w:b w:val="0"/>
          <w:i/>
          <w:color w:val="222B33"/>
          <w:sz w:val="21"/>
        </w:rPr>
        <w:t>I would not even</w:t>
        <w:br/>
      </w:r>
      <w:r>
        <w:rPr>
          <w:b w:val="0"/>
          <w:i/>
          <w:color w:val="222B33"/>
          <w:sz w:val="21"/>
        </w:rPr>
        <w:t>take up</w:t>
        <w:br/>
      </w:r>
      <w:r>
        <w:rPr>
          <w:b w:val="0"/>
          <w:i/>
          <w:color w:val="222B33"/>
          <w:sz w:val="21"/>
        </w:rPr>
        <w:t>the blue sash.</w:t>
      </w:r>
    </w:p>
    <w:p>
      <w:pPr>
        <w:spacing w:after="40"/>
      </w:pPr>
      <w:r>
        <w:rPr>
          <w:b w:val="0"/>
          <w:i w:val="0"/>
          <w:color w:val="222B33"/>
          <w:sz w:val="19"/>
        </w:rPr>
        <w:t>Returning Tō no Chūjō’s sash left in the scuffle.</w:t>
      </w:r>
    </w:p>
    <w:p>
      <w:pPr>
        <w:spacing w:after="40"/>
      </w:pPr>
      <w:r>
        <w:rPr>
          <w:b w:val="0"/>
          <w:i w:val="0"/>
          <w:color w:val="6A6F75"/>
          <w:sz w:val="18"/>
        </w:rPr>
        <w:t xml:space="preserve">Answered by </w:t>
      </w:r>
      <w:hyperlink w:anchor="p99">
        <w:r>
          <w:rPr>
            <w:color w:val="2E5A80"/>
            <w:u w:val="single"/>
            <w:sz w:val="18"/>
          </w:rPr>
          <w:t xml:space="preserve">No. 99 (Tō no Chūjō)</w:t>
        </w:r>
      </w:hyperlink>
    </w:p>
    <w:p>
      <w:pPr>
        <w:keepNext/>
        <w:spacing w:after="20" w:before="200"/>
      </w:pPr>
      <w:bookmarkStart w:id="106" w:name="p99"/>
      <w:r>
        <w:rPr>
          <w:b/>
          <w:i w:val="0"/>
          <w:color w:val="222B33"/>
          <w:sz w:val="22"/>
        </w:rPr>
        <w:t>No. 99</w:t>
      </w:r>
      <w:r>
        <w:rPr>
          <w:b w:val="0"/>
          <w:i w:val="0"/>
          <w:color w:val="6A6F75"/>
          <w:sz w:val="18"/>
        </w:rPr>
        <w:t xml:space="preserve">   Tō no Chūjō → Genji   答 reply</w:t>
      </w:r>
      <w:bookmarkEnd w:id="106"/>
    </w:p>
    <w:p>
      <w:pPr>
        <w:keepNext/>
        <w:spacing w:after="0"/>
      </w:pPr>
      <w:r>
        <w:rPr>
          <w:rFonts w:ascii="Noto Serif CJK JP" w:hAnsi="Noto Serif CJK JP" w:eastAsia="Noto Serif CJK JP"/>
          <w:b w:val="0"/>
          <w:i w:val="0"/>
          <w:color w:val="222B33"/>
          <w:sz w:val="26"/>
        </w:rPr>
        <w:t>君にかく引き取られぬる帯なればかくて絶えぬるなかとかこたむ</w:t>
      </w:r>
    </w:p>
    <w:p>
      <w:pPr>
        <w:keepNext/>
        <w:spacing w:after="60"/>
      </w:pPr>
      <w:r>
        <w:rPr>
          <w:rFonts w:ascii="Noto Serif CJK JP" w:hAnsi="Noto Serif CJK JP" w:eastAsia="Noto Serif CJK JP"/>
          <w:b w:val="0"/>
          <w:i w:val="0"/>
          <w:color w:val="6A6F75"/>
          <w:sz w:val="19"/>
        </w:rPr>
        <w:t>君にかく　／　ひきとられぬる　／　おひなれは　／　かくてたえぬる　／　なかとかこたむ</w:t>
      </w:r>
    </w:p>
    <w:p>
      <w:pPr>
        <w:keepNext/>
        <w:spacing w:after="60"/>
      </w:pPr>
      <w:r>
        <w:rPr>
          <w:b w:val="0"/>
          <w:i/>
          <w:color w:val="222B33"/>
          <w:sz w:val="21"/>
        </w:rPr>
        <w:t>Since my sash</w:t>
        <w:br/>
      </w:r>
      <w:r>
        <w:rPr>
          <w:b w:val="0"/>
          <w:i/>
          <w:color w:val="222B33"/>
          <w:sz w:val="21"/>
        </w:rPr>
        <w:t>has been taken from me so,</w:t>
        <w:br/>
      </w:r>
      <w:r>
        <w:rPr>
          <w:b w:val="0"/>
          <w:i/>
          <w:color w:val="222B33"/>
          <w:sz w:val="21"/>
        </w:rPr>
        <w:t>I shall complain</w:t>
        <w:br/>
      </w:r>
      <w:r>
        <w:rPr>
          <w:b w:val="0"/>
          <w:i/>
          <w:color w:val="222B33"/>
          <w:sz w:val="21"/>
        </w:rPr>
        <w:t>that our bond</w:t>
        <w:br/>
      </w:r>
      <w:r>
        <w:rPr>
          <w:b w:val="0"/>
          <w:i/>
          <w:color w:val="222B33"/>
          <w:sz w:val="21"/>
        </w:rPr>
        <w:t>is broken.</w:t>
      </w:r>
    </w:p>
    <w:p>
      <w:pPr>
        <w:spacing w:after="40"/>
      </w:pPr>
      <w:r>
        <w:rPr>
          <w:b w:val="0"/>
          <w:i w:val="0"/>
          <w:color w:val="6A6F75"/>
          <w:sz w:val="18"/>
        </w:rPr>
        <w:t xml:space="preserve">In reply to </w:t>
      </w:r>
      <w:hyperlink w:anchor="p98">
        <w:r>
          <w:rPr>
            <w:color w:val="2E5A80"/>
            <w:u w:val="single"/>
            <w:sz w:val="18"/>
          </w:rPr>
          <w:t xml:space="preserve">No. 98 (Genji)</w:t>
        </w:r>
      </w:hyperlink>
    </w:p>
    <w:p>
      <w:pPr>
        <w:keepNext/>
        <w:spacing w:after="20" w:before="200"/>
      </w:pPr>
      <w:bookmarkStart w:id="107" w:name="p100"/>
      <w:r>
        <w:rPr>
          <w:b/>
          <w:i w:val="0"/>
          <w:color w:val="222B33"/>
          <w:sz w:val="22"/>
        </w:rPr>
        <w:t>No. 100</w:t>
      </w:r>
      <w:r>
        <w:rPr>
          <w:b w:val="0"/>
          <w:i w:val="0"/>
          <w:color w:val="6A6F75"/>
          <w:sz w:val="18"/>
        </w:rPr>
        <w:t xml:space="preserve">   Genji   独 solo</w:t>
      </w:r>
      <w:bookmarkEnd w:id="107"/>
    </w:p>
    <w:p>
      <w:pPr>
        <w:keepNext/>
        <w:spacing w:after="40"/>
      </w:pPr>
      <w:r>
        <w:rPr>
          <w:b/>
          <w:i w:val="0"/>
          <w:color w:val="6A6F75"/>
          <w:sz w:val="18"/>
        </w:rPr>
        <w:t xml:space="preserve">Context. </w:t>
      </w:r>
      <w:r>
        <w:rPr>
          <w:b w:val="0"/>
          <w:i w:val="0"/>
          <w:color w:val="6A6F75"/>
          <w:sz w:val="19"/>
        </w:rPr>
        <w:t>Fujitsubo is made Empress and Genji escorts her; he loses her to rank as well as to the Emperor.</w:t>
      </w:r>
    </w:p>
    <w:p>
      <w:pPr>
        <w:keepNext/>
        <w:spacing w:after="0"/>
      </w:pPr>
      <w:r>
        <w:rPr>
          <w:rFonts w:ascii="Noto Serif CJK JP" w:hAnsi="Noto Serif CJK JP" w:eastAsia="Noto Serif CJK JP"/>
          <w:b w:val="0"/>
          <w:i w:val="0"/>
          <w:color w:val="222B33"/>
          <w:sz w:val="26"/>
        </w:rPr>
        <w:t>尽きもせぬ心の闇に暮るるかな雲居に人を見るにつけても</w:t>
      </w:r>
    </w:p>
    <w:p>
      <w:pPr>
        <w:keepNext/>
        <w:spacing w:after="60"/>
      </w:pPr>
      <w:r>
        <w:rPr>
          <w:rFonts w:ascii="Noto Serif CJK JP" w:hAnsi="Noto Serif CJK JP" w:eastAsia="Noto Serif CJK JP"/>
          <w:b w:val="0"/>
          <w:i w:val="0"/>
          <w:color w:val="6A6F75"/>
          <w:sz w:val="19"/>
        </w:rPr>
        <w:t>つきもせぬ　／　心のやみに　／　くるゝかな　／　雲井に人を　／　みるにつけても</w:t>
      </w:r>
    </w:p>
    <w:p>
      <w:pPr>
        <w:keepNext/>
        <w:spacing w:after="60"/>
      </w:pPr>
      <w:r>
        <w:rPr>
          <w:b w:val="0"/>
          <w:i/>
          <w:color w:val="222B33"/>
          <w:sz w:val="21"/>
        </w:rPr>
        <w:t>I am lost in darkness</w:t>
        <w:br/>
      </w:r>
      <w:r>
        <w:rPr>
          <w:b w:val="0"/>
          <w:i/>
          <w:color w:val="222B33"/>
          <w:sz w:val="21"/>
        </w:rPr>
        <w:t>of a heart that has no end,</w:t>
        <w:br/>
      </w:r>
      <w:r>
        <w:rPr>
          <w:b w:val="0"/>
          <w:i/>
          <w:color w:val="222B33"/>
          <w:sz w:val="21"/>
        </w:rPr>
        <w:t>seeing her</w:t>
        <w:br/>
      </w:r>
      <w:r>
        <w:rPr>
          <w:b w:val="0"/>
          <w:i/>
          <w:color w:val="222B33"/>
          <w:sz w:val="21"/>
        </w:rPr>
        <w:t>far above</w:t>
        <w:br/>
      </w:r>
      <w:r>
        <w:rPr>
          <w:b w:val="0"/>
          <w:i/>
          <w:color w:val="222B33"/>
          <w:sz w:val="21"/>
        </w:rPr>
        <w:t>the clouds.</w:t>
      </w:r>
    </w:p>
    <w:p>
      <w:pPr>
        <w:spacing w:after="40"/>
      </w:pPr>
      <w:r>
        <w:rPr>
          <w:b w:val="0"/>
          <w:i w:val="0"/>
          <w:color w:val="222B33"/>
          <w:sz w:val="19"/>
        </w:rPr>
        <w:t>Fujitsubo is made Empress.</w:t>
      </w:r>
    </w:p>
    <w:p>
      <w:pPr>
        <w:pStyle w:val="Heading1"/>
      </w:pPr>
      <w:bookmarkStart w:id="108" w:name="ch8"/>
      <w:r>
        <w:t>Chapter 8 · Hana no En 花宴</w:t>
      </w:r>
      <w:bookmarkEnd w:id="108"/>
    </w:p>
    <w:p>
      <w:pPr>
        <w:keepNext/>
        <w:spacing w:after="20" w:before="200"/>
      </w:pPr>
      <w:bookmarkStart w:id="109" w:name="p101"/>
      <w:r>
        <w:rPr>
          <w:b/>
          <w:i w:val="0"/>
          <w:color w:val="222B33"/>
          <w:sz w:val="22"/>
        </w:rPr>
        <w:t>No. 101</w:t>
      </w:r>
      <w:r>
        <w:rPr>
          <w:b w:val="0"/>
          <w:i w:val="0"/>
          <w:color w:val="6A6F75"/>
          <w:sz w:val="18"/>
        </w:rPr>
        <w:t xml:space="preserve">   Fujitsubo   独 solo</w:t>
      </w:r>
      <w:bookmarkEnd w:id="109"/>
    </w:p>
    <w:p>
      <w:pPr>
        <w:keepNext/>
        <w:spacing w:after="40"/>
      </w:pPr>
      <w:r>
        <w:rPr>
          <w:b/>
          <w:i w:val="0"/>
          <w:color w:val="6A6F75"/>
          <w:sz w:val="18"/>
        </w:rPr>
        <w:t xml:space="preserve">Context. </w:t>
      </w:r>
      <w:r>
        <w:rPr>
          <w:b w:val="0"/>
          <w:i w:val="0"/>
          <w:color w:val="6A6F75"/>
          <w:sz w:val="19"/>
        </w:rPr>
        <w:t>At the cherry blossom banquet Fujitsubo admires Genji’s dance in silence; the secret between them.</w:t>
      </w:r>
    </w:p>
    <w:p>
      <w:pPr>
        <w:keepNext/>
        <w:spacing w:after="0"/>
      </w:pPr>
      <w:r>
        <w:rPr>
          <w:rFonts w:ascii="Noto Serif CJK JP" w:hAnsi="Noto Serif CJK JP" w:eastAsia="Noto Serif CJK JP"/>
          <w:b w:val="0"/>
          <w:i w:val="0"/>
          <w:color w:val="222B33"/>
          <w:sz w:val="26"/>
        </w:rPr>
        <w:t>おほかたに花の姿を見ましかばつゆも心のおかれましやは</w:t>
      </w:r>
    </w:p>
    <w:p>
      <w:pPr>
        <w:keepNext/>
        <w:spacing w:after="60"/>
      </w:pPr>
      <w:r>
        <w:rPr>
          <w:rFonts w:ascii="Noto Serif CJK JP" w:hAnsi="Noto Serif CJK JP" w:eastAsia="Noto Serif CJK JP"/>
          <w:b w:val="0"/>
          <w:i w:val="0"/>
          <w:color w:val="6A6F75"/>
          <w:sz w:val="19"/>
        </w:rPr>
        <w:t>おほかたに　／　花のすかたを　／　みましかは　／　露も心の　／　おかれましやは</w:t>
      </w:r>
    </w:p>
    <w:p>
      <w:pPr>
        <w:keepNext/>
        <w:spacing w:after="60"/>
      </w:pPr>
      <w:r>
        <w:rPr>
          <w:b w:val="0"/>
          <w:i/>
          <w:color w:val="222B33"/>
          <w:sz w:val="21"/>
        </w:rPr>
        <w:t>Had I seen the flower’s form</w:t>
        <w:br/>
      </w:r>
      <w:r>
        <w:rPr>
          <w:b w:val="0"/>
          <w:i/>
          <w:color w:val="222B33"/>
          <w:sz w:val="21"/>
        </w:rPr>
        <w:t>as anyone might,</w:t>
        <w:br/>
      </w:r>
      <w:r>
        <w:rPr>
          <w:b w:val="0"/>
          <w:i/>
          <w:color w:val="222B33"/>
          <w:sz w:val="21"/>
        </w:rPr>
        <w:t>would there be</w:t>
        <w:br/>
      </w:r>
      <w:r>
        <w:rPr>
          <w:b w:val="0"/>
          <w:i/>
          <w:color w:val="222B33"/>
          <w:sz w:val="21"/>
        </w:rPr>
        <w:t>a drop of dew</w:t>
        <w:br/>
      </w:r>
      <w:r>
        <w:rPr>
          <w:b w:val="0"/>
          <w:i/>
          <w:color w:val="222B33"/>
          <w:sz w:val="21"/>
        </w:rPr>
        <w:t>on my heart?</w:t>
      </w:r>
    </w:p>
    <w:p>
      <w:pPr>
        <w:spacing w:after="40"/>
      </w:pPr>
      <w:r>
        <w:rPr>
          <w:b w:val="0"/>
          <w:i w:val="0"/>
          <w:color w:val="222B33"/>
          <w:sz w:val="19"/>
        </w:rPr>
        <w:t>At the cherry blossom banquet.</w:t>
      </w:r>
    </w:p>
    <w:p>
      <w:pPr>
        <w:keepNext/>
        <w:spacing w:after="20" w:before="200"/>
      </w:pPr>
      <w:bookmarkStart w:id="110" w:name="p102"/>
      <w:r>
        <w:rPr>
          <w:b/>
          <w:i w:val="0"/>
          <w:color w:val="222B33"/>
          <w:sz w:val="22"/>
        </w:rPr>
        <w:t>No. 102</w:t>
      </w:r>
      <w:r>
        <w:rPr>
          <w:b w:val="0"/>
          <w:i w:val="0"/>
          <w:color w:val="6A6F75"/>
          <w:sz w:val="18"/>
        </w:rPr>
        <w:t xml:space="preserve">   Genji → Oborozukiyo   贈:独 sent / solo</w:t>
      </w:r>
      <w:bookmarkEnd w:id="110"/>
    </w:p>
    <w:p>
      <w:pPr>
        <w:keepNext/>
        <w:spacing w:after="40"/>
      </w:pPr>
      <w:r>
        <w:rPr>
          <w:b/>
          <w:i w:val="0"/>
          <w:color w:val="6A6F75"/>
          <w:sz w:val="18"/>
        </w:rPr>
        <w:t xml:space="preserve">Context. </w:t>
      </w:r>
      <w:r>
        <w:rPr>
          <w:b w:val="0"/>
          <w:i w:val="0"/>
          <w:color w:val="6A6F75"/>
          <w:sz w:val="19"/>
        </w:rPr>
        <w:t>After the banquet Genji meets a woman humming “a misty moon” in Kokiden’s hall; the beginning of Oborozukiyo.</w:t>
      </w:r>
    </w:p>
    <w:p>
      <w:pPr>
        <w:keepNext/>
        <w:spacing w:after="0"/>
      </w:pPr>
      <w:r>
        <w:rPr>
          <w:rFonts w:ascii="Noto Serif CJK JP" w:hAnsi="Noto Serif CJK JP" w:eastAsia="Noto Serif CJK JP"/>
          <w:b w:val="0"/>
          <w:i w:val="0"/>
          <w:color w:val="222B33"/>
          <w:sz w:val="26"/>
        </w:rPr>
        <w:t>深き夜のあはれを知るも入る月のおぼろけならぬ契りとぞ思ふ</w:t>
      </w:r>
    </w:p>
    <w:p>
      <w:pPr>
        <w:keepNext/>
        <w:spacing w:after="60"/>
      </w:pPr>
      <w:r>
        <w:rPr>
          <w:rFonts w:ascii="Noto Serif CJK JP" w:hAnsi="Noto Serif CJK JP" w:eastAsia="Noto Serif CJK JP"/>
          <w:b w:val="0"/>
          <w:i w:val="0"/>
          <w:color w:val="6A6F75"/>
          <w:sz w:val="19"/>
        </w:rPr>
        <w:t>ふかき夜の　／　あはれをしるも　／　入月の　／　おほろけならぬ　／　契とそおもふ</w:t>
      </w:r>
    </w:p>
    <w:p>
      <w:pPr>
        <w:keepNext/>
        <w:spacing w:after="60"/>
      </w:pPr>
      <w:r>
        <w:rPr>
          <w:b w:val="0"/>
          <w:i/>
          <w:color w:val="222B33"/>
          <w:sz w:val="21"/>
        </w:rPr>
        <w:t>That you know</w:t>
        <w:br/>
      </w:r>
      <w:r>
        <w:rPr>
          <w:b w:val="0"/>
          <w:i/>
          <w:color w:val="222B33"/>
          <w:sz w:val="21"/>
        </w:rPr>
        <w:t>the beauty of deep night,</w:t>
        <w:br/>
      </w:r>
      <w:r>
        <w:rPr>
          <w:b w:val="0"/>
          <w:i/>
          <w:color w:val="222B33"/>
          <w:sz w:val="21"/>
        </w:rPr>
        <w:t>I think a bond no mere haze</w:t>
        <w:br/>
      </w:r>
      <w:r>
        <w:rPr>
          <w:b w:val="0"/>
          <w:i/>
          <w:color w:val="222B33"/>
          <w:sz w:val="21"/>
        </w:rPr>
        <w:t>of the setting</w:t>
        <w:br/>
      </w:r>
      <w:r>
        <w:rPr>
          <w:b w:val="0"/>
          <w:i/>
          <w:color w:val="222B33"/>
          <w:sz w:val="21"/>
        </w:rPr>
        <w:t>moon.</w:t>
      </w:r>
    </w:p>
    <w:p>
      <w:pPr>
        <w:spacing w:after="40"/>
      </w:pPr>
      <w:r>
        <w:rPr>
          <w:b w:val="0"/>
          <w:i w:val="0"/>
          <w:color w:val="222B33"/>
          <w:sz w:val="19"/>
        </w:rPr>
        <w:t>Oboroke, “ordinary,” echoes oborozukiyo, “misty moon,” which gives her name.</w:t>
      </w:r>
    </w:p>
    <w:p>
      <w:pPr>
        <w:keepNext/>
        <w:spacing w:after="20" w:before="200"/>
      </w:pPr>
      <w:bookmarkStart w:id="111" w:name="p103"/>
      <w:r>
        <w:rPr>
          <w:b/>
          <w:i w:val="0"/>
          <w:color w:val="222B33"/>
          <w:sz w:val="22"/>
        </w:rPr>
        <w:t>No. 103</w:t>
      </w:r>
      <w:r>
        <w:rPr>
          <w:b w:val="0"/>
          <w:i w:val="0"/>
          <w:color w:val="6A6F75"/>
          <w:sz w:val="18"/>
        </w:rPr>
        <w:t xml:space="preserve">   Oborozukiyo → Genji   贈 sent</w:t>
      </w:r>
      <w:bookmarkEnd w:id="111"/>
    </w:p>
    <w:p>
      <w:pPr>
        <w:keepNext/>
        <w:spacing w:after="40"/>
      </w:pPr>
      <w:r>
        <w:rPr>
          <w:b/>
          <w:i w:val="0"/>
          <w:color w:val="6A6F75"/>
          <w:sz w:val="18"/>
        </w:rPr>
        <w:t xml:space="preserve">Context. </w:t>
      </w:r>
      <w:r>
        <w:rPr>
          <w:b w:val="0"/>
          <w:i w:val="0"/>
          <w:color w:val="6A6F75"/>
          <w:sz w:val="19"/>
        </w:rPr>
        <w:t>At their first meeting Oborozukiyo will not give her name; she is the Minister of the Right’s daughter, promised to the Crown Prince.</w:t>
      </w:r>
    </w:p>
    <w:p>
      <w:pPr>
        <w:keepNext/>
        <w:spacing w:after="0"/>
      </w:pPr>
      <w:r>
        <w:rPr>
          <w:rFonts w:ascii="Noto Serif CJK JP" w:hAnsi="Noto Serif CJK JP" w:eastAsia="Noto Serif CJK JP"/>
          <w:b w:val="0"/>
          <w:i w:val="0"/>
          <w:color w:val="222B33"/>
          <w:sz w:val="26"/>
        </w:rPr>
        <w:t>憂き身世にやがて消えなば尋ねても草の原をば問はじとや思ふ</w:t>
      </w:r>
    </w:p>
    <w:p>
      <w:pPr>
        <w:keepNext/>
        <w:spacing w:after="60"/>
      </w:pPr>
      <w:r>
        <w:rPr>
          <w:rFonts w:ascii="Noto Serif CJK JP" w:hAnsi="Noto Serif CJK JP" w:eastAsia="Noto Serif CJK JP"/>
          <w:b w:val="0"/>
          <w:i w:val="0"/>
          <w:color w:val="6A6F75"/>
          <w:sz w:val="19"/>
        </w:rPr>
        <w:t>うき身世に　／　やかてきえなは　／　たつねても　／　草のはらをは　／　とはしとやおもふ</w:t>
      </w:r>
    </w:p>
    <w:p>
      <w:pPr>
        <w:keepNext/>
        <w:spacing w:after="60"/>
      </w:pPr>
      <w:r>
        <w:rPr>
          <w:b w:val="0"/>
          <w:i/>
          <w:color w:val="222B33"/>
          <w:sz w:val="21"/>
        </w:rPr>
        <w:t>If I, wretched, should vanish</w:t>
        <w:br/>
      </w:r>
      <w:r>
        <w:rPr>
          <w:b w:val="0"/>
          <w:i/>
          <w:color w:val="222B33"/>
          <w:sz w:val="21"/>
        </w:rPr>
        <w:t>from the world, would you not</w:t>
        <w:br/>
      </w:r>
      <w:r>
        <w:rPr>
          <w:b w:val="0"/>
          <w:i/>
          <w:color w:val="222B33"/>
          <w:sz w:val="21"/>
        </w:rPr>
        <w:t>come seeking me</w:t>
        <w:br/>
      </w:r>
      <w:r>
        <w:rPr>
          <w:b w:val="0"/>
          <w:i/>
          <w:color w:val="222B33"/>
          <w:sz w:val="21"/>
        </w:rPr>
        <w:t>even on the grassy</w:t>
        <w:br/>
      </w:r>
      <w:r>
        <w:rPr>
          <w:b w:val="0"/>
          <w:i/>
          <w:color w:val="222B33"/>
          <w:sz w:val="21"/>
        </w:rPr>
        <w:t>moor?</w:t>
      </w:r>
    </w:p>
    <w:p>
      <w:pPr>
        <w:spacing w:after="40"/>
      </w:pPr>
      <w:r>
        <w:rPr>
          <w:b w:val="0"/>
          <w:i w:val="0"/>
          <w:color w:val="222B33"/>
          <w:sz w:val="19"/>
        </w:rPr>
        <w:t>She will not give her name.</w:t>
      </w:r>
    </w:p>
    <w:p>
      <w:pPr>
        <w:spacing w:after="40"/>
      </w:pPr>
      <w:r>
        <w:rPr>
          <w:b w:val="0"/>
          <w:i w:val="0"/>
          <w:color w:val="6A6F75"/>
          <w:sz w:val="18"/>
        </w:rPr>
        <w:t xml:space="preserve">Answered by </w:t>
      </w:r>
      <w:hyperlink w:anchor="p104">
        <w:r>
          <w:rPr>
            <w:color w:val="2E5A80"/>
            <w:u w:val="single"/>
            <w:sz w:val="18"/>
          </w:rPr>
          <w:t xml:space="preserve">No. 104 (Genji)</w:t>
        </w:r>
      </w:hyperlink>
    </w:p>
    <w:p>
      <w:pPr>
        <w:keepNext/>
        <w:spacing w:after="20" w:before="200"/>
      </w:pPr>
      <w:bookmarkStart w:id="112" w:name="p104"/>
      <w:r>
        <w:rPr>
          <w:b/>
          <w:i w:val="0"/>
          <w:color w:val="222B33"/>
          <w:sz w:val="22"/>
        </w:rPr>
        <w:t>No. 104</w:t>
      </w:r>
      <w:r>
        <w:rPr>
          <w:b w:val="0"/>
          <w:i w:val="0"/>
          <w:color w:val="6A6F75"/>
          <w:sz w:val="18"/>
        </w:rPr>
        <w:t xml:space="preserve">   Genji → Oborozukiyo   答 reply</w:t>
      </w:r>
      <w:bookmarkEnd w:id="112"/>
    </w:p>
    <w:p>
      <w:pPr>
        <w:keepNext/>
        <w:spacing w:after="0"/>
      </w:pPr>
      <w:r>
        <w:rPr>
          <w:rFonts w:ascii="Noto Serif CJK JP" w:hAnsi="Noto Serif CJK JP" w:eastAsia="Noto Serif CJK JP"/>
          <w:b w:val="0"/>
          <w:i w:val="0"/>
          <w:color w:val="222B33"/>
          <w:sz w:val="26"/>
        </w:rPr>
        <w:t>いづれぞと露のやどりを分かむまに小笹が原に風もこそ吹け</w:t>
      </w:r>
    </w:p>
    <w:p>
      <w:pPr>
        <w:keepNext/>
        <w:spacing w:after="60"/>
      </w:pPr>
      <w:r>
        <w:rPr>
          <w:rFonts w:ascii="Noto Serif CJK JP" w:hAnsi="Noto Serif CJK JP" w:eastAsia="Noto Serif CJK JP"/>
          <w:b w:val="0"/>
          <w:i w:val="0"/>
          <w:color w:val="6A6F75"/>
          <w:sz w:val="19"/>
        </w:rPr>
        <w:t>いつれそと　／　露のやとりを　／　わかむまに　／　こさゝかはらに　／　かせもこそふけ</w:t>
      </w:r>
    </w:p>
    <w:p>
      <w:pPr>
        <w:keepNext/>
        <w:spacing w:after="60"/>
      </w:pPr>
      <w:r>
        <w:rPr>
          <w:b w:val="0"/>
          <w:i/>
          <w:color w:val="222B33"/>
          <w:sz w:val="21"/>
        </w:rPr>
        <w:t>While I try to tell</w:t>
        <w:br/>
      </w:r>
      <w:r>
        <w:rPr>
          <w:b w:val="0"/>
          <w:i/>
          <w:color w:val="222B33"/>
          <w:sz w:val="21"/>
        </w:rPr>
        <w:t>which is the dew’s lodging,</w:t>
        <w:br/>
      </w:r>
      <w:r>
        <w:rPr>
          <w:b w:val="0"/>
          <w:i/>
          <w:color w:val="222B33"/>
          <w:sz w:val="21"/>
        </w:rPr>
        <w:t>I fear the wind may blow</w:t>
        <w:br/>
      </w:r>
      <w:r>
        <w:rPr>
          <w:b w:val="0"/>
          <w:i/>
          <w:color w:val="222B33"/>
          <w:sz w:val="21"/>
        </w:rPr>
        <w:t>across the moor</w:t>
        <w:br/>
      </w:r>
      <w:r>
        <w:rPr>
          <w:b w:val="0"/>
          <w:i/>
          <w:color w:val="222B33"/>
          <w:sz w:val="21"/>
        </w:rPr>
        <w:t>of bamboo grass.</w:t>
      </w:r>
    </w:p>
    <w:p>
      <w:pPr>
        <w:spacing w:after="40"/>
      </w:pPr>
      <w:r>
        <w:rPr>
          <w:b w:val="0"/>
          <w:i w:val="0"/>
          <w:color w:val="222B33"/>
          <w:sz w:val="19"/>
        </w:rPr>
        <w:t>He fears losing her while discovering who she is.</w:t>
      </w:r>
    </w:p>
    <w:p>
      <w:pPr>
        <w:spacing w:after="40"/>
      </w:pPr>
      <w:r>
        <w:rPr>
          <w:b w:val="0"/>
          <w:i w:val="0"/>
          <w:color w:val="6A6F75"/>
          <w:sz w:val="18"/>
        </w:rPr>
        <w:t xml:space="preserve">In reply to </w:t>
      </w:r>
      <w:hyperlink w:anchor="p103">
        <w:r>
          <w:rPr>
            <w:color w:val="2E5A80"/>
            <w:u w:val="single"/>
            <w:sz w:val="18"/>
          </w:rPr>
          <w:t xml:space="preserve">No. 103 (Oborozukiyo)</w:t>
        </w:r>
      </w:hyperlink>
    </w:p>
    <w:p>
      <w:pPr>
        <w:keepNext/>
        <w:spacing w:after="20" w:before="200"/>
      </w:pPr>
      <w:bookmarkStart w:id="113" w:name="p105"/>
      <w:r>
        <w:rPr>
          <w:b/>
          <w:i w:val="0"/>
          <w:color w:val="222B33"/>
          <w:sz w:val="22"/>
        </w:rPr>
        <w:t>No. 105</w:t>
      </w:r>
      <w:r>
        <w:rPr>
          <w:b w:val="0"/>
          <w:i w:val="0"/>
          <w:color w:val="6A6F75"/>
          <w:sz w:val="18"/>
        </w:rPr>
        <w:t xml:space="preserve">   Genji → Oborozukiyo   贈:独 sent / solo</w:t>
      </w:r>
      <w:bookmarkEnd w:id="113"/>
    </w:p>
    <w:p>
      <w:pPr>
        <w:keepNext/>
        <w:spacing w:after="40"/>
      </w:pPr>
      <w:r>
        <w:rPr>
          <w:b/>
          <w:i w:val="0"/>
          <w:color w:val="6A6F75"/>
          <w:sz w:val="18"/>
        </w:rPr>
        <w:t xml:space="preserve">Context. </w:t>
      </w:r>
      <w:r>
        <w:rPr>
          <w:b w:val="0"/>
          <w:i w:val="0"/>
          <w:color w:val="6A6F75"/>
          <w:sz w:val="19"/>
        </w:rPr>
        <w:t>Genji keeps the fan Oborozukiyo exchanged with him; his longing to find her.</w:t>
      </w:r>
    </w:p>
    <w:p>
      <w:pPr>
        <w:keepNext/>
        <w:spacing w:after="0"/>
      </w:pPr>
      <w:r>
        <w:rPr>
          <w:rFonts w:ascii="Noto Serif CJK JP" w:hAnsi="Noto Serif CJK JP" w:eastAsia="Noto Serif CJK JP"/>
          <w:b w:val="0"/>
          <w:i w:val="0"/>
          <w:color w:val="222B33"/>
          <w:sz w:val="26"/>
        </w:rPr>
        <w:t>世に知らぬ心地こそすれ有明の月のゆくへを空にまがへて</w:t>
      </w:r>
    </w:p>
    <w:p>
      <w:pPr>
        <w:keepNext/>
        <w:spacing w:after="60"/>
      </w:pPr>
      <w:r>
        <w:rPr>
          <w:rFonts w:ascii="Noto Serif CJK JP" w:hAnsi="Noto Serif CJK JP" w:eastAsia="Noto Serif CJK JP"/>
          <w:b w:val="0"/>
          <w:i w:val="0"/>
          <w:color w:val="6A6F75"/>
          <w:sz w:val="19"/>
        </w:rPr>
        <w:t>世にしらぬ　／　心ちこそすれ　／　有明の　／　月のゆくゑを　／　そらにまかへて</w:t>
      </w:r>
    </w:p>
    <w:p>
      <w:pPr>
        <w:keepNext/>
        <w:spacing w:after="60"/>
      </w:pPr>
      <w:r>
        <w:rPr>
          <w:b w:val="0"/>
          <w:i/>
          <w:color w:val="222B33"/>
          <w:sz w:val="21"/>
        </w:rPr>
        <w:t>I feel what the world</w:t>
        <w:br/>
      </w:r>
      <w:r>
        <w:rPr>
          <w:b w:val="0"/>
          <w:i/>
          <w:color w:val="222B33"/>
          <w:sz w:val="21"/>
        </w:rPr>
        <w:t>has never known,</w:t>
        <w:br/>
      </w:r>
      <w:r>
        <w:rPr>
          <w:b w:val="0"/>
          <w:i/>
          <w:color w:val="222B33"/>
          <w:sz w:val="21"/>
        </w:rPr>
        <w:t>losing in the sky</w:t>
        <w:br/>
      </w:r>
      <w:r>
        <w:rPr>
          <w:b w:val="0"/>
          <w:i/>
          <w:color w:val="222B33"/>
          <w:sz w:val="21"/>
        </w:rPr>
        <w:t>the path of the moon</w:t>
        <w:br/>
      </w:r>
      <w:r>
        <w:rPr>
          <w:b w:val="0"/>
          <w:i/>
          <w:color w:val="222B33"/>
          <w:sz w:val="21"/>
        </w:rPr>
        <w:t>at dawn.</w:t>
      </w:r>
    </w:p>
    <w:p>
      <w:pPr>
        <w:keepNext/>
        <w:spacing w:after="20" w:before="200"/>
      </w:pPr>
      <w:bookmarkStart w:id="114" w:name="p106"/>
      <w:r>
        <w:rPr>
          <w:b/>
          <w:i w:val="0"/>
          <w:color w:val="222B33"/>
          <w:sz w:val="22"/>
        </w:rPr>
        <w:t>No. 106</w:t>
      </w:r>
      <w:r>
        <w:rPr>
          <w:b w:val="0"/>
          <w:i w:val="0"/>
          <w:color w:val="6A6F75"/>
          <w:sz w:val="18"/>
        </w:rPr>
        <w:t xml:space="preserve">   Minister of the Right → Genji   贈:独 sent / solo</w:t>
      </w:r>
      <w:bookmarkEnd w:id="114"/>
    </w:p>
    <w:p>
      <w:pPr>
        <w:keepNext/>
        <w:spacing w:after="40"/>
      </w:pPr>
      <w:r>
        <w:rPr>
          <w:b/>
          <w:i w:val="0"/>
          <w:color w:val="6A6F75"/>
          <w:sz w:val="18"/>
        </w:rPr>
        <w:t xml:space="preserve">Context. </w:t>
      </w:r>
      <w:r>
        <w:rPr>
          <w:b w:val="0"/>
          <w:i w:val="0"/>
          <w:color w:val="6A6F75"/>
          <w:sz w:val="19"/>
        </w:rPr>
        <w:t>The Minister of the Right invites Genji to his wisteria banquet; Genji’s chance to find Oborozukiyo.</w:t>
      </w:r>
    </w:p>
    <w:p>
      <w:pPr>
        <w:keepNext/>
        <w:spacing w:after="0"/>
      </w:pPr>
      <w:r>
        <w:rPr>
          <w:rFonts w:ascii="Noto Serif CJK JP" w:hAnsi="Noto Serif CJK JP" w:eastAsia="Noto Serif CJK JP"/>
          <w:b w:val="0"/>
          <w:i w:val="0"/>
          <w:color w:val="222B33"/>
          <w:sz w:val="26"/>
        </w:rPr>
        <w:t>わが宿の花しなべての色ならば何かはさらに君を待たまし</w:t>
      </w:r>
    </w:p>
    <w:p>
      <w:pPr>
        <w:keepNext/>
        <w:spacing w:after="60"/>
      </w:pPr>
      <w:r>
        <w:rPr>
          <w:rFonts w:ascii="Noto Serif CJK JP" w:hAnsi="Noto Serif CJK JP" w:eastAsia="Noto Serif CJK JP"/>
          <w:b w:val="0"/>
          <w:i w:val="0"/>
          <w:color w:val="6A6F75"/>
          <w:sz w:val="19"/>
        </w:rPr>
        <w:t>わかやとの　／　花しなへての　／　色ならは　／　なにかはさらに　／　君をまたまし</w:t>
      </w:r>
    </w:p>
    <w:p>
      <w:pPr>
        <w:keepNext/>
        <w:spacing w:after="60"/>
      </w:pPr>
      <w:r>
        <w:rPr>
          <w:b w:val="0"/>
          <w:i/>
          <w:color w:val="222B33"/>
          <w:sz w:val="21"/>
        </w:rPr>
        <w:t>If the flowers at my house</w:t>
        <w:br/>
      </w:r>
      <w:r>
        <w:rPr>
          <w:b w:val="0"/>
          <w:i/>
          <w:color w:val="222B33"/>
          <w:sz w:val="21"/>
        </w:rPr>
        <w:t>were of the common hue,</w:t>
        <w:br/>
      </w:r>
      <w:r>
        <w:rPr>
          <w:b w:val="0"/>
          <w:i/>
          <w:color w:val="222B33"/>
          <w:sz w:val="21"/>
        </w:rPr>
        <w:t>why should I</w:t>
        <w:br/>
      </w:r>
      <w:r>
        <w:rPr>
          <w:b w:val="0"/>
          <w:i/>
          <w:color w:val="222B33"/>
          <w:sz w:val="21"/>
        </w:rPr>
        <w:t>wait for you</w:t>
        <w:br/>
      </w:r>
      <w:r>
        <w:rPr>
          <w:b w:val="0"/>
          <w:i/>
          <w:color w:val="222B33"/>
          <w:sz w:val="21"/>
        </w:rPr>
        <w:t>so?</w:t>
      </w:r>
    </w:p>
    <w:p>
      <w:pPr>
        <w:spacing w:after="40"/>
      </w:pPr>
      <w:r>
        <w:rPr>
          <w:b w:val="0"/>
          <w:i w:val="0"/>
          <w:color w:val="222B33"/>
          <w:sz w:val="19"/>
        </w:rPr>
        <w:t>An invitation to his wisteria banquet.</w:t>
      </w:r>
    </w:p>
    <w:p>
      <w:pPr>
        <w:keepNext/>
        <w:spacing w:after="20" w:before="200"/>
      </w:pPr>
      <w:bookmarkStart w:id="115" w:name="p107"/>
      <w:r>
        <w:rPr>
          <w:b/>
          <w:i w:val="0"/>
          <w:color w:val="222B33"/>
          <w:sz w:val="22"/>
        </w:rPr>
        <w:t>No. 107</w:t>
      </w:r>
      <w:r>
        <w:rPr>
          <w:b w:val="0"/>
          <w:i w:val="0"/>
          <w:color w:val="6A6F75"/>
          <w:sz w:val="18"/>
        </w:rPr>
        <w:t xml:space="preserve">   Genji → Oborozukiyo   贈 sent</w:t>
      </w:r>
      <w:bookmarkEnd w:id="115"/>
    </w:p>
    <w:p>
      <w:pPr>
        <w:keepNext/>
        <w:spacing w:after="40"/>
      </w:pPr>
      <w:r>
        <w:rPr>
          <w:b/>
          <w:i w:val="0"/>
          <w:color w:val="6A6F75"/>
          <w:sz w:val="18"/>
        </w:rPr>
        <w:t xml:space="preserve">Context. </w:t>
      </w:r>
      <w:r>
        <w:rPr>
          <w:b w:val="0"/>
          <w:i w:val="0"/>
          <w:color w:val="6A6F75"/>
          <w:sz w:val="19"/>
        </w:rPr>
        <w:t>At the wisteria banquet Genji finds Oborozukiyo again by her voice.</w:t>
      </w:r>
    </w:p>
    <w:p>
      <w:pPr>
        <w:keepNext/>
        <w:spacing w:after="0"/>
      </w:pPr>
      <w:r>
        <w:rPr>
          <w:rFonts w:ascii="Noto Serif CJK JP" w:hAnsi="Noto Serif CJK JP" w:eastAsia="Noto Serif CJK JP"/>
          <w:b w:val="0"/>
          <w:i w:val="0"/>
          <w:color w:val="222B33"/>
          <w:sz w:val="26"/>
        </w:rPr>
        <w:t>梓弓いるさの山に惑ふかなほの見し月の影や見ゆると</w:t>
      </w:r>
    </w:p>
    <w:p>
      <w:pPr>
        <w:keepNext/>
        <w:spacing w:after="60"/>
      </w:pPr>
      <w:r>
        <w:rPr>
          <w:rFonts w:ascii="Noto Serif CJK JP" w:hAnsi="Noto Serif CJK JP" w:eastAsia="Noto Serif CJK JP"/>
          <w:b w:val="0"/>
          <w:i w:val="0"/>
          <w:color w:val="6A6F75"/>
          <w:sz w:val="19"/>
        </w:rPr>
        <w:t>あつさゆみ　／　いるさのやまに　／　まとふ哉　／　ほのみし月の　／　かけやみゆると</w:t>
      </w:r>
    </w:p>
    <w:p>
      <w:pPr>
        <w:keepNext/>
        <w:spacing w:after="60"/>
      </w:pPr>
      <w:r>
        <w:rPr>
          <w:b w:val="0"/>
          <w:i/>
          <w:color w:val="222B33"/>
          <w:sz w:val="21"/>
        </w:rPr>
        <w:t>I wander lost</w:t>
        <w:br/>
      </w:r>
      <w:r>
        <w:rPr>
          <w:b w:val="0"/>
          <w:i/>
          <w:color w:val="222B33"/>
          <w:sz w:val="21"/>
        </w:rPr>
        <w:t>on Irusa Mountain of the catalpa bow,</w:t>
        <w:br/>
      </w:r>
      <w:r>
        <w:rPr>
          <w:b w:val="0"/>
          <w:i/>
          <w:color w:val="222B33"/>
          <w:sz w:val="21"/>
        </w:rPr>
        <w:t>hoping to see the shape</w:t>
        <w:br/>
      </w:r>
      <w:r>
        <w:rPr>
          <w:b w:val="0"/>
          <w:i/>
          <w:color w:val="222B33"/>
          <w:sz w:val="21"/>
        </w:rPr>
        <w:t>of the moon</w:t>
        <w:br/>
      </w:r>
      <w:r>
        <w:rPr>
          <w:b w:val="0"/>
          <w:i/>
          <w:color w:val="222B33"/>
          <w:sz w:val="21"/>
        </w:rPr>
        <w:t>I glimpsed.</w:t>
      </w:r>
    </w:p>
    <w:p>
      <w:pPr>
        <w:spacing w:after="40"/>
      </w:pPr>
      <w:r>
        <w:rPr>
          <w:b w:val="0"/>
          <w:i w:val="0"/>
          <w:color w:val="222B33"/>
          <w:sz w:val="19"/>
        </w:rPr>
        <w:t>At the banquet he searches for her by voice.</w:t>
      </w:r>
    </w:p>
    <w:p>
      <w:pPr>
        <w:spacing w:after="40"/>
      </w:pPr>
      <w:r>
        <w:rPr>
          <w:b w:val="0"/>
          <w:i w:val="0"/>
          <w:color w:val="6A6F75"/>
          <w:sz w:val="18"/>
        </w:rPr>
        <w:t xml:space="preserve">Answered by </w:t>
      </w:r>
      <w:hyperlink w:anchor="p108">
        <w:r>
          <w:rPr>
            <w:color w:val="2E5A80"/>
            <w:u w:val="single"/>
            <w:sz w:val="18"/>
          </w:rPr>
          <w:t xml:space="preserve">No. 108 (Oborozukiyo)</w:t>
        </w:r>
      </w:hyperlink>
    </w:p>
    <w:p>
      <w:pPr>
        <w:keepNext/>
        <w:spacing w:after="20" w:before="200"/>
      </w:pPr>
      <w:bookmarkStart w:id="116" w:name="p108"/>
      <w:r>
        <w:rPr>
          <w:b/>
          <w:i w:val="0"/>
          <w:color w:val="222B33"/>
          <w:sz w:val="22"/>
        </w:rPr>
        <w:t>No. 108</w:t>
      </w:r>
      <w:r>
        <w:rPr>
          <w:b w:val="0"/>
          <w:i w:val="0"/>
          <w:color w:val="6A6F75"/>
          <w:sz w:val="18"/>
        </w:rPr>
        <w:t xml:space="preserve">   Oborozukiyo → Genji   答 reply</w:t>
      </w:r>
      <w:bookmarkEnd w:id="116"/>
    </w:p>
    <w:p>
      <w:pPr>
        <w:keepNext/>
        <w:spacing w:after="0"/>
      </w:pPr>
      <w:r>
        <w:rPr>
          <w:rFonts w:ascii="Noto Serif CJK JP" w:hAnsi="Noto Serif CJK JP" w:eastAsia="Noto Serif CJK JP"/>
          <w:b w:val="0"/>
          <w:i w:val="0"/>
          <w:color w:val="222B33"/>
          <w:sz w:val="26"/>
        </w:rPr>
        <w:t>心いる方ならませば弓張の月なき空に迷はましやは</w:t>
      </w:r>
    </w:p>
    <w:p>
      <w:pPr>
        <w:keepNext/>
        <w:spacing w:after="60"/>
      </w:pPr>
      <w:r>
        <w:rPr>
          <w:rFonts w:ascii="Noto Serif CJK JP" w:hAnsi="Noto Serif CJK JP" w:eastAsia="Noto Serif CJK JP"/>
          <w:b w:val="0"/>
          <w:i w:val="0"/>
          <w:color w:val="6A6F75"/>
          <w:sz w:val="19"/>
        </w:rPr>
        <w:t>心いる　／　かたならませは　／　ゆみはりの　／　月なき空に　／　まよはましやは</w:t>
      </w:r>
    </w:p>
    <w:p>
      <w:pPr>
        <w:keepNext/>
        <w:spacing w:after="60"/>
      </w:pPr>
      <w:r>
        <w:rPr>
          <w:b w:val="0"/>
          <w:i/>
          <w:color w:val="222B33"/>
          <w:sz w:val="21"/>
        </w:rPr>
        <w:t>If it were the place</w:t>
        <w:br/>
      </w:r>
      <w:r>
        <w:rPr>
          <w:b w:val="0"/>
          <w:i/>
          <w:color w:val="222B33"/>
          <w:sz w:val="21"/>
        </w:rPr>
        <w:t>where your heart is set,</w:t>
        <w:br/>
      </w:r>
      <w:r>
        <w:rPr>
          <w:b w:val="0"/>
          <w:i/>
          <w:color w:val="222B33"/>
          <w:sz w:val="21"/>
        </w:rPr>
        <w:t>would you wander lost</w:t>
        <w:br/>
      </w:r>
      <w:r>
        <w:rPr>
          <w:b w:val="0"/>
          <w:i/>
          <w:color w:val="222B33"/>
          <w:sz w:val="21"/>
        </w:rPr>
        <w:t>in a sky</w:t>
        <w:br/>
      </w:r>
      <w:r>
        <w:rPr>
          <w:b w:val="0"/>
          <w:i/>
          <w:color w:val="222B33"/>
          <w:sz w:val="21"/>
        </w:rPr>
        <w:t>without a bow moon?</w:t>
      </w:r>
    </w:p>
    <w:p>
      <w:pPr>
        <w:spacing w:after="40"/>
      </w:pPr>
      <w:r>
        <w:rPr>
          <w:b w:val="0"/>
          <w:i w:val="0"/>
          <w:color w:val="222B33"/>
          <w:sz w:val="19"/>
        </w:rPr>
        <w:t>Irusa, “shooting,” and the bow moon: she answers his bow with hers.</w:t>
      </w:r>
    </w:p>
    <w:p>
      <w:pPr>
        <w:spacing w:after="40"/>
      </w:pPr>
      <w:r>
        <w:rPr>
          <w:b w:val="0"/>
          <w:i w:val="0"/>
          <w:color w:val="6A6F75"/>
          <w:sz w:val="18"/>
        </w:rPr>
        <w:t xml:space="preserve">In reply to </w:t>
      </w:r>
      <w:hyperlink w:anchor="p107">
        <w:r>
          <w:rPr>
            <w:color w:val="2E5A80"/>
            <w:u w:val="single"/>
            <w:sz w:val="18"/>
          </w:rPr>
          <w:t xml:space="preserve">No. 107 (Genji)</w:t>
        </w:r>
      </w:hyperlink>
    </w:p>
    <w:p>
      <w:pPr>
        <w:pStyle w:val="Heading1"/>
      </w:pPr>
      <w:bookmarkStart w:id="117" w:name="ch9"/>
      <w:r>
        <w:t>Chapter 9 · Aoi 葵</w:t>
      </w:r>
      <w:bookmarkEnd w:id="117"/>
    </w:p>
    <w:p>
      <w:pPr>
        <w:keepNext/>
        <w:spacing w:after="20" w:before="200"/>
      </w:pPr>
      <w:bookmarkStart w:id="118" w:name="p109"/>
      <w:r>
        <w:rPr>
          <w:b/>
          <w:i w:val="0"/>
          <w:color w:val="222B33"/>
          <w:sz w:val="22"/>
        </w:rPr>
        <w:t>No. 109</w:t>
      </w:r>
      <w:r>
        <w:rPr>
          <w:b w:val="0"/>
          <w:i w:val="0"/>
          <w:color w:val="6A6F75"/>
          <w:sz w:val="18"/>
        </w:rPr>
        <w:t xml:space="preserve">   Lady Rokujō   独 solo</w:t>
      </w:r>
      <w:bookmarkEnd w:id="118"/>
    </w:p>
    <w:p>
      <w:pPr>
        <w:keepNext/>
        <w:spacing w:after="40"/>
      </w:pPr>
      <w:r>
        <w:rPr>
          <w:b/>
          <w:i w:val="0"/>
          <w:color w:val="6A6F75"/>
          <w:sz w:val="18"/>
        </w:rPr>
        <w:t xml:space="preserve">Context. </w:t>
      </w:r>
      <w:r>
        <w:rPr>
          <w:b w:val="0"/>
          <w:i w:val="0"/>
          <w:color w:val="6A6F75"/>
          <w:sz w:val="19"/>
        </w:rPr>
        <w:t>Lady Rokujō, humiliated in the carriage quarrel at the Kamo lustration, sees Genji ride past; the insult that frees her spirit against Aoi.</w:t>
      </w:r>
    </w:p>
    <w:p>
      <w:pPr>
        <w:keepNext/>
        <w:spacing w:after="0"/>
      </w:pPr>
      <w:r>
        <w:rPr>
          <w:rFonts w:ascii="Noto Serif CJK JP" w:hAnsi="Noto Serif CJK JP" w:eastAsia="Noto Serif CJK JP"/>
          <w:b w:val="0"/>
          <w:i w:val="0"/>
          <w:color w:val="222B33"/>
          <w:sz w:val="26"/>
        </w:rPr>
        <w:t>影をのみ御手洗川のつれなきに身の憂きほどぞいとど知らるる</w:t>
      </w:r>
    </w:p>
    <w:p>
      <w:pPr>
        <w:keepNext/>
        <w:spacing w:after="60"/>
      </w:pPr>
      <w:r>
        <w:rPr>
          <w:rFonts w:ascii="Noto Serif CJK JP" w:hAnsi="Noto Serif CJK JP" w:eastAsia="Noto Serif CJK JP"/>
          <w:b w:val="0"/>
          <w:i w:val="0"/>
          <w:color w:val="6A6F75"/>
          <w:sz w:val="19"/>
        </w:rPr>
        <w:t>かけをのみ　／　みたらし河の　／　つれなきに　／　身のうきほとそ　／　いととしらるゝ</w:t>
      </w:r>
    </w:p>
    <w:p>
      <w:pPr>
        <w:keepNext/>
        <w:spacing w:after="60"/>
      </w:pPr>
      <w:r>
        <w:rPr>
          <w:b w:val="0"/>
          <w:i/>
          <w:color w:val="222B33"/>
          <w:sz w:val="21"/>
        </w:rPr>
        <w:t>Seeing only his reflection</w:t>
        <w:br/>
      </w:r>
      <w:r>
        <w:rPr>
          <w:b w:val="0"/>
          <w:i/>
          <w:color w:val="222B33"/>
          <w:sz w:val="21"/>
        </w:rPr>
        <w:t>in the indifferent stream</w:t>
        <w:br/>
      </w:r>
      <w:r>
        <w:rPr>
          <w:b w:val="0"/>
          <w:i/>
          <w:color w:val="222B33"/>
          <w:sz w:val="21"/>
        </w:rPr>
        <w:t>of Mitarashi River,</w:t>
        <w:br/>
      </w:r>
      <w:r>
        <w:rPr>
          <w:b w:val="0"/>
          <w:i/>
          <w:color w:val="222B33"/>
          <w:sz w:val="21"/>
        </w:rPr>
        <w:t>I know all the more</w:t>
        <w:br/>
      </w:r>
      <w:r>
        <w:rPr>
          <w:b w:val="0"/>
          <w:i/>
          <w:color w:val="222B33"/>
          <w:sz w:val="21"/>
        </w:rPr>
        <w:t>my own wretchedness.</w:t>
      </w:r>
    </w:p>
    <w:p>
      <w:pPr>
        <w:spacing w:after="40"/>
      </w:pPr>
      <w:r>
        <w:rPr>
          <w:b w:val="0"/>
          <w:i w:val="0"/>
          <w:color w:val="222B33"/>
          <w:sz w:val="19"/>
        </w:rPr>
        <w:t>After the carriage quarrel at the Kamo lustration; Genji passes without a glance.</w:t>
      </w:r>
    </w:p>
    <w:p>
      <w:pPr>
        <w:keepNext/>
        <w:spacing w:after="20" w:before="200"/>
      </w:pPr>
      <w:bookmarkStart w:id="119" w:name="p110"/>
      <w:r>
        <w:rPr>
          <w:b/>
          <w:i w:val="0"/>
          <w:color w:val="222B33"/>
          <w:sz w:val="22"/>
        </w:rPr>
        <w:t>No. 110</w:t>
      </w:r>
      <w:r>
        <w:rPr>
          <w:b w:val="0"/>
          <w:i w:val="0"/>
          <w:color w:val="6A6F75"/>
          <w:sz w:val="18"/>
        </w:rPr>
        <w:t xml:space="preserve">   Genji → Murasaki   贈 sent</w:t>
      </w:r>
      <w:bookmarkEnd w:id="119"/>
    </w:p>
    <w:p>
      <w:pPr>
        <w:keepNext/>
        <w:spacing w:after="40"/>
      </w:pPr>
      <w:r>
        <w:rPr>
          <w:b/>
          <w:i w:val="0"/>
          <w:color w:val="6A6F75"/>
          <w:sz w:val="18"/>
        </w:rPr>
        <w:t xml:space="preserve">Context. </w:t>
      </w:r>
      <w:r>
        <w:rPr>
          <w:b w:val="0"/>
          <w:i w:val="0"/>
          <w:color w:val="6A6F75"/>
          <w:sz w:val="19"/>
        </w:rPr>
        <w:t>Genji trims Murasaki’s hair before the Kamo Festival; she is still a child in his care.</w:t>
      </w:r>
    </w:p>
    <w:p>
      <w:pPr>
        <w:keepNext/>
        <w:spacing w:after="0"/>
      </w:pPr>
      <w:r>
        <w:rPr>
          <w:rFonts w:ascii="Noto Serif CJK JP" w:hAnsi="Noto Serif CJK JP" w:eastAsia="Noto Serif CJK JP"/>
          <w:b w:val="0"/>
          <w:i w:val="0"/>
          <w:color w:val="222B33"/>
          <w:sz w:val="26"/>
        </w:rPr>
        <w:t>はかりなき千尋の底の海松ぶさの生ひゆくすゑは我のみぞ見む</w:t>
      </w:r>
    </w:p>
    <w:p>
      <w:pPr>
        <w:keepNext/>
        <w:spacing w:after="60"/>
      </w:pPr>
      <w:r>
        <w:rPr>
          <w:rFonts w:ascii="Noto Serif CJK JP" w:hAnsi="Noto Serif CJK JP" w:eastAsia="Noto Serif CJK JP"/>
          <w:b w:val="0"/>
          <w:i w:val="0"/>
          <w:color w:val="6A6F75"/>
          <w:sz w:val="19"/>
        </w:rPr>
        <w:t>はかりなき　／　ちひろのそこの　／　みるふさの　／　おひゆくすゑは　／　われのみそみむ</w:t>
      </w:r>
    </w:p>
    <w:p>
      <w:pPr>
        <w:keepNext/>
        <w:spacing w:after="60"/>
      </w:pPr>
      <w:r>
        <w:rPr>
          <w:b w:val="0"/>
          <w:i/>
          <w:color w:val="222B33"/>
          <w:sz w:val="21"/>
        </w:rPr>
        <w:t>In the fathomless depths</w:t>
        <w:br/>
      </w:r>
      <w:r>
        <w:rPr>
          <w:b w:val="0"/>
          <w:i/>
          <w:color w:val="222B33"/>
          <w:sz w:val="21"/>
        </w:rPr>
        <w:t>the seaweed tufts:</w:t>
        <w:br/>
      </w:r>
      <w:r>
        <w:rPr>
          <w:b w:val="0"/>
          <w:i/>
          <w:color w:val="222B33"/>
          <w:sz w:val="21"/>
        </w:rPr>
        <w:t>how they grow,</w:t>
        <w:br/>
      </w:r>
      <w:r>
        <w:rPr>
          <w:b w:val="0"/>
          <w:i/>
          <w:color w:val="222B33"/>
          <w:sz w:val="21"/>
        </w:rPr>
        <w:t>I alone</w:t>
        <w:br/>
      </w:r>
      <w:r>
        <w:rPr>
          <w:b w:val="0"/>
          <w:i/>
          <w:color w:val="222B33"/>
          <w:sz w:val="21"/>
        </w:rPr>
        <w:t>shall see.</w:t>
      </w:r>
    </w:p>
    <w:p>
      <w:pPr>
        <w:spacing w:after="40"/>
      </w:pPr>
      <w:r>
        <w:rPr>
          <w:b w:val="0"/>
          <w:i w:val="0"/>
          <w:color w:val="222B33"/>
          <w:sz w:val="19"/>
        </w:rPr>
        <w:t>He trims her hair before the festival; the seaweed is her hair and her future.</w:t>
      </w:r>
    </w:p>
    <w:p>
      <w:pPr>
        <w:spacing w:after="40"/>
      </w:pPr>
      <w:r>
        <w:rPr>
          <w:b w:val="0"/>
          <w:i w:val="0"/>
          <w:color w:val="6A6F75"/>
          <w:sz w:val="18"/>
        </w:rPr>
        <w:t xml:space="preserve">Answered by </w:t>
      </w:r>
      <w:hyperlink w:anchor="p111">
        <w:r>
          <w:rPr>
            <w:color w:val="2E5A80"/>
            <w:u w:val="single"/>
            <w:sz w:val="18"/>
          </w:rPr>
          <w:t xml:space="preserve">No. 111 (Murasaki)</w:t>
        </w:r>
      </w:hyperlink>
    </w:p>
    <w:p>
      <w:pPr>
        <w:keepNext/>
        <w:spacing w:after="20" w:before="200"/>
      </w:pPr>
      <w:bookmarkStart w:id="120" w:name="p111"/>
      <w:r>
        <w:rPr>
          <w:b/>
          <w:i w:val="0"/>
          <w:color w:val="222B33"/>
          <w:sz w:val="22"/>
        </w:rPr>
        <w:t>No. 111</w:t>
      </w:r>
      <w:r>
        <w:rPr>
          <w:b w:val="0"/>
          <w:i w:val="0"/>
          <w:color w:val="6A6F75"/>
          <w:sz w:val="18"/>
        </w:rPr>
        <w:t xml:space="preserve">   Murasaki → Genji   答 reply</w:t>
      </w:r>
      <w:bookmarkEnd w:id="120"/>
    </w:p>
    <w:p>
      <w:pPr>
        <w:keepNext/>
        <w:spacing w:after="0"/>
      </w:pPr>
      <w:r>
        <w:rPr>
          <w:rFonts w:ascii="Noto Serif CJK JP" w:hAnsi="Noto Serif CJK JP" w:eastAsia="Noto Serif CJK JP"/>
          <w:b w:val="0"/>
          <w:i w:val="0"/>
          <w:color w:val="222B33"/>
          <w:sz w:val="26"/>
        </w:rPr>
        <w:t>千尋ともいかでか知らむ定めなく満ち干る潮ののどけからぬに</w:t>
      </w:r>
    </w:p>
    <w:p>
      <w:pPr>
        <w:keepNext/>
        <w:spacing w:after="60"/>
      </w:pPr>
      <w:r>
        <w:rPr>
          <w:rFonts w:ascii="Noto Serif CJK JP" w:hAnsi="Noto Serif CJK JP" w:eastAsia="Noto Serif CJK JP"/>
          <w:b w:val="0"/>
          <w:i w:val="0"/>
          <w:color w:val="6A6F75"/>
          <w:sz w:val="19"/>
        </w:rPr>
        <w:t>ちひろとも　／　いかてかしらむ　／　さためなく　／　みちひるしほの　／　ゝとけからぬに</w:t>
      </w:r>
    </w:p>
    <w:p>
      <w:pPr>
        <w:keepNext/>
        <w:spacing w:after="60"/>
      </w:pPr>
      <w:r>
        <w:rPr>
          <w:b w:val="0"/>
          <w:i/>
          <w:color w:val="222B33"/>
          <w:sz w:val="21"/>
        </w:rPr>
        <w:t>Thousand fathoms deep, you say,</w:t>
        <w:br/>
      </w:r>
      <w:r>
        <w:rPr>
          <w:b w:val="0"/>
          <w:i/>
          <w:color w:val="222B33"/>
          <w:sz w:val="21"/>
        </w:rPr>
        <w:t>but how could I know,</w:t>
        <w:br/>
      </w:r>
      <w:r>
        <w:rPr>
          <w:b w:val="0"/>
          <w:i/>
          <w:color w:val="222B33"/>
          <w:sz w:val="21"/>
        </w:rPr>
        <w:t>with the tide that ebbs and flows</w:t>
        <w:br/>
      </w:r>
      <w:r>
        <w:rPr>
          <w:b w:val="0"/>
          <w:i/>
          <w:color w:val="222B33"/>
          <w:sz w:val="21"/>
        </w:rPr>
        <w:t>without rest</w:t>
        <w:br/>
      </w:r>
      <w:r>
        <w:rPr>
          <w:b w:val="0"/>
          <w:i/>
          <w:color w:val="222B33"/>
          <w:sz w:val="21"/>
        </w:rPr>
        <w:t>or rule?</w:t>
      </w:r>
    </w:p>
    <w:p>
      <w:pPr>
        <w:spacing w:after="40"/>
      </w:pPr>
      <w:r>
        <w:rPr>
          <w:b w:val="0"/>
          <w:i w:val="0"/>
          <w:color w:val="222B33"/>
          <w:sz w:val="19"/>
        </w:rPr>
        <w:t>Her answer doubts his constancy.</w:t>
      </w:r>
    </w:p>
    <w:p>
      <w:pPr>
        <w:spacing w:after="40"/>
      </w:pPr>
      <w:r>
        <w:rPr>
          <w:b w:val="0"/>
          <w:i w:val="0"/>
          <w:color w:val="6A6F75"/>
          <w:sz w:val="18"/>
        </w:rPr>
        <w:t xml:space="preserve">In reply to </w:t>
      </w:r>
      <w:hyperlink w:anchor="p110">
        <w:r>
          <w:rPr>
            <w:color w:val="2E5A80"/>
            <w:u w:val="single"/>
            <w:sz w:val="18"/>
          </w:rPr>
          <w:t xml:space="preserve">No. 110 (Genji)</w:t>
        </w:r>
      </w:hyperlink>
    </w:p>
    <w:p>
      <w:pPr>
        <w:keepNext/>
        <w:spacing w:after="20" w:before="200"/>
      </w:pPr>
      <w:bookmarkStart w:id="121" w:name="p112"/>
      <w:r>
        <w:rPr>
          <w:b/>
          <w:i w:val="0"/>
          <w:color w:val="222B33"/>
          <w:sz w:val="22"/>
        </w:rPr>
        <w:t>No. 112</w:t>
      </w:r>
      <w:r>
        <w:rPr>
          <w:b w:val="0"/>
          <w:i w:val="0"/>
          <w:color w:val="6A6F75"/>
          <w:sz w:val="18"/>
        </w:rPr>
        <w:t xml:space="preserve">   Gen no Naishi → Genji   贈 sent</w:t>
      </w:r>
      <w:bookmarkEnd w:id="121"/>
    </w:p>
    <w:p>
      <w:pPr>
        <w:keepNext/>
        <w:spacing w:after="40"/>
      </w:pPr>
      <w:r>
        <w:rPr>
          <w:b/>
          <w:i w:val="0"/>
          <w:color w:val="6A6F75"/>
          <w:sz w:val="18"/>
        </w:rPr>
        <w:t xml:space="preserve">Context. </w:t>
      </w:r>
      <w:r>
        <w:rPr>
          <w:b w:val="0"/>
          <w:i w:val="0"/>
          <w:color w:val="6A6F75"/>
          <w:sz w:val="19"/>
        </w:rPr>
        <w:t>Gen no Naishi greets Genji at the festival; a last comic touch before tragedy.</w:t>
      </w:r>
    </w:p>
    <w:p>
      <w:pPr>
        <w:keepNext/>
        <w:spacing w:after="0"/>
      </w:pPr>
      <w:r>
        <w:rPr>
          <w:rFonts w:ascii="Noto Serif CJK JP" w:hAnsi="Noto Serif CJK JP" w:eastAsia="Noto Serif CJK JP"/>
          <w:b w:val="0"/>
          <w:i w:val="0"/>
          <w:color w:val="222B33"/>
          <w:sz w:val="26"/>
        </w:rPr>
        <w:t>はかなしや人のかざせる葵ゆゑ神の許しの今日を待ちける</w:t>
      </w:r>
    </w:p>
    <w:p>
      <w:pPr>
        <w:keepNext/>
        <w:spacing w:after="60"/>
      </w:pPr>
      <w:r>
        <w:rPr>
          <w:rFonts w:ascii="Noto Serif CJK JP" w:hAnsi="Noto Serif CJK JP" w:eastAsia="Noto Serif CJK JP"/>
          <w:b w:val="0"/>
          <w:i w:val="0"/>
          <w:color w:val="6A6F75"/>
          <w:sz w:val="19"/>
        </w:rPr>
        <w:t>はかなしや　／　人のかさせる　／　あふひゆへ　／　神のゆるしの　／　けふをまちける</w:t>
      </w:r>
    </w:p>
    <w:p>
      <w:pPr>
        <w:keepNext/>
        <w:spacing w:after="60"/>
      </w:pPr>
      <w:r>
        <w:rPr>
          <w:b w:val="0"/>
          <w:i/>
          <w:color w:val="222B33"/>
          <w:sz w:val="21"/>
        </w:rPr>
        <w:t>How futile! Because of the heartvine</w:t>
        <w:br/>
      </w:r>
      <w:r>
        <w:rPr>
          <w:b w:val="0"/>
          <w:i/>
          <w:color w:val="222B33"/>
          <w:sz w:val="21"/>
        </w:rPr>
        <w:t>another wears in her hair,</w:t>
        <w:br/>
      </w:r>
      <w:r>
        <w:rPr>
          <w:b w:val="0"/>
          <w:i/>
          <w:color w:val="222B33"/>
          <w:sz w:val="21"/>
        </w:rPr>
        <w:t>I waited for today,</w:t>
        <w:br/>
      </w:r>
      <w:r>
        <w:rPr>
          <w:b w:val="0"/>
          <w:i/>
          <w:color w:val="222B33"/>
          <w:sz w:val="21"/>
        </w:rPr>
        <w:t>the day</w:t>
        <w:br/>
      </w:r>
      <w:r>
        <w:rPr>
          <w:b w:val="0"/>
          <w:i/>
          <w:color w:val="222B33"/>
          <w:sz w:val="21"/>
        </w:rPr>
        <w:t>the gods allow.</w:t>
      </w:r>
    </w:p>
    <w:p>
      <w:pPr>
        <w:spacing w:after="40"/>
      </w:pPr>
      <w:r>
        <w:rPr>
          <w:b w:val="0"/>
          <w:i w:val="0"/>
          <w:color w:val="222B33"/>
          <w:sz w:val="19"/>
        </w:rPr>
        <w:t>Aoi, “heartvine,” is also au hi, “meeting day.”</w:t>
      </w:r>
    </w:p>
    <w:p>
      <w:pPr>
        <w:spacing w:after="40"/>
      </w:pPr>
      <w:r>
        <w:rPr>
          <w:b w:val="0"/>
          <w:i w:val="0"/>
          <w:color w:val="6A6F75"/>
          <w:sz w:val="18"/>
        </w:rPr>
        <w:t xml:space="preserve">Answered by </w:t>
      </w:r>
      <w:hyperlink w:anchor="p113">
        <w:r>
          <w:rPr>
            <w:color w:val="2E5A80"/>
            <w:u w:val="single"/>
            <w:sz w:val="18"/>
          </w:rPr>
          <w:t xml:space="preserve">No. 113 (Genji)</w:t>
        </w:r>
      </w:hyperlink>
    </w:p>
    <w:p>
      <w:pPr>
        <w:keepNext/>
        <w:spacing w:after="20" w:before="200"/>
      </w:pPr>
      <w:bookmarkStart w:id="122" w:name="p113"/>
      <w:r>
        <w:rPr>
          <w:b/>
          <w:i w:val="0"/>
          <w:color w:val="222B33"/>
          <w:sz w:val="22"/>
        </w:rPr>
        <w:t>No. 113</w:t>
      </w:r>
      <w:r>
        <w:rPr>
          <w:b w:val="0"/>
          <w:i w:val="0"/>
          <w:color w:val="6A6F75"/>
          <w:sz w:val="18"/>
        </w:rPr>
        <w:t xml:space="preserve">   Genji → Gen no Naishi   答 reply</w:t>
      </w:r>
      <w:bookmarkEnd w:id="122"/>
    </w:p>
    <w:p>
      <w:pPr>
        <w:keepNext/>
        <w:spacing w:after="0"/>
      </w:pPr>
      <w:r>
        <w:rPr>
          <w:rFonts w:ascii="Noto Serif CJK JP" w:hAnsi="Noto Serif CJK JP" w:eastAsia="Noto Serif CJK JP"/>
          <w:b w:val="0"/>
          <w:i w:val="0"/>
          <w:color w:val="222B33"/>
          <w:sz w:val="26"/>
        </w:rPr>
        <w:t>かざしける心ぞあだにおもほゆる八十氏人になべて逢ふ日を</w:t>
      </w:r>
    </w:p>
    <w:p>
      <w:pPr>
        <w:keepNext/>
        <w:spacing w:after="60"/>
      </w:pPr>
      <w:r>
        <w:rPr>
          <w:rFonts w:ascii="Noto Serif CJK JP" w:hAnsi="Noto Serif CJK JP" w:eastAsia="Noto Serif CJK JP"/>
          <w:b w:val="0"/>
          <w:i w:val="0"/>
          <w:color w:val="6A6F75"/>
          <w:sz w:val="19"/>
        </w:rPr>
        <w:t>かさしける　／　こゝろそあたに　／　おもほゆる　／　やそうち人に　／　なへてあふひを</w:t>
      </w:r>
    </w:p>
    <w:p>
      <w:pPr>
        <w:keepNext/>
        <w:spacing w:after="60"/>
      </w:pPr>
      <w:r>
        <w:rPr>
          <w:b w:val="0"/>
          <w:i/>
          <w:color w:val="222B33"/>
          <w:sz w:val="21"/>
        </w:rPr>
        <w:t>The heart that wore it</w:t>
        <w:br/>
      </w:r>
      <w:r>
        <w:rPr>
          <w:b w:val="0"/>
          <w:i/>
          <w:color w:val="222B33"/>
          <w:sz w:val="21"/>
        </w:rPr>
        <w:t>seems fickle to me,</w:t>
        <w:br/>
      </w:r>
      <w:r>
        <w:rPr>
          <w:b w:val="0"/>
          <w:i/>
          <w:color w:val="222B33"/>
          <w:sz w:val="21"/>
        </w:rPr>
        <w:t>on a day when you meet</w:t>
        <w:br/>
      </w:r>
      <w:r>
        <w:rPr>
          <w:b w:val="0"/>
          <w:i/>
          <w:color w:val="222B33"/>
          <w:sz w:val="21"/>
        </w:rPr>
        <w:t>all the eighty</w:t>
        <w:br/>
      </w:r>
      <w:r>
        <w:rPr>
          <w:b w:val="0"/>
          <w:i/>
          <w:color w:val="222B33"/>
          <w:sz w:val="21"/>
        </w:rPr>
        <w:t>clans.</w:t>
      </w:r>
    </w:p>
    <w:p>
      <w:pPr>
        <w:spacing w:after="40"/>
      </w:pPr>
      <w:r>
        <w:rPr>
          <w:b w:val="0"/>
          <w:i w:val="0"/>
          <w:color w:val="222B33"/>
          <w:sz w:val="19"/>
        </w:rPr>
        <w:t>He turns “meeting day” against her promiscuity.</w:t>
      </w:r>
    </w:p>
    <w:p>
      <w:pPr>
        <w:spacing w:after="40"/>
      </w:pPr>
      <w:r>
        <w:rPr>
          <w:b w:val="0"/>
          <w:i w:val="0"/>
          <w:color w:val="6A6F75"/>
          <w:sz w:val="18"/>
        </w:rPr>
        <w:t xml:space="preserve">In reply to </w:t>
      </w:r>
      <w:hyperlink w:anchor="p112">
        <w:r>
          <w:rPr>
            <w:color w:val="2E5A80"/>
            <w:u w:val="single"/>
            <w:sz w:val="18"/>
          </w:rPr>
          <w:t xml:space="preserve">No. 112 (Gen no Naishi)</w:t>
        </w:r>
      </w:hyperlink>
      <w:r>
        <w:rPr>
          <w:b w:val="0"/>
          <w:i w:val="0"/>
          <w:color w:val="6A6F75"/>
          <w:sz w:val="18"/>
        </w:rPr>
        <w:t xml:space="preserve">   ·   </w:t>
      </w:r>
      <w:r>
        <w:rPr>
          <w:b w:val="0"/>
          <w:i w:val="0"/>
          <w:color w:val="6A6F75"/>
          <w:sz w:val="18"/>
        </w:rPr>
        <w:t xml:space="preserve">Answered by </w:t>
      </w:r>
      <w:hyperlink w:anchor="p114">
        <w:r>
          <w:rPr>
            <w:color w:val="2E5A80"/>
            <w:u w:val="single"/>
            <w:sz w:val="18"/>
          </w:rPr>
          <w:t xml:space="preserve">No. 114 (Gen no Naishi)</w:t>
        </w:r>
      </w:hyperlink>
    </w:p>
    <w:p>
      <w:pPr>
        <w:keepNext/>
        <w:spacing w:after="20" w:before="200"/>
      </w:pPr>
      <w:bookmarkStart w:id="123" w:name="p114"/>
      <w:r>
        <w:rPr>
          <w:b/>
          <w:i w:val="0"/>
          <w:color w:val="222B33"/>
          <w:sz w:val="22"/>
        </w:rPr>
        <w:t>No. 114</w:t>
      </w:r>
      <w:r>
        <w:rPr>
          <w:b w:val="0"/>
          <w:i w:val="0"/>
          <w:color w:val="6A6F75"/>
          <w:sz w:val="18"/>
        </w:rPr>
        <w:t xml:space="preserve">   Gen no Naishi → Genji   答 reply</w:t>
      </w:r>
      <w:bookmarkEnd w:id="123"/>
    </w:p>
    <w:p>
      <w:pPr>
        <w:keepNext/>
        <w:spacing w:after="0"/>
      </w:pPr>
      <w:r>
        <w:rPr>
          <w:rFonts w:ascii="Noto Serif CJK JP" w:hAnsi="Noto Serif CJK JP" w:eastAsia="Noto Serif CJK JP"/>
          <w:b w:val="0"/>
          <w:i w:val="0"/>
          <w:color w:val="222B33"/>
          <w:sz w:val="26"/>
        </w:rPr>
        <w:t>悔しくもかざしけるかな名のみして人だのめなる草葉ばかりを</w:t>
      </w:r>
    </w:p>
    <w:p>
      <w:pPr>
        <w:keepNext/>
        <w:spacing w:after="60"/>
      </w:pPr>
      <w:r>
        <w:rPr>
          <w:rFonts w:ascii="Noto Serif CJK JP" w:hAnsi="Noto Serif CJK JP" w:eastAsia="Noto Serif CJK JP"/>
          <w:b w:val="0"/>
          <w:i w:val="0"/>
          <w:color w:val="6A6F75"/>
          <w:sz w:val="19"/>
        </w:rPr>
        <w:t>くやしくも　／　かさしけるかな　／　なのみして　／　人たのめなる　／　草葉はかりを</w:t>
      </w:r>
    </w:p>
    <w:p>
      <w:pPr>
        <w:keepNext/>
        <w:spacing w:after="60"/>
      </w:pPr>
      <w:r>
        <w:rPr>
          <w:b w:val="0"/>
          <w:i/>
          <w:color w:val="222B33"/>
          <w:sz w:val="21"/>
        </w:rPr>
        <w:t>To my regret, I wore it</w:t>
        <w:br/>
      </w:r>
      <w:r>
        <w:rPr>
          <w:b w:val="0"/>
          <w:i/>
          <w:color w:val="222B33"/>
          <w:sz w:val="21"/>
        </w:rPr>
        <w:t>in my hair: a heartvine</w:t>
        <w:br/>
      </w:r>
      <w:r>
        <w:rPr>
          <w:b w:val="0"/>
          <w:i/>
          <w:color w:val="222B33"/>
          <w:sz w:val="21"/>
        </w:rPr>
        <w:t>in name only,</w:t>
        <w:br/>
      </w:r>
      <w:r>
        <w:rPr>
          <w:b w:val="0"/>
          <w:i/>
          <w:color w:val="222B33"/>
          <w:sz w:val="21"/>
        </w:rPr>
        <w:t>leaves of grass</w:t>
        <w:br/>
      </w:r>
      <w:r>
        <w:rPr>
          <w:b w:val="0"/>
          <w:i/>
          <w:color w:val="222B33"/>
          <w:sz w:val="21"/>
        </w:rPr>
        <w:t>that only raise false hopes.</w:t>
      </w:r>
    </w:p>
    <w:p>
      <w:pPr>
        <w:spacing w:after="40"/>
      </w:pPr>
      <w:r>
        <w:rPr>
          <w:b w:val="0"/>
          <w:i w:val="0"/>
          <w:color w:val="6A6F75"/>
          <w:sz w:val="18"/>
        </w:rPr>
        <w:t xml:space="preserve">In reply to </w:t>
      </w:r>
      <w:hyperlink w:anchor="p113">
        <w:r>
          <w:rPr>
            <w:color w:val="2E5A80"/>
            <w:u w:val="single"/>
            <w:sz w:val="18"/>
          </w:rPr>
          <w:t xml:space="preserve">No. 113 (Genji)</w:t>
        </w:r>
      </w:hyperlink>
    </w:p>
    <w:p>
      <w:pPr>
        <w:keepNext/>
        <w:spacing w:after="20" w:before="200"/>
      </w:pPr>
      <w:bookmarkStart w:id="124" w:name="p115"/>
      <w:r>
        <w:rPr>
          <w:b/>
          <w:i w:val="0"/>
          <w:color w:val="222B33"/>
          <w:sz w:val="22"/>
        </w:rPr>
        <w:t>No. 115</w:t>
      </w:r>
      <w:r>
        <w:rPr>
          <w:b w:val="0"/>
          <w:i w:val="0"/>
          <w:color w:val="6A6F75"/>
          <w:sz w:val="18"/>
        </w:rPr>
        <w:t xml:space="preserve">   Lady Rokujō → Genji   贈 sent</w:t>
      </w:r>
      <w:bookmarkEnd w:id="124"/>
    </w:p>
    <w:p>
      <w:pPr>
        <w:keepNext/>
        <w:spacing w:after="40"/>
      </w:pPr>
      <w:r>
        <w:rPr>
          <w:b/>
          <w:i w:val="0"/>
          <w:color w:val="6A6F75"/>
          <w:sz w:val="18"/>
        </w:rPr>
        <w:t xml:space="preserve">Context. </w:t>
      </w:r>
      <w:r>
        <w:rPr>
          <w:b w:val="0"/>
          <w:i w:val="0"/>
          <w:color w:val="6A6F75"/>
          <w:sz w:val="19"/>
        </w:rPr>
        <w:t>Lady Rokujō writes to Genji as Aoi lies ill; she knows her own jealousy.</w:t>
      </w:r>
    </w:p>
    <w:p>
      <w:pPr>
        <w:keepNext/>
        <w:spacing w:after="0"/>
      </w:pPr>
      <w:r>
        <w:rPr>
          <w:rFonts w:ascii="Noto Serif CJK JP" w:hAnsi="Noto Serif CJK JP" w:eastAsia="Noto Serif CJK JP"/>
          <w:b w:val="0"/>
          <w:i w:val="0"/>
          <w:color w:val="222B33"/>
          <w:sz w:val="26"/>
        </w:rPr>
        <w:t>袖濡るる恋路とかつは知りながらおりたつ田子のみづからぞ憂き</w:t>
      </w:r>
    </w:p>
    <w:p>
      <w:pPr>
        <w:keepNext/>
        <w:spacing w:after="60"/>
      </w:pPr>
      <w:r>
        <w:rPr>
          <w:rFonts w:ascii="Noto Serif CJK JP" w:hAnsi="Noto Serif CJK JP" w:eastAsia="Noto Serif CJK JP"/>
          <w:b w:val="0"/>
          <w:i w:val="0"/>
          <w:color w:val="6A6F75"/>
          <w:sz w:val="19"/>
        </w:rPr>
        <w:t>袖ぬるゝ　／　恋ちとかつは　／　しりなから　／　おりたつたこの　／　身つからそうき</w:t>
      </w:r>
    </w:p>
    <w:p>
      <w:pPr>
        <w:keepNext/>
        <w:spacing w:after="60"/>
      </w:pPr>
      <w:r>
        <w:rPr>
          <w:b w:val="0"/>
          <w:i/>
          <w:color w:val="222B33"/>
          <w:sz w:val="21"/>
        </w:rPr>
        <w:t>Though I know it is a lover’s path</w:t>
        <w:br/>
      </w:r>
      <w:r>
        <w:rPr>
          <w:b w:val="0"/>
          <w:i/>
          <w:color w:val="222B33"/>
          <w:sz w:val="21"/>
        </w:rPr>
        <w:t>that wets the sleeves,</w:t>
        <w:br/>
      </w:r>
      <w:r>
        <w:rPr>
          <w:b w:val="0"/>
          <w:i/>
          <w:color w:val="222B33"/>
          <w:sz w:val="21"/>
        </w:rPr>
        <w:t>I am wretched, like the farmer</w:t>
        <w:br/>
      </w:r>
      <w:r>
        <w:rPr>
          <w:b w:val="0"/>
          <w:i/>
          <w:color w:val="222B33"/>
          <w:sz w:val="21"/>
        </w:rPr>
        <w:t>who steps down</w:t>
        <w:br/>
      </w:r>
      <w:r>
        <w:rPr>
          <w:b w:val="0"/>
          <w:i/>
          <w:color w:val="222B33"/>
          <w:sz w:val="21"/>
        </w:rPr>
        <w:t>into the mire herself.</w:t>
      </w:r>
    </w:p>
    <w:p>
      <w:pPr>
        <w:spacing w:after="40"/>
      </w:pPr>
      <w:r>
        <w:rPr>
          <w:b w:val="0"/>
          <w:i w:val="0"/>
          <w:color w:val="222B33"/>
          <w:sz w:val="19"/>
        </w:rPr>
        <w:t>Koiji: “path of love” and “muddy paddy.”</w:t>
      </w:r>
    </w:p>
    <w:p>
      <w:pPr>
        <w:spacing w:after="40"/>
      </w:pPr>
      <w:r>
        <w:rPr>
          <w:b w:val="0"/>
          <w:i w:val="0"/>
          <w:color w:val="6A6F75"/>
          <w:sz w:val="18"/>
        </w:rPr>
        <w:t xml:space="preserve">Answered by </w:t>
      </w:r>
      <w:hyperlink w:anchor="p116">
        <w:r>
          <w:rPr>
            <w:color w:val="2E5A80"/>
            <w:u w:val="single"/>
            <w:sz w:val="18"/>
          </w:rPr>
          <w:t xml:space="preserve">No. 116 (Genji)</w:t>
        </w:r>
      </w:hyperlink>
    </w:p>
    <w:p>
      <w:pPr>
        <w:keepNext/>
        <w:spacing w:after="20" w:before="200"/>
      </w:pPr>
      <w:bookmarkStart w:id="125" w:name="p116"/>
      <w:r>
        <w:rPr>
          <w:b/>
          <w:i w:val="0"/>
          <w:color w:val="222B33"/>
          <w:sz w:val="22"/>
        </w:rPr>
        <w:t>No. 116</w:t>
      </w:r>
      <w:r>
        <w:rPr>
          <w:b w:val="0"/>
          <w:i w:val="0"/>
          <w:color w:val="6A6F75"/>
          <w:sz w:val="18"/>
        </w:rPr>
        <w:t xml:space="preserve">   Genji → Lady Rokujō   答 reply</w:t>
      </w:r>
      <w:bookmarkEnd w:id="125"/>
    </w:p>
    <w:p>
      <w:pPr>
        <w:keepNext/>
        <w:spacing w:after="0"/>
      </w:pPr>
      <w:r>
        <w:rPr>
          <w:rFonts w:ascii="Noto Serif CJK JP" w:hAnsi="Noto Serif CJK JP" w:eastAsia="Noto Serif CJK JP"/>
          <w:b w:val="0"/>
          <w:i w:val="0"/>
          <w:color w:val="222B33"/>
          <w:sz w:val="26"/>
        </w:rPr>
        <w:t>浅みにや人はおりたつわが方は身もそぼつまで深き恋路を</w:t>
      </w:r>
    </w:p>
    <w:p>
      <w:pPr>
        <w:keepNext/>
        <w:spacing w:after="60"/>
      </w:pPr>
      <w:r>
        <w:rPr>
          <w:rFonts w:ascii="Noto Serif CJK JP" w:hAnsi="Noto Serif CJK JP" w:eastAsia="Noto Serif CJK JP"/>
          <w:b w:val="0"/>
          <w:i w:val="0"/>
          <w:color w:val="6A6F75"/>
          <w:sz w:val="19"/>
        </w:rPr>
        <w:t>あさみにや　／　人はおりたつ　／　わかかたは　／　身もそほつまて　／　ふかき恋ちを</w:t>
      </w:r>
    </w:p>
    <w:p>
      <w:pPr>
        <w:keepNext/>
        <w:spacing w:after="60"/>
      </w:pPr>
      <w:r>
        <w:rPr>
          <w:b w:val="0"/>
          <w:i/>
          <w:color w:val="222B33"/>
          <w:sz w:val="21"/>
        </w:rPr>
        <w:t>Is it because it’s shallow</w:t>
        <w:br/>
      </w:r>
      <w:r>
        <w:rPr>
          <w:b w:val="0"/>
          <w:i/>
          <w:color w:val="222B33"/>
          <w:sz w:val="21"/>
        </w:rPr>
        <w:t>that you step down? I am soaked</w:t>
        <w:br/>
      </w:r>
      <w:r>
        <w:rPr>
          <w:b w:val="0"/>
          <w:i/>
          <w:color w:val="222B33"/>
          <w:sz w:val="21"/>
        </w:rPr>
        <w:t>through my whole body</w:t>
        <w:br/>
      </w:r>
      <w:r>
        <w:rPr>
          <w:b w:val="0"/>
          <w:i/>
          <w:color w:val="222B33"/>
          <w:sz w:val="21"/>
        </w:rPr>
        <w:t>on the deep path</w:t>
        <w:br/>
      </w:r>
      <w:r>
        <w:rPr>
          <w:b w:val="0"/>
          <w:i/>
          <w:color w:val="222B33"/>
          <w:sz w:val="21"/>
        </w:rPr>
        <w:t>of love.</w:t>
      </w:r>
    </w:p>
    <w:p>
      <w:pPr>
        <w:spacing w:after="40"/>
      </w:pPr>
      <w:r>
        <w:rPr>
          <w:b w:val="0"/>
          <w:i w:val="0"/>
          <w:color w:val="6A6F75"/>
          <w:sz w:val="18"/>
        </w:rPr>
        <w:t xml:space="preserve">In reply to </w:t>
      </w:r>
      <w:hyperlink w:anchor="p115">
        <w:r>
          <w:rPr>
            <w:color w:val="2E5A80"/>
            <w:u w:val="single"/>
            <w:sz w:val="18"/>
          </w:rPr>
          <w:t xml:space="preserve">No. 115 (Lady Rokujō)</w:t>
        </w:r>
      </w:hyperlink>
    </w:p>
    <w:p>
      <w:pPr>
        <w:keepNext/>
        <w:spacing w:after="20" w:before="200"/>
      </w:pPr>
      <w:bookmarkStart w:id="126" w:name="p117"/>
      <w:r>
        <w:rPr>
          <w:b/>
          <w:i w:val="0"/>
          <w:color w:val="222B33"/>
          <w:sz w:val="22"/>
        </w:rPr>
        <w:t>No. 117</w:t>
      </w:r>
      <w:r>
        <w:rPr>
          <w:b w:val="0"/>
          <w:i w:val="0"/>
          <w:color w:val="6A6F75"/>
          <w:sz w:val="18"/>
        </w:rPr>
        <w:t xml:space="preserve">   spirit of Lady Rokujō → Genji   贈:独 sent / solo</w:t>
      </w:r>
      <w:bookmarkEnd w:id="126"/>
    </w:p>
    <w:p>
      <w:pPr>
        <w:keepNext/>
        <w:spacing w:after="40"/>
      </w:pPr>
      <w:r>
        <w:rPr>
          <w:b/>
          <w:i w:val="0"/>
          <w:color w:val="6A6F75"/>
          <w:sz w:val="18"/>
        </w:rPr>
        <w:t xml:space="preserve">Context. </w:t>
      </w:r>
      <w:r>
        <w:rPr>
          <w:b w:val="0"/>
          <w:i w:val="0"/>
          <w:color w:val="6A6F75"/>
          <w:sz w:val="19"/>
        </w:rPr>
        <w:t>Rokujō’s spirit speaks through the dying Aoi; Genji recognizes her.</w:t>
      </w:r>
    </w:p>
    <w:p>
      <w:pPr>
        <w:keepNext/>
        <w:spacing w:after="0"/>
      </w:pPr>
      <w:r>
        <w:rPr>
          <w:rFonts w:ascii="Noto Serif CJK JP" w:hAnsi="Noto Serif CJK JP" w:eastAsia="Noto Serif CJK JP"/>
          <w:b w:val="0"/>
          <w:i w:val="0"/>
          <w:color w:val="222B33"/>
          <w:sz w:val="26"/>
        </w:rPr>
        <w:t>嘆きわび空に乱るるわが魂を結びとどめよしたがへのつま</w:t>
      </w:r>
    </w:p>
    <w:p>
      <w:pPr>
        <w:keepNext/>
        <w:spacing w:after="60"/>
      </w:pPr>
      <w:r>
        <w:rPr>
          <w:rFonts w:ascii="Noto Serif CJK JP" w:hAnsi="Noto Serif CJK JP" w:eastAsia="Noto Serif CJK JP"/>
          <w:b w:val="0"/>
          <w:i w:val="0"/>
          <w:color w:val="6A6F75"/>
          <w:sz w:val="19"/>
        </w:rPr>
        <w:t>なけきわひ　／　空にみたるゝ　／　わかたまを　／　むすひとゝめよ　／　したかへのつま</w:t>
      </w:r>
    </w:p>
    <w:p>
      <w:pPr>
        <w:keepNext/>
        <w:spacing w:after="60"/>
      </w:pPr>
      <w:r>
        <w:rPr>
          <w:b w:val="0"/>
          <w:i/>
          <w:color w:val="222B33"/>
          <w:sz w:val="21"/>
        </w:rPr>
        <w:t>My soul, in grief</w:t>
        <w:br/>
      </w:r>
      <w:r>
        <w:rPr>
          <w:b w:val="0"/>
          <w:i/>
          <w:color w:val="222B33"/>
          <w:sz w:val="21"/>
        </w:rPr>
        <w:t>scattered wild in the sky:</w:t>
        <w:br/>
      </w:r>
      <w:r>
        <w:rPr>
          <w:b w:val="0"/>
          <w:i/>
          <w:color w:val="222B33"/>
          <w:sz w:val="21"/>
        </w:rPr>
        <w:t>bind it, keep it here,</w:t>
        <w:br/>
      </w:r>
      <w:r>
        <w:rPr>
          <w:b w:val="0"/>
          <w:i/>
          <w:color w:val="222B33"/>
          <w:sz w:val="21"/>
        </w:rPr>
        <w:t>with the knot</w:t>
        <w:br/>
      </w:r>
      <w:r>
        <w:rPr>
          <w:b w:val="0"/>
          <w:i/>
          <w:color w:val="222B33"/>
          <w:sz w:val="21"/>
        </w:rPr>
        <w:t>of the lower hem.</w:t>
      </w:r>
    </w:p>
    <w:p>
      <w:pPr>
        <w:spacing w:after="40"/>
      </w:pPr>
      <w:r>
        <w:rPr>
          <w:b w:val="0"/>
          <w:i w:val="0"/>
          <w:color w:val="222B33"/>
          <w:sz w:val="19"/>
        </w:rPr>
        <w:t>Spoken through the dying Aoi. Tying the hem was a charm against a wandering soul.</w:t>
      </w:r>
    </w:p>
    <w:p>
      <w:pPr>
        <w:keepNext/>
        <w:spacing w:after="20" w:before="200"/>
      </w:pPr>
      <w:bookmarkStart w:id="127" w:name="p118"/>
      <w:r>
        <w:rPr>
          <w:b/>
          <w:i w:val="0"/>
          <w:color w:val="222B33"/>
          <w:sz w:val="22"/>
        </w:rPr>
        <w:t>No. 118</w:t>
      </w:r>
      <w:r>
        <w:rPr>
          <w:b w:val="0"/>
          <w:i w:val="0"/>
          <w:color w:val="6A6F75"/>
          <w:sz w:val="18"/>
        </w:rPr>
        <w:t xml:space="preserve">   Genji   独 solo</w:t>
      </w:r>
      <w:bookmarkEnd w:id="127"/>
    </w:p>
    <w:p>
      <w:pPr>
        <w:keepNext/>
        <w:spacing w:after="40"/>
      </w:pPr>
      <w:r>
        <w:rPr>
          <w:b/>
          <w:i w:val="0"/>
          <w:color w:val="6A6F75"/>
          <w:sz w:val="18"/>
        </w:rPr>
        <w:t xml:space="preserve">Context. </w:t>
      </w:r>
      <w:r>
        <w:rPr>
          <w:b w:val="0"/>
          <w:i w:val="0"/>
          <w:color w:val="6A6F75"/>
          <w:sz w:val="19"/>
        </w:rPr>
        <w:t>After Aoi’s cremation; Genji mourns the wife he has only begun to love.</w:t>
      </w:r>
    </w:p>
    <w:p>
      <w:pPr>
        <w:keepNext/>
        <w:spacing w:after="0"/>
      </w:pPr>
      <w:r>
        <w:rPr>
          <w:rFonts w:ascii="Noto Serif CJK JP" w:hAnsi="Noto Serif CJK JP" w:eastAsia="Noto Serif CJK JP"/>
          <w:b w:val="0"/>
          <w:i w:val="0"/>
          <w:color w:val="222B33"/>
          <w:sz w:val="26"/>
        </w:rPr>
        <w:t>のぼりぬる煙はそれとわかねどもなべて雲居のあはれなるかな</w:t>
      </w:r>
    </w:p>
    <w:p>
      <w:pPr>
        <w:keepNext/>
        <w:spacing w:after="60"/>
      </w:pPr>
      <w:r>
        <w:rPr>
          <w:rFonts w:ascii="Noto Serif CJK JP" w:hAnsi="Noto Serif CJK JP" w:eastAsia="Noto Serif CJK JP"/>
          <w:b w:val="0"/>
          <w:i w:val="0"/>
          <w:color w:val="6A6F75"/>
          <w:sz w:val="19"/>
        </w:rPr>
        <w:t>のほりぬる　／　けふりはそれと　／　わかねとも　／　なへて雲ゐの　／　あはれなる哉</w:t>
      </w:r>
    </w:p>
    <w:p>
      <w:pPr>
        <w:keepNext/>
        <w:spacing w:after="60"/>
      </w:pPr>
      <w:r>
        <w:rPr>
          <w:b w:val="0"/>
          <w:i/>
          <w:color w:val="222B33"/>
          <w:sz w:val="21"/>
        </w:rPr>
        <w:t>I cannot tell which</w:t>
        <w:br/>
      </w:r>
      <w:r>
        <w:rPr>
          <w:b w:val="0"/>
          <w:i/>
          <w:color w:val="222B33"/>
          <w:sz w:val="21"/>
        </w:rPr>
        <w:t>is the rising smoke,</w:t>
        <w:br/>
      </w:r>
      <w:r>
        <w:rPr>
          <w:b w:val="0"/>
          <w:i/>
          <w:color w:val="222B33"/>
          <w:sz w:val="21"/>
        </w:rPr>
        <w:t>yet all the sky above</w:t>
        <w:br/>
      </w:r>
      <w:r>
        <w:rPr>
          <w:b w:val="0"/>
          <w:i/>
          <w:color w:val="222B33"/>
          <w:sz w:val="21"/>
        </w:rPr>
        <w:t>is filled</w:t>
        <w:br/>
      </w:r>
      <w:r>
        <w:rPr>
          <w:b w:val="0"/>
          <w:i/>
          <w:color w:val="222B33"/>
          <w:sz w:val="21"/>
        </w:rPr>
        <w:t>with sorrow.</w:t>
      </w:r>
    </w:p>
    <w:p>
      <w:pPr>
        <w:spacing w:after="40"/>
      </w:pPr>
      <w:r>
        <w:rPr>
          <w:b w:val="0"/>
          <w:i w:val="0"/>
          <w:color w:val="222B33"/>
          <w:sz w:val="19"/>
        </w:rPr>
        <w:t>After Aoi’s cremation.</w:t>
      </w:r>
    </w:p>
    <w:p>
      <w:pPr>
        <w:keepNext/>
        <w:spacing w:after="20" w:before="200"/>
      </w:pPr>
      <w:bookmarkStart w:id="128" w:name="p119"/>
      <w:r>
        <w:rPr>
          <w:b/>
          <w:i w:val="0"/>
          <w:color w:val="222B33"/>
          <w:sz w:val="22"/>
        </w:rPr>
        <w:t>No. 119</w:t>
      </w:r>
      <w:r>
        <w:rPr>
          <w:b w:val="0"/>
          <w:i w:val="0"/>
          <w:color w:val="6A6F75"/>
          <w:sz w:val="18"/>
        </w:rPr>
        <w:t xml:space="preserve">   Genji   独 solo</w:t>
      </w:r>
      <w:bookmarkEnd w:id="128"/>
    </w:p>
    <w:p>
      <w:pPr>
        <w:keepNext/>
        <w:spacing w:after="40"/>
      </w:pPr>
      <w:r>
        <w:rPr>
          <w:b/>
          <w:i w:val="0"/>
          <w:color w:val="6A6F75"/>
          <w:sz w:val="18"/>
        </w:rPr>
        <w:t xml:space="preserve">Context. </w:t>
      </w:r>
      <w:r>
        <w:rPr>
          <w:b w:val="0"/>
          <w:i w:val="0"/>
          <w:color w:val="6A6F75"/>
          <w:sz w:val="19"/>
        </w:rPr>
        <w:t>In mourning for Aoi; the light grey prescribed for a wife.</w:t>
      </w:r>
    </w:p>
    <w:p>
      <w:pPr>
        <w:keepNext/>
        <w:spacing w:after="0"/>
      </w:pPr>
      <w:r>
        <w:rPr>
          <w:rFonts w:ascii="Noto Serif CJK JP" w:hAnsi="Noto Serif CJK JP" w:eastAsia="Noto Serif CJK JP"/>
          <w:b w:val="0"/>
          <w:i w:val="0"/>
          <w:color w:val="222B33"/>
          <w:sz w:val="26"/>
        </w:rPr>
        <w:t>限りあれば薄墨衣浅けれど涙ぞ袖を淵となしける</w:t>
      </w:r>
    </w:p>
    <w:p>
      <w:pPr>
        <w:keepNext/>
        <w:spacing w:after="60"/>
      </w:pPr>
      <w:r>
        <w:rPr>
          <w:rFonts w:ascii="Noto Serif CJK JP" w:hAnsi="Noto Serif CJK JP" w:eastAsia="Noto Serif CJK JP"/>
          <w:b w:val="0"/>
          <w:i w:val="0"/>
          <w:color w:val="6A6F75"/>
          <w:sz w:val="19"/>
        </w:rPr>
        <w:t>かきりあれは　／　うすゝみ衣　／　あさけれと　／　涙そ袖を　／　ふちとなしける</w:t>
      </w:r>
    </w:p>
    <w:p>
      <w:pPr>
        <w:keepNext/>
        <w:spacing w:after="60"/>
      </w:pPr>
      <w:r>
        <w:rPr>
          <w:b w:val="0"/>
          <w:i/>
          <w:color w:val="222B33"/>
          <w:sz w:val="21"/>
        </w:rPr>
        <w:t>There are limits, and so</w:t>
        <w:br/>
      </w:r>
      <w:r>
        <w:rPr>
          <w:b w:val="0"/>
          <w:i/>
          <w:color w:val="222B33"/>
          <w:sz w:val="21"/>
        </w:rPr>
        <w:t>the grey of my robe is pale,</w:t>
        <w:br/>
      </w:r>
      <w:r>
        <w:rPr>
          <w:b w:val="0"/>
          <w:i/>
          <w:color w:val="222B33"/>
          <w:sz w:val="21"/>
        </w:rPr>
        <w:t>yet my tears</w:t>
        <w:br/>
      </w:r>
      <w:r>
        <w:rPr>
          <w:b w:val="0"/>
          <w:i/>
          <w:color w:val="222B33"/>
          <w:sz w:val="21"/>
        </w:rPr>
        <w:t>have turned my sleeves</w:t>
        <w:br/>
      </w:r>
      <w:r>
        <w:rPr>
          <w:b w:val="0"/>
          <w:i/>
          <w:color w:val="222B33"/>
          <w:sz w:val="21"/>
        </w:rPr>
        <w:t>into deep pools.</w:t>
      </w:r>
    </w:p>
    <w:p>
      <w:pPr>
        <w:spacing w:after="40"/>
      </w:pPr>
      <w:r>
        <w:rPr>
          <w:b w:val="0"/>
          <w:i w:val="0"/>
          <w:color w:val="222B33"/>
          <w:sz w:val="19"/>
        </w:rPr>
        <w:t>Mourning for a wife required a lighter grey than for a husband.</w:t>
      </w:r>
    </w:p>
    <w:p>
      <w:pPr>
        <w:keepNext/>
        <w:spacing w:after="20" w:before="200"/>
      </w:pPr>
      <w:bookmarkStart w:id="129" w:name="p120"/>
      <w:r>
        <w:rPr>
          <w:b/>
          <w:i w:val="0"/>
          <w:color w:val="222B33"/>
          <w:sz w:val="22"/>
        </w:rPr>
        <w:t>No. 120</w:t>
      </w:r>
      <w:r>
        <w:rPr>
          <w:b w:val="0"/>
          <w:i w:val="0"/>
          <w:color w:val="6A6F75"/>
          <w:sz w:val="18"/>
        </w:rPr>
        <w:t xml:space="preserve">   Lady Rokujō → Genji   贈 sent</w:t>
      </w:r>
      <w:bookmarkEnd w:id="129"/>
    </w:p>
    <w:p>
      <w:pPr>
        <w:keepNext/>
        <w:spacing w:after="40"/>
      </w:pPr>
      <w:r>
        <w:rPr>
          <w:b/>
          <w:i w:val="0"/>
          <w:color w:val="6A6F75"/>
          <w:sz w:val="18"/>
        </w:rPr>
        <w:t xml:space="preserve">Context. </w:t>
      </w:r>
      <w:r>
        <w:rPr>
          <w:b w:val="0"/>
          <w:i w:val="0"/>
          <w:color w:val="6A6F75"/>
          <w:sz w:val="19"/>
        </w:rPr>
        <w:t>Lady Rokujō sends condolences on Aoi’s death; Genji now cannot forget what he saw.</w:t>
      </w:r>
    </w:p>
    <w:p>
      <w:pPr>
        <w:keepNext/>
        <w:spacing w:after="0"/>
      </w:pPr>
      <w:r>
        <w:rPr>
          <w:rFonts w:ascii="Noto Serif CJK JP" w:hAnsi="Noto Serif CJK JP" w:eastAsia="Noto Serif CJK JP"/>
          <w:b w:val="0"/>
          <w:i w:val="0"/>
          <w:color w:val="222B33"/>
          <w:sz w:val="26"/>
        </w:rPr>
        <w:t>人の世をあはれと聞くも露けきに後るる袖を思ひこそやれ</w:t>
      </w:r>
    </w:p>
    <w:p>
      <w:pPr>
        <w:keepNext/>
        <w:spacing w:after="60"/>
      </w:pPr>
      <w:r>
        <w:rPr>
          <w:rFonts w:ascii="Noto Serif CJK JP" w:hAnsi="Noto Serif CJK JP" w:eastAsia="Noto Serif CJK JP"/>
          <w:b w:val="0"/>
          <w:i w:val="0"/>
          <w:color w:val="6A6F75"/>
          <w:sz w:val="19"/>
        </w:rPr>
        <w:t>人の世を　／　あはれときくも　／　露けきに　／　をくるゝ袖を　／　おもひこそやれ</w:t>
      </w:r>
    </w:p>
    <w:p>
      <w:pPr>
        <w:keepNext/>
        <w:spacing w:after="60"/>
      </w:pPr>
      <w:r>
        <w:rPr>
          <w:b w:val="0"/>
          <w:i/>
          <w:color w:val="222B33"/>
          <w:sz w:val="21"/>
        </w:rPr>
        <w:t>To hear that life is sad</w:t>
        <w:br/>
      </w:r>
      <w:r>
        <w:rPr>
          <w:b w:val="0"/>
          <w:i/>
          <w:color w:val="222B33"/>
          <w:sz w:val="21"/>
        </w:rPr>
        <w:t>is itself a dewy thing;</w:t>
        <w:br/>
      </w:r>
      <w:r>
        <w:rPr>
          <w:b w:val="0"/>
          <w:i/>
          <w:color w:val="222B33"/>
          <w:sz w:val="21"/>
        </w:rPr>
        <w:t>I think of your sleeves,</w:t>
        <w:br/>
      </w:r>
      <w:r>
        <w:rPr>
          <w:b w:val="0"/>
          <w:i/>
          <w:color w:val="222B33"/>
          <w:sz w:val="21"/>
        </w:rPr>
        <w:t>left behind</w:t>
        <w:br/>
      </w:r>
      <w:r>
        <w:rPr>
          <w:b w:val="0"/>
          <w:i/>
          <w:color w:val="222B33"/>
          <w:sz w:val="21"/>
        </w:rPr>
        <w:t>in tears.</w:t>
      </w:r>
    </w:p>
    <w:p>
      <w:pPr>
        <w:spacing w:after="40"/>
      </w:pPr>
      <w:r>
        <w:rPr>
          <w:b w:val="0"/>
          <w:i w:val="0"/>
          <w:color w:val="222B33"/>
          <w:sz w:val="19"/>
        </w:rPr>
        <w:t>Her condolence on Aoi’s death.</w:t>
      </w:r>
    </w:p>
    <w:p>
      <w:pPr>
        <w:spacing w:after="40"/>
      </w:pPr>
      <w:r>
        <w:rPr>
          <w:b w:val="0"/>
          <w:i w:val="0"/>
          <w:color w:val="6A6F75"/>
          <w:sz w:val="18"/>
        </w:rPr>
        <w:t xml:space="preserve">Answered by </w:t>
      </w:r>
      <w:hyperlink w:anchor="p121">
        <w:r>
          <w:rPr>
            <w:color w:val="2E5A80"/>
            <w:u w:val="single"/>
            <w:sz w:val="18"/>
          </w:rPr>
          <w:t xml:space="preserve">No. 121 (Genji)</w:t>
        </w:r>
      </w:hyperlink>
    </w:p>
    <w:p>
      <w:pPr>
        <w:keepNext/>
        <w:spacing w:after="20" w:before="200"/>
      </w:pPr>
      <w:bookmarkStart w:id="130" w:name="p121"/>
      <w:r>
        <w:rPr>
          <w:b/>
          <w:i w:val="0"/>
          <w:color w:val="222B33"/>
          <w:sz w:val="22"/>
        </w:rPr>
        <w:t>No. 121</w:t>
      </w:r>
      <w:r>
        <w:rPr>
          <w:b w:val="0"/>
          <w:i w:val="0"/>
          <w:color w:val="6A6F75"/>
          <w:sz w:val="18"/>
        </w:rPr>
        <w:t xml:space="preserve">   Genji → Lady Rokujō   答 reply</w:t>
      </w:r>
      <w:bookmarkEnd w:id="130"/>
    </w:p>
    <w:p>
      <w:pPr>
        <w:keepNext/>
        <w:spacing w:after="0"/>
      </w:pPr>
      <w:r>
        <w:rPr>
          <w:rFonts w:ascii="Noto Serif CJK JP" w:hAnsi="Noto Serif CJK JP" w:eastAsia="Noto Serif CJK JP"/>
          <w:b w:val="0"/>
          <w:i w:val="0"/>
          <w:color w:val="222B33"/>
          <w:sz w:val="26"/>
        </w:rPr>
        <w:t>とまる身も消えしもおなじ露の世に心置くらむほどぞはかなき</w:t>
      </w:r>
    </w:p>
    <w:p>
      <w:pPr>
        <w:keepNext/>
        <w:spacing w:after="60"/>
      </w:pPr>
      <w:r>
        <w:rPr>
          <w:rFonts w:ascii="Noto Serif CJK JP" w:hAnsi="Noto Serif CJK JP" w:eastAsia="Noto Serif CJK JP"/>
          <w:b w:val="0"/>
          <w:i w:val="0"/>
          <w:color w:val="6A6F75"/>
          <w:sz w:val="19"/>
        </w:rPr>
        <w:t>とまる身も　／　きえしもおなし　／　露の世に　／　心をくらむ　／　ほとそはかなき</w:t>
      </w:r>
    </w:p>
    <w:p>
      <w:pPr>
        <w:keepNext/>
        <w:spacing w:after="60"/>
      </w:pPr>
      <w:r>
        <w:rPr>
          <w:b w:val="0"/>
          <w:i/>
          <w:color w:val="222B33"/>
          <w:sz w:val="21"/>
        </w:rPr>
        <w:t>The one who stays and the one who vanished</w:t>
        <w:br/>
      </w:r>
      <w:r>
        <w:rPr>
          <w:b w:val="0"/>
          <w:i/>
          <w:color w:val="222B33"/>
          <w:sz w:val="21"/>
        </w:rPr>
        <w:t>alike are dew in a world of dew;</w:t>
        <w:br/>
      </w:r>
      <w:r>
        <w:rPr>
          <w:b w:val="0"/>
          <w:i/>
          <w:color w:val="222B33"/>
          <w:sz w:val="21"/>
        </w:rPr>
        <w:t>how fleeting, to set the heart</w:t>
        <w:br/>
      </w:r>
      <w:r>
        <w:rPr>
          <w:b w:val="0"/>
          <w:i/>
          <w:color w:val="222B33"/>
          <w:sz w:val="21"/>
        </w:rPr>
        <w:t>on such</w:t>
        <w:br/>
      </w:r>
      <w:r>
        <w:rPr>
          <w:b w:val="0"/>
          <w:i/>
          <w:color w:val="222B33"/>
          <w:sz w:val="21"/>
        </w:rPr>
        <w:t>a thing.</w:t>
      </w:r>
    </w:p>
    <w:p>
      <w:pPr>
        <w:spacing w:after="40"/>
      </w:pPr>
      <w:r>
        <w:rPr>
          <w:b w:val="0"/>
          <w:i w:val="0"/>
          <w:color w:val="222B33"/>
          <w:sz w:val="19"/>
        </w:rPr>
        <w:t>A guarded reply: he knows what her spirit has done.</w:t>
      </w:r>
    </w:p>
    <w:p>
      <w:pPr>
        <w:spacing w:after="40"/>
      </w:pPr>
      <w:r>
        <w:rPr>
          <w:b w:val="0"/>
          <w:i w:val="0"/>
          <w:color w:val="6A6F75"/>
          <w:sz w:val="18"/>
        </w:rPr>
        <w:t xml:space="preserve">In reply to </w:t>
      </w:r>
      <w:hyperlink w:anchor="p120">
        <w:r>
          <w:rPr>
            <w:color w:val="2E5A80"/>
            <w:u w:val="single"/>
            <w:sz w:val="18"/>
          </w:rPr>
          <w:t xml:space="preserve">No. 120 (Lady Rokujō)</w:t>
        </w:r>
      </w:hyperlink>
    </w:p>
    <w:p>
      <w:pPr>
        <w:keepNext/>
        <w:spacing w:after="20" w:before="200"/>
      </w:pPr>
      <w:bookmarkStart w:id="131" w:name="p122"/>
      <w:r>
        <w:rPr>
          <w:b/>
          <w:i w:val="0"/>
          <w:color w:val="222B33"/>
          <w:sz w:val="22"/>
        </w:rPr>
        <w:t>No. 122</w:t>
      </w:r>
      <w:r>
        <w:rPr>
          <w:b w:val="0"/>
          <w:i w:val="0"/>
          <w:color w:val="6A6F75"/>
          <w:sz w:val="18"/>
        </w:rPr>
        <w:t xml:space="preserve">   Tō no Chūjō → Genji   贈 sent</w:t>
      </w:r>
      <w:bookmarkEnd w:id="131"/>
    </w:p>
    <w:p>
      <w:pPr>
        <w:keepNext/>
        <w:spacing w:after="40"/>
      </w:pPr>
      <w:r>
        <w:rPr>
          <w:b/>
          <w:i w:val="0"/>
          <w:color w:val="6A6F75"/>
          <w:sz w:val="18"/>
        </w:rPr>
        <w:t xml:space="preserve">Context. </w:t>
      </w:r>
      <w:r>
        <w:rPr>
          <w:b w:val="0"/>
          <w:i w:val="0"/>
          <w:color w:val="6A6F75"/>
          <w:sz w:val="19"/>
        </w:rPr>
        <w:t>Tō no Chūjō, Aoi’s brother, mourns with Genji; the friends share grief.</w:t>
      </w:r>
    </w:p>
    <w:p>
      <w:pPr>
        <w:keepNext/>
        <w:spacing w:after="0"/>
      </w:pPr>
      <w:r>
        <w:rPr>
          <w:rFonts w:ascii="Noto Serif CJK JP" w:hAnsi="Noto Serif CJK JP" w:eastAsia="Noto Serif CJK JP"/>
          <w:b w:val="0"/>
          <w:i w:val="0"/>
          <w:color w:val="222B33"/>
          <w:sz w:val="26"/>
        </w:rPr>
        <w:t>雨となりしぐるる空の浮雲をいづれの方とわきて眺めむ</w:t>
      </w:r>
    </w:p>
    <w:p>
      <w:pPr>
        <w:keepNext/>
        <w:spacing w:after="60"/>
      </w:pPr>
      <w:r>
        <w:rPr>
          <w:rFonts w:ascii="Noto Serif CJK JP" w:hAnsi="Noto Serif CJK JP" w:eastAsia="Noto Serif CJK JP"/>
          <w:b w:val="0"/>
          <w:i w:val="0"/>
          <w:color w:val="6A6F75"/>
          <w:sz w:val="19"/>
        </w:rPr>
        <w:t>雨となり　／　しくるゝ空の　／　うき雲を　／　いつれのかたと　／　わきてなかめむ</w:t>
      </w:r>
    </w:p>
    <w:p>
      <w:pPr>
        <w:keepNext/>
        <w:spacing w:after="60"/>
      </w:pPr>
      <w:r>
        <w:rPr>
          <w:b w:val="0"/>
          <w:i/>
          <w:color w:val="222B33"/>
          <w:sz w:val="21"/>
        </w:rPr>
        <w:t>The drifting cloud</w:t>
        <w:br/>
      </w:r>
      <w:r>
        <w:rPr>
          <w:b w:val="0"/>
          <w:i/>
          <w:color w:val="222B33"/>
          <w:sz w:val="21"/>
        </w:rPr>
        <w:t>become rain in the showering sky:</w:t>
        <w:br/>
      </w:r>
      <w:r>
        <w:rPr>
          <w:b w:val="0"/>
          <w:i/>
          <w:color w:val="222B33"/>
          <w:sz w:val="21"/>
        </w:rPr>
        <w:t>how can I tell</w:t>
        <w:br/>
      </w:r>
      <w:r>
        <w:rPr>
          <w:b w:val="0"/>
          <w:i/>
          <w:color w:val="222B33"/>
          <w:sz w:val="21"/>
        </w:rPr>
        <w:t>which way</w:t>
        <w:br/>
      </w:r>
      <w:r>
        <w:rPr>
          <w:b w:val="0"/>
          <w:i/>
          <w:color w:val="222B33"/>
          <w:sz w:val="21"/>
        </w:rPr>
        <w:t>to gaze?</w:t>
      </w:r>
    </w:p>
    <w:p>
      <w:pPr>
        <w:spacing w:after="40"/>
      </w:pPr>
      <w:r>
        <w:rPr>
          <w:b w:val="0"/>
          <w:i w:val="0"/>
          <w:color w:val="222B33"/>
          <w:sz w:val="19"/>
        </w:rPr>
        <w:t>Recalls the goddess of Wushan, who became cloud and rain.</w:t>
      </w:r>
    </w:p>
    <w:p>
      <w:pPr>
        <w:spacing w:after="40"/>
      </w:pPr>
      <w:r>
        <w:rPr>
          <w:b w:val="0"/>
          <w:i w:val="0"/>
          <w:color w:val="6A6F75"/>
          <w:sz w:val="18"/>
        </w:rPr>
        <w:t xml:space="preserve">Answered by </w:t>
      </w:r>
      <w:hyperlink w:anchor="p123">
        <w:r>
          <w:rPr>
            <w:color w:val="2E5A80"/>
            <w:u w:val="single"/>
            <w:sz w:val="18"/>
          </w:rPr>
          <w:t xml:space="preserve">No. 123 (Genji)</w:t>
        </w:r>
      </w:hyperlink>
    </w:p>
    <w:p>
      <w:pPr>
        <w:keepNext/>
        <w:spacing w:after="20" w:before="200"/>
      </w:pPr>
      <w:bookmarkStart w:id="132" w:name="p123"/>
      <w:r>
        <w:rPr>
          <w:b/>
          <w:i w:val="0"/>
          <w:color w:val="222B33"/>
          <w:sz w:val="22"/>
        </w:rPr>
        <w:t>No. 123</w:t>
      </w:r>
      <w:r>
        <w:rPr>
          <w:b w:val="0"/>
          <w:i w:val="0"/>
          <w:color w:val="6A6F75"/>
          <w:sz w:val="18"/>
        </w:rPr>
        <w:t xml:space="preserve">   Genji → Tō no Chūjō   答 reply</w:t>
      </w:r>
      <w:bookmarkEnd w:id="132"/>
    </w:p>
    <w:p>
      <w:pPr>
        <w:keepNext/>
        <w:spacing w:after="0"/>
      </w:pPr>
      <w:r>
        <w:rPr>
          <w:rFonts w:ascii="Noto Serif CJK JP" w:hAnsi="Noto Serif CJK JP" w:eastAsia="Noto Serif CJK JP"/>
          <w:b w:val="0"/>
          <w:i w:val="0"/>
          <w:color w:val="222B33"/>
          <w:sz w:val="26"/>
        </w:rPr>
        <w:t>見し人の雨となりにし雲居さへいとど時雨にかき暮らすころ</w:t>
      </w:r>
    </w:p>
    <w:p>
      <w:pPr>
        <w:keepNext/>
        <w:spacing w:after="60"/>
      </w:pPr>
      <w:r>
        <w:rPr>
          <w:rFonts w:ascii="Noto Serif CJK JP" w:hAnsi="Noto Serif CJK JP" w:eastAsia="Noto Serif CJK JP"/>
          <w:b w:val="0"/>
          <w:i w:val="0"/>
          <w:color w:val="6A6F75"/>
          <w:sz w:val="19"/>
        </w:rPr>
        <w:t>みし人の　／　雨となりにし　／　雲井さへ　／　いとゝ時雨に　／　かきくらす比</w:t>
      </w:r>
    </w:p>
    <w:p>
      <w:pPr>
        <w:keepNext/>
        <w:spacing w:after="60"/>
      </w:pPr>
      <w:r>
        <w:rPr>
          <w:b w:val="0"/>
          <w:i/>
          <w:color w:val="222B33"/>
          <w:sz w:val="21"/>
        </w:rPr>
        <w:t>Even the heavens where she</w:t>
        <w:br/>
      </w:r>
      <w:r>
        <w:rPr>
          <w:b w:val="0"/>
          <w:i/>
          <w:color w:val="222B33"/>
          <w:sz w:val="21"/>
        </w:rPr>
        <w:t>I knew has turned to rain</w:t>
        <w:br/>
      </w:r>
      <w:r>
        <w:rPr>
          <w:b w:val="0"/>
          <w:i/>
          <w:color w:val="222B33"/>
          <w:sz w:val="21"/>
        </w:rPr>
        <w:t>are darkened more</w:t>
        <w:br/>
      </w:r>
      <w:r>
        <w:rPr>
          <w:b w:val="0"/>
          <w:i/>
          <w:color w:val="222B33"/>
          <w:sz w:val="21"/>
        </w:rPr>
        <w:t>by the showers</w:t>
        <w:br/>
      </w:r>
      <w:r>
        <w:rPr>
          <w:b w:val="0"/>
          <w:i/>
          <w:color w:val="222B33"/>
          <w:sz w:val="21"/>
        </w:rPr>
        <w:t>of these days.</w:t>
      </w:r>
    </w:p>
    <w:p>
      <w:pPr>
        <w:spacing w:after="40"/>
      </w:pPr>
      <w:r>
        <w:rPr>
          <w:b w:val="0"/>
          <w:i w:val="0"/>
          <w:color w:val="6A6F75"/>
          <w:sz w:val="18"/>
        </w:rPr>
        <w:t xml:space="preserve">In reply to </w:t>
      </w:r>
      <w:hyperlink w:anchor="p122">
        <w:r>
          <w:rPr>
            <w:color w:val="2E5A80"/>
            <w:u w:val="single"/>
            <w:sz w:val="18"/>
          </w:rPr>
          <w:t xml:space="preserve">No. 122 (Tō no Chūjō)</w:t>
        </w:r>
      </w:hyperlink>
    </w:p>
    <w:p>
      <w:pPr>
        <w:keepNext/>
        <w:spacing w:after="20" w:before="200"/>
      </w:pPr>
      <w:bookmarkStart w:id="133" w:name="p124"/>
      <w:r>
        <w:rPr>
          <w:b/>
          <w:i w:val="0"/>
          <w:color w:val="222B33"/>
          <w:sz w:val="22"/>
        </w:rPr>
        <w:t>No. 124</w:t>
      </w:r>
      <w:r>
        <w:rPr>
          <w:b w:val="0"/>
          <w:i w:val="0"/>
          <w:color w:val="6A6F75"/>
          <w:sz w:val="18"/>
        </w:rPr>
        <w:t xml:space="preserve">   Genji → Princess Ōmiya   贈 sent</w:t>
      </w:r>
      <w:bookmarkEnd w:id="133"/>
    </w:p>
    <w:p>
      <w:pPr>
        <w:keepNext/>
        <w:spacing w:after="40"/>
      </w:pPr>
      <w:r>
        <w:rPr>
          <w:b/>
          <w:i w:val="0"/>
          <w:color w:val="6A6F75"/>
          <w:sz w:val="18"/>
        </w:rPr>
        <w:t xml:space="preserve">Context. </w:t>
      </w:r>
      <w:r>
        <w:rPr>
          <w:b w:val="0"/>
          <w:i w:val="0"/>
          <w:color w:val="6A6F75"/>
          <w:sz w:val="19"/>
        </w:rPr>
        <w:t>Genji sends Princess Ōmiya a pink for the motherless infant Yūgiri; she will raise him.</w:t>
      </w:r>
    </w:p>
    <w:p>
      <w:pPr>
        <w:keepNext/>
        <w:spacing w:after="0"/>
      </w:pPr>
      <w:r>
        <w:rPr>
          <w:rFonts w:ascii="Noto Serif CJK JP" w:hAnsi="Noto Serif CJK JP" w:eastAsia="Noto Serif CJK JP"/>
          <w:b w:val="0"/>
          <w:i w:val="0"/>
          <w:color w:val="222B33"/>
          <w:sz w:val="26"/>
        </w:rPr>
        <w:t>草枯れのまがきに残る撫子を別れし秋のかたみとぞ見る</w:t>
      </w:r>
    </w:p>
    <w:p>
      <w:pPr>
        <w:keepNext/>
        <w:spacing w:after="60"/>
      </w:pPr>
      <w:r>
        <w:rPr>
          <w:rFonts w:ascii="Noto Serif CJK JP" w:hAnsi="Noto Serif CJK JP" w:eastAsia="Noto Serif CJK JP"/>
          <w:b w:val="0"/>
          <w:i w:val="0"/>
          <w:color w:val="6A6F75"/>
          <w:sz w:val="19"/>
        </w:rPr>
        <w:t>草かれの　／　まかきにのこる　／　なてしこを　／　わかれし秋の　／　かたみとそみる</w:t>
      </w:r>
    </w:p>
    <w:p>
      <w:pPr>
        <w:keepNext/>
        <w:spacing w:after="60"/>
      </w:pPr>
      <w:r>
        <w:rPr>
          <w:b w:val="0"/>
          <w:i/>
          <w:color w:val="222B33"/>
          <w:sz w:val="21"/>
        </w:rPr>
        <w:t>The pink that remains</w:t>
        <w:br/>
      </w:r>
      <w:r>
        <w:rPr>
          <w:b w:val="0"/>
          <w:i/>
          <w:color w:val="222B33"/>
          <w:sz w:val="21"/>
        </w:rPr>
        <w:t>by the withered hedge</w:t>
        <w:br/>
      </w:r>
      <w:r>
        <w:rPr>
          <w:b w:val="0"/>
          <w:i/>
          <w:color w:val="222B33"/>
          <w:sz w:val="21"/>
        </w:rPr>
        <w:t>I see as a keepsake</w:t>
        <w:br/>
      </w:r>
      <w:r>
        <w:rPr>
          <w:b w:val="0"/>
          <w:i/>
          <w:color w:val="222B33"/>
          <w:sz w:val="21"/>
        </w:rPr>
        <w:t>of the autumn</w:t>
        <w:br/>
      </w:r>
      <w:r>
        <w:rPr>
          <w:b w:val="0"/>
          <w:i/>
          <w:color w:val="222B33"/>
          <w:sz w:val="21"/>
        </w:rPr>
        <w:t>of our parting.</w:t>
      </w:r>
    </w:p>
    <w:p>
      <w:pPr>
        <w:spacing w:after="40"/>
      </w:pPr>
      <w:r>
        <w:rPr>
          <w:b w:val="0"/>
          <w:i w:val="0"/>
          <w:color w:val="222B33"/>
          <w:sz w:val="19"/>
        </w:rPr>
        <w:t>The pink is the infant Yūgiri.</w:t>
      </w:r>
    </w:p>
    <w:p>
      <w:pPr>
        <w:spacing w:after="40"/>
      </w:pPr>
      <w:r>
        <w:rPr>
          <w:b w:val="0"/>
          <w:i w:val="0"/>
          <w:color w:val="6A6F75"/>
          <w:sz w:val="18"/>
        </w:rPr>
        <w:t xml:space="preserve">Answered by </w:t>
      </w:r>
      <w:hyperlink w:anchor="p125">
        <w:r>
          <w:rPr>
            <w:color w:val="2E5A80"/>
            <w:u w:val="single"/>
            <w:sz w:val="18"/>
          </w:rPr>
          <w:t xml:space="preserve">No. 125 (Princess Ōmiya)</w:t>
        </w:r>
      </w:hyperlink>
      <w:r>
        <w:rPr>
          <w:b w:val="0"/>
          <w:i w:val="0"/>
          <w:color w:val="6A6F75"/>
          <w:sz w:val="18"/>
        </w:rPr>
        <w:t xml:space="preserve">   ·   </w:t>
      </w:r>
      <w:r>
        <w:rPr>
          <w:b w:val="0"/>
          <w:i w:val="0"/>
          <w:color w:val="6A6F75"/>
          <w:sz w:val="18"/>
        </w:rPr>
        <w:t xml:space="preserve">Echo, The pink as a motherless child: </w:t>
      </w:r>
      <w:hyperlink w:anchor="p88">
        <w:r>
          <w:rPr>
            <w:color w:val="2E5A80"/>
            <w:u w:val="single"/>
            <w:sz w:val="18"/>
          </w:rPr>
          <w:t xml:space="preserve">No. 88</w:t>
        </w:r>
      </w:hyperlink>
      <w:r>
        <w:rPr>
          <w:b w:val="0"/>
          <w:i w:val="0"/>
          <w:color w:val="6A6F75"/>
          <w:sz w:val="18"/>
        </w:rPr>
        <w:t xml:space="preserve">, </w:t>
      </w:r>
      <w:hyperlink w:anchor="p89">
        <w:r>
          <w:rPr>
            <w:color w:val="2E5A80"/>
            <w:u w:val="single"/>
            <w:sz w:val="18"/>
          </w:rPr>
          <w:t xml:space="preserve">No. 89</w:t>
        </w:r>
      </w:hyperlink>
      <w:r>
        <w:rPr>
          <w:b w:val="0"/>
          <w:i w:val="0"/>
          <w:color w:val="6A6F75"/>
          <w:sz w:val="18"/>
        </w:rPr>
        <w:t xml:space="preserve">, </w:t>
      </w:r>
      <w:hyperlink w:anchor="p125">
        <w:r>
          <w:rPr>
            <w:color w:val="2E5A80"/>
            <w:u w:val="single"/>
            <w:sz w:val="18"/>
          </w:rPr>
          <w:t xml:space="preserve">No. 125</w:t>
        </w:r>
      </w:hyperlink>
    </w:p>
    <w:p>
      <w:pPr>
        <w:keepNext/>
        <w:spacing w:after="20" w:before="200"/>
      </w:pPr>
      <w:bookmarkStart w:id="134" w:name="p125"/>
      <w:r>
        <w:rPr>
          <w:b/>
          <w:i w:val="0"/>
          <w:color w:val="222B33"/>
          <w:sz w:val="22"/>
        </w:rPr>
        <w:t>No. 125</w:t>
      </w:r>
      <w:r>
        <w:rPr>
          <w:b w:val="0"/>
          <w:i w:val="0"/>
          <w:color w:val="6A6F75"/>
          <w:sz w:val="18"/>
        </w:rPr>
        <w:t xml:space="preserve">   Princess Ōmiya → Genji   答 reply</w:t>
      </w:r>
      <w:bookmarkEnd w:id="134"/>
    </w:p>
    <w:p>
      <w:pPr>
        <w:keepNext/>
        <w:spacing w:after="0"/>
      </w:pPr>
      <w:r>
        <w:rPr>
          <w:rFonts w:ascii="Noto Serif CJK JP" w:hAnsi="Noto Serif CJK JP" w:eastAsia="Noto Serif CJK JP"/>
          <w:b w:val="0"/>
          <w:i w:val="0"/>
          <w:color w:val="222B33"/>
          <w:sz w:val="26"/>
        </w:rPr>
        <w:t>今も見てなかなか袖を朽たすかな垣ほ荒れにし大和撫子</w:t>
      </w:r>
    </w:p>
    <w:p>
      <w:pPr>
        <w:keepNext/>
        <w:spacing w:after="60"/>
      </w:pPr>
      <w:r>
        <w:rPr>
          <w:rFonts w:ascii="Noto Serif CJK JP" w:hAnsi="Noto Serif CJK JP" w:eastAsia="Noto Serif CJK JP"/>
          <w:b w:val="0"/>
          <w:i w:val="0"/>
          <w:color w:val="6A6F75"/>
          <w:sz w:val="19"/>
        </w:rPr>
        <w:t>いまもみて　／　なかなか袖を　／　くたすかな　／　かきほあれにし　／　やまとなてしこ</w:t>
      </w:r>
    </w:p>
    <w:p>
      <w:pPr>
        <w:keepNext/>
        <w:spacing w:after="60"/>
      </w:pPr>
      <w:r>
        <w:rPr>
          <w:b w:val="0"/>
          <w:i/>
          <w:color w:val="222B33"/>
          <w:sz w:val="21"/>
        </w:rPr>
        <w:t>Seeing it now</w:t>
        <w:br/>
      </w:r>
      <w:r>
        <w:rPr>
          <w:b w:val="0"/>
          <w:i/>
          <w:color w:val="222B33"/>
          <w:sz w:val="21"/>
        </w:rPr>
        <w:t>my sleeves only rot the more,</w:t>
        <w:br/>
      </w:r>
      <w:r>
        <w:rPr>
          <w:b w:val="0"/>
          <w:i/>
          <w:color w:val="222B33"/>
          <w:sz w:val="21"/>
        </w:rPr>
        <w:t>Yamato pink</w:t>
        <w:br/>
      </w:r>
      <w:r>
        <w:rPr>
          <w:b w:val="0"/>
          <w:i/>
          <w:color w:val="222B33"/>
          <w:sz w:val="21"/>
        </w:rPr>
        <w:t>by the hedge</w:t>
        <w:br/>
      </w:r>
      <w:r>
        <w:rPr>
          <w:b w:val="0"/>
          <w:i/>
          <w:color w:val="222B33"/>
          <w:sz w:val="21"/>
        </w:rPr>
        <w:t>gone to ruin.</w:t>
      </w:r>
    </w:p>
    <w:p>
      <w:pPr>
        <w:spacing w:after="40"/>
      </w:pPr>
      <w:r>
        <w:rPr>
          <w:b w:val="0"/>
          <w:i w:val="0"/>
          <w:color w:val="6A6F75"/>
          <w:sz w:val="18"/>
        </w:rPr>
        <w:t xml:space="preserve">In reply to </w:t>
      </w:r>
      <w:hyperlink w:anchor="p124">
        <w:r>
          <w:rPr>
            <w:color w:val="2E5A80"/>
            <w:u w:val="single"/>
            <w:sz w:val="18"/>
          </w:rPr>
          <w:t xml:space="preserve">No. 124 (Genji)</w:t>
        </w:r>
      </w:hyperlink>
      <w:r>
        <w:rPr>
          <w:b w:val="0"/>
          <w:i w:val="0"/>
          <w:color w:val="6A6F75"/>
          <w:sz w:val="18"/>
        </w:rPr>
        <w:t xml:space="preserve">   ·   </w:t>
      </w:r>
      <w:r>
        <w:rPr>
          <w:b w:val="0"/>
          <w:i w:val="0"/>
          <w:color w:val="6A6F75"/>
          <w:sz w:val="18"/>
        </w:rPr>
        <w:t xml:space="preserve">Echo, The pink as a motherless child: </w:t>
      </w:r>
      <w:hyperlink w:anchor="p88">
        <w:r>
          <w:rPr>
            <w:color w:val="2E5A80"/>
            <w:u w:val="single"/>
            <w:sz w:val="18"/>
          </w:rPr>
          <w:t xml:space="preserve">No. 88</w:t>
        </w:r>
      </w:hyperlink>
      <w:r>
        <w:rPr>
          <w:b w:val="0"/>
          <w:i w:val="0"/>
          <w:color w:val="6A6F75"/>
          <w:sz w:val="18"/>
        </w:rPr>
        <w:t xml:space="preserve">, </w:t>
      </w:r>
      <w:hyperlink w:anchor="p89">
        <w:r>
          <w:rPr>
            <w:color w:val="2E5A80"/>
            <w:u w:val="single"/>
            <w:sz w:val="18"/>
          </w:rPr>
          <w:t xml:space="preserve">No. 89</w:t>
        </w:r>
      </w:hyperlink>
      <w:r>
        <w:rPr>
          <w:b w:val="0"/>
          <w:i w:val="0"/>
          <w:color w:val="6A6F75"/>
          <w:sz w:val="18"/>
        </w:rPr>
        <w:t xml:space="preserve">, </w:t>
      </w:r>
      <w:hyperlink w:anchor="p124">
        <w:r>
          <w:rPr>
            <w:color w:val="2E5A80"/>
            <w:u w:val="single"/>
            <w:sz w:val="18"/>
          </w:rPr>
          <w:t xml:space="preserve">No. 124</w:t>
        </w:r>
      </w:hyperlink>
    </w:p>
    <w:p>
      <w:pPr>
        <w:keepNext/>
        <w:spacing w:after="20" w:before="200"/>
      </w:pPr>
      <w:bookmarkStart w:id="135" w:name="p126"/>
      <w:r>
        <w:rPr>
          <w:b/>
          <w:i w:val="0"/>
          <w:color w:val="222B33"/>
          <w:sz w:val="22"/>
        </w:rPr>
        <w:t>No. 126</w:t>
      </w:r>
      <w:r>
        <w:rPr>
          <w:b w:val="0"/>
          <w:i w:val="0"/>
          <w:color w:val="6A6F75"/>
          <w:sz w:val="18"/>
        </w:rPr>
        <w:t xml:space="preserve">   Genji → Princess Asagao   贈 sent</w:t>
      </w:r>
      <w:bookmarkEnd w:id="135"/>
    </w:p>
    <w:p>
      <w:pPr>
        <w:keepNext/>
        <w:spacing w:after="40"/>
      </w:pPr>
      <w:r>
        <w:rPr>
          <w:b/>
          <w:i w:val="0"/>
          <w:color w:val="6A6F75"/>
          <w:sz w:val="18"/>
        </w:rPr>
        <w:t xml:space="preserve">Context. </w:t>
      </w:r>
      <w:r>
        <w:rPr>
          <w:b w:val="0"/>
          <w:i w:val="0"/>
          <w:color w:val="6A6F75"/>
          <w:sz w:val="19"/>
        </w:rPr>
        <w:t>Genji writes to Princess Asagao in his grief; she answers kindly but keeps her distance, as always.</w:t>
      </w:r>
    </w:p>
    <w:p>
      <w:pPr>
        <w:keepNext/>
        <w:spacing w:after="0"/>
      </w:pPr>
      <w:r>
        <w:rPr>
          <w:rFonts w:ascii="Noto Serif CJK JP" w:hAnsi="Noto Serif CJK JP" w:eastAsia="Noto Serif CJK JP"/>
          <w:b w:val="0"/>
          <w:i w:val="0"/>
          <w:color w:val="222B33"/>
          <w:sz w:val="26"/>
        </w:rPr>
        <w:t>わきてこの暮こそ袖は露けけれもの思ふ秋はあまた経ぬれど</w:t>
      </w:r>
    </w:p>
    <w:p>
      <w:pPr>
        <w:keepNext/>
        <w:spacing w:after="60"/>
      </w:pPr>
      <w:r>
        <w:rPr>
          <w:rFonts w:ascii="Noto Serif CJK JP" w:hAnsi="Noto Serif CJK JP" w:eastAsia="Noto Serif CJK JP"/>
          <w:b w:val="0"/>
          <w:i w:val="0"/>
          <w:color w:val="6A6F75"/>
          <w:sz w:val="19"/>
        </w:rPr>
        <w:t>わきてこの　／　くれこそ袖は　／　露けゝれ　／　物おもふ秋は　／　あまたへぬれと</w:t>
      </w:r>
    </w:p>
    <w:p>
      <w:pPr>
        <w:keepNext/>
        <w:spacing w:after="60"/>
      </w:pPr>
      <w:r>
        <w:rPr>
          <w:b w:val="0"/>
          <w:i/>
          <w:color w:val="222B33"/>
          <w:sz w:val="21"/>
        </w:rPr>
        <w:t>This dusk above all</w:t>
        <w:br/>
      </w:r>
      <w:r>
        <w:rPr>
          <w:b w:val="0"/>
          <w:i/>
          <w:color w:val="222B33"/>
          <w:sz w:val="21"/>
        </w:rPr>
        <w:t>my sleeves are wet with dew,</w:t>
        <w:br/>
      </w:r>
      <w:r>
        <w:rPr>
          <w:b w:val="0"/>
          <w:i/>
          <w:color w:val="222B33"/>
          <w:sz w:val="21"/>
        </w:rPr>
        <w:t>though I have passed many autumns</w:t>
        <w:br/>
      </w:r>
      <w:r>
        <w:rPr>
          <w:b w:val="0"/>
          <w:i/>
          <w:color w:val="222B33"/>
          <w:sz w:val="21"/>
        </w:rPr>
        <w:t>lost</w:t>
        <w:br/>
      </w:r>
      <w:r>
        <w:rPr>
          <w:b w:val="0"/>
          <w:i/>
          <w:color w:val="222B33"/>
          <w:sz w:val="21"/>
        </w:rPr>
        <w:t>in thought.</w:t>
      </w:r>
    </w:p>
    <w:p>
      <w:pPr>
        <w:spacing w:after="40"/>
      </w:pPr>
      <w:r>
        <w:rPr>
          <w:b w:val="0"/>
          <w:i w:val="0"/>
          <w:color w:val="6A6F75"/>
          <w:sz w:val="18"/>
        </w:rPr>
        <w:t xml:space="preserve">Answered by </w:t>
      </w:r>
      <w:hyperlink w:anchor="p127">
        <w:r>
          <w:rPr>
            <w:color w:val="2E5A80"/>
            <w:u w:val="single"/>
            <w:sz w:val="18"/>
          </w:rPr>
          <w:t xml:space="preserve">No. 127 (Princess Asagao)</w:t>
        </w:r>
      </w:hyperlink>
    </w:p>
    <w:p>
      <w:pPr>
        <w:keepNext/>
        <w:spacing w:after="20" w:before="200"/>
      </w:pPr>
      <w:bookmarkStart w:id="136" w:name="p127"/>
      <w:r>
        <w:rPr>
          <w:b/>
          <w:i w:val="0"/>
          <w:color w:val="222B33"/>
          <w:sz w:val="22"/>
        </w:rPr>
        <w:t>No. 127</w:t>
      </w:r>
      <w:r>
        <w:rPr>
          <w:b w:val="0"/>
          <w:i w:val="0"/>
          <w:color w:val="6A6F75"/>
          <w:sz w:val="18"/>
        </w:rPr>
        <w:t xml:space="preserve">   Princess Asagao → Genji   答 reply</w:t>
      </w:r>
      <w:bookmarkEnd w:id="136"/>
    </w:p>
    <w:p>
      <w:pPr>
        <w:keepNext/>
        <w:spacing w:after="0"/>
      </w:pPr>
      <w:r>
        <w:rPr>
          <w:rFonts w:ascii="Noto Serif CJK JP" w:hAnsi="Noto Serif CJK JP" w:eastAsia="Noto Serif CJK JP"/>
          <w:b w:val="0"/>
          <w:i w:val="0"/>
          <w:color w:val="222B33"/>
          <w:sz w:val="26"/>
        </w:rPr>
        <w:t>秋霧に立ちおくれぬと聞きしよりしぐるる空もいかがとぞ思ふ</w:t>
      </w:r>
    </w:p>
    <w:p>
      <w:pPr>
        <w:keepNext/>
        <w:spacing w:after="60"/>
      </w:pPr>
      <w:r>
        <w:rPr>
          <w:rFonts w:ascii="Noto Serif CJK JP" w:hAnsi="Noto Serif CJK JP" w:eastAsia="Noto Serif CJK JP"/>
          <w:b w:val="0"/>
          <w:i w:val="0"/>
          <w:color w:val="6A6F75"/>
          <w:sz w:val="19"/>
        </w:rPr>
        <w:t>秋きりに　／　たちをくれぬと　／　きゝしより　／　時雨ゝ空も　／　いかゝとそおもふ</w:t>
      </w:r>
    </w:p>
    <w:p>
      <w:pPr>
        <w:keepNext/>
        <w:spacing w:after="60"/>
      </w:pPr>
      <w:r>
        <w:rPr>
          <w:b w:val="0"/>
          <w:i/>
          <w:color w:val="222B33"/>
          <w:sz w:val="21"/>
        </w:rPr>
        <w:t>Since I heard you were left behind</w:t>
        <w:br/>
      </w:r>
      <w:r>
        <w:rPr>
          <w:b w:val="0"/>
          <w:i/>
          <w:color w:val="222B33"/>
          <w:sz w:val="21"/>
        </w:rPr>
        <w:t>when she rose with the autumn mists,</w:t>
        <w:br/>
      </w:r>
      <w:r>
        <w:rPr>
          <w:b w:val="0"/>
          <w:i/>
          <w:color w:val="222B33"/>
          <w:sz w:val="21"/>
        </w:rPr>
        <w:t>I have thought of you</w:t>
        <w:br/>
      </w:r>
      <w:r>
        <w:rPr>
          <w:b w:val="0"/>
          <w:i/>
          <w:color w:val="222B33"/>
          <w:sz w:val="21"/>
        </w:rPr>
        <w:t>beneath</w:t>
        <w:br/>
      </w:r>
      <w:r>
        <w:rPr>
          <w:b w:val="0"/>
          <w:i/>
          <w:color w:val="222B33"/>
          <w:sz w:val="21"/>
        </w:rPr>
        <w:t>the showering sky.</w:t>
      </w:r>
    </w:p>
    <w:p>
      <w:pPr>
        <w:spacing w:after="40"/>
      </w:pPr>
      <w:r>
        <w:rPr>
          <w:b w:val="0"/>
          <w:i w:val="0"/>
          <w:color w:val="6A6F75"/>
          <w:sz w:val="18"/>
        </w:rPr>
        <w:t xml:space="preserve">In reply to </w:t>
      </w:r>
      <w:hyperlink w:anchor="p126">
        <w:r>
          <w:rPr>
            <w:color w:val="2E5A80"/>
            <w:u w:val="single"/>
            <w:sz w:val="18"/>
          </w:rPr>
          <w:t xml:space="preserve">No. 126 (Genji)</w:t>
        </w:r>
      </w:hyperlink>
    </w:p>
    <w:p>
      <w:pPr>
        <w:keepNext/>
        <w:spacing w:after="20" w:before="200"/>
      </w:pPr>
      <w:bookmarkStart w:id="137" w:name="p128"/>
      <w:r>
        <w:rPr>
          <w:b/>
          <w:i w:val="0"/>
          <w:color w:val="222B33"/>
          <w:sz w:val="22"/>
        </w:rPr>
        <w:t>No. 128</w:t>
      </w:r>
      <w:r>
        <w:rPr>
          <w:b w:val="0"/>
          <w:i w:val="0"/>
          <w:color w:val="6A6F75"/>
          <w:sz w:val="18"/>
        </w:rPr>
        <w:t xml:space="preserve">   Genji   独 solo</w:t>
      </w:r>
      <w:bookmarkEnd w:id="137"/>
    </w:p>
    <w:p>
      <w:pPr>
        <w:keepNext/>
        <w:spacing w:after="40"/>
      </w:pPr>
      <w:r>
        <w:rPr>
          <w:b/>
          <w:i w:val="0"/>
          <w:color w:val="6A6F75"/>
          <w:sz w:val="18"/>
        </w:rPr>
        <w:t xml:space="preserve">Context. </w:t>
      </w:r>
      <w:r>
        <w:rPr>
          <w:b w:val="0"/>
          <w:i w:val="0"/>
          <w:color w:val="6A6F75"/>
          <w:sz w:val="19"/>
        </w:rPr>
        <w:t>Genji’s private poem of mourning for Aoi; only after her death does he feel the marriage.</w:t>
      </w:r>
    </w:p>
    <w:p>
      <w:pPr>
        <w:keepNext/>
        <w:spacing w:after="0"/>
      </w:pPr>
      <w:r>
        <w:rPr>
          <w:rFonts w:ascii="Noto Serif CJK JP" w:hAnsi="Noto Serif CJK JP" w:eastAsia="Noto Serif CJK JP"/>
          <w:b w:val="0"/>
          <w:i w:val="0"/>
          <w:color w:val="222B33"/>
          <w:sz w:val="26"/>
        </w:rPr>
        <w:t>なき魂ぞいとど悲しき寝し床のあくがれがたき心ならひに</w:t>
      </w:r>
    </w:p>
    <w:p>
      <w:pPr>
        <w:keepNext/>
        <w:spacing w:after="60"/>
      </w:pPr>
      <w:r>
        <w:rPr>
          <w:rFonts w:ascii="Noto Serif CJK JP" w:hAnsi="Noto Serif CJK JP" w:eastAsia="Noto Serif CJK JP"/>
          <w:b w:val="0"/>
          <w:i w:val="0"/>
          <w:color w:val="6A6F75"/>
          <w:sz w:val="19"/>
        </w:rPr>
        <w:t>なき玉そ　／　いとゝかなしき　／　ねしとこの　／　あくかれかたき　／　心ならひに</w:t>
      </w:r>
    </w:p>
    <w:p>
      <w:pPr>
        <w:keepNext/>
        <w:spacing w:after="60"/>
      </w:pPr>
      <w:r>
        <w:rPr>
          <w:b w:val="0"/>
          <w:i/>
          <w:color w:val="222B33"/>
          <w:sz w:val="21"/>
        </w:rPr>
        <w:t>Her departed soul</w:t>
        <w:br/>
      </w:r>
      <w:r>
        <w:rPr>
          <w:b w:val="0"/>
          <w:i/>
          <w:color w:val="222B33"/>
          <w:sz w:val="21"/>
        </w:rPr>
        <w:t>brings all the more sorrow,</w:t>
        <w:br/>
      </w:r>
      <w:r>
        <w:rPr>
          <w:b w:val="0"/>
          <w:i/>
          <w:color w:val="222B33"/>
          <w:sz w:val="21"/>
        </w:rPr>
        <w:t>since my heart has grown used</w:t>
        <w:br/>
      </w:r>
      <w:r>
        <w:rPr>
          <w:b w:val="0"/>
          <w:i/>
          <w:color w:val="222B33"/>
          <w:sz w:val="21"/>
        </w:rPr>
        <w:t>to the bed</w:t>
        <w:br/>
      </w:r>
      <w:r>
        <w:rPr>
          <w:b w:val="0"/>
          <w:i/>
          <w:color w:val="222B33"/>
          <w:sz w:val="21"/>
        </w:rPr>
        <w:t>it can’t bring itself to leave.</w:t>
      </w:r>
    </w:p>
    <w:p>
      <w:pPr>
        <w:keepNext/>
        <w:spacing w:after="20" w:before="200"/>
      </w:pPr>
      <w:bookmarkStart w:id="138" w:name="p129"/>
      <w:r>
        <w:rPr>
          <w:b/>
          <w:i w:val="0"/>
          <w:color w:val="222B33"/>
          <w:sz w:val="22"/>
        </w:rPr>
        <w:t>No. 129</w:t>
      </w:r>
      <w:r>
        <w:rPr>
          <w:b w:val="0"/>
          <w:i w:val="0"/>
          <w:color w:val="6A6F75"/>
          <w:sz w:val="18"/>
        </w:rPr>
        <w:t xml:space="preserve">   Genji   独 solo</w:t>
      </w:r>
      <w:bookmarkEnd w:id="138"/>
    </w:p>
    <w:p>
      <w:pPr>
        <w:keepNext/>
        <w:spacing w:after="40"/>
      </w:pPr>
      <w:r>
        <w:rPr>
          <w:b/>
          <w:i w:val="0"/>
          <w:color w:val="6A6F75"/>
          <w:sz w:val="18"/>
        </w:rPr>
        <w:t xml:space="preserve">Context. </w:t>
      </w:r>
      <w:r>
        <w:rPr>
          <w:b w:val="0"/>
          <w:i w:val="0"/>
          <w:color w:val="6A6F75"/>
          <w:sz w:val="19"/>
        </w:rPr>
        <w:t>Genji leaving Aoi’s house; the pink and the bed now empty.</w:t>
      </w:r>
    </w:p>
    <w:p>
      <w:pPr>
        <w:keepNext/>
        <w:spacing w:after="0"/>
      </w:pPr>
      <w:r>
        <w:rPr>
          <w:rFonts w:ascii="Noto Serif CJK JP" w:hAnsi="Noto Serif CJK JP" w:eastAsia="Noto Serif CJK JP"/>
          <w:b w:val="0"/>
          <w:i w:val="0"/>
          <w:color w:val="222B33"/>
          <w:sz w:val="26"/>
        </w:rPr>
        <w:t>君なくて塵つもりぬる常夏の露うち払ひいく夜寝ぬらむ</w:t>
      </w:r>
    </w:p>
    <w:p>
      <w:pPr>
        <w:keepNext/>
        <w:spacing w:after="60"/>
      </w:pPr>
      <w:r>
        <w:rPr>
          <w:rFonts w:ascii="Noto Serif CJK JP" w:hAnsi="Noto Serif CJK JP" w:eastAsia="Noto Serif CJK JP"/>
          <w:b w:val="0"/>
          <w:i w:val="0"/>
          <w:color w:val="6A6F75"/>
          <w:sz w:val="19"/>
        </w:rPr>
        <w:t>君なくて　／　ちりつもりぬる　／　とこなつの　／　露うちはらひ　／　いく夜ねぬらむ</w:t>
      </w:r>
    </w:p>
    <w:p>
      <w:pPr>
        <w:keepNext/>
        <w:spacing w:after="60"/>
      </w:pPr>
      <w:r>
        <w:rPr>
          <w:b w:val="0"/>
          <w:i/>
          <w:color w:val="222B33"/>
          <w:sz w:val="21"/>
        </w:rPr>
        <w:t>Without you, the dust has gathered</w:t>
        <w:br/>
      </w:r>
      <w:r>
        <w:rPr>
          <w:b w:val="0"/>
          <w:i/>
          <w:color w:val="222B33"/>
          <w:sz w:val="21"/>
        </w:rPr>
        <w:t>on the everlasting pink;</w:t>
        <w:br/>
      </w:r>
      <w:r>
        <w:rPr>
          <w:b w:val="0"/>
          <w:i/>
          <w:color w:val="222B33"/>
          <w:sz w:val="21"/>
        </w:rPr>
        <w:t>brushing off the dew,</w:t>
        <w:br/>
      </w:r>
      <w:r>
        <w:rPr>
          <w:b w:val="0"/>
          <w:i/>
          <w:color w:val="222B33"/>
          <w:sz w:val="21"/>
        </w:rPr>
        <w:t>how many nights</w:t>
        <w:br/>
      </w:r>
      <w:r>
        <w:rPr>
          <w:b w:val="0"/>
          <w:i/>
          <w:color w:val="222B33"/>
          <w:sz w:val="21"/>
        </w:rPr>
        <w:t>have I slept alone?</w:t>
      </w:r>
    </w:p>
    <w:p>
      <w:pPr>
        <w:spacing w:after="40"/>
      </w:pPr>
      <w:r>
        <w:rPr>
          <w:b w:val="0"/>
          <w:i w:val="0"/>
          <w:color w:val="222B33"/>
          <w:sz w:val="19"/>
        </w:rPr>
        <w:t>Tokonatsu again holds toko, “bed.”</w:t>
      </w:r>
    </w:p>
    <w:p>
      <w:pPr>
        <w:keepNext/>
        <w:spacing w:after="20" w:before="200"/>
      </w:pPr>
      <w:bookmarkStart w:id="139" w:name="p130"/>
      <w:r>
        <w:rPr>
          <w:b/>
          <w:i w:val="0"/>
          <w:color w:val="222B33"/>
          <w:sz w:val="22"/>
        </w:rPr>
        <w:t>No. 130</w:t>
      </w:r>
      <w:r>
        <w:rPr>
          <w:b w:val="0"/>
          <w:i w:val="0"/>
          <w:color w:val="6A6F75"/>
          <w:sz w:val="18"/>
        </w:rPr>
        <w:t xml:space="preserve">   Genji → Murasaki   贈:独 sent / solo</w:t>
      </w:r>
      <w:bookmarkEnd w:id="139"/>
    </w:p>
    <w:p>
      <w:pPr>
        <w:keepNext/>
        <w:spacing w:after="40"/>
      </w:pPr>
      <w:r>
        <w:rPr>
          <w:b/>
          <w:i w:val="0"/>
          <w:color w:val="6A6F75"/>
          <w:sz w:val="18"/>
        </w:rPr>
        <w:t xml:space="preserve">Context. </w:t>
      </w:r>
      <w:r>
        <w:rPr>
          <w:b w:val="0"/>
          <w:i w:val="0"/>
          <w:color w:val="6A6F75"/>
          <w:sz w:val="19"/>
        </w:rPr>
        <w:t>The morning after Genji’s first night with Murasaki as wife; she is shocked and hurt.</w:t>
      </w:r>
    </w:p>
    <w:p>
      <w:pPr>
        <w:keepNext/>
        <w:spacing w:after="0"/>
      </w:pPr>
      <w:r>
        <w:rPr>
          <w:rFonts w:ascii="Noto Serif CJK JP" w:hAnsi="Noto Serif CJK JP" w:eastAsia="Noto Serif CJK JP"/>
          <w:b w:val="0"/>
          <w:i w:val="0"/>
          <w:color w:val="222B33"/>
          <w:sz w:val="26"/>
        </w:rPr>
        <w:t>あやなくも隔てけるかな夜をかさねさすがに馴れし夜の衣を</w:t>
      </w:r>
    </w:p>
    <w:p>
      <w:pPr>
        <w:keepNext/>
        <w:spacing w:after="60"/>
      </w:pPr>
      <w:r>
        <w:rPr>
          <w:rFonts w:ascii="Noto Serif CJK JP" w:hAnsi="Noto Serif CJK JP" w:eastAsia="Noto Serif CJK JP"/>
          <w:b w:val="0"/>
          <w:i w:val="0"/>
          <w:color w:val="6A6F75"/>
          <w:sz w:val="19"/>
        </w:rPr>
        <w:t>あやなくも　／　へたてけるかな　／　よをかさね　／　さすかになれし　／　よるの衣を</w:t>
      </w:r>
    </w:p>
    <w:p>
      <w:pPr>
        <w:keepNext/>
        <w:spacing w:after="60"/>
      </w:pPr>
      <w:r>
        <w:rPr>
          <w:b w:val="0"/>
          <w:i/>
          <w:color w:val="222B33"/>
          <w:sz w:val="21"/>
        </w:rPr>
        <w:t>How senselessly we kept apart,</w:t>
        <w:br/>
      </w:r>
      <w:r>
        <w:rPr>
          <w:b w:val="0"/>
          <w:i/>
          <w:color w:val="222B33"/>
          <w:sz w:val="21"/>
        </w:rPr>
        <w:t>though night after night</w:t>
        <w:br/>
      </w:r>
      <w:r>
        <w:rPr>
          <w:b w:val="0"/>
          <w:i/>
          <w:color w:val="222B33"/>
          <w:sz w:val="21"/>
        </w:rPr>
        <w:t>we grew used</w:t>
        <w:br/>
      </w:r>
      <w:r>
        <w:rPr>
          <w:b w:val="0"/>
          <w:i/>
          <w:color w:val="222B33"/>
          <w:sz w:val="21"/>
        </w:rPr>
        <w:t>to the same</w:t>
        <w:br/>
      </w:r>
      <w:r>
        <w:rPr>
          <w:b w:val="0"/>
          <w:i/>
          <w:color w:val="222B33"/>
          <w:sz w:val="21"/>
        </w:rPr>
        <w:t>night robe.</w:t>
      </w:r>
    </w:p>
    <w:p>
      <w:pPr>
        <w:spacing w:after="40"/>
      </w:pPr>
      <w:r>
        <w:rPr>
          <w:b w:val="0"/>
          <w:i w:val="0"/>
          <w:color w:val="222B33"/>
          <w:sz w:val="19"/>
        </w:rPr>
        <w:t>The morning after their first night as man and wife.</w:t>
      </w:r>
    </w:p>
    <w:p>
      <w:pPr>
        <w:keepNext/>
        <w:spacing w:after="20" w:before="200"/>
      </w:pPr>
      <w:bookmarkStart w:id="140" w:name="p131"/>
      <w:r>
        <w:rPr>
          <w:b/>
          <w:i w:val="0"/>
          <w:color w:val="222B33"/>
          <w:sz w:val="22"/>
        </w:rPr>
        <w:t>No. 131</w:t>
      </w:r>
      <w:r>
        <w:rPr>
          <w:b w:val="0"/>
          <w:i w:val="0"/>
          <w:color w:val="6A6F75"/>
          <w:sz w:val="18"/>
        </w:rPr>
        <w:t xml:space="preserve">   Genji → Princess Ōmiya   贈 sent</w:t>
      </w:r>
      <w:bookmarkEnd w:id="140"/>
    </w:p>
    <w:p>
      <w:pPr>
        <w:keepNext/>
        <w:spacing w:after="40"/>
      </w:pPr>
      <w:r>
        <w:rPr>
          <w:b/>
          <w:i w:val="0"/>
          <w:color w:val="6A6F75"/>
          <w:sz w:val="18"/>
        </w:rPr>
        <w:t xml:space="preserve">Context. </w:t>
      </w:r>
      <w:r>
        <w:rPr>
          <w:b w:val="0"/>
          <w:i w:val="0"/>
          <w:color w:val="6A6F75"/>
          <w:sz w:val="19"/>
        </w:rPr>
        <w:t>At New Year Genji visits Ōmiya, Aoi’s mother; grief renewed by the change of robes.</w:t>
      </w:r>
    </w:p>
    <w:p>
      <w:pPr>
        <w:keepNext/>
        <w:spacing w:after="0"/>
      </w:pPr>
      <w:r>
        <w:rPr>
          <w:rFonts w:ascii="Noto Serif CJK JP" w:hAnsi="Noto Serif CJK JP" w:eastAsia="Noto Serif CJK JP"/>
          <w:b w:val="0"/>
          <w:i w:val="0"/>
          <w:color w:val="222B33"/>
          <w:sz w:val="26"/>
        </w:rPr>
        <w:t>あまた年今日改めし色衣着ては涙ぞふる心地する</w:t>
      </w:r>
    </w:p>
    <w:p>
      <w:pPr>
        <w:keepNext/>
        <w:spacing w:after="60"/>
      </w:pPr>
      <w:r>
        <w:rPr>
          <w:rFonts w:ascii="Noto Serif CJK JP" w:hAnsi="Noto Serif CJK JP" w:eastAsia="Noto Serif CJK JP"/>
          <w:b w:val="0"/>
          <w:i w:val="0"/>
          <w:color w:val="6A6F75"/>
          <w:sz w:val="19"/>
        </w:rPr>
        <w:t>あまた年　／　けふあらためし　／　色ころも　／　きては涙そ　／　ふるこゝちする</w:t>
      </w:r>
    </w:p>
    <w:p>
      <w:pPr>
        <w:keepNext/>
        <w:spacing w:after="60"/>
      </w:pPr>
      <w:r>
        <w:rPr>
          <w:b w:val="0"/>
          <w:i/>
          <w:color w:val="222B33"/>
          <w:sz w:val="21"/>
        </w:rPr>
        <w:t>Many years on this day</w:t>
        <w:br/>
      </w:r>
      <w:r>
        <w:rPr>
          <w:b w:val="0"/>
          <w:i/>
          <w:color w:val="222B33"/>
          <w:sz w:val="21"/>
        </w:rPr>
        <w:t>I changed into new colored robes;</w:t>
        <w:br/>
      </w:r>
      <w:r>
        <w:rPr>
          <w:b w:val="0"/>
          <w:i/>
          <w:color w:val="222B33"/>
          <w:sz w:val="21"/>
        </w:rPr>
        <w:t>wearing them now,</w:t>
        <w:br/>
      </w:r>
      <w:r>
        <w:rPr>
          <w:b w:val="0"/>
          <w:i/>
          <w:color w:val="222B33"/>
          <w:sz w:val="21"/>
        </w:rPr>
        <w:t>I feel my tears</w:t>
        <w:br/>
      </w:r>
      <w:r>
        <w:rPr>
          <w:b w:val="0"/>
          <w:i/>
          <w:color w:val="222B33"/>
          <w:sz w:val="21"/>
        </w:rPr>
        <w:t>falling.</w:t>
      </w:r>
    </w:p>
    <w:p>
      <w:pPr>
        <w:spacing w:after="40"/>
      </w:pPr>
      <w:r>
        <w:rPr>
          <w:b w:val="0"/>
          <w:i w:val="0"/>
          <w:color w:val="222B33"/>
          <w:sz w:val="19"/>
        </w:rPr>
        <w:t>The New Year after Aoi’s death; furu is “fall” and “grow old.”</w:t>
      </w:r>
    </w:p>
    <w:p>
      <w:pPr>
        <w:spacing w:after="40"/>
      </w:pPr>
      <w:r>
        <w:rPr>
          <w:b w:val="0"/>
          <w:i w:val="0"/>
          <w:color w:val="6A6F75"/>
          <w:sz w:val="18"/>
        </w:rPr>
        <w:t xml:space="preserve">Answered by </w:t>
      </w:r>
      <w:hyperlink w:anchor="p132">
        <w:r>
          <w:rPr>
            <w:color w:val="2E5A80"/>
            <w:u w:val="single"/>
            <w:sz w:val="18"/>
          </w:rPr>
          <w:t xml:space="preserve">No. 132 (Princess Ōmiya)</w:t>
        </w:r>
      </w:hyperlink>
    </w:p>
    <w:p>
      <w:pPr>
        <w:keepNext/>
        <w:spacing w:after="20" w:before="200"/>
      </w:pPr>
      <w:bookmarkStart w:id="141" w:name="p132"/>
      <w:r>
        <w:rPr>
          <w:b/>
          <w:i w:val="0"/>
          <w:color w:val="222B33"/>
          <w:sz w:val="22"/>
        </w:rPr>
        <w:t>No. 132</w:t>
      </w:r>
      <w:r>
        <w:rPr>
          <w:b w:val="0"/>
          <w:i w:val="0"/>
          <w:color w:val="6A6F75"/>
          <w:sz w:val="18"/>
        </w:rPr>
        <w:t xml:space="preserve">   Princess Ōmiya → Genji   答 reply</w:t>
      </w:r>
      <w:bookmarkEnd w:id="141"/>
    </w:p>
    <w:p>
      <w:pPr>
        <w:keepNext/>
        <w:spacing w:after="0"/>
      </w:pPr>
      <w:r>
        <w:rPr>
          <w:rFonts w:ascii="Noto Serif CJK JP" w:hAnsi="Noto Serif CJK JP" w:eastAsia="Noto Serif CJK JP"/>
          <w:b w:val="0"/>
          <w:i w:val="0"/>
          <w:color w:val="222B33"/>
          <w:sz w:val="26"/>
        </w:rPr>
        <w:t>新しき年ともいはずふるものはふりぬる人の涙なりけり</w:t>
      </w:r>
    </w:p>
    <w:p>
      <w:pPr>
        <w:keepNext/>
        <w:spacing w:after="60"/>
      </w:pPr>
      <w:r>
        <w:rPr>
          <w:rFonts w:ascii="Noto Serif CJK JP" w:hAnsi="Noto Serif CJK JP" w:eastAsia="Noto Serif CJK JP"/>
          <w:b w:val="0"/>
          <w:i w:val="0"/>
          <w:color w:val="6A6F75"/>
          <w:sz w:val="19"/>
        </w:rPr>
        <w:t>あたらしき　／　としともいはす　／　ふる物は　／　ふりぬる人の　／　涙なりけり</w:t>
      </w:r>
    </w:p>
    <w:p>
      <w:pPr>
        <w:keepNext/>
        <w:spacing w:after="60"/>
      </w:pPr>
      <w:r>
        <w:rPr>
          <w:b w:val="0"/>
          <w:i/>
          <w:color w:val="222B33"/>
          <w:sz w:val="21"/>
        </w:rPr>
        <w:t>The New Year does not stop it:</w:t>
        <w:br/>
      </w:r>
      <w:r>
        <w:rPr>
          <w:b w:val="0"/>
          <w:i/>
          <w:color w:val="222B33"/>
          <w:sz w:val="21"/>
        </w:rPr>
        <w:t>what falls</w:t>
        <w:br/>
      </w:r>
      <w:r>
        <w:rPr>
          <w:b w:val="0"/>
          <w:i/>
          <w:color w:val="222B33"/>
          <w:sz w:val="21"/>
        </w:rPr>
        <w:t>are the tears</w:t>
        <w:br/>
      </w:r>
      <w:r>
        <w:rPr>
          <w:b w:val="0"/>
          <w:i/>
          <w:color w:val="222B33"/>
          <w:sz w:val="21"/>
        </w:rPr>
        <w:t>of one</w:t>
        <w:br/>
      </w:r>
      <w:r>
        <w:rPr>
          <w:b w:val="0"/>
          <w:i/>
          <w:color w:val="222B33"/>
          <w:sz w:val="21"/>
        </w:rPr>
        <w:t>grown old.</w:t>
      </w:r>
    </w:p>
    <w:p>
      <w:pPr>
        <w:spacing w:after="40"/>
      </w:pPr>
      <w:r>
        <w:rPr>
          <w:b w:val="0"/>
          <w:i w:val="0"/>
          <w:color w:val="222B33"/>
          <w:sz w:val="19"/>
        </w:rPr>
        <w:t>She takes up his furu: falling tears, an aging mother.</w:t>
      </w:r>
    </w:p>
    <w:p>
      <w:pPr>
        <w:spacing w:after="40"/>
      </w:pPr>
      <w:r>
        <w:rPr>
          <w:b w:val="0"/>
          <w:i w:val="0"/>
          <w:color w:val="6A6F75"/>
          <w:sz w:val="18"/>
        </w:rPr>
        <w:t xml:space="preserve">In reply to </w:t>
      </w:r>
      <w:hyperlink w:anchor="p131">
        <w:r>
          <w:rPr>
            <w:color w:val="2E5A80"/>
            <w:u w:val="single"/>
            <w:sz w:val="18"/>
          </w:rPr>
          <w:t xml:space="preserve">No. 131 (Genji)</w:t>
        </w:r>
      </w:hyperlink>
    </w:p>
    <w:p>
      <w:pPr>
        <w:pStyle w:val="Heading1"/>
      </w:pPr>
      <w:bookmarkStart w:id="142" w:name="ch10"/>
      <w:r>
        <w:t>Chapter 10 · Sakaki 賢木</w:t>
      </w:r>
      <w:bookmarkEnd w:id="142"/>
    </w:p>
    <w:p>
      <w:pPr>
        <w:keepNext/>
        <w:spacing w:after="20" w:before="200"/>
      </w:pPr>
      <w:bookmarkStart w:id="143" w:name="p133"/>
      <w:r>
        <w:rPr>
          <w:b/>
          <w:i w:val="0"/>
          <w:color w:val="222B33"/>
          <w:sz w:val="22"/>
        </w:rPr>
        <w:t>No. 133</w:t>
      </w:r>
      <w:r>
        <w:rPr>
          <w:b w:val="0"/>
          <w:i w:val="0"/>
          <w:color w:val="6A6F75"/>
          <w:sz w:val="18"/>
        </w:rPr>
        <w:t xml:space="preserve">   Lady Rokujō → Genji   贈 sent</w:t>
      </w:r>
      <w:bookmarkEnd w:id="143"/>
    </w:p>
    <w:p>
      <w:pPr>
        <w:keepNext/>
        <w:spacing w:after="40"/>
      </w:pPr>
      <w:r>
        <w:rPr>
          <w:b/>
          <w:i w:val="0"/>
          <w:color w:val="6A6F75"/>
          <w:sz w:val="18"/>
        </w:rPr>
        <w:t xml:space="preserve">Context. </w:t>
      </w:r>
      <w:r>
        <w:rPr>
          <w:b w:val="0"/>
          <w:i w:val="0"/>
          <w:color w:val="6A6F75"/>
          <w:sz w:val="19"/>
        </w:rPr>
        <w:t>Genji visits Lady Rokujō at the Nonomiya shrine before she goes to Ise; their last meeting as lovers.</w:t>
      </w:r>
    </w:p>
    <w:p>
      <w:pPr>
        <w:keepNext/>
        <w:spacing w:after="0"/>
      </w:pPr>
      <w:r>
        <w:rPr>
          <w:rFonts w:ascii="Noto Serif CJK JP" w:hAnsi="Noto Serif CJK JP" w:eastAsia="Noto Serif CJK JP"/>
          <w:b w:val="0"/>
          <w:i w:val="0"/>
          <w:color w:val="222B33"/>
          <w:sz w:val="26"/>
        </w:rPr>
        <w:t>神垣はしるしの杉もなきものをいかにまがへて折れる榊ぞ</w:t>
      </w:r>
    </w:p>
    <w:p>
      <w:pPr>
        <w:keepNext/>
        <w:spacing w:after="60"/>
      </w:pPr>
      <w:r>
        <w:rPr>
          <w:rFonts w:ascii="Noto Serif CJK JP" w:hAnsi="Noto Serif CJK JP" w:eastAsia="Noto Serif CJK JP"/>
          <w:b w:val="0"/>
          <w:i w:val="0"/>
          <w:color w:val="6A6F75"/>
          <w:sz w:val="19"/>
        </w:rPr>
        <w:t>神かきは　／　しるしのすきも　／　なきものを　／　いかにまかへて　／　おれるさか木そ</w:t>
      </w:r>
    </w:p>
    <w:p>
      <w:pPr>
        <w:keepNext/>
        <w:spacing w:after="60"/>
      </w:pPr>
      <w:r>
        <w:rPr>
          <w:b w:val="0"/>
          <w:i/>
          <w:color w:val="222B33"/>
          <w:sz w:val="21"/>
        </w:rPr>
        <w:t>At this sacred fence</w:t>
        <w:br/>
      </w:r>
      <w:r>
        <w:rPr>
          <w:b w:val="0"/>
          <w:i/>
          <w:color w:val="222B33"/>
          <w:sz w:val="21"/>
        </w:rPr>
        <w:t>there is no cedar to mark the way;</w:t>
        <w:br/>
      </w:r>
      <w:r>
        <w:rPr>
          <w:b w:val="0"/>
          <w:i/>
          <w:color w:val="222B33"/>
          <w:sz w:val="21"/>
        </w:rPr>
        <w:t>how did you mistake it</w:t>
        <w:br/>
      </w:r>
      <w:r>
        <w:rPr>
          <w:b w:val="0"/>
          <w:i/>
          <w:color w:val="222B33"/>
          <w:sz w:val="21"/>
        </w:rPr>
        <w:t>to break off</w:t>
        <w:br/>
      </w:r>
      <w:r>
        <w:rPr>
          <w:b w:val="0"/>
          <w:i/>
          <w:color w:val="222B33"/>
          <w:sz w:val="21"/>
        </w:rPr>
        <w:t>this sakaki?</w:t>
      </w:r>
    </w:p>
    <w:p>
      <w:pPr>
        <w:spacing w:after="40"/>
      </w:pPr>
      <w:r>
        <w:rPr>
          <w:b w:val="0"/>
          <w:i w:val="0"/>
          <w:color w:val="222B33"/>
          <w:sz w:val="19"/>
        </w:rPr>
        <w:t>At the Nonomiya shrine before she leaves for Ise. The cedar marked the Miwa shrine in an old poem.</w:t>
      </w:r>
    </w:p>
    <w:p>
      <w:pPr>
        <w:spacing w:after="40"/>
      </w:pPr>
      <w:r>
        <w:rPr>
          <w:b w:val="0"/>
          <w:i w:val="0"/>
          <w:color w:val="6A6F75"/>
          <w:sz w:val="18"/>
        </w:rPr>
        <w:t xml:space="preserve">Answered by </w:t>
      </w:r>
      <w:hyperlink w:anchor="p134">
        <w:r>
          <w:rPr>
            <w:color w:val="2E5A80"/>
            <w:u w:val="single"/>
            <w:sz w:val="18"/>
          </w:rPr>
          <w:t xml:space="preserve">No. 134 (Genji)</w:t>
        </w:r>
      </w:hyperlink>
    </w:p>
    <w:p>
      <w:pPr>
        <w:keepNext/>
        <w:spacing w:after="20" w:before="200"/>
      </w:pPr>
      <w:bookmarkStart w:id="144" w:name="p134"/>
      <w:r>
        <w:rPr>
          <w:b/>
          <w:i w:val="0"/>
          <w:color w:val="222B33"/>
          <w:sz w:val="22"/>
        </w:rPr>
        <w:t>No. 134</w:t>
      </w:r>
      <w:r>
        <w:rPr>
          <w:b w:val="0"/>
          <w:i w:val="0"/>
          <w:color w:val="6A6F75"/>
          <w:sz w:val="18"/>
        </w:rPr>
        <w:t xml:space="preserve">   Genji → Lady Rokujō   答 reply</w:t>
      </w:r>
      <w:bookmarkEnd w:id="144"/>
    </w:p>
    <w:p>
      <w:pPr>
        <w:keepNext/>
        <w:spacing w:after="0"/>
      </w:pPr>
      <w:r>
        <w:rPr>
          <w:rFonts w:ascii="Noto Serif CJK JP" w:hAnsi="Noto Serif CJK JP" w:eastAsia="Noto Serif CJK JP"/>
          <w:b w:val="0"/>
          <w:i w:val="0"/>
          <w:color w:val="222B33"/>
          <w:sz w:val="26"/>
        </w:rPr>
        <w:t>少女子があたりと思へば榊葉の香をなつかしみとめてこそ折れ</w:t>
      </w:r>
    </w:p>
    <w:p>
      <w:pPr>
        <w:keepNext/>
        <w:spacing w:after="60"/>
      </w:pPr>
      <w:r>
        <w:rPr>
          <w:rFonts w:ascii="Noto Serif CJK JP" w:hAnsi="Noto Serif CJK JP" w:eastAsia="Noto Serif CJK JP"/>
          <w:b w:val="0"/>
          <w:i w:val="0"/>
          <w:color w:val="6A6F75"/>
          <w:sz w:val="19"/>
        </w:rPr>
        <w:t>をとめこか　／　あたりとおもへは　／　さか木はの　／　香をなつかしみ　／　とめてこそおれ</w:t>
      </w:r>
    </w:p>
    <w:p>
      <w:pPr>
        <w:keepNext/>
        <w:spacing w:after="60"/>
      </w:pPr>
      <w:r>
        <w:rPr>
          <w:b w:val="0"/>
          <w:i/>
          <w:color w:val="222B33"/>
          <w:sz w:val="21"/>
        </w:rPr>
        <w:t>Thinking this the place</w:t>
        <w:br/>
      </w:r>
      <w:r>
        <w:rPr>
          <w:b w:val="0"/>
          <w:i/>
          <w:color w:val="222B33"/>
          <w:sz w:val="21"/>
        </w:rPr>
        <w:t>where the shrine maidens dwell,</w:t>
        <w:br/>
      </w:r>
      <w:r>
        <w:rPr>
          <w:b w:val="0"/>
          <w:i/>
          <w:color w:val="222B33"/>
          <w:sz w:val="21"/>
        </w:rPr>
        <w:t>I sought it, loving</w:t>
        <w:br/>
      </w:r>
      <w:r>
        <w:rPr>
          <w:b w:val="0"/>
          <w:i/>
          <w:color w:val="222B33"/>
          <w:sz w:val="21"/>
        </w:rPr>
        <w:t>the scent of sakaki leaves,</w:t>
        <w:br/>
      </w:r>
      <w:r>
        <w:rPr>
          <w:b w:val="0"/>
          <w:i/>
          <w:color w:val="222B33"/>
          <w:sz w:val="21"/>
        </w:rPr>
        <w:t>and broke a branch.</w:t>
      </w:r>
    </w:p>
    <w:p>
      <w:pPr>
        <w:spacing w:after="40"/>
      </w:pPr>
      <w:r>
        <w:rPr>
          <w:b w:val="0"/>
          <w:i w:val="0"/>
          <w:color w:val="222B33"/>
          <w:sz w:val="19"/>
        </w:rPr>
        <w:t>He answers with a kagura song.</w:t>
      </w:r>
    </w:p>
    <w:p>
      <w:pPr>
        <w:spacing w:after="40"/>
      </w:pPr>
      <w:r>
        <w:rPr>
          <w:b w:val="0"/>
          <w:i w:val="0"/>
          <w:color w:val="6A6F75"/>
          <w:sz w:val="18"/>
        </w:rPr>
        <w:t xml:space="preserve">In reply to </w:t>
      </w:r>
      <w:hyperlink w:anchor="p133">
        <w:r>
          <w:rPr>
            <w:color w:val="2E5A80"/>
            <w:u w:val="single"/>
            <w:sz w:val="18"/>
          </w:rPr>
          <w:t xml:space="preserve">No. 133 (Lady Rokujō)</w:t>
        </w:r>
      </w:hyperlink>
    </w:p>
    <w:p>
      <w:pPr>
        <w:keepNext/>
        <w:spacing w:after="20" w:before="200"/>
      </w:pPr>
      <w:bookmarkStart w:id="145" w:name="p135"/>
      <w:r>
        <w:rPr>
          <w:b/>
          <w:i w:val="0"/>
          <w:color w:val="222B33"/>
          <w:sz w:val="22"/>
        </w:rPr>
        <w:t>No. 135</w:t>
      </w:r>
      <w:r>
        <w:rPr>
          <w:b w:val="0"/>
          <w:i w:val="0"/>
          <w:color w:val="6A6F75"/>
          <w:sz w:val="18"/>
        </w:rPr>
        <w:t xml:space="preserve">   Genji → Lady Rokujō   贈 sent</w:t>
      </w:r>
      <w:bookmarkEnd w:id="145"/>
    </w:p>
    <w:p>
      <w:pPr>
        <w:keepNext/>
        <w:spacing w:after="40"/>
      </w:pPr>
      <w:r>
        <w:rPr>
          <w:b/>
          <w:i w:val="0"/>
          <w:color w:val="6A6F75"/>
          <w:sz w:val="18"/>
        </w:rPr>
        <w:t xml:space="preserve">Context. </w:t>
      </w:r>
      <w:r>
        <w:rPr>
          <w:b w:val="0"/>
          <w:i w:val="0"/>
          <w:color w:val="6A6F75"/>
          <w:sz w:val="19"/>
        </w:rPr>
        <w:t>Parting from Lady Rokujō at Nonomiya at dawn; the end of the affair.</w:t>
      </w:r>
    </w:p>
    <w:p>
      <w:pPr>
        <w:keepNext/>
        <w:spacing w:after="0"/>
      </w:pPr>
      <w:r>
        <w:rPr>
          <w:rFonts w:ascii="Noto Serif CJK JP" w:hAnsi="Noto Serif CJK JP" w:eastAsia="Noto Serif CJK JP"/>
          <w:b w:val="0"/>
          <w:i w:val="0"/>
          <w:color w:val="222B33"/>
          <w:sz w:val="26"/>
        </w:rPr>
        <w:t>暁の別れはいつも露けきをこは世に知らぬ秋の空かな</w:t>
      </w:r>
    </w:p>
    <w:p>
      <w:pPr>
        <w:keepNext/>
        <w:spacing w:after="60"/>
      </w:pPr>
      <w:r>
        <w:rPr>
          <w:rFonts w:ascii="Noto Serif CJK JP" w:hAnsi="Noto Serif CJK JP" w:eastAsia="Noto Serif CJK JP"/>
          <w:b w:val="0"/>
          <w:i w:val="0"/>
          <w:color w:val="6A6F75"/>
          <w:sz w:val="19"/>
        </w:rPr>
        <w:t>あかつきの　／　わかれはいつも　／　露けきを　／　こは世にしらぬ　／　秋の空かな</w:t>
      </w:r>
    </w:p>
    <w:p>
      <w:pPr>
        <w:keepNext/>
        <w:spacing w:after="60"/>
      </w:pPr>
      <w:r>
        <w:rPr>
          <w:b w:val="0"/>
          <w:i/>
          <w:color w:val="222B33"/>
          <w:sz w:val="21"/>
        </w:rPr>
        <w:t>Partings at dawn</w:t>
        <w:br/>
      </w:r>
      <w:r>
        <w:rPr>
          <w:b w:val="0"/>
          <w:i/>
          <w:color w:val="222B33"/>
          <w:sz w:val="21"/>
        </w:rPr>
        <w:t>are always wet with dew,</w:t>
        <w:br/>
      </w:r>
      <w:r>
        <w:rPr>
          <w:b w:val="0"/>
          <w:i/>
          <w:color w:val="222B33"/>
          <w:sz w:val="21"/>
        </w:rPr>
        <w:t>but this is an autumn sky</w:t>
        <w:br/>
      </w:r>
      <w:r>
        <w:rPr>
          <w:b w:val="0"/>
          <w:i/>
          <w:color w:val="222B33"/>
          <w:sz w:val="21"/>
        </w:rPr>
        <w:t>the world</w:t>
        <w:br/>
      </w:r>
      <w:r>
        <w:rPr>
          <w:b w:val="0"/>
          <w:i/>
          <w:color w:val="222B33"/>
          <w:sz w:val="21"/>
        </w:rPr>
        <w:t>has never known.</w:t>
      </w:r>
    </w:p>
    <w:p>
      <w:pPr>
        <w:spacing w:after="40"/>
      </w:pPr>
      <w:r>
        <w:rPr>
          <w:b w:val="0"/>
          <w:i w:val="0"/>
          <w:color w:val="6A6F75"/>
          <w:sz w:val="18"/>
        </w:rPr>
        <w:t xml:space="preserve">Answered by </w:t>
      </w:r>
      <w:hyperlink w:anchor="p136">
        <w:r>
          <w:rPr>
            <w:color w:val="2E5A80"/>
            <w:u w:val="single"/>
            <w:sz w:val="18"/>
          </w:rPr>
          <w:t xml:space="preserve">No. 136 (Lady Rokujō)</w:t>
        </w:r>
      </w:hyperlink>
    </w:p>
    <w:p>
      <w:pPr>
        <w:keepNext/>
        <w:spacing w:after="20" w:before="200"/>
      </w:pPr>
      <w:bookmarkStart w:id="146" w:name="p136"/>
      <w:r>
        <w:rPr>
          <w:b/>
          <w:i w:val="0"/>
          <w:color w:val="222B33"/>
          <w:sz w:val="22"/>
        </w:rPr>
        <w:t>No. 136</w:t>
      </w:r>
      <w:r>
        <w:rPr>
          <w:b w:val="0"/>
          <w:i w:val="0"/>
          <w:color w:val="6A6F75"/>
          <w:sz w:val="18"/>
        </w:rPr>
        <w:t xml:space="preserve">   Lady Rokujō → Genji   答 reply</w:t>
      </w:r>
      <w:bookmarkEnd w:id="146"/>
    </w:p>
    <w:p>
      <w:pPr>
        <w:keepNext/>
        <w:spacing w:after="0"/>
      </w:pPr>
      <w:r>
        <w:rPr>
          <w:rFonts w:ascii="Noto Serif CJK JP" w:hAnsi="Noto Serif CJK JP" w:eastAsia="Noto Serif CJK JP"/>
          <w:b w:val="0"/>
          <w:i w:val="0"/>
          <w:color w:val="222B33"/>
          <w:sz w:val="26"/>
        </w:rPr>
        <w:t>おほかたの秋の別れも悲しきに鳴く音な添へそ野辺の松虫</w:t>
      </w:r>
    </w:p>
    <w:p>
      <w:pPr>
        <w:keepNext/>
        <w:spacing w:after="60"/>
      </w:pPr>
      <w:r>
        <w:rPr>
          <w:rFonts w:ascii="Noto Serif CJK JP" w:hAnsi="Noto Serif CJK JP" w:eastAsia="Noto Serif CJK JP"/>
          <w:b w:val="0"/>
          <w:i w:val="0"/>
          <w:color w:val="6A6F75"/>
          <w:sz w:val="19"/>
        </w:rPr>
        <w:t>おほかたの　／　秋のわかれも　／　かなしきに　／　なくねなそへそ　／　のへのまつむし</w:t>
      </w:r>
    </w:p>
    <w:p>
      <w:pPr>
        <w:keepNext/>
        <w:spacing w:after="60"/>
      </w:pPr>
      <w:r>
        <w:rPr>
          <w:b w:val="0"/>
          <w:i/>
          <w:color w:val="222B33"/>
          <w:sz w:val="21"/>
        </w:rPr>
        <w:t>Autumn partings</w:t>
        <w:br/>
      </w:r>
      <w:r>
        <w:rPr>
          <w:b w:val="0"/>
          <w:i/>
          <w:color w:val="222B33"/>
          <w:sz w:val="21"/>
        </w:rPr>
        <w:t>are sad enough in any case;</w:t>
        <w:br/>
      </w:r>
      <w:r>
        <w:rPr>
          <w:b w:val="0"/>
          <w:i/>
          <w:color w:val="222B33"/>
          <w:sz w:val="21"/>
        </w:rPr>
        <w:t>do not add your cry,</w:t>
        <w:br/>
      </w:r>
      <w:r>
        <w:rPr>
          <w:b w:val="0"/>
          <w:i/>
          <w:color w:val="222B33"/>
          <w:sz w:val="21"/>
        </w:rPr>
        <w:t>pine cricket</w:t>
        <w:br/>
      </w:r>
      <w:r>
        <w:rPr>
          <w:b w:val="0"/>
          <w:i/>
          <w:color w:val="222B33"/>
          <w:sz w:val="21"/>
        </w:rPr>
        <w:t>of the moor.</w:t>
      </w:r>
    </w:p>
    <w:p>
      <w:pPr>
        <w:spacing w:after="40"/>
      </w:pPr>
      <w:r>
        <w:rPr>
          <w:b w:val="0"/>
          <w:i w:val="0"/>
          <w:color w:val="222B33"/>
          <w:sz w:val="19"/>
        </w:rPr>
        <w:t>Matsu, “pine,” is also “to wait.”</w:t>
      </w:r>
    </w:p>
    <w:p>
      <w:pPr>
        <w:spacing w:after="40"/>
      </w:pPr>
      <w:r>
        <w:rPr>
          <w:b w:val="0"/>
          <w:i w:val="0"/>
          <w:color w:val="6A6F75"/>
          <w:sz w:val="18"/>
        </w:rPr>
        <w:t xml:space="preserve">In reply to </w:t>
      </w:r>
      <w:hyperlink w:anchor="p135">
        <w:r>
          <w:rPr>
            <w:color w:val="2E5A80"/>
            <w:u w:val="single"/>
            <w:sz w:val="18"/>
          </w:rPr>
          <w:t xml:space="preserve">No. 135 (Genji)</w:t>
        </w:r>
      </w:hyperlink>
    </w:p>
    <w:p>
      <w:pPr>
        <w:keepNext/>
        <w:spacing w:after="20" w:before="200"/>
      </w:pPr>
      <w:bookmarkStart w:id="147" w:name="p137"/>
      <w:r>
        <w:rPr>
          <w:b/>
          <w:i w:val="0"/>
          <w:color w:val="222B33"/>
          <w:sz w:val="22"/>
        </w:rPr>
        <w:t>No. 137</w:t>
      </w:r>
      <w:r>
        <w:rPr>
          <w:b w:val="0"/>
          <w:i w:val="0"/>
          <w:color w:val="6A6F75"/>
          <w:sz w:val="18"/>
        </w:rPr>
        <w:t xml:space="preserve">   Genji → the Ise Priestess   贈 sent</w:t>
      </w:r>
      <w:bookmarkEnd w:id="147"/>
    </w:p>
    <w:p>
      <w:pPr>
        <w:keepNext/>
        <w:spacing w:after="40"/>
      </w:pPr>
      <w:r>
        <w:rPr>
          <w:b/>
          <w:i w:val="0"/>
          <w:color w:val="6A6F75"/>
          <w:sz w:val="18"/>
        </w:rPr>
        <w:t xml:space="preserve">Context. </w:t>
      </w:r>
      <w:r>
        <w:rPr>
          <w:b w:val="0"/>
          <w:i w:val="0"/>
          <w:color w:val="6A6F75"/>
          <w:sz w:val="19"/>
        </w:rPr>
        <w:t>Genji to Akikonomu as she departs to be Ise Priestess; his first interest in her.</w:t>
      </w:r>
    </w:p>
    <w:p>
      <w:pPr>
        <w:keepNext/>
        <w:spacing w:after="0"/>
      </w:pPr>
      <w:r>
        <w:rPr>
          <w:rFonts w:ascii="Noto Serif CJK JP" w:hAnsi="Noto Serif CJK JP" w:eastAsia="Noto Serif CJK JP"/>
          <w:b w:val="0"/>
          <w:i w:val="0"/>
          <w:color w:val="222B33"/>
          <w:sz w:val="26"/>
        </w:rPr>
        <w:t>八洲もる国つ御神も心あらば飽かぬ別れの仲をことわれ</w:t>
      </w:r>
    </w:p>
    <w:p>
      <w:pPr>
        <w:keepNext/>
        <w:spacing w:after="60"/>
      </w:pPr>
      <w:r>
        <w:rPr>
          <w:rFonts w:ascii="Noto Serif CJK JP" w:hAnsi="Noto Serif CJK JP" w:eastAsia="Noto Serif CJK JP"/>
          <w:b w:val="0"/>
          <w:i w:val="0"/>
          <w:color w:val="6A6F75"/>
          <w:sz w:val="19"/>
        </w:rPr>
        <w:t>やしまもる　／　くにつみ神も　／　こゝろあらは　／　あかぬわかれの　／　中をことはれ</w:t>
      </w:r>
    </w:p>
    <w:p>
      <w:pPr>
        <w:keepNext/>
        <w:spacing w:after="60"/>
      </w:pPr>
      <w:r>
        <w:rPr>
          <w:b w:val="0"/>
          <w:i/>
          <w:color w:val="222B33"/>
          <w:sz w:val="21"/>
        </w:rPr>
        <w:t>Gods of this land</w:t>
        <w:br/>
      </w:r>
      <w:r>
        <w:rPr>
          <w:b w:val="0"/>
          <w:i/>
          <w:color w:val="222B33"/>
          <w:sz w:val="21"/>
        </w:rPr>
        <w:t>who guard its eight islands,</w:t>
        <w:br/>
      </w:r>
      <w:r>
        <w:rPr>
          <w:b w:val="0"/>
          <w:i/>
          <w:color w:val="222B33"/>
          <w:sz w:val="21"/>
        </w:rPr>
        <w:t>if you have hearts,</w:t>
        <w:br/>
      </w:r>
      <w:r>
        <w:rPr>
          <w:b w:val="0"/>
          <w:i/>
          <w:color w:val="222B33"/>
          <w:sz w:val="21"/>
        </w:rPr>
        <w:t>judge the bond of those who part</w:t>
        <w:br/>
      </w:r>
      <w:r>
        <w:rPr>
          <w:b w:val="0"/>
          <w:i/>
          <w:color w:val="222B33"/>
          <w:sz w:val="21"/>
        </w:rPr>
        <w:t>unsatisfied.</w:t>
      </w:r>
    </w:p>
    <w:p>
      <w:pPr>
        <w:spacing w:after="40"/>
      </w:pPr>
      <w:r>
        <w:rPr>
          <w:b w:val="0"/>
          <w:i w:val="0"/>
          <w:color w:val="222B33"/>
          <w:sz w:val="19"/>
        </w:rPr>
        <w:t>To Akikonomu, departing as Ise Priestess.</w:t>
      </w:r>
    </w:p>
    <w:p>
      <w:pPr>
        <w:spacing w:after="40"/>
      </w:pPr>
      <w:r>
        <w:rPr>
          <w:b w:val="0"/>
          <w:i w:val="0"/>
          <w:color w:val="6A6F75"/>
          <w:sz w:val="18"/>
        </w:rPr>
        <w:t xml:space="preserve">Answered by </w:t>
      </w:r>
      <w:hyperlink w:anchor="p138">
        <w:r>
          <w:rPr>
            <w:color w:val="2E5A80"/>
            <w:u w:val="single"/>
            <w:sz w:val="18"/>
          </w:rPr>
          <w:t xml:space="preserve">No. 138 (the Priestess’s chief attendant)</w:t>
        </w:r>
      </w:hyperlink>
    </w:p>
    <w:p>
      <w:pPr>
        <w:keepNext/>
        <w:spacing w:after="20" w:before="200"/>
      </w:pPr>
      <w:bookmarkStart w:id="148" w:name="p138"/>
      <w:r>
        <w:rPr>
          <w:b/>
          <w:i w:val="0"/>
          <w:color w:val="222B33"/>
          <w:sz w:val="22"/>
        </w:rPr>
        <w:t>No. 138</w:t>
      </w:r>
      <w:r>
        <w:rPr>
          <w:b w:val="0"/>
          <w:i w:val="0"/>
          <w:color w:val="6A6F75"/>
          <w:sz w:val="18"/>
        </w:rPr>
        <w:t xml:space="preserve">   the Priestess’s chief attendant → Genji   代答 proxy reply</w:t>
      </w:r>
      <w:bookmarkEnd w:id="148"/>
    </w:p>
    <w:p>
      <w:pPr>
        <w:keepNext/>
        <w:spacing w:after="0"/>
      </w:pPr>
      <w:r>
        <w:rPr>
          <w:rFonts w:ascii="Noto Serif CJK JP" w:hAnsi="Noto Serif CJK JP" w:eastAsia="Noto Serif CJK JP"/>
          <w:b w:val="0"/>
          <w:i w:val="0"/>
          <w:color w:val="222B33"/>
          <w:sz w:val="26"/>
        </w:rPr>
        <w:t>国つ神空にことわる仲ならばなほざりごとをまづや糾さむ</w:t>
      </w:r>
    </w:p>
    <w:p>
      <w:pPr>
        <w:keepNext/>
        <w:spacing w:after="60"/>
      </w:pPr>
      <w:r>
        <w:rPr>
          <w:rFonts w:ascii="Noto Serif CJK JP" w:hAnsi="Noto Serif CJK JP" w:eastAsia="Noto Serif CJK JP"/>
          <w:b w:val="0"/>
          <w:i w:val="0"/>
          <w:color w:val="6A6F75"/>
          <w:sz w:val="19"/>
        </w:rPr>
        <w:t>くにつかみ　／　空にことはる　／　中ならは　／　なをさりことを　／　まつやたゝさむ</w:t>
      </w:r>
    </w:p>
    <w:p>
      <w:pPr>
        <w:keepNext/>
        <w:spacing w:after="60"/>
      </w:pPr>
      <w:r>
        <w:rPr>
          <w:b w:val="0"/>
          <w:i/>
          <w:color w:val="222B33"/>
          <w:sz w:val="21"/>
        </w:rPr>
        <w:t>If the gods of the land</w:t>
        <w:br/>
      </w:r>
      <w:r>
        <w:rPr>
          <w:b w:val="0"/>
          <w:i/>
          <w:color w:val="222B33"/>
          <w:sz w:val="21"/>
        </w:rPr>
        <w:t>were to judge this bond from heaven,</w:t>
        <w:br/>
      </w:r>
      <w:r>
        <w:rPr>
          <w:b w:val="0"/>
          <w:i/>
          <w:color w:val="222B33"/>
          <w:sz w:val="21"/>
        </w:rPr>
        <w:t>would they not first examine</w:t>
        <w:br/>
      </w:r>
      <w:r>
        <w:rPr>
          <w:b w:val="0"/>
          <w:i/>
          <w:color w:val="222B33"/>
          <w:sz w:val="21"/>
        </w:rPr>
        <w:t>your words</w:t>
        <w:br/>
      </w:r>
      <w:r>
        <w:rPr>
          <w:b w:val="0"/>
          <w:i/>
          <w:color w:val="222B33"/>
          <w:sz w:val="21"/>
        </w:rPr>
        <w:t>so lightly spoken?</w:t>
      </w:r>
    </w:p>
    <w:p>
      <w:pPr>
        <w:spacing w:after="40"/>
      </w:pPr>
      <w:r>
        <w:rPr>
          <w:b w:val="0"/>
          <w:i w:val="0"/>
          <w:color w:val="222B33"/>
          <w:sz w:val="19"/>
        </w:rPr>
        <w:t>A proxy answer for the young Priestess.</w:t>
      </w:r>
    </w:p>
    <w:p>
      <w:pPr>
        <w:spacing w:after="40"/>
      </w:pPr>
      <w:r>
        <w:rPr>
          <w:b/>
          <w:i w:val="0"/>
          <w:color w:val="8A4B1C"/>
          <w:sz w:val="18"/>
        </w:rPr>
        <w:t xml:space="preserve">Attribution uncertain. </w:t>
      </w:r>
      <w:r>
        <w:rPr>
          <w:b w:val="0"/>
          <w:i w:val="0"/>
          <w:sz w:val="19"/>
        </w:rPr>
        <w:t>Proxy poem (代): written by one person in another’s name; the card names the writer.</w:t>
      </w:r>
    </w:p>
    <w:p>
      <w:pPr>
        <w:spacing w:after="40"/>
      </w:pPr>
      <w:r>
        <w:rPr>
          <w:b w:val="0"/>
          <w:i w:val="0"/>
          <w:color w:val="6A6F75"/>
          <w:sz w:val="18"/>
        </w:rPr>
        <w:t xml:space="preserve">In reply to </w:t>
      </w:r>
      <w:hyperlink w:anchor="p137">
        <w:r>
          <w:rPr>
            <w:color w:val="2E5A80"/>
            <w:u w:val="single"/>
            <w:sz w:val="18"/>
          </w:rPr>
          <w:t xml:space="preserve">No. 137 (Genji)</w:t>
        </w:r>
      </w:hyperlink>
    </w:p>
    <w:p>
      <w:pPr>
        <w:keepNext/>
        <w:spacing w:after="20" w:before="200"/>
      </w:pPr>
      <w:bookmarkStart w:id="149" w:name="p139"/>
      <w:r>
        <w:rPr>
          <w:b/>
          <w:i w:val="0"/>
          <w:color w:val="222B33"/>
          <w:sz w:val="22"/>
        </w:rPr>
        <w:t>No. 139</w:t>
      </w:r>
      <w:r>
        <w:rPr>
          <w:b w:val="0"/>
          <w:i w:val="0"/>
          <w:color w:val="6A6F75"/>
          <w:sz w:val="18"/>
        </w:rPr>
        <w:t xml:space="preserve">   Lady Rokujō   独 solo</w:t>
      </w:r>
      <w:bookmarkEnd w:id="149"/>
    </w:p>
    <w:p>
      <w:pPr>
        <w:keepNext/>
        <w:spacing w:after="40"/>
      </w:pPr>
      <w:r>
        <w:rPr>
          <w:b/>
          <w:i w:val="0"/>
          <w:color w:val="6A6F75"/>
          <w:sz w:val="18"/>
        </w:rPr>
        <w:t xml:space="preserve">Context. </w:t>
      </w:r>
      <w:r>
        <w:rPr>
          <w:b w:val="0"/>
          <w:i w:val="0"/>
          <w:color w:val="6A6F75"/>
          <w:sz w:val="19"/>
        </w:rPr>
        <w:t>Lady Rokujō passes the palace on the way to Ise; she remembers being a Crown Prince’s consort.</w:t>
      </w:r>
    </w:p>
    <w:p>
      <w:pPr>
        <w:keepNext/>
        <w:spacing w:after="0"/>
      </w:pPr>
      <w:r>
        <w:rPr>
          <w:rFonts w:ascii="Noto Serif CJK JP" w:hAnsi="Noto Serif CJK JP" w:eastAsia="Noto Serif CJK JP"/>
          <w:b w:val="0"/>
          <w:i w:val="0"/>
          <w:color w:val="222B33"/>
          <w:sz w:val="26"/>
        </w:rPr>
        <w:t>そのかみを今日はかけじと忍ぶれど心のうちにものぞ悲しき</w:t>
      </w:r>
    </w:p>
    <w:p>
      <w:pPr>
        <w:keepNext/>
        <w:spacing w:after="60"/>
      </w:pPr>
      <w:r>
        <w:rPr>
          <w:rFonts w:ascii="Noto Serif CJK JP" w:hAnsi="Noto Serif CJK JP" w:eastAsia="Noto Serif CJK JP"/>
          <w:b w:val="0"/>
          <w:i w:val="0"/>
          <w:color w:val="6A6F75"/>
          <w:sz w:val="19"/>
        </w:rPr>
        <w:t>そのかみを　／　けふはかけしと　／　しのふれと　／　心のうちに　／　ものそかなしき</w:t>
      </w:r>
    </w:p>
    <w:p>
      <w:pPr>
        <w:keepNext/>
        <w:spacing w:after="60"/>
      </w:pPr>
      <w:r>
        <w:rPr>
          <w:b w:val="0"/>
          <w:i/>
          <w:color w:val="222B33"/>
          <w:sz w:val="21"/>
        </w:rPr>
        <w:t>I try not to think</w:t>
        <w:br/>
      </w:r>
      <w:r>
        <w:rPr>
          <w:b w:val="0"/>
          <w:i/>
          <w:color w:val="222B33"/>
          <w:sz w:val="21"/>
        </w:rPr>
        <w:t>of those days today,</w:t>
        <w:br/>
      </w:r>
      <w:r>
        <w:rPr>
          <w:b w:val="0"/>
          <w:i/>
          <w:color w:val="222B33"/>
          <w:sz w:val="21"/>
        </w:rPr>
        <w:t>and yet in my heart</w:t>
        <w:br/>
      </w:r>
      <w:r>
        <w:rPr>
          <w:b w:val="0"/>
          <w:i/>
          <w:color w:val="222B33"/>
          <w:sz w:val="21"/>
        </w:rPr>
        <w:t>there is</w:t>
        <w:br/>
      </w:r>
      <w:r>
        <w:rPr>
          <w:b w:val="0"/>
          <w:i/>
          <w:color w:val="222B33"/>
          <w:sz w:val="21"/>
        </w:rPr>
        <w:t>sorrow.</w:t>
      </w:r>
    </w:p>
    <w:p>
      <w:pPr>
        <w:spacing w:after="40"/>
      </w:pPr>
      <w:r>
        <w:rPr>
          <w:b w:val="0"/>
          <w:i w:val="0"/>
          <w:color w:val="222B33"/>
          <w:sz w:val="19"/>
        </w:rPr>
        <w:t>Passing the palace on her way to Ise, where she once lived as a crown prince’s consort.</w:t>
      </w:r>
    </w:p>
    <w:p>
      <w:pPr>
        <w:keepNext/>
        <w:spacing w:after="20" w:before="200"/>
      </w:pPr>
      <w:bookmarkStart w:id="150" w:name="p140"/>
      <w:r>
        <w:rPr>
          <w:b/>
          <w:i w:val="0"/>
          <w:color w:val="222B33"/>
          <w:sz w:val="22"/>
        </w:rPr>
        <w:t>No. 140</w:t>
      </w:r>
      <w:r>
        <w:rPr>
          <w:b w:val="0"/>
          <w:i w:val="0"/>
          <w:color w:val="6A6F75"/>
          <w:sz w:val="18"/>
        </w:rPr>
        <w:t xml:space="preserve">   Genji → Lady Rokujō   贈 sent</w:t>
      </w:r>
      <w:bookmarkEnd w:id="150"/>
    </w:p>
    <w:p>
      <w:pPr>
        <w:keepNext/>
        <w:spacing w:after="40"/>
      </w:pPr>
      <w:r>
        <w:rPr>
          <w:b/>
          <w:i w:val="0"/>
          <w:color w:val="6A6F75"/>
          <w:sz w:val="18"/>
        </w:rPr>
        <w:t xml:space="preserve">Context. </w:t>
      </w:r>
      <w:r>
        <w:rPr>
          <w:b w:val="0"/>
          <w:i w:val="0"/>
          <w:color w:val="6A6F75"/>
          <w:sz w:val="19"/>
        </w:rPr>
        <w:t>Genji to Lady Rokujō on her departure; she replies with resignation.</w:t>
      </w:r>
    </w:p>
    <w:p>
      <w:pPr>
        <w:keepNext/>
        <w:spacing w:after="0"/>
      </w:pPr>
      <w:r>
        <w:rPr>
          <w:rFonts w:ascii="Noto Serif CJK JP" w:hAnsi="Noto Serif CJK JP" w:eastAsia="Noto Serif CJK JP"/>
          <w:b w:val="0"/>
          <w:i w:val="0"/>
          <w:color w:val="222B33"/>
          <w:sz w:val="26"/>
        </w:rPr>
        <w:t>振り捨てて今日は行くとも鈴鹿川八十瀬の波に袖は濡れじや</w:t>
      </w:r>
    </w:p>
    <w:p>
      <w:pPr>
        <w:keepNext/>
        <w:spacing w:after="60"/>
      </w:pPr>
      <w:r>
        <w:rPr>
          <w:rFonts w:ascii="Noto Serif CJK JP" w:hAnsi="Noto Serif CJK JP" w:eastAsia="Noto Serif CJK JP"/>
          <w:b w:val="0"/>
          <w:i w:val="0"/>
          <w:color w:val="6A6F75"/>
          <w:sz w:val="19"/>
        </w:rPr>
        <w:t>ふりすてゝ　／　けふはゆくとも　／　すゝか河　／　やそせの浪に　／　袖はぬれしや</w:t>
      </w:r>
    </w:p>
    <w:p>
      <w:pPr>
        <w:keepNext/>
        <w:spacing w:after="60"/>
      </w:pPr>
      <w:r>
        <w:rPr>
          <w:b w:val="0"/>
          <w:i/>
          <w:color w:val="222B33"/>
          <w:sz w:val="21"/>
        </w:rPr>
        <w:t>Though you cast me off</w:t>
        <w:br/>
      </w:r>
      <w:r>
        <w:rPr>
          <w:b w:val="0"/>
          <w:i/>
          <w:color w:val="222B33"/>
          <w:sz w:val="21"/>
        </w:rPr>
        <w:t>and go today, at Suzuka River</w:t>
        <w:br/>
      </w:r>
      <w:r>
        <w:rPr>
          <w:b w:val="0"/>
          <w:i/>
          <w:color w:val="222B33"/>
          <w:sz w:val="21"/>
        </w:rPr>
        <w:t>will your sleeves not be wet</w:t>
        <w:br/>
      </w:r>
      <w:r>
        <w:rPr>
          <w:b w:val="0"/>
          <w:i/>
          <w:color w:val="222B33"/>
          <w:sz w:val="21"/>
        </w:rPr>
        <w:t>by the waves</w:t>
        <w:br/>
      </w:r>
      <w:r>
        <w:rPr>
          <w:b w:val="0"/>
          <w:i/>
          <w:color w:val="222B33"/>
          <w:sz w:val="21"/>
        </w:rPr>
        <w:t>of its eighty shallows?</w:t>
      </w:r>
    </w:p>
    <w:p>
      <w:pPr>
        <w:spacing w:after="40"/>
      </w:pPr>
      <w:r>
        <w:rPr>
          <w:b w:val="0"/>
          <w:i w:val="0"/>
          <w:color w:val="222B33"/>
          <w:sz w:val="19"/>
        </w:rPr>
        <w:t>Furu, “cast off,” also suggests shaking the Suzuka bells.</w:t>
      </w:r>
    </w:p>
    <w:p>
      <w:pPr>
        <w:spacing w:after="40"/>
      </w:pPr>
      <w:r>
        <w:rPr>
          <w:b w:val="0"/>
          <w:i w:val="0"/>
          <w:color w:val="6A6F75"/>
          <w:sz w:val="18"/>
        </w:rPr>
        <w:t xml:space="preserve">Answered by </w:t>
      </w:r>
      <w:hyperlink w:anchor="p141">
        <w:r>
          <w:rPr>
            <w:color w:val="2E5A80"/>
            <w:u w:val="single"/>
            <w:sz w:val="18"/>
          </w:rPr>
          <w:t xml:space="preserve">No. 141 (Lady Rokujō)</w:t>
        </w:r>
      </w:hyperlink>
    </w:p>
    <w:p>
      <w:pPr>
        <w:keepNext/>
        <w:spacing w:after="20" w:before="200"/>
      </w:pPr>
      <w:bookmarkStart w:id="151" w:name="p141"/>
      <w:r>
        <w:rPr>
          <w:b/>
          <w:i w:val="0"/>
          <w:color w:val="222B33"/>
          <w:sz w:val="22"/>
        </w:rPr>
        <w:t>No. 141</w:t>
      </w:r>
      <w:r>
        <w:rPr>
          <w:b w:val="0"/>
          <w:i w:val="0"/>
          <w:color w:val="6A6F75"/>
          <w:sz w:val="18"/>
        </w:rPr>
        <w:t xml:space="preserve">   Lady Rokujō → Genji   答 reply</w:t>
      </w:r>
      <w:bookmarkEnd w:id="151"/>
    </w:p>
    <w:p>
      <w:pPr>
        <w:keepNext/>
        <w:spacing w:after="0"/>
      </w:pPr>
      <w:r>
        <w:rPr>
          <w:rFonts w:ascii="Noto Serif CJK JP" w:hAnsi="Noto Serif CJK JP" w:eastAsia="Noto Serif CJK JP"/>
          <w:b w:val="0"/>
          <w:i w:val="0"/>
          <w:color w:val="222B33"/>
          <w:sz w:val="26"/>
        </w:rPr>
        <w:t>鈴鹿川八十瀬の波に濡れ濡れず伊勢まで誰れか思ひおこせむ</w:t>
      </w:r>
    </w:p>
    <w:p>
      <w:pPr>
        <w:keepNext/>
        <w:spacing w:after="60"/>
      </w:pPr>
      <w:r>
        <w:rPr>
          <w:rFonts w:ascii="Noto Serif CJK JP" w:hAnsi="Noto Serif CJK JP" w:eastAsia="Noto Serif CJK JP"/>
          <w:b w:val="0"/>
          <w:i w:val="0"/>
          <w:color w:val="6A6F75"/>
          <w:sz w:val="19"/>
        </w:rPr>
        <w:t>すゝか河　／　やそせのなみに　／　ぬれぬれす　／　いせまてたれか　／　おもひをこせむ</w:t>
      </w:r>
    </w:p>
    <w:p>
      <w:pPr>
        <w:keepNext/>
        <w:spacing w:after="60"/>
      </w:pPr>
      <w:r>
        <w:rPr>
          <w:b w:val="0"/>
          <w:i/>
          <w:color w:val="222B33"/>
          <w:sz w:val="21"/>
        </w:rPr>
        <w:t>Whether the waves of Suzuka’s</w:t>
        <w:br/>
      </w:r>
      <w:r>
        <w:rPr>
          <w:b w:val="0"/>
          <w:i/>
          <w:color w:val="222B33"/>
          <w:sz w:val="21"/>
        </w:rPr>
        <w:t>eighty shallows wet me or not,</w:t>
        <w:br/>
      </w:r>
      <w:r>
        <w:rPr>
          <w:b w:val="0"/>
          <w:i/>
          <w:color w:val="222B33"/>
          <w:sz w:val="21"/>
        </w:rPr>
        <w:t>who will think of me</w:t>
        <w:br/>
      </w:r>
      <w:r>
        <w:rPr>
          <w:b w:val="0"/>
          <w:i/>
          <w:color w:val="222B33"/>
          <w:sz w:val="21"/>
        </w:rPr>
        <w:t>all the way</w:t>
        <w:br/>
      </w:r>
      <w:r>
        <w:rPr>
          <w:b w:val="0"/>
          <w:i/>
          <w:color w:val="222B33"/>
          <w:sz w:val="21"/>
        </w:rPr>
        <w:t>to Ise?</w:t>
      </w:r>
    </w:p>
    <w:p>
      <w:pPr>
        <w:spacing w:after="40"/>
      </w:pPr>
      <w:r>
        <w:rPr>
          <w:b w:val="0"/>
          <w:i w:val="0"/>
          <w:color w:val="6A6F75"/>
          <w:sz w:val="18"/>
        </w:rPr>
        <w:t xml:space="preserve">In reply to </w:t>
      </w:r>
      <w:hyperlink w:anchor="p140">
        <w:r>
          <w:rPr>
            <w:color w:val="2E5A80"/>
            <w:u w:val="single"/>
            <w:sz w:val="18"/>
          </w:rPr>
          <w:t xml:space="preserve">No. 140 (Genji)</w:t>
        </w:r>
      </w:hyperlink>
    </w:p>
    <w:p>
      <w:pPr>
        <w:keepNext/>
        <w:spacing w:after="20" w:before="200"/>
      </w:pPr>
      <w:bookmarkStart w:id="152" w:name="p142"/>
      <w:r>
        <w:rPr>
          <w:b/>
          <w:i w:val="0"/>
          <w:color w:val="222B33"/>
          <w:sz w:val="22"/>
        </w:rPr>
        <w:t>No. 142</w:t>
      </w:r>
      <w:r>
        <w:rPr>
          <w:b w:val="0"/>
          <w:i w:val="0"/>
          <w:color w:val="6A6F75"/>
          <w:sz w:val="18"/>
        </w:rPr>
        <w:t xml:space="preserve">   Genji   独 solo</w:t>
      </w:r>
      <w:bookmarkEnd w:id="152"/>
    </w:p>
    <w:p>
      <w:pPr>
        <w:keepNext/>
        <w:spacing w:after="40"/>
      </w:pPr>
      <w:r>
        <w:rPr>
          <w:b/>
          <w:i w:val="0"/>
          <w:color w:val="6A6F75"/>
          <w:sz w:val="18"/>
        </w:rPr>
        <w:t xml:space="preserve">Context. </w:t>
      </w:r>
      <w:r>
        <w:rPr>
          <w:b w:val="0"/>
          <w:i w:val="0"/>
          <w:color w:val="6A6F75"/>
          <w:sz w:val="19"/>
        </w:rPr>
        <w:t>Genji watches toward the Ise road; mist and distance end Chapter 10’s first movement.</w:t>
      </w:r>
    </w:p>
    <w:p>
      <w:pPr>
        <w:keepNext/>
        <w:spacing w:after="0"/>
      </w:pPr>
      <w:r>
        <w:rPr>
          <w:rFonts w:ascii="Noto Serif CJK JP" w:hAnsi="Noto Serif CJK JP" w:eastAsia="Noto Serif CJK JP"/>
          <w:b w:val="0"/>
          <w:i w:val="0"/>
          <w:color w:val="222B33"/>
          <w:sz w:val="26"/>
        </w:rPr>
        <w:t>行く方を眺めもやらむこの秋は逢坂山を霧な隔てそ</w:t>
      </w:r>
    </w:p>
    <w:p>
      <w:pPr>
        <w:keepNext/>
        <w:spacing w:after="60"/>
      </w:pPr>
      <w:r>
        <w:rPr>
          <w:rFonts w:ascii="Noto Serif CJK JP" w:hAnsi="Noto Serif CJK JP" w:eastAsia="Noto Serif CJK JP"/>
          <w:b w:val="0"/>
          <w:i w:val="0"/>
          <w:color w:val="6A6F75"/>
          <w:sz w:val="19"/>
        </w:rPr>
        <w:t>ゆくかたを　／　なかめもやらむ　／　この秋は　／　あふさか山を　／　霧なへたてそ</w:t>
      </w:r>
    </w:p>
    <w:p>
      <w:pPr>
        <w:keepNext/>
        <w:spacing w:after="60"/>
      </w:pPr>
      <w:r>
        <w:rPr>
          <w:b w:val="0"/>
          <w:i/>
          <w:color w:val="222B33"/>
          <w:sz w:val="21"/>
        </w:rPr>
        <w:t>I will gaze toward</w:t>
        <w:br/>
      </w:r>
      <w:r>
        <w:rPr>
          <w:b w:val="0"/>
          <w:i/>
          <w:color w:val="222B33"/>
          <w:sz w:val="21"/>
        </w:rPr>
        <w:t>the way she goes; this autumn,</w:t>
        <w:br/>
      </w:r>
      <w:r>
        <w:rPr>
          <w:b w:val="0"/>
          <w:i/>
          <w:color w:val="222B33"/>
          <w:sz w:val="21"/>
        </w:rPr>
        <w:t>mist, do not hide</w:t>
        <w:br/>
      </w:r>
      <w:r>
        <w:rPr>
          <w:b w:val="0"/>
          <w:i/>
          <w:color w:val="222B33"/>
          <w:sz w:val="21"/>
        </w:rPr>
        <w:t>Ōsaka</w:t>
        <w:br/>
      </w:r>
      <w:r>
        <w:rPr>
          <w:b w:val="0"/>
          <w:i/>
          <w:color w:val="222B33"/>
          <w:sz w:val="21"/>
        </w:rPr>
        <w:t>Mountain.</w:t>
      </w:r>
    </w:p>
    <w:p>
      <w:pPr>
        <w:spacing w:after="40"/>
      </w:pPr>
      <w:r>
        <w:rPr>
          <w:b w:val="0"/>
          <w:i w:val="0"/>
          <w:color w:val="222B33"/>
          <w:sz w:val="19"/>
        </w:rPr>
        <w:t>Ōsaka, “meeting slope,” is the barrier on the road east.</w:t>
      </w:r>
    </w:p>
    <w:p>
      <w:pPr>
        <w:keepNext/>
        <w:spacing w:after="20" w:before="200"/>
      </w:pPr>
      <w:bookmarkStart w:id="153" w:name="p143"/>
      <w:r>
        <w:rPr>
          <w:b/>
          <w:i w:val="0"/>
          <w:color w:val="222B33"/>
          <w:sz w:val="22"/>
        </w:rPr>
        <w:t>No. 143</w:t>
      </w:r>
      <w:r>
        <w:rPr>
          <w:b w:val="0"/>
          <w:i w:val="0"/>
          <w:color w:val="6A6F75"/>
          <w:sz w:val="18"/>
        </w:rPr>
        <w:t xml:space="preserve">   Prince Hyōbu   唱 group exchange</w:t>
      </w:r>
      <w:bookmarkEnd w:id="153"/>
    </w:p>
    <w:p>
      <w:pPr>
        <w:keepNext/>
        <w:spacing w:after="40"/>
      </w:pPr>
      <w:r>
        <w:rPr>
          <w:b/>
          <w:i w:val="0"/>
          <w:color w:val="6A6F75"/>
          <w:sz w:val="18"/>
        </w:rPr>
        <w:t xml:space="preserve">Context. </w:t>
      </w:r>
      <w:r>
        <w:rPr>
          <w:b w:val="0"/>
          <w:i w:val="0"/>
          <w:color w:val="6A6F75"/>
          <w:sz w:val="19"/>
        </w:rPr>
        <w:t>After the Kiritsubo Emperor’s death his household disperses; Prince Hyōbu is Murasaki’s father.</w:t>
      </w:r>
    </w:p>
    <w:p>
      <w:pPr>
        <w:keepNext/>
        <w:spacing w:after="0"/>
      </w:pPr>
      <w:r>
        <w:rPr>
          <w:rFonts w:ascii="Noto Serif CJK JP" w:hAnsi="Noto Serif CJK JP" w:eastAsia="Noto Serif CJK JP"/>
          <w:b w:val="0"/>
          <w:i w:val="0"/>
          <w:color w:val="222B33"/>
          <w:sz w:val="26"/>
        </w:rPr>
        <w:t>蔭ひろみ頼みし松や枯れにけむ下葉散りゆく年の暮かな</w:t>
      </w:r>
    </w:p>
    <w:p>
      <w:pPr>
        <w:keepNext/>
        <w:spacing w:after="60"/>
      </w:pPr>
      <w:r>
        <w:rPr>
          <w:rFonts w:ascii="Noto Serif CJK JP" w:hAnsi="Noto Serif CJK JP" w:eastAsia="Noto Serif CJK JP"/>
          <w:b w:val="0"/>
          <w:i w:val="0"/>
          <w:color w:val="6A6F75"/>
          <w:sz w:val="19"/>
        </w:rPr>
        <w:t>かけひろみ　／　たのみしまつや　／　かれにけん　／　した葉ちり行　／　としの暮哉</w:t>
      </w:r>
    </w:p>
    <w:p>
      <w:pPr>
        <w:keepNext/>
        <w:spacing w:after="60"/>
      </w:pPr>
      <w:r>
        <w:rPr>
          <w:b w:val="0"/>
          <w:i/>
          <w:color w:val="222B33"/>
          <w:sz w:val="21"/>
        </w:rPr>
        <w:t>Has the pine withered,</w:t>
        <w:br/>
      </w:r>
      <w:r>
        <w:rPr>
          <w:b w:val="0"/>
          <w:i/>
          <w:color w:val="222B33"/>
          <w:sz w:val="21"/>
        </w:rPr>
        <w:t>whose broad shade we trusted?</w:t>
        <w:br/>
      </w:r>
      <w:r>
        <w:rPr>
          <w:b w:val="0"/>
          <w:i/>
          <w:color w:val="222B33"/>
          <w:sz w:val="21"/>
        </w:rPr>
        <w:t>The lower leaves are scattering</w:t>
        <w:br/>
      </w:r>
      <w:r>
        <w:rPr>
          <w:b w:val="0"/>
          <w:i/>
          <w:color w:val="222B33"/>
          <w:sz w:val="21"/>
        </w:rPr>
        <w:t>at the end</w:t>
        <w:br/>
      </w:r>
      <w:r>
        <w:rPr>
          <w:b w:val="0"/>
          <w:i/>
          <w:color w:val="222B33"/>
          <w:sz w:val="21"/>
        </w:rPr>
        <w:t>of the year.</w:t>
      </w:r>
    </w:p>
    <w:p>
      <w:pPr>
        <w:spacing w:after="40"/>
      </w:pPr>
      <w:r>
        <w:rPr>
          <w:b w:val="0"/>
          <w:i w:val="0"/>
          <w:color w:val="222B33"/>
          <w:sz w:val="19"/>
        </w:rPr>
        <w:t>After the Kiritsubo Emperor’s death. A group of three poems.</w:t>
      </w:r>
    </w:p>
    <w:p>
      <w:pPr>
        <w:spacing w:after="40"/>
      </w:pPr>
      <w:r>
        <w:rPr>
          <w:b/>
          <w:i w:val="0"/>
          <w:color w:val="8A4B1C"/>
          <w:sz w:val="18"/>
        </w:rPr>
        <w:t xml:space="preserve">Attribution uncertain. </w:t>
      </w:r>
      <w:r>
        <w:rPr>
          <w:b w:val="0"/>
          <w:i w:val="0"/>
          <w:sz w:val="19"/>
        </w:rPr>
        <w:t>“The Prince” is Prince Hyōbu, Fujitsubo’s brother, in the Zenshū 全集 commentary; elsewhere identified as Prince Hotaru.</w:t>
      </w:r>
    </w:p>
    <w:p>
      <w:pPr>
        <w:spacing w:after="40"/>
      </w:pPr>
      <w:r>
        <w:rPr>
          <w:b w:val="0"/>
          <w:i w:val="0"/>
          <w:color w:val="6A6F75"/>
          <w:sz w:val="18"/>
        </w:rPr>
        <w:t xml:space="preserve">Answered by </w:t>
      </w:r>
      <w:hyperlink w:anchor="p144">
        <w:r>
          <w:rPr>
            <w:color w:val="2E5A80"/>
            <w:u w:val="single"/>
            <w:sz w:val="18"/>
          </w:rPr>
          <w:t xml:space="preserve">No. 144 (Genji)</w:t>
        </w:r>
      </w:hyperlink>
      <w:r>
        <w:rPr>
          <w:b w:val="0"/>
          <w:i w:val="0"/>
          <w:color w:val="6A6F75"/>
          <w:sz w:val="18"/>
        </w:rPr>
        <w:t xml:space="preserve">, </w:t>
      </w:r>
      <w:hyperlink w:anchor="p145">
        <w:r>
          <w:rPr>
            <w:color w:val="2E5A80"/>
            <w:u w:val="single"/>
            <w:sz w:val="18"/>
          </w:rPr>
          <w:t xml:space="preserve">No. 145 (Ōmyōbu)</w:t>
        </w:r>
      </w:hyperlink>
    </w:p>
    <w:p>
      <w:pPr>
        <w:keepNext/>
        <w:spacing w:after="20" w:before="200"/>
      </w:pPr>
      <w:bookmarkStart w:id="154" w:name="p144"/>
      <w:r>
        <w:rPr>
          <w:b/>
          <w:i w:val="0"/>
          <w:color w:val="222B33"/>
          <w:sz w:val="22"/>
        </w:rPr>
        <w:t>No. 144</w:t>
      </w:r>
      <w:r>
        <w:rPr>
          <w:b w:val="0"/>
          <w:i w:val="0"/>
          <w:color w:val="6A6F75"/>
          <w:sz w:val="18"/>
        </w:rPr>
        <w:t xml:space="preserve">   Genji   唱 group exchange</w:t>
      </w:r>
      <w:bookmarkEnd w:id="154"/>
    </w:p>
    <w:p>
      <w:pPr>
        <w:keepNext/>
        <w:spacing w:after="0"/>
      </w:pPr>
      <w:r>
        <w:rPr>
          <w:rFonts w:ascii="Noto Serif CJK JP" w:hAnsi="Noto Serif CJK JP" w:eastAsia="Noto Serif CJK JP"/>
          <w:b w:val="0"/>
          <w:i w:val="0"/>
          <w:color w:val="222B33"/>
          <w:sz w:val="26"/>
        </w:rPr>
        <w:t>さえわたる池の鏡のさやけきに見なれし影を見ぬぞ悲しき</w:t>
      </w:r>
    </w:p>
    <w:p>
      <w:pPr>
        <w:keepNext/>
        <w:spacing w:after="60"/>
      </w:pPr>
      <w:r>
        <w:rPr>
          <w:rFonts w:ascii="Noto Serif CJK JP" w:hAnsi="Noto Serif CJK JP" w:eastAsia="Noto Serif CJK JP"/>
          <w:b w:val="0"/>
          <w:i w:val="0"/>
          <w:color w:val="6A6F75"/>
          <w:sz w:val="19"/>
        </w:rPr>
        <w:t>さえわたる　／　池のかゝみの　／　さやけきに　／　みなれしかけを　／　みぬそかなしき</w:t>
      </w:r>
    </w:p>
    <w:p>
      <w:pPr>
        <w:keepNext/>
        <w:spacing w:after="60"/>
      </w:pPr>
      <w:r>
        <w:rPr>
          <w:b w:val="0"/>
          <w:i/>
          <w:color w:val="222B33"/>
          <w:sz w:val="21"/>
        </w:rPr>
        <w:t>The pond’s mirror is clear</w:t>
        <w:br/>
      </w:r>
      <w:r>
        <w:rPr>
          <w:b w:val="0"/>
          <w:i/>
          <w:color w:val="222B33"/>
          <w:sz w:val="21"/>
        </w:rPr>
        <w:t>and cold in the frost,</w:t>
        <w:br/>
      </w:r>
      <w:r>
        <w:rPr>
          <w:b w:val="0"/>
          <w:i/>
          <w:color w:val="222B33"/>
          <w:sz w:val="21"/>
        </w:rPr>
        <w:t>and it is sad</w:t>
        <w:br/>
      </w:r>
      <w:r>
        <w:rPr>
          <w:b w:val="0"/>
          <w:i/>
          <w:color w:val="222B33"/>
          <w:sz w:val="21"/>
        </w:rPr>
        <w:t>not to see in it</w:t>
        <w:br/>
      </w:r>
      <w:r>
        <w:rPr>
          <w:b w:val="0"/>
          <w:i/>
          <w:color w:val="222B33"/>
          <w:sz w:val="21"/>
        </w:rPr>
        <w:t>the face I knew.</w:t>
      </w:r>
    </w:p>
    <w:p>
      <w:pPr>
        <w:spacing w:after="40"/>
      </w:pPr>
      <w:r>
        <w:rPr>
          <w:b w:val="0"/>
          <w:i w:val="0"/>
          <w:color w:val="6A6F75"/>
          <w:sz w:val="18"/>
        </w:rPr>
        <w:t xml:space="preserve">In reply to </w:t>
      </w:r>
      <w:hyperlink w:anchor="p143">
        <w:r>
          <w:rPr>
            <w:color w:val="2E5A80"/>
            <w:u w:val="single"/>
            <w:sz w:val="18"/>
          </w:rPr>
          <w:t xml:space="preserve">No. 143 (Prince Hyōbu)</w:t>
        </w:r>
      </w:hyperlink>
    </w:p>
    <w:p>
      <w:pPr>
        <w:keepNext/>
        <w:spacing w:after="20" w:before="200"/>
      </w:pPr>
      <w:bookmarkStart w:id="155" w:name="p145"/>
      <w:r>
        <w:rPr>
          <w:b/>
          <w:i w:val="0"/>
          <w:color w:val="222B33"/>
          <w:sz w:val="22"/>
        </w:rPr>
        <w:t>No. 145</w:t>
      </w:r>
      <w:r>
        <w:rPr>
          <w:b w:val="0"/>
          <w:i w:val="0"/>
          <w:color w:val="6A6F75"/>
          <w:sz w:val="18"/>
        </w:rPr>
        <w:t xml:space="preserve">   Ōmyōbu   唱 group exchange</w:t>
      </w:r>
      <w:bookmarkEnd w:id="155"/>
    </w:p>
    <w:p>
      <w:pPr>
        <w:keepNext/>
        <w:spacing w:after="0"/>
      </w:pPr>
      <w:r>
        <w:rPr>
          <w:rFonts w:ascii="Noto Serif CJK JP" w:hAnsi="Noto Serif CJK JP" w:eastAsia="Noto Serif CJK JP"/>
          <w:b w:val="0"/>
          <w:i w:val="0"/>
          <w:color w:val="222B33"/>
          <w:sz w:val="26"/>
        </w:rPr>
        <w:t>年暮れて岩井の水もこほりとぢ見し人影のあせもゆくかな</w:t>
      </w:r>
    </w:p>
    <w:p>
      <w:pPr>
        <w:keepNext/>
        <w:spacing w:after="60"/>
      </w:pPr>
      <w:r>
        <w:rPr>
          <w:rFonts w:ascii="Noto Serif CJK JP" w:hAnsi="Noto Serif CJK JP" w:eastAsia="Noto Serif CJK JP"/>
          <w:b w:val="0"/>
          <w:i w:val="0"/>
          <w:color w:val="6A6F75"/>
          <w:sz w:val="19"/>
        </w:rPr>
        <w:t>としくれて　／　いはゐの水も　／　こほりとち　／　みし人かけの　／　あせも行かな</w:t>
      </w:r>
    </w:p>
    <w:p>
      <w:pPr>
        <w:keepNext/>
        <w:spacing w:after="60"/>
      </w:pPr>
      <w:r>
        <w:rPr>
          <w:b w:val="0"/>
          <w:i/>
          <w:color w:val="222B33"/>
          <w:sz w:val="21"/>
        </w:rPr>
        <w:t>The year ends,</w:t>
        <w:br/>
      </w:r>
      <w:r>
        <w:rPr>
          <w:b w:val="0"/>
          <w:i/>
          <w:color w:val="222B33"/>
          <w:sz w:val="21"/>
        </w:rPr>
        <w:t>the well-spring water is frozen shut,</w:t>
        <w:br/>
      </w:r>
      <w:r>
        <w:rPr>
          <w:b w:val="0"/>
          <w:i/>
          <w:color w:val="222B33"/>
          <w:sz w:val="21"/>
        </w:rPr>
        <w:t>and the faces we knew</w:t>
        <w:br/>
      </w:r>
      <w:r>
        <w:rPr>
          <w:b w:val="0"/>
          <w:i/>
          <w:color w:val="222B33"/>
          <w:sz w:val="21"/>
        </w:rPr>
        <w:t>are fading</w:t>
        <w:br/>
      </w:r>
      <w:r>
        <w:rPr>
          <w:b w:val="0"/>
          <w:i/>
          <w:color w:val="222B33"/>
          <w:sz w:val="21"/>
        </w:rPr>
        <w:t>from it.</w:t>
      </w:r>
    </w:p>
    <w:p>
      <w:pPr>
        <w:spacing w:after="40"/>
      </w:pPr>
      <w:r>
        <w:rPr>
          <w:b w:val="0"/>
          <w:i w:val="0"/>
          <w:color w:val="6A6F75"/>
          <w:sz w:val="18"/>
        </w:rPr>
        <w:t xml:space="preserve">In reply to </w:t>
      </w:r>
      <w:hyperlink w:anchor="p143">
        <w:r>
          <w:rPr>
            <w:color w:val="2E5A80"/>
            <w:u w:val="single"/>
            <w:sz w:val="18"/>
          </w:rPr>
          <w:t xml:space="preserve">No. 143 (Prince Hyōbu)</w:t>
        </w:r>
      </w:hyperlink>
    </w:p>
    <w:p>
      <w:pPr>
        <w:keepNext/>
        <w:spacing w:after="20" w:before="200"/>
      </w:pPr>
      <w:bookmarkStart w:id="156" w:name="p146"/>
      <w:r>
        <w:rPr>
          <w:b/>
          <w:i w:val="0"/>
          <w:color w:val="222B33"/>
          <w:sz w:val="22"/>
        </w:rPr>
        <w:t>No. 146</w:t>
      </w:r>
      <w:r>
        <w:rPr>
          <w:b w:val="0"/>
          <w:i w:val="0"/>
          <w:color w:val="6A6F75"/>
          <w:sz w:val="18"/>
        </w:rPr>
        <w:t xml:space="preserve">   Oborozukiyo → Genji   贈 sent</w:t>
      </w:r>
      <w:bookmarkEnd w:id="156"/>
    </w:p>
    <w:p>
      <w:pPr>
        <w:keepNext/>
        <w:spacing w:after="40"/>
      </w:pPr>
      <w:r>
        <w:rPr>
          <w:b/>
          <w:i w:val="0"/>
          <w:color w:val="6A6F75"/>
          <w:sz w:val="18"/>
        </w:rPr>
        <w:t xml:space="preserve">Context. </w:t>
      </w:r>
      <w:r>
        <w:rPr>
          <w:b w:val="0"/>
          <w:i w:val="0"/>
          <w:color w:val="6A6F75"/>
          <w:sz w:val="19"/>
        </w:rPr>
        <w:t>A secret meeting with Oborozukiyo while she serves Suzaku; the affair that will cause Genji’s exile.</w:t>
      </w:r>
    </w:p>
    <w:p>
      <w:pPr>
        <w:keepNext/>
        <w:spacing w:after="0"/>
      </w:pPr>
      <w:r>
        <w:rPr>
          <w:rFonts w:ascii="Noto Serif CJK JP" w:hAnsi="Noto Serif CJK JP" w:eastAsia="Noto Serif CJK JP"/>
          <w:b w:val="0"/>
          <w:i w:val="0"/>
          <w:color w:val="222B33"/>
          <w:sz w:val="26"/>
        </w:rPr>
        <w:t>心からかたがた袖を濡らすかな明くと教ふる声につけても</w:t>
      </w:r>
    </w:p>
    <w:p>
      <w:pPr>
        <w:keepNext/>
        <w:spacing w:after="60"/>
      </w:pPr>
      <w:r>
        <w:rPr>
          <w:rFonts w:ascii="Noto Serif CJK JP" w:hAnsi="Noto Serif CJK JP" w:eastAsia="Noto Serif CJK JP"/>
          <w:b w:val="0"/>
          <w:i w:val="0"/>
          <w:color w:val="6A6F75"/>
          <w:sz w:val="19"/>
        </w:rPr>
        <w:t>心から　／　方々そてを　／　ぬらすかな　／　あくとをしふる　／　こゑにつけても</w:t>
      </w:r>
    </w:p>
    <w:p>
      <w:pPr>
        <w:keepNext/>
        <w:spacing w:after="60"/>
      </w:pPr>
      <w:r>
        <w:rPr>
          <w:b w:val="0"/>
          <w:i/>
          <w:color w:val="222B33"/>
          <w:sz w:val="21"/>
        </w:rPr>
        <w:t>Of my own will</w:t>
        <w:br/>
      </w:r>
      <w:r>
        <w:rPr>
          <w:b w:val="0"/>
          <w:i/>
          <w:color w:val="222B33"/>
          <w:sz w:val="21"/>
        </w:rPr>
        <w:t>I wet my sleeves both ways,</w:t>
        <w:br/>
      </w:r>
      <w:r>
        <w:rPr>
          <w:b w:val="0"/>
          <w:i/>
          <w:color w:val="222B33"/>
          <w:sz w:val="21"/>
        </w:rPr>
        <w:t>even at the voice</w:t>
        <w:br/>
      </w:r>
      <w:r>
        <w:rPr>
          <w:b w:val="0"/>
          <w:i/>
          <w:color w:val="222B33"/>
          <w:sz w:val="21"/>
        </w:rPr>
        <w:t>that tells me</w:t>
        <w:br/>
      </w:r>
      <w:r>
        <w:rPr>
          <w:b w:val="0"/>
          <w:i/>
          <w:color w:val="222B33"/>
          <w:sz w:val="21"/>
        </w:rPr>
        <w:t>it is dawn.</w:t>
      </w:r>
    </w:p>
    <w:p>
      <w:pPr>
        <w:spacing w:after="40"/>
      </w:pPr>
      <w:r>
        <w:rPr>
          <w:b w:val="0"/>
          <w:i w:val="0"/>
          <w:color w:val="222B33"/>
          <w:sz w:val="19"/>
        </w:rPr>
        <w:t>A secret meeting while she serves Suzaku.</w:t>
      </w:r>
    </w:p>
    <w:p>
      <w:pPr>
        <w:spacing w:after="40"/>
      </w:pPr>
      <w:r>
        <w:rPr>
          <w:b w:val="0"/>
          <w:i w:val="0"/>
          <w:color w:val="6A6F75"/>
          <w:sz w:val="18"/>
        </w:rPr>
        <w:t xml:space="preserve">Answered by </w:t>
      </w:r>
      <w:hyperlink w:anchor="p147">
        <w:r>
          <w:rPr>
            <w:color w:val="2E5A80"/>
            <w:u w:val="single"/>
            <w:sz w:val="18"/>
          </w:rPr>
          <w:t xml:space="preserve">No. 147 (Genji)</w:t>
        </w:r>
      </w:hyperlink>
    </w:p>
    <w:p>
      <w:pPr>
        <w:keepNext/>
        <w:spacing w:after="20" w:before="200"/>
      </w:pPr>
      <w:bookmarkStart w:id="157" w:name="p147"/>
      <w:r>
        <w:rPr>
          <w:b/>
          <w:i w:val="0"/>
          <w:color w:val="222B33"/>
          <w:sz w:val="22"/>
        </w:rPr>
        <w:t>No. 147</w:t>
      </w:r>
      <w:r>
        <w:rPr>
          <w:b w:val="0"/>
          <w:i w:val="0"/>
          <w:color w:val="6A6F75"/>
          <w:sz w:val="18"/>
        </w:rPr>
        <w:t xml:space="preserve">   Genji → Oborozukiyo   答 reply</w:t>
      </w:r>
      <w:bookmarkEnd w:id="157"/>
    </w:p>
    <w:p>
      <w:pPr>
        <w:keepNext/>
        <w:spacing w:after="0"/>
      </w:pPr>
      <w:r>
        <w:rPr>
          <w:rFonts w:ascii="Noto Serif CJK JP" w:hAnsi="Noto Serif CJK JP" w:eastAsia="Noto Serif CJK JP"/>
          <w:b w:val="0"/>
          <w:i w:val="0"/>
          <w:color w:val="222B33"/>
          <w:sz w:val="26"/>
        </w:rPr>
        <w:t>嘆きつつわが世はかくて過ぐせとや胸のあくべき時ぞともなく</w:t>
      </w:r>
    </w:p>
    <w:p>
      <w:pPr>
        <w:keepNext/>
        <w:spacing w:after="60"/>
      </w:pPr>
      <w:r>
        <w:rPr>
          <w:rFonts w:ascii="Noto Serif CJK JP" w:hAnsi="Noto Serif CJK JP" w:eastAsia="Noto Serif CJK JP"/>
          <w:b w:val="0"/>
          <w:i w:val="0"/>
          <w:color w:val="6A6F75"/>
          <w:sz w:val="19"/>
        </w:rPr>
        <w:t>なけきつゝ　／　わかよはかくて　／　すくせとや　／　むねのあくへき　／　時そともなく</w:t>
      </w:r>
    </w:p>
    <w:p>
      <w:pPr>
        <w:keepNext/>
        <w:spacing w:after="60"/>
      </w:pPr>
      <w:r>
        <w:rPr>
          <w:b w:val="0"/>
          <w:i/>
          <w:color w:val="222B33"/>
          <w:sz w:val="21"/>
        </w:rPr>
        <w:t>Am I to spend my life</w:t>
        <w:br/>
      </w:r>
      <w:r>
        <w:rPr>
          <w:b w:val="0"/>
          <w:i/>
          <w:color w:val="222B33"/>
          <w:sz w:val="21"/>
        </w:rPr>
        <w:t>lamenting like this,</w:t>
        <w:br/>
      </w:r>
      <w:r>
        <w:rPr>
          <w:b w:val="0"/>
          <w:i/>
          <w:color w:val="222B33"/>
          <w:sz w:val="21"/>
        </w:rPr>
        <w:t>with no time ever</w:t>
        <w:br/>
      </w:r>
      <w:r>
        <w:rPr>
          <w:b w:val="0"/>
          <w:i/>
          <w:color w:val="222B33"/>
          <w:sz w:val="21"/>
        </w:rPr>
        <w:t>when my heart</w:t>
        <w:br/>
      </w:r>
      <w:r>
        <w:rPr>
          <w:b w:val="0"/>
          <w:i/>
          <w:color w:val="222B33"/>
          <w:sz w:val="21"/>
        </w:rPr>
        <w:t>might clear?</w:t>
      </w:r>
    </w:p>
    <w:p>
      <w:pPr>
        <w:spacing w:after="40"/>
      </w:pPr>
      <w:r>
        <w:rPr>
          <w:b w:val="0"/>
          <w:i w:val="0"/>
          <w:color w:val="222B33"/>
          <w:sz w:val="19"/>
        </w:rPr>
        <w:t>Aku is both “dawn breaks” and “to clear, ease.”</w:t>
      </w:r>
    </w:p>
    <w:p>
      <w:pPr>
        <w:spacing w:after="40"/>
      </w:pPr>
      <w:r>
        <w:rPr>
          <w:b w:val="0"/>
          <w:i w:val="0"/>
          <w:color w:val="6A6F75"/>
          <w:sz w:val="18"/>
        </w:rPr>
        <w:t xml:space="preserve">In reply to </w:t>
      </w:r>
      <w:hyperlink w:anchor="p146">
        <w:r>
          <w:rPr>
            <w:color w:val="2E5A80"/>
            <w:u w:val="single"/>
            <w:sz w:val="18"/>
          </w:rPr>
          <w:t xml:space="preserve">No. 146 (Oborozukiyo)</w:t>
        </w:r>
      </w:hyperlink>
    </w:p>
    <w:p>
      <w:pPr>
        <w:keepNext/>
        <w:spacing w:after="20" w:before="200"/>
      </w:pPr>
      <w:bookmarkStart w:id="158" w:name="p148"/>
      <w:r>
        <w:rPr>
          <w:b/>
          <w:i w:val="0"/>
          <w:color w:val="222B33"/>
          <w:sz w:val="22"/>
        </w:rPr>
        <w:t>No. 148</w:t>
      </w:r>
      <w:r>
        <w:rPr>
          <w:b w:val="0"/>
          <w:i w:val="0"/>
          <w:color w:val="6A6F75"/>
          <w:sz w:val="18"/>
        </w:rPr>
        <w:t xml:space="preserve">   Genji → Fujitsubo   贈 sent</w:t>
      </w:r>
      <w:bookmarkEnd w:id="158"/>
    </w:p>
    <w:p>
      <w:pPr>
        <w:keepNext/>
        <w:spacing w:after="40"/>
      </w:pPr>
      <w:r>
        <w:rPr>
          <w:b/>
          <w:i w:val="0"/>
          <w:color w:val="6A6F75"/>
          <w:sz w:val="18"/>
        </w:rPr>
        <w:t xml:space="preserve">Context. </w:t>
      </w:r>
      <w:r>
        <w:rPr>
          <w:b w:val="0"/>
          <w:i w:val="0"/>
          <w:color w:val="6A6F75"/>
          <w:sz w:val="19"/>
        </w:rPr>
        <w:t>Genji forces his way into Fujitsubo’s chamber again; she resolves to take vows to protect their son.</w:t>
      </w:r>
    </w:p>
    <w:p>
      <w:pPr>
        <w:keepNext/>
        <w:spacing w:after="0"/>
      </w:pPr>
      <w:r>
        <w:rPr>
          <w:rFonts w:ascii="Noto Serif CJK JP" w:hAnsi="Noto Serif CJK JP" w:eastAsia="Noto Serif CJK JP"/>
          <w:b w:val="0"/>
          <w:i w:val="0"/>
          <w:color w:val="222B33"/>
          <w:sz w:val="26"/>
        </w:rPr>
        <w:t>逢ふことのかたきを今日に限らずは今幾世をか嘆きつつ経む</w:t>
      </w:r>
    </w:p>
    <w:p>
      <w:pPr>
        <w:keepNext/>
        <w:spacing w:after="60"/>
      </w:pPr>
      <w:r>
        <w:rPr>
          <w:rFonts w:ascii="Noto Serif CJK JP" w:hAnsi="Noto Serif CJK JP" w:eastAsia="Noto Serif CJK JP"/>
          <w:b w:val="0"/>
          <w:i w:val="0"/>
          <w:color w:val="6A6F75"/>
          <w:sz w:val="19"/>
        </w:rPr>
        <w:t>あふことの　／　かたきをけふに　／　かきらすは　／　いまいく世をか　／　なけきつゝへん</w:t>
      </w:r>
    </w:p>
    <w:p>
      <w:pPr>
        <w:keepNext/>
        <w:spacing w:after="60"/>
      </w:pPr>
      <w:r>
        <w:rPr>
          <w:b w:val="0"/>
          <w:i/>
          <w:color w:val="222B33"/>
          <w:sz w:val="21"/>
        </w:rPr>
        <w:t>If the hardness of meeting</w:t>
        <w:br/>
      </w:r>
      <w:r>
        <w:rPr>
          <w:b w:val="0"/>
          <w:i/>
          <w:color w:val="222B33"/>
          <w:sz w:val="21"/>
        </w:rPr>
        <w:t>is not to end today,</w:t>
        <w:br/>
      </w:r>
      <w:r>
        <w:rPr>
          <w:b w:val="0"/>
          <w:i/>
          <w:color w:val="222B33"/>
          <w:sz w:val="21"/>
        </w:rPr>
        <w:t>how many lives must I pass</w:t>
        <w:br/>
      </w:r>
      <w:r>
        <w:rPr>
          <w:b w:val="0"/>
          <w:i/>
          <w:color w:val="222B33"/>
          <w:sz w:val="21"/>
        </w:rPr>
        <w:t>lamenting</w:t>
        <w:br/>
      </w:r>
      <w:r>
        <w:rPr>
          <w:b w:val="0"/>
          <w:i/>
          <w:color w:val="222B33"/>
          <w:sz w:val="21"/>
        </w:rPr>
        <w:t>still?</w:t>
      </w:r>
    </w:p>
    <w:p>
      <w:pPr>
        <w:spacing w:after="40"/>
      </w:pPr>
      <w:r>
        <w:rPr>
          <w:b w:val="0"/>
          <w:i w:val="0"/>
          <w:color w:val="222B33"/>
          <w:sz w:val="19"/>
        </w:rPr>
        <w:t>After he forces his way into her chamber again.</w:t>
      </w:r>
    </w:p>
    <w:p>
      <w:pPr>
        <w:spacing w:after="40"/>
      </w:pPr>
      <w:r>
        <w:rPr>
          <w:b w:val="0"/>
          <w:i w:val="0"/>
          <w:color w:val="6A6F75"/>
          <w:sz w:val="18"/>
        </w:rPr>
        <w:t xml:space="preserve">Answered by </w:t>
      </w:r>
      <w:hyperlink w:anchor="p149">
        <w:r>
          <w:rPr>
            <w:color w:val="2E5A80"/>
            <w:u w:val="single"/>
            <w:sz w:val="18"/>
          </w:rPr>
          <w:t xml:space="preserve">No. 149 (Fujitsubo)</w:t>
        </w:r>
      </w:hyperlink>
    </w:p>
    <w:p>
      <w:pPr>
        <w:keepNext/>
        <w:spacing w:after="20" w:before="200"/>
      </w:pPr>
      <w:bookmarkStart w:id="159" w:name="p149"/>
      <w:r>
        <w:rPr>
          <w:b/>
          <w:i w:val="0"/>
          <w:color w:val="222B33"/>
          <w:sz w:val="22"/>
        </w:rPr>
        <w:t>No. 149</w:t>
      </w:r>
      <w:r>
        <w:rPr>
          <w:b w:val="0"/>
          <w:i w:val="0"/>
          <w:color w:val="6A6F75"/>
          <w:sz w:val="18"/>
        </w:rPr>
        <w:t xml:space="preserve">   Fujitsubo → Genji   答 reply</w:t>
      </w:r>
      <w:bookmarkEnd w:id="159"/>
    </w:p>
    <w:p>
      <w:pPr>
        <w:keepNext/>
        <w:spacing w:after="0"/>
      </w:pPr>
      <w:r>
        <w:rPr>
          <w:rFonts w:ascii="Noto Serif CJK JP" w:hAnsi="Noto Serif CJK JP" w:eastAsia="Noto Serif CJK JP"/>
          <w:b w:val="0"/>
          <w:i w:val="0"/>
          <w:color w:val="222B33"/>
          <w:sz w:val="26"/>
        </w:rPr>
        <w:t>長き世の恨みを人に残してもかつは心をあだと知らなむ</w:t>
      </w:r>
    </w:p>
    <w:p>
      <w:pPr>
        <w:keepNext/>
        <w:spacing w:after="60"/>
      </w:pPr>
      <w:r>
        <w:rPr>
          <w:rFonts w:ascii="Noto Serif CJK JP" w:hAnsi="Noto Serif CJK JP" w:eastAsia="Noto Serif CJK JP"/>
          <w:b w:val="0"/>
          <w:i w:val="0"/>
          <w:color w:val="6A6F75"/>
          <w:sz w:val="19"/>
        </w:rPr>
        <w:t>なかきよの　／　うらみを人に　／　のこしても　／　かつは心を　／　あたとしらなむ</w:t>
      </w:r>
    </w:p>
    <w:p>
      <w:pPr>
        <w:keepNext/>
        <w:spacing w:after="60"/>
      </w:pPr>
      <w:r>
        <w:rPr>
          <w:b w:val="0"/>
          <w:i/>
          <w:color w:val="222B33"/>
          <w:sz w:val="21"/>
        </w:rPr>
        <w:t>Though I leave you</w:t>
        <w:br/>
      </w:r>
      <w:r>
        <w:rPr>
          <w:b w:val="0"/>
          <w:i/>
          <w:color w:val="222B33"/>
          <w:sz w:val="21"/>
        </w:rPr>
        <w:t>a lifetime of resentment,</w:t>
        <w:br/>
      </w:r>
      <w:r>
        <w:rPr>
          <w:b w:val="0"/>
          <w:i/>
          <w:color w:val="222B33"/>
          <w:sz w:val="21"/>
        </w:rPr>
        <w:t>know too</w:t>
        <w:br/>
      </w:r>
      <w:r>
        <w:rPr>
          <w:b w:val="0"/>
          <w:i/>
          <w:color w:val="222B33"/>
          <w:sz w:val="21"/>
        </w:rPr>
        <w:t>that your heart</w:t>
        <w:br/>
      </w:r>
      <w:r>
        <w:rPr>
          <w:b w:val="0"/>
          <w:i/>
          <w:color w:val="222B33"/>
          <w:sz w:val="21"/>
        </w:rPr>
        <w:t>is fickle.</w:t>
      </w:r>
    </w:p>
    <w:p>
      <w:pPr>
        <w:spacing w:after="40"/>
      </w:pPr>
      <w:r>
        <w:rPr>
          <w:b w:val="0"/>
          <w:i w:val="0"/>
          <w:color w:val="6A6F75"/>
          <w:sz w:val="18"/>
        </w:rPr>
        <w:t xml:space="preserve">In reply to </w:t>
      </w:r>
      <w:hyperlink w:anchor="p148">
        <w:r>
          <w:rPr>
            <w:color w:val="2E5A80"/>
            <w:u w:val="single"/>
            <w:sz w:val="18"/>
          </w:rPr>
          <w:t xml:space="preserve">No. 148 (Genji)</w:t>
        </w:r>
      </w:hyperlink>
    </w:p>
    <w:p>
      <w:pPr>
        <w:keepNext/>
        <w:spacing w:after="20" w:before="200"/>
      </w:pPr>
      <w:bookmarkStart w:id="160" w:name="p150"/>
      <w:r>
        <w:rPr>
          <w:b/>
          <w:i w:val="0"/>
          <w:color w:val="222B33"/>
          <w:sz w:val="22"/>
        </w:rPr>
        <w:t>No. 150</w:t>
      </w:r>
      <w:r>
        <w:rPr>
          <w:b w:val="0"/>
          <w:i w:val="0"/>
          <w:color w:val="6A6F75"/>
          <w:sz w:val="18"/>
        </w:rPr>
        <w:t xml:space="preserve">   Genji → Murasaki   贈 sent</w:t>
      </w:r>
      <w:bookmarkEnd w:id="160"/>
    </w:p>
    <w:p>
      <w:pPr>
        <w:keepNext/>
        <w:spacing w:after="40"/>
      </w:pPr>
      <w:r>
        <w:rPr>
          <w:b/>
          <w:i w:val="0"/>
          <w:color w:val="6A6F75"/>
          <w:sz w:val="18"/>
        </w:rPr>
        <w:t xml:space="preserve">Context. </w:t>
      </w:r>
      <w:r>
        <w:rPr>
          <w:b w:val="0"/>
          <w:i w:val="0"/>
          <w:color w:val="6A6F75"/>
          <w:sz w:val="19"/>
        </w:rPr>
        <w:t>Genji writes to Murasaki from a temple retreat; she is now his wife.</w:t>
      </w:r>
    </w:p>
    <w:p>
      <w:pPr>
        <w:keepNext/>
        <w:spacing w:after="0"/>
      </w:pPr>
      <w:r>
        <w:rPr>
          <w:rFonts w:ascii="Noto Serif CJK JP" w:hAnsi="Noto Serif CJK JP" w:eastAsia="Noto Serif CJK JP"/>
          <w:b w:val="0"/>
          <w:i w:val="0"/>
          <w:color w:val="222B33"/>
          <w:sz w:val="26"/>
        </w:rPr>
        <w:t>浅茅生の露のやどりに君をおきて四方の嵐ぞ静心なき</w:t>
      </w:r>
    </w:p>
    <w:p>
      <w:pPr>
        <w:keepNext/>
        <w:spacing w:after="60"/>
      </w:pPr>
      <w:r>
        <w:rPr>
          <w:rFonts w:ascii="Noto Serif CJK JP" w:hAnsi="Noto Serif CJK JP" w:eastAsia="Noto Serif CJK JP"/>
          <w:b w:val="0"/>
          <w:i w:val="0"/>
          <w:color w:val="6A6F75"/>
          <w:sz w:val="19"/>
        </w:rPr>
        <w:t>あさちふの　／　露のやとりに　／　君ををきて　／　よもの嵐そ　／　しつ心なき</w:t>
      </w:r>
    </w:p>
    <w:p>
      <w:pPr>
        <w:keepNext/>
        <w:spacing w:after="60"/>
      </w:pPr>
      <w:r>
        <w:rPr>
          <w:b w:val="0"/>
          <w:i/>
          <w:color w:val="222B33"/>
          <w:sz w:val="21"/>
        </w:rPr>
        <w:t>Leaving you as dew</w:t>
        <w:br/>
      </w:r>
      <w:r>
        <w:rPr>
          <w:b w:val="0"/>
          <w:i/>
          <w:color w:val="222B33"/>
          <w:sz w:val="21"/>
        </w:rPr>
        <w:t>lodged on the reed-grown waste,</w:t>
        <w:br/>
      </w:r>
      <w:r>
        <w:rPr>
          <w:b w:val="0"/>
          <w:i/>
          <w:color w:val="222B33"/>
          <w:sz w:val="21"/>
        </w:rPr>
        <w:t>my heart is unquiet</w:t>
        <w:br/>
      </w:r>
      <w:r>
        <w:rPr>
          <w:b w:val="0"/>
          <w:i/>
          <w:color w:val="222B33"/>
          <w:sz w:val="21"/>
        </w:rPr>
        <w:t>in the storms</w:t>
        <w:br/>
      </w:r>
      <w:r>
        <w:rPr>
          <w:b w:val="0"/>
          <w:i/>
          <w:color w:val="222B33"/>
          <w:sz w:val="21"/>
        </w:rPr>
        <w:t>from all sides.</w:t>
      </w:r>
    </w:p>
    <w:p>
      <w:pPr>
        <w:spacing w:after="40"/>
      </w:pPr>
      <w:r>
        <w:rPr>
          <w:b w:val="0"/>
          <w:i w:val="0"/>
          <w:color w:val="222B33"/>
          <w:sz w:val="19"/>
        </w:rPr>
        <w:t>From the Urin’in temple retreat.</w:t>
      </w:r>
    </w:p>
    <w:p>
      <w:pPr>
        <w:spacing w:after="40"/>
      </w:pPr>
      <w:r>
        <w:rPr>
          <w:b w:val="0"/>
          <w:i w:val="0"/>
          <w:color w:val="6A6F75"/>
          <w:sz w:val="18"/>
        </w:rPr>
        <w:t xml:space="preserve">Answered by </w:t>
      </w:r>
      <w:hyperlink w:anchor="p151">
        <w:r>
          <w:rPr>
            <w:color w:val="2E5A80"/>
            <w:u w:val="single"/>
            <w:sz w:val="18"/>
          </w:rPr>
          <w:t xml:space="preserve">No. 151 (Murasaki)</w:t>
        </w:r>
      </w:hyperlink>
    </w:p>
    <w:p>
      <w:pPr>
        <w:keepNext/>
        <w:spacing w:after="20" w:before="200"/>
      </w:pPr>
      <w:bookmarkStart w:id="161" w:name="p151"/>
      <w:r>
        <w:rPr>
          <w:b/>
          <w:i w:val="0"/>
          <w:color w:val="222B33"/>
          <w:sz w:val="22"/>
        </w:rPr>
        <w:t>No. 151</w:t>
      </w:r>
      <w:r>
        <w:rPr>
          <w:b w:val="0"/>
          <w:i w:val="0"/>
          <w:color w:val="6A6F75"/>
          <w:sz w:val="18"/>
        </w:rPr>
        <w:t xml:space="preserve">   Murasaki → Genji   答 reply</w:t>
      </w:r>
      <w:bookmarkEnd w:id="161"/>
    </w:p>
    <w:p>
      <w:pPr>
        <w:keepNext/>
        <w:spacing w:after="0"/>
      </w:pPr>
      <w:r>
        <w:rPr>
          <w:rFonts w:ascii="Noto Serif CJK JP" w:hAnsi="Noto Serif CJK JP" w:eastAsia="Noto Serif CJK JP"/>
          <w:b w:val="0"/>
          <w:i w:val="0"/>
          <w:color w:val="222B33"/>
          <w:sz w:val="26"/>
        </w:rPr>
        <w:t>風吹けばまづぞ乱るる色変はる浅茅が露にかかるささがに</w:t>
      </w:r>
    </w:p>
    <w:p>
      <w:pPr>
        <w:keepNext/>
        <w:spacing w:after="60"/>
      </w:pPr>
      <w:r>
        <w:rPr>
          <w:rFonts w:ascii="Noto Serif CJK JP" w:hAnsi="Noto Serif CJK JP" w:eastAsia="Noto Serif CJK JP"/>
          <w:b w:val="0"/>
          <w:i w:val="0"/>
          <w:color w:val="6A6F75"/>
          <w:sz w:val="19"/>
        </w:rPr>
        <w:t>風ふけは　／　まつそみたるゝ　／　色かはる　／　あさちか露に　／　かゝるさゝかに</w:t>
      </w:r>
    </w:p>
    <w:p>
      <w:pPr>
        <w:keepNext/>
        <w:spacing w:after="60"/>
      </w:pPr>
      <w:r>
        <w:rPr>
          <w:b w:val="0"/>
          <w:i/>
          <w:color w:val="222B33"/>
          <w:sz w:val="21"/>
        </w:rPr>
        <w:t>When the wind blows,</w:t>
        <w:br/>
      </w:r>
      <w:r>
        <w:rPr>
          <w:b w:val="0"/>
          <w:i/>
          <w:color w:val="222B33"/>
          <w:sz w:val="21"/>
        </w:rPr>
        <w:t>the first to be torn</w:t>
        <w:br/>
      </w:r>
      <w:r>
        <w:rPr>
          <w:b w:val="0"/>
          <w:i/>
          <w:color w:val="222B33"/>
          <w:sz w:val="21"/>
        </w:rPr>
        <w:t>is the spider’s web that hangs</w:t>
        <w:br/>
      </w:r>
      <w:r>
        <w:rPr>
          <w:b w:val="0"/>
          <w:i/>
          <w:color w:val="222B33"/>
          <w:sz w:val="21"/>
        </w:rPr>
        <w:t>on the dew</w:t>
        <w:br/>
      </w:r>
      <w:r>
        <w:rPr>
          <w:b w:val="0"/>
          <w:i/>
          <w:color w:val="222B33"/>
          <w:sz w:val="21"/>
        </w:rPr>
        <w:t>of fading reeds.</w:t>
      </w:r>
    </w:p>
    <w:p>
      <w:pPr>
        <w:spacing w:after="40"/>
      </w:pPr>
      <w:r>
        <w:rPr>
          <w:b w:val="0"/>
          <w:i w:val="0"/>
          <w:color w:val="222B33"/>
          <w:sz w:val="19"/>
        </w:rPr>
        <w:t>Sasagani, the spider, is herself, dependent on him.</w:t>
      </w:r>
    </w:p>
    <w:p>
      <w:pPr>
        <w:spacing w:after="40"/>
      </w:pPr>
      <w:r>
        <w:rPr>
          <w:b w:val="0"/>
          <w:i w:val="0"/>
          <w:color w:val="6A6F75"/>
          <w:sz w:val="18"/>
        </w:rPr>
        <w:t xml:space="preserve">In reply to </w:t>
      </w:r>
      <w:hyperlink w:anchor="p150">
        <w:r>
          <w:rPr>
            <w:color w:val="2E5A80"/>
            <w:u w:val="single"/>
            <w:sz w:val="18"/>
          </w:rPr>
          <w:t xml:space="preserve">No. 150 (Genji)</w:t>
        </w:r>
      </w:hyperlink>
    </w:p>
    <w:p>
      <w:pPr>
        <w:keepNext/>
        <w:spacing w:after="20" w:before="200"/>
      </w:pPr>
      <w:bookmarkStart w:id="162" w:name="p152"/>
      <w:r>
        <w:rPr>
          <w:b/>
          <w:i w:val="0"/>
          <w:color w:val="222B33"/>
          <w:sz w:val="22"/>
        </w:rPr>
        <w:t>No. 152</w:t>
      </w:r>
      <w:r>
        <w:rPr>
          <w:b w:val="0"/>
          <w:i w:val="0"/>
          <w:color w:val="6A6F75"/>
          <w:sz w:val="18"/>
        </w:rPr>
        <w:t xml:space="preserve">   Genji → Princess Asagao   贈 sent</w:t>
      </w:r>
      <w:bookmarkEnd w:id="162"/>
    </w:p>
    <w:p>
      <w:pPr>
        <w:keepNext/>
        <w:spacing w:after="40"/>
      </w:pPr>
      <w:r>
        <w:rPr>
          <w:b/>
          <w:i w:val="0"/>
          <w:color w:val="6A6F75"/>
          <w:sz w:val="18"/>
        </w:rPr>
        <w:t xml:space="preserve">Context. </w:t>
      </w:r>
      <w:r>
        <w:rPr>
          <w:b w:val="0"/>
          <w:i w:val="0"/>
          <w:color w:val="6A6F75"/>
          <w:sz w:val="19"/>
        </w:rPr>
        <w:t>Genji to Princess Asagao, now Kamo Priestess; forbidden courtship.</w:t>
      </w:r>
    </w:p>
    <w:p>
      <w:pPr>
        <w:keepNext/>
        <w:spacing w:after="0"/>
      </w:pPr>
      <w:r>
        <w:rPr>
          <w:rFonts w:ascii="Noto Serif CJK JP" w:hAnsi="Noto Serif CJK JP" w:eastAsia="Noto Serif CJK JP"/>
          <w:b w:val="0"/>
          <w:i w:val="0"/>
          <w:color w:val="222B33"/>
          <w:sz w:val="26"/>
        </w:rPr>
        <w:t>かけまくはかしこけれどもそのかみの秋思ほゆる木綿欅かな</w:t>
      </w:r>
    </w:p>
    <w:p>
      <w:pPr>
        <w:keepNext/>
        <w:spacing w:after="60"/>
      </w:pPr>
      <w:r>
        <w:rPr>
          <w:rFonts w:ascii="Noto Serif CJK JP" w:hAnsi="Noto Serif CJK JP" w:eastAsia="Noto Serif CJK JP"/>
          <w:b w:val="0"/>
          <w:i w:val="0"/>
          <w:color w:val="6A6F75"/>
          <w:sz w:val="19"/>
        </w:rPr>
        <w:t>かけまくは　／　かしこけれとも　／　その神の　／　あきおもほゆる　／　ゆふたすきかな</w:t>
      </w:r>
    </w:p>
    <w:p>
      <w:pPr>
        <w:keepNext/>
        <w:spacing w:after="60"/>
      </w:pPr>
      <w:r>
        <w:rPr>
          <w:b w:val="0"/>
          <w:i/>
          <w:color w:val="222B33"/>
          <w:sz w:val="21"/>
        </w:rPr>
        <w:t>It is awesome to speak of,</w:t>
        <w:br/>
      </w:r>
      <w:r>
        <w:rPr>
          <w:b w:val="0"/>
          <w:i/>
          <w:color w:val="222B33"/>
          <w:sz w:val="21"/>
        </w:rPr>
        <w:t>but I remember the autumn</w:t>
        <w:br/>
      </w:r>
      <w:r>
        <w:rPr>
          <w:b w:val="0"/>
          <w:i/>
          <w:color w:val="222B33"/>
          <w:sz w:val="21"/>
        </w:rPr>
        <w:t>of those days, seeing</w:t>
        <w:br/>
      </w:r>
      <w:r>
        <w:rPr>
          <w:b w:val="0"/>
          <w:i/>
          <w:color w:val="222B33"/>
          <w:sz w:val="21"/>
        </w:rPr>
        <w:t>the cotton cords</w:t>
        <w:br/>
      </w:r>
      <w:r>
        <w:rPr>
          <w:b w:val="0"/>
          <w:i/>
          <w:color w:val="222B33"/>
          <w:sz w:val="21"/>
        </w:rPr>
        <w:t>of your sacred sash.</w:t>
      </w:r>
    </w:p>
    <w:p>
      <w:pPr>
        <w:spacing w:after="40"/>
      </w:pPr>
      <w:r>
        <w:rPr>
          <w:b w:val="0"/>
          <w:i w:val="0"/>
          <w:color w:val="222B33"/>
          <w:sz w:val="19"/>
        </w:rPr>
        <w:t>She is now Kamo Priestess.</w:t>
      </w:r>
    </w:p>
    <w:p>
      <w:pPr>
        <w:spacing w:after="40"/>
      </w:pPr>
      <w:r>
        <w:rPr>
          <w:b w:val="0"/>
          <w:i w:val="0"/>
          <w:color w:val="6A6F75"/>
          <w:sz w:val="18"/>
        </w:rPr>
        <w:t xml:space="preserve">Answered by </w:t>
      </w:r>
      <w:hyperlink w:anchor="p153">
        <w:r>
          <w:rPr>
            <w:color w:val="2E5A80"/>
            <w:u w:val="single"/>
            <w:sz w:val="18"/>
          </w:rPr>
          <w:t xml:space="preserve">No. 153 (Princess Asagao)</w:t>
        </w:r>
      </w:hyperlink>
    </w:p>
    <w:p>
      <w:pPr>
        <w:keepNext/>
        <w:spacing w:after="20" w:before="200"/>
      </w:pPr>
      <w:bookmarkStart w:id="163" w:name="p153"/>
      <w:r>
        <w:rPr>
          <w:b/>
          <w:i w:val="0"/>
          <w:color w:val="222B33"/>
          <w:sz w:val="22"/>
        </w:rPr>
        <w:t>No. 153</w:t>
      </w:r>
      <w:r>
        <w:rPr>
          <w:b w:val="0"/>
          <w:i w:val="0"/>
          <w:color w:val="6A6F75"/>
          <w:sz w:val="18"/>
        </w:rPr>
        <w:t xml:space="preserve">   Princess Asagao → Genji   答 reply</w:t>
      </w:r>
      <w:bookmarkEnd w:id="163"/>
    </w:p>
    <w:p>
      <w:pPr>
        <w:keepNext/>
        <w:spacing w:after="0"/>
      </w:pPr>
      <w:r>
        <w:rPr>
          <w:rFonts w:ascii="Noto Serif CJK JP" w:hAnsi="Noto Serif CJK JP" w:eastAsia="Noto Serif CJK JP"/>
          <w:b w:val="0"/>
          <w:i w:val="0"/>
          <w:color w:val="222B33"/>
          <w:sz w:val="26"/>
        </w:rPr>
        <w:t>そのかみやいかがはありし木綿欅心にかけてしのぶらむゆゑ</w:t>
      </w:r>
    </w:p>
    <w:p>
      <w:pPr>
        <w:keepNext/>
        <w:spacing w:after="60"/>
      </w:pPr>
      <w:r>
        <w:rPr>
          <w:rFonts w:ascii="Noto Serif CJK JP" w:hAnsi="Noto Serif CJK JP" w:eastAsia="Noto Serif CJK JP"/>
          <w:b w:val="0"/>
          <w:i w:val="0"/>
          <w:color w:val="6A6F75"/>
          <w:sz w:val="19"/>
        </w:rPr>
        <w:t>その神や　／　いかゝはありし　／　ゆふたすき　／　心にかけて　／　しのふらんゆへ</w:t>
      </w:r>
    </w:p>
    <w:p>
      <w:pPr>
        <w:keepNext/>
        <w:spacing w:after="60"/>
      </w:pPr>
      <w:r>
        <w:rPr>
          <w:b w:val="0"/>
          <w:i/>
          <w:color w:val="222B33"/>
          <w:sz w:val="21"/>
        </w:rPr>
        <w:t>Those days: what was there</w:t>
        <w:br/>
      </w:r>
      <w:r>
        <w:rPr>
          <w:b w:val="0"/>
          <w:i/>
          <w:color w:val="222B33"/>
          <w:sz w:val="21"/>
        </w:rPr>
        <w:t>for you to remember</w:t>
        <w:br/>
      </w:r>
      <w:r>
        <w:rPr>
          <w:b w:val="0"/>
          <w:i/>
          <w:color w:val="222B33"/>
          <w:sz w:val="21"/>
        </w:rPr>
        <w:t>of the cotton cords</w:t>
        <w:br/>
      </w:r>
      <w:r>
        <w:rPr>
          <w:b w:val="0"/>
          <w:i/>
          <w:color w:val="222B33"/>
          <w:sz w:val="21"/>
        </w:rPr>
        <w:t>you hang</w:t>
        <w:br/>
      </w:r>
      <w:r>
        <w:rPr>
          <w:b w:val="0"/>
          <w:i/>
          <w:color w:val="222B33"/>
          <w:sz w:val="21"/>
        </w:rPr>
        <w:t>in your heart?</w:t>
      </w:r>
    </w:p>
    <w:p>
      <w:pPr>
        <w:spacing w:after="40"/>
      </w:pPr>
      <w:r>
        <w:rPr>
          <w:b w:val="0"/>
          <w:i w:val="0"/>
          <w:color w:val="6A6F75"/>
          <w:sz w:val="18"/>
        </w:rPr>
        <w:t xml:space="preserve">In reply to </w:t>
      </w:r>
      <w:hyperlink w:anchor="p152">
        <w:r>
          <w:rPr>
            <w:color w:val="2E5A80"/>
            <w:u w:val="single"/>
            <w:sz w:val="18"/>
          </w:rPr>
          <w:t xml:space="preserve">No. 152 (Genji)</w:t>
        </w:r>
      </w:hyperlink>
    </w:p>
    <w:p>
      <w:pPr>
        <w:keepNext/>
        <w:spacing w:after="20" w:before="200"/>
      </w:pPr>
      <w:bookmarkStart w:id="164" w:name="p154"/>
      <w:r>
        <w:rPr>
          <w:b/>
          <w:i w:val="0"/>
          <w:color w:val="222B33"/>
          <w:sz w:val="22"/>
        </w:rPr>
        <w:t>No. 154</w:t>
      </w:r>
      <w:r>
        <w:rPr>
          <w:b w:val="0"/>
          <w:i w:val="0"/>
          <w:color w:val="6A6F75"/>
          <w:sz w:val="18"/>
        </w:rPr>
        <w:t xml:space="preserve">   Fujitsubo → Genji   贈 sent</w:t>
      </w:r>
      <w:bookmarkEnd w:id="164"/>
    </w:p>
    <w:p>
      <w:pPr>
        <w:keepNext/>
        <w:spacing w:after="40"/>
      </w:pPr>
      <w:r>
        <w:rPr>
          <w:b/>
          <w:i w:val="0"/>
          <w:color w:val="6A6F75"/>
          <w:sz w:val="18"/>
        </w:rPr>
        <w:t xml:space="preserve">Context. </w:t>
      </w:r>
      <w:r>
        <w:rPr>
          <w:b w:val="0"/>
          <w:i w:val="0"/>
          <w:color w:val="6A6F75"/>
          <w:sz w:val="19"/>
        </w:rPr>
        <w:t>Fujitsubo to Genji, about the Crown Prince, their secret son; she must protect him.</w:t>
      </w:r>
    </w:p>
    <w:p>
      <w:pPr>
        <w:keepNext/>
        <w:spacing w:after="0"/>
      </w:pPr>
      <w:r>
        <w:rPr>
          <w:rFonts w:ascii="Noto Serif CJK JP" w:hAnsi="Noto Serif CJK JP" w:eastAsia="Noto Serif CJK JP"/>
          <w:b w:val="0"/>
          <w:i w:val="0"/>
          <w:color w:val="222B33"/>
          <w:sz w:val="26"/>
        </w:rPr>
        <w:t>九重に霧や隔つる雲の上の月をはるかに思ひやるかな</w:t>
      </w:r>
    </w:p>
    <w:p>
      <w:pPr>
        <w:keepNext/>
        <w:spacing w:after="60"/>
      </w:pPr>
      <w:r>
        <w:rPr>
          <w:rFonts w:ascii="Noto Serif CJK JP" w:hAnsi="Noto Serif CJK JP" w:eastAsia="Noto Serif CJK JP"/>
          <w:b w:val="0"/>
          <w:i w:val="0"/>
          <w:color w:val="6A6F75"/>
          <w:sz w:val="19"/>
        </w:rPr>
        <w:t>九重に　／　霧やへたつる　／　雲のうへの　／　月をはるかに　／　思やるかな</w:t>
      </w:r>
    </w:p>
    <w:p>
      <w:pPr>
        <w:keepNext/>
        <w:spacing w:after="60"/>
      </w:pPr>
      <w:r>
        <w:rPr>
          <w:b w:val="0"/>
          <w:i/>
          <w:color w:val="222B33"/>
          <w:sz w:val="21"/>
        </w:rPr>
        <w:t>Does the mist divide</w:t>
        <w:br/>
      </w:r>
      <w:r>
        <w:rPr>
          <w:b w:val="0"/>
          <w:i/>
          <w:color w:val="222B33"/>
          <w:sz w:val="21"/>
        </w:rPr>
        <w:t>the ninefold palace?</w:t>
        <w:br/>
      </w:r>
      <w:r>
        <w:rPr>
          <w:b w:val="0"/>
          <w:i/>
          <w:color w:val="222B33"/>
          <w:sz w:val="21"/>
        </w:rPr>
        <w:t>I think from afar</w:t>
        <w:br/>
      </w:r>
      <w:r>
        <w:rPr>
          <w:b w:val="0"/>
          <w:i/>
          <w:color w:val="222B33"/>
          <w:sz w:val="21"/>
        </w:rPr>
        <w:t>of the moon</w:t>
        <w:br/>
      </w:r>
      <w:r>
        <w:rPr>
          <w:b w:val="0"/>
          <w:i/>
          <w:color w:val="222B33"/>
          <w:sz w:val="21"/>
        </w:rPr>
        <w:t>above the clouds.</w:t>
      </w:r>
    </w:p>
    <w:p>
      <w:pPr>
        <w:spacing w:after="40"/>
      </w:pPr>
      <w:r>
        <w:rPr>
          <w:b w:val="0"/>
          <w:i w:val="0"/>
          <w:color w:val="222B33"/>
          <w:sz w:val="19"/>
        </w:rPr>
        <w:t>The moon is her son, the Crown Prince.</w:t>
      </w:r>
    </w:p>
    <w:p>
      <w:pPr>
        <w:spacing w:after="40"/>
      </w:pPr>
      <w:r>
        <w:rPr>
          <w:b w:val="0"/>
          <w:i w:val="0"/>
          <w:color w:val="6A6F75"/>
          <w:sz w:val="18"/>
        </w:rPr>
        <w:t xml:space="preserve">Answered by </w:t>
      </w:r>
      <w:hyperlink w:anchor="p155">
        <w:r>
          <w:rPr>
            <w:color w:val="2E5A80"/>
            <w:u w:val="single"/>
            <w:sz w:val="18"/>
          </w:rPr>
          <w:t xml:space="preserve">No. 155 (Genji)</w:t>
        </w:r>
      </w:hyperlink>
    </w:p>
    <w:p>
      <w:pPr>
        <w:keepNext/>
        <w:spacing w:after="20" w:before="200"/>
      </w:pPr>
      <w:bookmarkStart w:id="165" w:name="p155"/>
      <w:r>
        <w:rPr>
          <w:b/>
          <w:i w:val="0"/>
          <w:color w:val="222B33"/>
          <w:sz w:val="22"/>
        </w:rPr>
        <w:t>No. 155</w:t>
      </w:r>
      <w:r>
        <w:rPr>
          <w:b w:val="0"/>
          <w:i w:val="0"/>
          <w:color w:val="6A6F75"/>
          <w:sz w:val="18"/>
        </w:rPr>
        <w:t xml:space="preserve">   Genji → Fujitsubo   答 reply</w:t>
      </w:r>
      <w:bookmarkEnd w:id="165"/>
    </w:p>
    <w:p>
      <w:pPr>
        <w:keepNext/>
        <w:spacing w:after="0"/>
      </w:pPr>
      <w:r>
        <w:rPr>
          <w:rFonts w:ascii="Noto Serif CJK JP" w:hAnsi="Noto Serif CJK JP" w:eastAsia="Noto Serif CJK JP"/>
          <w:b w:val="0"/>
          <w:i w:val="0"/>
          <w:color w:val="222B33"/>
          <w:sz w:val="26"/>
        </w:rPr>
        <w:t>月影は見し世の秋に変はらぬを隔つる霧のつらくもあるかな</w:t>
      </w:r>
    </w:p>
    <w:p>
      <w:pPr>
        <w:keepNext/>
        <w:spacing w:after="60"/>
      </w:pPr>
      <w:r>
        <w:rPr>
          <w:rFonts w:ascii="Noto Serif CJK JP" w:hAnsi="Noto Serif CJK JP" w:eastAsia="Noto Serif CJK JP"/>
          <w:b w:val="0"/>
          <w:i w:val="0"/>
          <w:color w:val="6A6F75"/>
          <w:sz w:val="19"/>
        </w:rPr>
        <w:t>月影は　／　みし夜の秋に　／　かはらぬを　／　へたつる霧の　／　つらくもあるか</w:t>
      </w:r>
    </w:p>
    <w:p>
      <w:pPr>
        <w:keepNext/>
        <w:spacing w:after="60"/>
      </w:pPr>
      <w:r>
        <w:rPr>
          <w:b w:val="0"/>
          <w:i/>
          <w:color w:val="222B33"/>
          <w:sz w:val="21"/>
        </w:rPr>
        <w:t>The moonlight has not changed</w:t>
        <w:br/>
      </w:r>
      <w:r>
        <w:rPr>
          <w:b w:val="0"/>
          <w:i/>
          <w:color w:val="222B33"/>
          <w:sz w:val="21"/>
        </w:rPr>
        <w:t>from the autumns we knew,</w:t>
        <w:br/>
      </w:r>
      <w:r>
        <w:rPr>
          <w:b w:val="0"/>
          <w:i/>
          <w:color w:val="222B33"/>
          <w:sz w:val="21"/>
        </w:rPr>
        <w:t>and cruel is the mist</w:t>
        <w:br/>
      </w:r>
      <w:r>
        <w:rPr>
          <w:b w:val="0"/>
          <w:i/>
          <w:color w:val="222B33"/>
          <w:sz w:val="21"/>
        </w:rPr>
        <w:t>that comes</w:t>
        <w:br/>
      </w:r>
      <w:r>
        <w:rPr>
          <w:b w:val="0"/>
          <w:i/>
          <w:color w:val="222B33"/>
          <w:sz w:val="21"/>
        </w:rPr>
        <w:t>between.</w:t>
      </w:r>
    </w:p>
    <w:p>
      <w:pPr>
        <w:spacing w:after="40"/>
      </w:pPr>
      <w:r>
        <w:rPr>
          <w:b w:val="0"/>
          <w:i w:val="0"/>
          <w:color w:val="6A6F75"/>
          <w:sz w:val="18"/>
        </w:rPr>
        <w:t xml:space="preserve">In reply to </w:t>
      </w:r>
      <w:hyperlink w:anchor="p154">
        <w:r>
          <w:rPr>
            <w:color w:val="2E5A80"/>
            <w:u w:val="single"/>
            <w:sz w:val="18"/>
          </w:rPr>
          <w:t xml:space="preserve">No. 154 (Fujitsubo)</w:t>
        </w:r>
      </w:hyperlink>
    </w:p>
    <w:p>
      <w:pPr>
        <w:keepNext/>
        <w:spacing w:after="20" w:before="200"/>
      </w:pPr>
      <w:bookmarkStart w:id="166" w:name="p156"/>
      <w:r>
        <w:rPr>
          <w:b/>
          <w:i w:val="0"/>
          <w:color w:val="222B33"/>
          <w:sz w:val="22"/>
        </w:rPr>
        <w:t>No. 156</w:t>
      </w:r>
      <w:r>
        <w:rPr>
          <w:b w:val="0"/>
          <w:i w:val="0"/>
          <w:color w:val="6A6F75"/>
          <w:sz w:val="18"/>
        </w:rPr>
        <w:t xml:space="preserve">   Oborozukiyo → Genji   贈 sent</w:t>
      </w:r>
      <w:bookmarkEnd w:id="166"/>
    </w:p>
    <w:p>
      <w:pPr>
        <w:keepNext/>
        <w:spacing w:after="40"/>
      </w:pPr>
      <w:r>
        <w:rPr>
          <w:b/>
          <w:i w:val="0"/>
          <w:color w:val="6A6F75"/>
          <w:sz w:val="18"/>
        </w:rPr>
        <w:t xml:space="preserve">Context. </w:t>
      </w:r>
      <w:r>
        <w:rPr>
          <w:b w:val="0"/>
          <w:i w:val="0"/>
          <w:color w:val="6A6F75"/>
          <w:sz w:val="19"/>
        </w:rPr>
        <w:t>Oborozukiyo writes to Genji in winter; the affair continues dangerously.</w:t>
      </w:r>
    </w:p>
    <w:p>
      <w:pPr>
        <w:keepNext/>
        <w:spacing w:after="0"/>
      </w:pPr>
      <w:r>
        <w:rPr>
          <w:rFonts w:ascii="Noto Serif CJK JP" w:hAnsi="Noto Serif CJK JP" w:eastAsia="Noto Serif CJK JP"/>
          <w:b w:val="0"/>
          <w:i w:val="0"/>
          <w:color w:val="222B33"/>
          <w:sz w:val="26"/>
        </w:rPr>
        <w:t>木枯の吹くにつけつつ待ちし間におぼつかなさのころも経にけり</w:t>
      </w:r>
    </w:p>
    <w:p>
      <w:pPr>
        <w:keepNext/>
        <w:spacing w:after="60"/>
      </w:pPr>
      <w:r>
        <w:rPr>
          <w:rFonts w:ascii="Noto Serif CJK JP" w:hAnsi="Noto Serif CJK JP" w:eastAsia="Noto Serif CJK JP"/>
          <w:b w:val="0"/>
          <w:i w:val="0"/>
          <w:color w:val="6A6F75"/>
          <w:sz w:val="19"/>
        </w:rPr>
        <w:t>木からしの　／　ふくにつけつつ　／　まちしまに　／　おほつかなさの　／　ころもへにけり</w:t>
      </w:r>
    </w:p>
    <w:p>
      <w:pPr>
        <w:keepNext/>
        <w:spacing w:after="60"/>
      </w:pPr>
      <w:r>
        <w:rPr>
          <w:b w:val="0"/>
          <w:i/>
          <w:color w:val="222B33"/>
          <w:sz w:val="21"/>
        </w:rPr>
        <w:t>While I waited,</w:t>
        <w:br/>
      </w:r>
      <w:r>
        <w:rPr>
          <w:b w:val="0"/>
          <w:i/>
          <w:color w:val="222B33"/>
          <w:sz w:val="21"/>
        </w:rPr>
        <w:t>with each blowing of the wintry wind,</w:t>
        <w:br/>
      </w:r>
      <w:r>
        <w:rPr>
          <w:b w:val="0"/>
          <w:i/>
          <w:color w:val="222B33"/>
          <w:sz w:val="21"/>
        </w:rPr>
        <w:t>the time of uncertainty</w:t>
        <w:br/>
      </w:r>
      <w:r>
        <w:rPr>
          <w:b w:val="0"/>
          <w:i/>
          <w:color w:val="222B33"/>
          <w:sz w:val="21"/>
        </w:rPr>
        <w:t>has gone by</w:t>
        <w:br/>
      </w:r>
      <w:r>
        <w:rPr>
          <w:b w:val="0"/>
          <w:i/>
          <w:color w:val="222B33"/>
          <w:sz w:val="21"/>
        </w:rPr>
        <w:t>in disquiet.</w:t>
      </w:r>
    </w:p>
    <w:p>
      <w:pPr>
        <w:spacing w:after="40"/>
      </w:pPr>
      <w:r>
        <w:rPr>
          <w:b w:val="0"/>
          <w:i w:val="0"/>
          <w:color w:val="6A6F75"/>
          <w:sz w:val="18"/>
        </w:rPr>
        <w:t xml:space="preserve">Answered by </w:t>
      </w:r>
      <w:hyperlink w:anchor="p157">
        <w:r>
          <w:rPr>
            <w:color w:val="2E5A80"/>
            <w:u w:val="single"/>
            <w:sz w:val="18"/>
          </w:rPr>
          <w:t xml:space="preserve">No. 157 (Genji)</w:t>
        </w:r>
      </w:hyperlink>
    </w:p>
    <w:p>
      <w:pPr>
        <w:keepNext/>
        <w:spacing w:after="20" w:before="200"/>
      </w:pPr>
      <w:bookmarkStart w:id="167" w:name="p157"/>
      <w:r>
        <w:rPr>
          <w:b/>
          <w:i w:val="0"/>
          <w:color w:val="222B33"/>
          <w:sz w:val="22"/>
        </w:rPr>
        <w:t>No. 157</w:t>
      </w:r>
      <w:r>
        <w:rPr>
          <w:b w:val="0"/>
          <w:i w:val="0"/>
          <w:color w:val="6A6F75"/>
          <w:sz w:val="18"/>
        </w:rPr>
        <w:t xml:space="preserve">   Genji → Oborozukiyo   答 reply</w:t>
      </w:r>
      <w:bookmarkEnd w:id="167"/>
    </w:p>
    <w:p>
      <w:pPr>
        <w:keepNext/>
        <w:spacing w:after="0"/>
      </w:pPr>
      <w:r>
        <w:rPr>
          <w:rFonts w:ascii="Noto Serif CJK JP" w:hAnsi="Noto Serif CJK JP" w:eastAsia="Noto Serif CJK JP"/>
          <w:b w:val="0"/>
          <w:i w:val="0"/>
          <w:color w:val="222B33"/>
          <w:sz w:val="26"/>
        </w:rPr>
        <w:t>あひ見ずてしのぶるころの涙をもなべての空の時雨とや見る</w:t>
      </w:r>
    </w:p>
    <w:p>
      <w:pPr>
        <w:keepNext/>
        <w:spacing w:after="60"/>
      </w:pPr>
      <w:r>
        <w:rPr>
          <w:rFonts w:ascii="Noto Serif CJK JP" w:hAnsi="Noto Serif CJK JP" w:eastAsia="Noto Serif CJK JP"/>
          <w:b w:val="0"/>
          <w:i w:val="0"/>
          <w:color w:val="6A6F75"/>
          <w:sz w:val="19"/>
        </w:rPr>
        <w:t>あひみすて　／　しのふるころの　／　なみたをも　／　なへてのそらの　／　しくれとやみる</w:t>
      </w:r>
    </w:p>
    <w:p>
      <w:pPr>
        <w:keepNext/>
        <w:spacing w:after="60"/>
      </w:pPr>
      <w:r>
        <w:rPr>
          <w:b w:val="0"/>
          <w:i/>
          <w:color w:val="222B33"/>
          <w:sz w:val="21"/>
        </w:rPr>
        <w:t>Do you take my tears</w:t>
        <w:br/>
      </w:r>
      <w:r>
        <w:rPr>
          <w:b w:val="0"/>
          <w:i/>
          <w:color w:val="222B33"/>
          <w:sz w:val="21"/>
        </w:rPr>
        <w:t>in these days we cannot meet</w:t>
        <w:br/>
      </w:r>
      <w:r>
        <w:rPr>
          <w:b w:val="0"/>
          <w:i/>
          <w:color w:val="222B33"/>
          <w:sz w:val="21"/>
        </w:rPr>
        <w:t>for no more than the showers</w:t>
        <w:br/>
      </w:r>
      <w:r>
        <w:rPr>
          <w:b w:val="0"/>
          <w:i/>
          <w:color w:val="222B33"/>
          <w:sz w:val="21"/>
        </w:rPr>
        <w:t>of an ordinary</w:t>
        <w:br/>
      </w:r>
      <w:r>
        <w:rPr>
          <w:b w:val="0"/>
          <w:i/>
          <w:color w:val="222B33"/>
          <w:sz w:val="21"/>
        </w:rPr>
        <w:t>sky?</w:t>
      </w:r>
    </w:p>
    <w:p>
      <w:pPr>
        <w:spacing w:after="40"/>
      </w:pPr>
      <w:r>
        <w:rPr>
          <w:b w:val="0"/>
          <w:i w:val="0"/>
          <w:color w:val="6A6F75"/>
          <w:sz w:val="18"/>
        </w:rPr>
        <w:t xml:space="preserve">In reply to </w:t>
      </w:r>
      <w:hyperlink w:anchor="p156">
        <w:r>
          <w:rPr>
            <w:color w:val="2E5A80"/>
            <w:u w:val="single"/>
            <w:sz w:val="18"/>
          </w:rPr>
          <w:t xml:space="preserve">No. 156 (Oborozukiyo)</w:t>
        </w:r>
      </w:hyperlink>
    </w:p>
    <w:p>
      <w:pPr>
        <w:keepNext/>
        <w:spacing w:after="20" w:before="200"/>
      </w:pPr>
      <w:bookmarkStart w:id="168" w:name="p158"/>
      <w:r>
        <w:rPr>
          <w:b/>
          <w:i w:val="0"/>
          <w:color w:val="222B33"/>
          <w:sz w:val="22"/>
        </w:rPr>
        <w:t>No. 158</w:t>
      </w:r>
      <w:r>
        <w:rPr>
          <w:b w:val="0"/>
          <w:i w:val="0"/>
          <w:color w:val="6A6F75"/>
          <w:sz w:val="18"/>
        </w:rPr>
        <w:t xml:space="preserve">   Genji → Fujitsubo   贈 sent</w:t>
      </w:r>
      <w:bookmarkEnd w:id="168"/>
    </w:p>
    <w:p>
      <w:pPr>
        <w:keepNext/>
        <w:spacing w:after="40"/>
      </w:pPr>
      <w:r>
        <w:rPr>
          <w:b/>
          <w:i w:val="0"/>
          <w:color w:val="6A6F75"/>
          <w:sz w:val="18"/>
        </w:rPr>
        <w:t xml:space="preserve">Context. </w:t>
      </w:r>
      <w:r>
        <w:rPr>
          <w:b w:val="0"/>
          <w:i w:val="0"/>
          <w:color w:val="6A6F75"/>
          <w:sz w:val="19"/>
        </w:rPr>
        <w:t>On the anniversary of the old Emperor’s death; Genji and Fujitsubo mourn together.</w:t>
      </w:r>
    </w:p>
    <w:p>
      <w:pPr>
        <w:keepNext/>
        <w:spacing w:after="0"/>
      </w:pPr>
      <w:r>
        <w:rPr>
          <w:rFonts w:ascii="Noto Serif CJK JP" w:hAnsi="Noto Serif CJK JP" w:eastAsia="Noto Serif CJK JP"/>
          <w:b w:val="0"/>
          <w:i w:val="0"/>
          <w:color w:val="222B33"/>
          <w:sz w:val="26"/>
        </w:rPr>
        <w:t>別れにし今日は来れども見し人に行き逢ふほどをいつと頼まむ</w:t>
      </w:r>
    </w:p>
    <w:p>
      <w:pPr>
        <w:keepNext/>
        <w:spacing w:after="60"/>
      </w:pPr>
      <w:r>
        <w:rPr>
          <w:rFonts w:ascii="Noto Serif CJK JP" w:hAnsi="Noto Serif CJK JP" w:eastAsia="Noto Serif CJK JP"/>
          <w:b w:val="0"/>
          <w:i w:val="0"/>
          <w:color w:val="6A6F75"/>
          <w:sz w:val="19"/>
        </w:rPr>
        <w:t>別にし　／　けふはくれとも　／　みし人に　／　ゆきあふほとを　／　いつとたのまん</w:t>
      </w:r>
    </w:p>
    <w:p>
      <w:pPr>
        <w:keepNext/>
        <w:spacing w:after="60"/>
      </w:pPr>
      <w:r>
        <w:rPr>
          <w:b w:val="0"/>
          <w:i/>
          <w:color w:val="222B33"/>
          <w:sz w:val="21"/>
        </w:rPr>
        <w:t>The day of parting</w:t>
        <w:br/>
      </w:r>
      <w:r>
        <w:rPr>
          <w:b w:val="0"/>
          <w:i/>
          <w:color w:val="222B33"/>
          <w:sz w:val="21"/>
        </w:rPr>
        <w:t>has come round, but when</w:t>
        <w:br/>
      </w:r>
      <w:r>
        <w:rPr>
          <w:b w:val="0"/>
          <w:i/>
          <w:color w:val="222B33"/>
          <w:sz w:val="21"/>
        </w:rPr>
        <w:t>may I hope to meet</w:t>
        <w:br/>
      </w:r>
      <w:r>
        <w:rPr>
          <w:b w:val="0"/>
          <w:i/>
          <w:color w:val="222B33"/>
          <w:sz w:val="21"/>
        </w:rPr>
        <w:t>again</w:t>
        <w:br/>
      </w:r>
      <w:r>
        <w:rPr>
          <w:b w:val="0"/>
          <w:i/>
          <w:color w:val="222B33"/>
          <w:sz w:val="21"/>
        </w:rPr>
        <w:t>the one I knew?</w:t>
      </w:r>
    </w:p>
    <w:p>
      <w:pPr>
        <w:spacing w:after="40"/>
      </w:pPr>
      <w:r>
        <w:rPr>
          <w:b w:val="0"/>
          <w:i w:val="0"/>
          <w:color w:val="222B33"/>
          <w:sz w:val="19"/>
        </w:rPr>
        <w:t>The anniversary of the Kiritsubo Emperor’s death.</w:t>
      </w:r>
    </w:p>
    <w:p>
      <w:pPr>
        <w:spacing w:after="40"/>
      </w:pPr>
      <w:r>
        <w:rPr>
          <w:b w:val="0"/>
          <w:i w:val="0"/>
          <w:color w:val="6A6F75"/>
          <w:sz w:val="18"/>
        </w:rPr>
        <w:t xml:space="preserve">Answered by </w:t>
      </w:r>
      <w:hyperlink w:anchor="p159">
        <w:r>
          <w:rPr>
            <w:color w:val="2E5A80"/>
            <w:u w:val="single"/>
            <w:sz w:val="18"/>
          </w:rPr>
          <w:t xml:space="preserve">No. 159 (Fujitsubo)</w:t>
        </w:r>
      </w:hyperlink>
    </w:p>
    <w:p>
      <w:pPr>
        <w:keepNext/>
        <w:spacing w:after="20" w:before="200"/>
      </w:pPr>
      <w:bookmarkStart w:id="169" w:name="p159"/>
      <w:r>
        <w:rPr>
          <w:b/>
          <w:i w:val="0"/>
          <w:color w:val="222B33"/>
          <w:sz w:val="22"/>
        </w:rPr>
        <w:t>No. 159</w:t>
      </w:r>
      <w:r>
        <w:rPr>
          <w:b w:val="0"/>
          <w:i w:val="0"/>
          <w:color w:val="6A6F75"/>
          <w:sz w:val="18"/>
        </w:rPr>
        <w:t xml:space="preserve">   Fujitsubo → Genji   答 reply</w:t>
      </w:r>
      <w:bookmarkEnd w:id="169"/>
    </w:p>
    <w:p>
      <w:pPr>
        <w:keepNext/>
        <w:spacing w:after="0"/>
      </w:pPr>
      <w:r>
        <w:rPr>
          <w:rFonts w:ascii="Noto Serif CJK JP" w:hAnsi="Noto Serif CJK JP" w:eastAsia="Noto Serif CJK JP"/>
          <w:b w:val="0"/>
          <w:i w:val="0"/>
          <w:color w:val="222B33"/>
          <w:sz w:val="26"/>
        </w:rPr>
        <w:t>ながらふるほどは憂けれど行きめぐり今日はその世に逢ふ心地して</w:t>
      </w:r>
    </w:p>
    <w:p>
      <w:pPr>
        <w:keepNext/>
        <w:spacing w:after="60"/>
      </w:pPr>
      <w:r>
        <w:rPr>
          <w:rFonts w:ascii="Noto Serif CJK JP" w:hAnsi="Noto Serif CJK JP" w:eastAsia="Noto Serif CJK JP"/>
          <w:b w:val="0"/>
          <w:i w:val="0"/>
          <w:color w:val="6A6F75"/>
          <w:sz w:val="19"/>
        </w:rPr>
        <w:t>なからふる　／　ほとはうけれと　／　ゆきめくり　／　けふはその世に　／　あふ心ちして</w:t>
      </w:r>
    </w:p>
    <w:p>
      <w:pPr>
        <w:keepNext/>
        <w:spacing w:after="60"/>
      </w:pPr>
      <w:r>
        <w:rPr>
          <w:b w:val="0"/>
          <w:i/>
          <w:color w:val="222B33"/>
          <w:sz w:val="21"/>
        </w:rPr>
        <w:t>Living on is bitter,</w:t>
        <w:br/>
      </w:r>
      <w:r>
        <w:rPr>
          <w:b w:val="0"/>
          <w:i/>
          <w:color w:val="222B33"/>
          <w:sz w:val="21"/>
        </w:rPr>
        <w:t>but the year come round today</w:t>
        <w:br/>
      </w:r>
      <w:r>
        <w:rPr>
          <w:b w:val="0"/>
          <w:i/>
          <w:color w:val="222B33"/>
          <w:sz w:val="21"/>
        </w:rPr>
        <w:t>I feel I meet</w:t>
        <w:br/>
      </w:r>
      <w:r>
        <w:rPr>
          <w:b w:val="0"/>
          <w:i/>
          <w:color w:val="222B33"/>
          <w:sz w:val="21"/>
        </w:rPr>
        <w:t>that time</w:t>
        <w:br/>
      </w:r>
      <w:r>
        <w:rPr>
          <w:b w:val="0"/>
          <w:i/>
          <w:color w:val="222B33"/>
          <w:sz w:val="21"/>
        </w:rPr>
        <w:t>again.</w:t>
      </w:r>
    </w:p>
    <w:p>
      <w:pPr>
        <w:spacing w:after="40"/>
      </w:pPr>
      <w:r>
        <w:rPr>
          <w:b w:val="0"/>
          <w:i w:val="0"/>
          <w:color w:val="6A6F75"/>
          <w:sz w:val="18"/>
        </w:rPr>
        <w:t xml:space="preserve">In reply to </w:t>
      </w:r>
      <w:hyperlink w:anchor="p158">
        <w:r>
          <w:rPr>
            <w:color w:val="2E5A80"/>
            <w:u w:val="single"/>
            <w:sz w:val="18"/>
          </w:rPr>
          <w:t xml:space="preserve">No. 158 (Genji)</w:t>
        </w:r>
      </w:hyperlink>
    </w:p>
    <w:p>
      <w:pPr>
        <w:keepNext/>
        <w:spacing w:after="20" w:before="200"/>
      </w:pPr>
      <w:bookmarkStart w:id="170" w:name="p160"/>
      <w:r>
        <w:rPr>
          <w:b/>
          <w:i w:val="0"/>
          <w:color w:val="222B33"/>
          <w:sz w:val="22"/>
        </w:rPr>
        <w:t>No. 160</w:t>
      </w:r>
      <w:r>
        <w:rPr>
          <w:b w:val="0"/>
          <w:i w:val="0"/>
          <w:color w:val="6A6F75"/>
          <w:sz w:val="18"/>
        </w:rPr>
        <w:t xml:space="preserve">   Genji → Fujitsubo   贈 sent</w:t>
      </w:r>
      <w:bookmarkEnd w:id="170"/>
    </w:p>
    <w:p>
      <w:pPr>
        <w:keepNext/>
        <w:spacing w:after="40"/>
      </w:pPr>
      <w:r>
        <w:rPr>
          <w:b/>
          <w:i w:val="0"/>
          <w:color w:val="6A6F75"/>
          <w:sz w:val="18"/>
        </w:rPr>
        <w:t xml:space="preserve">Context. </w:t>
      </w:r>
      <w:r>
        <w:rPr>
          <w:b w:val="0"/>
          <w:i w:val="0"/>
          <w:color w:val="6A6F75"/>
          <w:sz w:val="19"/>
        </w:rPr>
        <w:t>Fujitsubo takes vows; Genji mourns that she has gone beyond him.</w:t>
      </w:r>
    </w:p>
    <w:p>
      <w:pPr>
        <w:keepNext/>
        <w:spacing w:after="0"/>
      </w:pPr>
      <w:r>
        <w:rPr>
          <w:rFonts w:ascii="Noto Serif CJK JP" w:hAnsi="Noto Serif CJK JP" w:eastAsia="Noto Serif CJK JP"/>
          <w:b w:val="0"/>
          <w:i w:val="0"/>
          <w:color w:val="222B33"/>
          <w:sz w:val="26"/>
        </w:rPr>
        <w:t>月のすむ雲居をかけて慕ふともこの世の闇になほや惑はむ</w:t>
      </w:r>
    </w:p>
    <w:p>
      <w:pPr>
        <w:keepNext/>
        <w:spacing w:after="60"/>
      </w:pPr>
      <w:r>
        <w:rPr>
          <w:rFonts w:ascii="Noto Serif CJK JP" w:hAnsi="Noto Serif CJK JP" w:eastAsia="Noto Serif CJK JP"/>
          <w:b w:val="0"/>
          <w:i w:val="0"/>
          <w:color w:val="6A6F75"/>
          <w:sz w:val="19"/>
        </w:rPr>
        <w:t>月のすむ　／　雲井をかけて　／　したふとも　／　この世のやみに　／　猶やまとはむ</w:t>
      </w:r>
    </w:p>
    <w:p>
      <w:pPr>
        <w:keepNext/>
        <w:spacing w:after="60"/>
      </w:pPr>
      <w:r>
        <w:rPr>
          <w:b w:val="0"/>
          <w:i/>
          <w:color w:val="222B33"/>
          <w:sz w:val="21"/>
        </w:rPr>
        <w:t>Though I long to follow you</w:t>
        <w:br/>
      </w:r>
      <w:r>
        <w:rPr>
          <w:b w:val="0"/>
          <w:i/>
          <w:color w:val="222B33"/>
          <w:sz w:val="21"/>
        </w:rPr>
        <w:t>toward the heavens where the moon is clear,</w:t>
        <w:br/>
      </w:r>
      <w:r>
        <w:rPr>
          <w:b w:val="0"/>
          <w:i/>
          <w:color w:val="222B33"/>
          <w:sz w:val="21"/>
        </w:rPr>
        <w:t>will I still wander</w:t>
        <w:br/>
      </w:r>
      <w:r>
        <w:rPr>
          <w:b w:val="0"/>
          <w:i/>
          <w:color w:val="222B33"/>
          <w:sz w:val="21"/>
        </w:rPr>
        <w:t>in the darkness</w:t>
        <w:br/>
      </w:r>
      <w:r>
        <w:rPr>
          <w:b w:val="0"/>
          <w:i/>
          <w:color w:val="222B33"/>
          <w:sz w:val="21"/>
        </w:rPr>
        <w:t>of this world?</w:t>
      </w:r>
    </w:p>
    <w:p>
      <w:pPr>
        <w:spacing w:after="40"/>
      </w:pPr>
      <w:r>
        <w:rPr>
          <w:b w:val="0"/>
          <w:i w:val="0"/>
          <w:color w:val="222B33"/>
          <w:sz w:val="19"/>
        </w:rPr>
        <w:t>Fujitsubo has taken the tonsure.</w:t>
      </w:r>
    </w:p>
    <w:p>
      <w:pPr>
        <w:spacing w:after="40"/>
      </w:pPr>
      <w:r>
        <w:rPr>
          <w:b w:val="0"/>
          <w:i w:val="0"/>
          <w:color w:val="6A6F75"/>
          <w:sz w:val="18"/>
        </w:rPr>
        <w:t xml:space="preserve">Answered by </w:t>
      </w:r>
      <w:hyperlink w:anchor="p161">
        <w:r>
          <w:rPr>
            <w:color w:val="2E5A80"/>
            <w:u w:val="single"/>
            <w:sz w:val="18"/>
          </w:rPr>
          <w:t xml:space="preserve">No. 161 (Fujitsubo)</w:t>
        </w:r>
      </w:hyperlink>
    </w:p>
    <w:p>
      <w:pPr>
        <w:keepNext/>
        <w:spacing w:after="20" w:before="200"/>
      </w:pPr>
      <w:bookmarkStart w:id="171" w:name="p161"/>
      <w:r>
        <w:rPr>
          <w:b/>
          <w:i w:val="0"/>
          <w:color w:val="222B33"/>
          <w:sz w:val="22"/>
        </w:rPr>
        <w:t>No. 161</w:t>
      </w:r>
      <w:r>
        <w:rPr>
          <w:b w:val="0"/>
          <w:i w:val="0"/>
          <w:color w:val="6A6F75"/>
          <w:sz w:val="18"/>
        </w:rPr>
        <w:t xml:space="preserve">   Fujitsubo → Genji   答 reply</w:t>
      </w:r>
      <w:bookmarkEnd w:id="171"/>
    </w:p>
    <w:p>
      <w:pPr>
        <w:keepNext/>
        <w:spacing w:after="0"/>
      </w:pPr>
      <w:r>
        <w:rPr>
          <w:rFonts w:ascii="Noto Serif CJK JP" w:hAnsi="Noto Serif CJK JP" w:eastAsia="Noto Serif CJK JP"/>
          <w:b w:val="0"/>
          <w:i w:val="0"/>
          <w:color w:val="222B33"/>
          <w:sz w:val="26"/>
        </w:rPr>
        <w:t>おほふかたの憂きにつけては厭へどもいつかこの世を背き果つべき</w:t>
      </w:r>
    </w:p>
    <w:p>
      <w:pPr>
        <w:keepNext/>
        <w:spacing w:after="60"/>
      </w:pPr>
      <w:r>
        <w:rPr>
          <w:rFonts w:ascii="Noto Serif CJK JP" w:hAnsi="Noto Serif CJK JP" w:eastAsia="Noto Serif CJK JP"/>
          <w:b w:val="0"/>
          <w:i w:val="0"/>
          <w:color w:val="6A6F75"/>
          <w:sz w:val="19"/>
        </w:rPr>
        <w:t>おほふかたの　／　うきにつけては　／　いとへとも　／　いつかこの世を　／　そむきはつへき</w:t>
      </w:r>
    </w:p>
    <w:p>
      <w:pPr>
        <w:keepNext/>
        <w:spacing w:after="60"/>
      </w:pPr>
      <w:r>
        <w:rPr>
          <w:b w:val="0"/>
          <w:i/>
          <w:color w:val="222B33"/>
          <w:sz w:val="21"/>
        </w:rPr>
        <w:t>For the world’s common sorrows</w:t>
        <w:br/>
      </w:r>
      <w:r>
        <w:rPr>
          <w:b w:val="0"/>
          <w:i/>
          <w:color w:val="222B33"/>
          <w:sz w:val="21"/>
        </w:rPr>
        <w:t>I turn from it,</w:t>
        <w:br/>
      </w:r>
      <w:r>
        <w:rPr>
          <w:b w:val="0"/>
          <w:i/>
          <w:color w:val="222B33"/>
          <w:sz w:val="21"/>
        </w:rPr>
        <w:t>but when shall I</w:t>
        <w:br/>
      </w:r>
      <w:r>
        <w:rPr>
          <w:b w:val="0"/>
          <w:i/>
          <w:color w:val="222B33"/>
          <w:sz w:val="21"/>
        </w:rPr>
        <w:t>have truly</w:t>
        <w:br/>
      </w:r>
      <w:r>
        <w:rPr>
          <w:b w:val="0"/>
          <w:i/>
          <w:color w:val="222B33"/>
          <w:sz w:val="21"/>
        </w:rPr>
        <w:t>renounced it?</w:t>
      </w:r>
    </w:p>
    <w:p>
      <w:pPr>
        <w:spacing w:after="40"/>
      </w:pPr>
      <w:r>
        <w:rPr>
          <w:b w:val="0"/>
          <w:i w:val="0"/>
          <w:color w:val="6A6F75"/>
          <w:sz w:val="18"/>
        </w:rPr>
        <w:t xml:space="preserve">In reply to </w:t>
      </w:r>
      <w:hyperlink w:anchor="p160">
        <w:r>
          <w:rPr>
            <w:color w:val="2E5A80"/>
            <w:u w:val="single"/>
            <w:sz w:val="18"/>
          </w:rPr>
          <w:t xml:space="preserve">No. 160 (Genji)</w:t>
        </w:r>
      </w:hyperlink>
    </w:p>
    <w:p>
      <w:pPr>
        <w:keepNext/>
        <w:spacing w:after="20" w:before="200"/>
      </w:pPr>
      <w:bookmarkStart w:id="172" w:name="p162"/>
      <w:r>
        <w:rPr>
          <w:b/>
          <w:i w:val="0"/>
          <w:color w:val="222B33"/>
          <w:sz w:val="22"/>
        </w:rPr>
        <w:t>No. 162</w:t>
      </w:r>
      <w:r>
        <w:rPr>
          <w:b w:val="0"/>
          <w:i w:val="0"/>
          <w:color w:val="6A6F75"/>
          <w:sz w:val="18"/>
        </w:rPr>
        <w:t xml:space="preserve">   Genji → Fujitsubo   贈 sent</w:t>
      </w:r>
      <w:bookmarkEnd w:id="172"/>
    </w:p>
    <w:p>
      <w:pPr>
        <w:keepNext/>
        <w:spacing w:after="40"/>
      </w:pPr>
      <w:r>
        <w:rPr>
          <w:b/>
          <w:i w:val="0"/>
          <w:color w:val="6A6F75"/>
          <w:sz w:val="18"/>
        </w:rPr>
        <w:t xml:space="preserve">Context. </w:t>
      </w:r>
      <w:r>
        <w:rPr>
          <w:b w:val="0"/>
          <w:i w:val="0"/>
          <w:color w:val="6A6F75"/>
          <w:sz w:val="19"/>
        </w:rPr>
        <w:t>Genji visits the nun Fujitsubo; Ama, fisher and nun.</w:t>
      </w:r>
    </w:p>
    <w:p>
      <w:pPr>
        <w:keepNext/>
        <w:spacing w:after="0"/>
      </w:pPr>
      <w:r>
        <w:rPr>
          <w:rFonts w:ascii="Noto Serif CJK JP" w:hAnsi="Noto Serif CJK JP" w:eastAsia="Noto Serif CJK JP"/>
          <w:b w:val="0"/>
          <w:i w:val="0"/>
          <w:color w:val="222B33"/>
          <w:sz w:val="26"/>
        </w:rPr>
        <w:t>ながめかる海人のすみかと見るからにまづしほたるる松が浦島</w:t>
      </w:r>
    </w:p>
    <w:p>
      <w:pPr>
        <w:keepNext/>
        <w:spacing w:after="60"/>
      </w:pPr>
      <w:r>
        <w:rPr>
          <w:rFonts w:ascii="Noto Serif CJK JP" w:hAnsi="Noto Serif CJK JP" w:eastAsia="Noto Serif CJK JP"/>
          <w:b w:val="0"/>
          <w:i w:val="0"/>
          <w:color w:val="6A6F75"/>
          <w:sz w:val="19"/>
        </w:rPr>
        <w:t>なかめかる　／　あまのすみかと　／　みるからに　／　まつしほたるゝ　／　まつかうら島</w:t>
      </w:r>
    </w:p>
    <w:p>
      <w:pPr>
        <w:keepNext/>
        <w:spacing w:after="60"/>
      </w:pPr>
      <w:r>
        <w:rPr>
          <w:b w:val="0"/>
          <w:i/>
          <w:color w:val="222B33"/>
          <w:sz w:val="21"/>
        </w:rPr>
        <w:t>Seeing it as the dwelling</w:t>
        <w:br/>
      </w:r>
      <w:r>
        <w:rPr>
          <w:b w:val="0"/>
          <w:i/>
          <w:color w:val="222B33"/>
          <w:sz w:val="21"/>
        </w:rPr>
        <w:t>of the nun who gazes and gathers weed,</w:t>
        <w:br/>
      </w:r>
      <w:r>
        <w:rPr>
          <w:b w:val="0"/>
          <w:i/>
          <w:color w:val="222B33"/>
          <w:sz w:val="21"/>
        </w:rPr>
        <w:t>my sleeves drip first</w:t>
        <w:br/>
      </w:r>
      <w:r>
        <w:rPr>
          <w:b w:val="0"/>
          <w:i/>
          <w:color w:val="222B33"/>
          <w:sz w:val="21"/>
        </w:rPr>
        <w:t>at Pine Bay</w:t>
        <w:br/>
      </w:r>
      <w:r>
        <w:rPr>
          <w:b w:val="0"/>
          <w:i/>
          <w:color w:val="222B33"/>
          <w:sz w:val="21"/>
        </w:rPr>
        <w:t>Isle.</w:t>
      </w:r>
    </w:p>
    <w:p>
      <w:pPr>
        <w:spacing w:after="40"/>
      </w:pPr>
      <w:r>
        <w:rPr>
          <w:b w:val="0"/>
          <w:i w:val="0"/>
          <w:color w:val="222B33"/>
          <w:sz w:val="19"/>
        </w:rPr>
        <w:t>Ama is both “fisher” and “nun.”</w:t>
      </w:r>
    </w:p>
    <w:p>
      <w:pPr>
        <w:spacing w:after="40"/>
      </w:pPr>
      <w:r>
        <w:rPr>
          <w:b w:val="0"/>
          <w:i w:val="0"/>
          <w:color w:val="6A6F75"/>
          <w:sz w:val="18"/>
        </w:rPr>
        <w:t xml:space="preserve">Answered by </w:t>
      </w:r>
      <w:hyperlink w:anchor="p163">
        <w:r>
          <w:rPr>
            <w:color w:val="2E5A80"/>
            <w:u w:val="single"/>
            <w:sz w:val="18"/>
          </w:rPr>
          <w:t xml:space="preserve">No. 163 (Fujitsubo)</w:t>
        </w:r>
      </w:hyperlink>
    </w:p>
    <w:p>
      <w:pPr>
        <w:keepNext/>
        <w:spacing w:after="20" w:before="200"/>
      </w:pPr>
      <w:bookmarkStart w:id="173" w:name="p163"/>
      <w:r>
        <w:rPr>
          <w:b/>
          <w:i w:val="0"/>
          <w:color w:val="222B33"/>
          <w:sz w:val="22"/>
        </w:rPr>
        <w:t>No. 163</w:t>
      </w:r>
      <w:r>
        <w:rPr>
          <w:b w:val="0"/>
          <w:i w:val="0"/>
          <w:color w:val="6A6F75"/>
          <w:sz w:val="18"/>
        </w:rPr>
        <w:t xml:space="preserve">   Fujitsubo → Genji   答 reply</w:t>
      </w:r>
      <w:bookmarkEnd w:id="173"/>
    </w:p>
    <w:p>
      <w:pPr>
        <w:keepNext/>
        <w:spacing w:after="0"/>
      </w:pPr>
      <w:r>
        <w:rPr>
          <w:rFonts w:ascii="Noto Serif CJK JP" w:hAnsi="Noto Serif CJK JP" w:eastAsia="Noto Serif CJK JP"/>
          <w:b w:val="0"/>
          <w:i w:val="0"/>
          <w:color w:val="222B33"/>
          <w:sz w:val="26"/>
        </w:rPr>
        <w:t>ありし世のなごりだになき浦島に立ち寄る波のめづらしきかな</w:t>
      </w:r>
    </w:p>
    <w:p>
      <w:pPr>
        <w:keepNext/>
        <w:spacing w:after="60"/>
      </w:pPr>
      <w:r>
        <w:rPr>
          <w:rFonts w:ascii="Noto Serif CJK JP" w:hAnsi="Noto Serif CJK JP" w:eastAsia="Noto Serif CJK JP"/>
          <w:b w:val="0"/>
          <w:i w:val="0"/>
          <w:color w:val="6A6F75"/>
          <w:sz w:val="19"/>
        </w:rPr>
        <w:t>ありし世の　／　なこりたになき　／　うらしまに　／　たちよる浪の　／　めつらしきかな</w:t>
      </w:r>
    </w:p>
    <w:p>
      <w:pPr>
        <w:keepNext/>
        <w:spacing w:after="60"/>
      </w:pPr>
      <w:r>
        <w:rPr>
          <w:b w:val="0"/>
          <w:i/>
          <w:color w:val="222B33"/>
          <w:sz w:val="21"/>
        </w:rPr>
        <w:t>At this island shore</w:t>
        <w:br/>
      </w:r>
      <w:r>
        <w:rPr>
          <w:b w:val="0"/>
          <w:i/>
          <w:color w:val="222B33"/>
          <w:sz w:val="21"/>
        </w:rPr>
        <w:t>where no trace is left</w:t>
        <w:br/>
      </w:r>
      <w:r>
        <w:rPr>
          <w:b w:val="0"/>
          <w:i/>
          <w:color w:val="222B33"/>
          <w:sz w:val="21"/>
        </w:rPr>
        <w:t>of the world that was,</w:t>
        <w:br/>
      </w:r>
      <w:r>
        <w:rPr>
          <w:b w:val="0"/>
          <w:i/>
          <w:color w:val="222B33"/>
          <w:sz w:val="21"/>
        </w:rPr>
        <w:t>how rare, the wave</w:t>
        <w:br/>
      </w:r>
      <w:r>
        <w:rPr>
          <w:b w:val="0"/>
          <w:i/>
          <w:color w:val="222B33"/>
          <w:sz w:val="21"/>
        </w:rPr>
        <w:t>that comes to visit.</w:t>
      </w:r>
    </w:p>
    <w:p>
      <w:pPr>
        <w:spacing w:after="40"/>
      </w:pPr>
      <w:r>
        <w:rPr>
          <w:b w:val="0"/>
          <w:i w:val="0"/>
          <w:color w:val="6A6F75"/>
          <w:sz w:val="18"/>
        </w:rPr>
        <w:t xml:space="preserve">In reply to </w:t>
      </w:r>
      <w:hyperlink w:anchor="p162">
        <w:r>
          <w:rPr>
            <w:color w:val="2E5A80"/>
            <w:u w:val="single"/>
            <w:sz w:val="18"/>
          </w:rPr>
          <w:t xml:space="preserve">No. 162 (Genji)</w:t>
        </w:r>
      </w:hyperlink>
    </w:p>
    <w:p>
      <w:pPr>
        <w:keepNext/>
        <w:spacing w:after="20" w:before="200"/>
      </w:pPr>
      <w:bookmarkStart w:id="174" w:name="p164"/>
      <w:r>
        <w:rPr>
          <w:b/>
          <w:i w:val="0"/>
          <w:color w:val="222B33"/>
          <w:sz w:val="22"/>
        </w:rPr>
        <w:t>No. 164</w:t>
      </w:r>
      <w:r>
        <w:rPr>
          <w:b w:val="0"/>
          <w:i w:val="0"/>
          <w:color w:val="6A6F75"/>
          <w:sz w:val="18"/>
        </w:rPr>
        <w:t xml:space="preserve">   Tō no Chūjō → Genji   贈 sent</w:t>
      </w:r>
      <w:bookmarkEnd w:id="174"/>
    </w:p>
    <w:p>
      <w:pPr>
        <w:keepNext/>
        <w:spacing w:after="40"/>
      </w:pPr>
      <w:r>
        <w:rPr>
          <w:b/>
          <w:i w:val="0"/>
          <w:color w:val="6A6F75"/>
          <w:sz w:val="18"/>
        </w:rPr>
        <w:t xml:space="preserve">Context. </w:t>
      </w:r>
      <w:r>
        <w:rPr>
          <w:b w:val="0"/>
          <w:i w:val="0"/>
          <w:color w:val="6A6F75"/>
          <w:sz w:val="19"/>
        </w:rPr>
        <w:t>At a rhyme-capping party Tō no Chūjō flatters Genji; the brothers-in-law are out of favour together.</w:t>
      </w:r>
    </w:p>
    <w:p>
      <w:pPr>
        <w:keepNext/>
        <w:spacing w:after="0"/>
      </w:pPr>
      <w:r>
        <w:rPr>
          <w:rFonts w:ascii="Noto Serif CJK JP" w:hAnsi="Noto Serif CJK JP" w:eastAsia="Noto Serif CJK JP"/>
          <w:b w:val="0"/>
          <w:i w:val="0"/>
          <w:color w:val="222B33"/>
          <w:sz w:val="26"/>
        </w:rPr>
        <w:t>それもがと今朝開けたる初花に劣らぬ君が匂ひをぞ見る</w:t>
      </w:r>
    </w:p>
    <w:p>
      <w:pPr>
        <w:keepNext/>
        <w:spacing w:after="60"/>
      </w:pPr>
      <w:r>
        <w:rPr>
          <w:rFonts w:ascii="Noto Serif CJK JP" w:hAnsi="Noto Serif CJK JP" w:eastAsia="Noto Serif CJK JP"/>
          <w:b w:val="0"/>
          <w:i w:val="0"/>
          <w:color w:val="6A6F75"/>
          <w:sz w:val="19"/>
        </w:rPr>
        <w:t>それもかと　／　けさひらけたる　／　初花に　／　おとらぬ君か　／　にほひをそみる</w:t>
      </w:r>
    </w:p>
    <w:p>
      <w:pPr>
        <w:keepNext/>
        <w:spacing w:after="60"/>
      </w:pPr>
      <w:r>
        <w:rPr>
          <w:b w:val="0"/>
          <w:i/>
          <w:color w:val="222B33"/>
          <w:sz w:val="21"/>
        </w:rPr>
        <w:t>I see your glow</w:t>
        <w:br/>
      </w:r>
      <w:r>
        <w:rPr>
          <w:b w:val="0"/>
          <w:i/>
          <w:color w:val="222B33"/>
          <w:sz w:val="21"/>
        </w:rPr>
        <w:t>no less lovely</w:t>
        <w:br/>
      </w:r>
      <w:r>
        <w:rPr>
          <w:b w:val="0"/>
          <w:i/>
          <w:color w:val="222B33"/>
          <w:sz w:val="21"/>
        </w:rPr>
        <w:t>than the first flower</w:t>
        <w:br/>
      </w:r>
      <w:r>
        <w:rPr>
          <w:b w:val="0"/>
          <w:i/>
          <w:color w:val="222B33"/>
          <w:sz w:val="21"/>
        </w:rPr>
        <w:t>that opened this morning,</w:t>
        <w:br/>
      </w:r>
      <w:r>
        <w:rPr>
          <w:b w:val="0"/>
          <w:i/>
          <w:color w:val="222B33"/>
          <w:sz w:val="21"/>
        </w:rPr>
        <w:t>the one I longed for.</w:t>
      </w:r>
    </w:p>
    <w:p>
      <w:pPr>
        <w:spacing w:after="40"/>
      </w:pPr>
      <w:r>
        <w:rPr>
          <w:b w:val="0"/>
          <w:i w:val="0"/>
          <w:color w:val="222B33"/>
          <w:sz w:val="19"/>
        </w:rPr>
        <w:t>At a rhyme-capping party in the Minister of the Right’s ascendancy.</w:t>
      </w:r>
    </w:p>
    <w:p>
      <w:pPr>
        <w:spacing w:after="40"/>
      </w:pPr>
      <w:r>
        <w:rPr>
          <w:b w:val="0"/>
          <w:i w:val="0"/>
          <w:color w:val="6A6F75"/>
          <w:sz w:val="18"/>
        </w:rPr>
        <w:t xml:space="preserve">Answered by </w:t>
      </w:r>
      <w:hyperlink w:anchor="p165">
        <w:r>
          <w:rPr>
            <w:color w:val="2E5A80"/>
            <w:u w:val="single"/>
            <w:sz w:val="18"/>
          </w:rPr>
          <w:t xml:space="preserve">No. 165 (Genji)</w:t>
        </w:r>
      </w:hyperlink>
    </w:p>
    <w:p>
      <w:pPr>
        <w:keepNext/>
        <w:spacing w:after="20" w:before="200"/>
      </w:pPr>
      <w:bookmarkStart w:id="175" w:name="p165"/>
      <w:r>
        <w:rPr>
          <w:b/>
          <w:i w:val="0"/>
          <w:color w:val="222B33"/>
          <w:sz w:val="22"/>
        </w:rPr>
        <w:t>No. 165</w:t>
      </w:r>
      <w:r>
        <w:rPr>
          <w:b w:val="0"/>
          <w:i w:val="0"/>
          <w:color w:val="6A6F75"/>
          <w:sz w:val="18"/>
        </w:rPr>
        <w:t xml:space="preserve">   Genji → Tō no Chūjō   答 reply</w:t>
      </w:r>
      <w:bookmarkEnd w:id="175"/>
    </w:p>
    <w:p>
      <w:pPr>
        <w:keepNext/>
        <w:spacing w:after="0"/>
      </w:pPr>
      <w:r>
        <w:rPr>
          <w:rFonts w:ascii="Noto Serif CJK JP" w:hAnsi="Noto Serif CJK JP" w:eastAsia="Noto Serif CJK JP"/>
          <w:b w:val="0"/>
          <w:i w:val="0"/>
          <w:color w:val="222B33"/>
          <w:sz w:val="26"/>
        </w:rPr>
        <w:t>時ならで今朝咲く花は夏の雨にしをれにけらし匂ふほどなく</w:t>
      </w:r>
    </w:p>
    <w:p>
      <w:pPr>
        <w:keepNext/>
        <w:spacing w:after="60"/>
      </w:pPr>
      <w:r>
        <w:rPr>
          <w:rFonts w:ascii="Noto Serif CJK JP" w:hAnsi="Noto Serif CJK JP" w:eastAsia="Noto Serif CJK JP"/>
          <w:b w:val="0"/>
          <w:i w:val="0"/>
          <w:color w:val="6A6F75"/>
          <w:sz w:val="19"/>
        </w:rPr>
        <w:t>ときならて　／　けさ咲はなは　／　夏の雨に　／　しほれにけらし　／　にほふほとなく</w:t>
      </w:r>
    </w:p>
    <w:p>
      <w:pPr>
        <w:keepNext/>
        <w:spacing w:after="60"/>
      </w:pPr>
      <w:r>
        <w:rPr>
          <w:b w:val="0"/>
          <w:i/>
          <w:color w:val="222B33"/>
          <w:sz w:val="21"/>
        </w:rPr>
        <w:t>The flower that bloomed</w:t>
        <w:br/>
      </w:r>
      <w:r>
        <w:rPr>
          <w:b w:val="0"/>
          <w:i/>
          <w:color w:val="222B33"/>
          <w:sz w:val="21"/>
        </w:rPr>
        <w:t>this morning out of season</w:t>
        <w:br/>
      </w:r>
      <w:r>
        <w:rPr>
          <w:b w:val="0"/>
          <w:i/>
          <w:color w:val="222B33"/>
          <w:sz w:val="21"/>
        </w:rPr>
        <w:t>must be withered by summer rain</w:t>
        <w:br/>
      </w:r>
      <w:r>
        <w:rPr>
          <w:b w:val="0"/>
          <w:i/>
          <w:color w:val="222B33"/>
          <w:sz w:val="21"/>
        </w:rPr>
        <w:t>before it</w:t>
        <w:br/>
      </w:r>
      <w:r>
        <w:rPr>
          <w:b w:val="0"/>
          <w:i/>
          <w:color w:val="222B33"/>
          <w:sz w:val="21"/>
        </w:rPr>
        <w:t>could glow.</w:t>
      </w:r>
    </w:p>
    <w:p>
      <w:pPr>
        <w:spacing w:after="40"/>
      </w:pPr>
      <w:r>
        <w:rPr>
          <w:b w:val="0"/>
          <w:i w:val="0"/>
          <w:color w:val="222B33"/>
          <w:sz w:val="19"/>
        </w:rPr>
        <w:t>He deflects the praise; his fortunes are failing.</w:t>
      </w:r>
    </w:p>
    <w:p>
      <w:pPr>
        <w:spacing w:after="40"/>
      </w:pPr>
      <w:r>
        <w:rPr>
          <w:b w:val="0"/>
          <w:i w:val="0"/>
          <w:color w:val="6A6F75"/>
          <w:sz w:val="18"/>
        </w:rPr>
        <w:t xml:space="preserve">In reply to </w:t>
      </w:r>
      <w:hyperlink w:anchor="p164">
        <w:r>
          <w:rPr>
            <w:color w:val="2E5A80"/>
            <w:u w:val="single"/>
            <w:sz w:val="18"/>
          </w:rPr>
          <w:t xml:space="preserve">No. 164 (Tō no Chūjō)</w:t>
        </w:r>
      </w:hyperlink>
    </w:p>
    <w:p>
      <w:pPr>
        <w:pStyle w:val="Heading1"/>
      </w:pPr>
      <w:bookmarkStart w:id="176" w:name="ch11"/>
      <w:r>
        <w:t>Chapter 11 · Hanachirusato 花散里</w:t>
      </w:r>
      <w:bookmarkEnd w:id="176"/>
    </w:p>
    <w:p>
      <w:pPr>
        <w:keepNext/>
        <w:spacing w:after="20" w:before="200"/>
      </w:pPr>
      <w:bookmarkStart w:id="177" w:name="p166"/>
      <w:r>
        <w:rPr>
          <w:b/>
          <w:i w:val="0"/>
          <w:color w:val="222B33"/>
          <w:sz w:val="22"/>
        </w:rPr>
        <w:t>No. 166</w:t>
      </w:r>
      <w:r>
        <w:rPr>
          <w:b w:val="0"/>
          <w:i w:val="0"/>
          <w:color w:val="6A6F75"/>
          <w:sz w:val="18"/>
        </w:rPr>
        <w:t xml:space="preserve">   Genji → the lady at Nakagawa   贈 sent</w:t>
      </w:r>
      <w:bookmarkEnd w:id="177"/>
    </w:p>
    <w:p>
      <w:pPr>
        <w:keepNext/>
        <w:spacing w:after="40"/>
      </w:pPr>
      <w:r>
        <w:rPr>
          <w:b/>
          <w:i w:val="0"/>
          <w:color w:val="6A6F75"/>
          <w:sz w:val="18"/>
        </w:rPr>
        <w:t xml:space="preserve">Context. </w:t>
      </w:r>
      <w:r>
        <w:rPr>
          <w:b w:val="0"/>
          <w:i w:val="0"/>
          <w:color w:val="6A6F75"/>
          <w:sz w:val="19"/>
        </w:rPr>
        <w:t>Passing a former lover’s house at Nakagawa, Genji sends a cuckoo poem; she does not want to be reminded.</w:t>
      </w:r>
    </w:p>
    <w:p>
      <w:pPr>
        <w:keepNext/>
        <w:spacing w:after="0"/>
      </w:pPr>
      <w:r>
        <w:rPr>
          <w:rFonts w:ascii="Noto Serif CJK JP" w:hAnsi="Noto Serif CJK JP" w:eastAsia="Noto Serif CJK JP"/>
          <w:b w:val="0"/>
          <w:i w:val="0"/>
          <w:color w:val="222B33"/>
          <w:sz w:val="26"/>
        </w:rPr>
        <w:t>をちかへりえぞ忍ばれぬほととぎすほの語らひし宿の垣根に</w:t>
      </w:r>
    </w:p>
    <w:p>
      <w:pPr>
        <w:keepNext/>
        <w:spacing w:after="60"/>
      </w:pPr>
      <w:r>
        <w:rPr>
          <w:rFonts w:ascii="Noto Serif CJK JP" w:hAnsi="Noto Serif CJK JP" w:eastAsia="Noto Serif CJK JP"/>
          <w:b w:val="0"/>
          <w:i w:val="0"/>
          <w:color w:val="6A6F75"/>
          <w:sz w:val="19"/>
        </w:rPr>
        <w:t>おちかへり　／　えそしのはれぬ　／　ほとゝきす　／　ほのかたらひし　／　やとのかきねに</w:t>
      </w:r>
    </w:p>
    <w:p>
      <w:pPr>
        <w:keepNext/>
        <w:spacing w:after="60"/>
      </w:pPr>
      <w:r>
        <w:rPr>
          <w:b w:val="0"/>
          <w:i/>
          <w:color w:val="222B33"/>
          <w:sz w:val="21"/>
        </w:rPr>
        <w:t>Returning, it cannot hold back</w:t>
        <w:br/>
      </w:r>
      <w:r>
        <w:rPr>
          <w:b w:val="0"/>
          <w:i/>
          <w:color w:val="222B33"/>
          <w:sz w:val="21"/>
        </w:rPr>
        <w:t>its call: the cuckoo</w:t>
        <w:br/>
      </w:r>
      <w:r>
        <w:rPr>
          <w:b w:val="0"/>
          <w:i/>
          <w:color w:val="222B33"/>
          <w:sz w:val="21"/>
        </w:rPr>
        <w:t>at the hedge of the house</w:t>
        <w:br/>
      </w:r>
      <w:r>
        <w:rPr>
          <w:b w:val="0"/>
          <w:i/>
          <w:color w:val="222B33"/>
          <w:sz w:val="21"/>
        </w:rPr>
        <w:t>where once</w:t>
        <w:br/>
      </w:r>
      <w:r>
        <w:rPr>
          <w:b w:val="0"/>
          <w:i/>
          <w:color w:val="222B33"/>
          <w:sz w:val="21"/>
        </w:rPr>
        <w:t>it talked softly.</w:t>
      </w:r>
    </w:p>
    <w:p>
      <w:pPr>
        <w:spacing w:after="40"/>
      </w:pPr>
      <w:r>
        <w:rPr>
          <w:b w:val="0"/>
          <w:i w:val="0"/>
          <w:color w:val="6A6F75"/>
          <w:sz w:val="18"/>
        </w:rPr>
        <w:t xml:space="preserve">Answered by </w:t>
      </w:r>
      <w:hyperlink w:anchor="p167">
        <w:r>
          <w:rPr>
            <w:color w:val="2E5A80"/>
            <w:u w:val="single"/>
            <w:sz w:val="18"/>
          </w:rPr>
          <w:t xml:space="preserve">No. 167 (the lady at Nakagawa)</w:t>
        </w:r>
      </w:hyperlink>
    </w:p>
    <w:p>
      <w:pPr>
        <w:keepNext/>
        <w:spacing w:after="20" w:before="200"/>
      </w:pPr>
      <w:bookmarkStart w:id="178" w:name="p167"/>
      <w:r>
        <w:rPr>
          <w:b/>
          <w:i w:val="0"/>
          <w:color w:val="222B33"/>
          <w:sz w:val="22"/>
        </w:rPr>
        <w:t>No. 167</w:t>
      </w:r>
      <w:r>
        <w:rPr>
          <w:b w:val="0"/>
          <w:i w:val="0"/>
          <w:color w:val="6A6F75"/>
          <w:sz w:val="18"/>
        </w:rPr>
        <w:t xml:space="preserve">   the lady at Nakagawa → Genji   答 reply</w:t>
      </w:r>
      <w:bookmarkEnd w:id="178"/>
    </w:p>
    <w:p>
      <w:pPr>
        <w:keepNext/>
        <w:spacing w:after="0"/>
      </w:pPr>
      <w:r>
        <w:rPr>
          <w:rFonts w:ascii="Noto Serif CJK JP" w:hAnsi="Noto Serif CJK JP" w:eastAsia="Noto Serif CJK JP"/>
          <w:b w:val="0"/>
          <w:i w:val="0"/>
          <w:color w:val="222B33"/>
          <w:sz w:val="26"/>
        </w:rPr>
        <w:t>ほととぎす言問ふ声はそれなれどあなおぼつかな五月雨の空</w:t>
      </w:r>
    </w:p>
    <w:p>
      <w:pPr>
        <w:keepNext/>
        <w:spacing w:after="60"/>
      </w:pPr>
      <w:r>
        <w:rPr>
          <w:rFonts w:ascii="Noto Serif CJK JP" w:hAnsi="Noto Serif CJK JP" w:eastAsia="Noto Serif CJK JP"/>
          <w:b w:val="0"/>
          <w:i w:val="0"/>
          <w:color w:val="6A6F75"/>
          <w:sz w:val="19"/>
        </w:rPr>
        <w:t>ほとゝきす　／　ことゝふこゑは　／　それなれと　／　あなおほつかな　／　さみたれのそら</w:t>
      </w:r>
    </w:p>
    <w:p>
      <w:pPr>
        <w:keepNext/>
        <w:spacing w:after="60"/>
      </w:pPr>
      <w:r>
        <w:rPr>
          <w:b w:val="0"/>
          <w:i/>
          <w:color w:val="222B33"/>
          <w:sz w:val="21"/>
        </w:rPr>
        <w:t>The cuckoo’s voice</w:t>
        <w:br/>
      </w:r>
      <w:r>
        <w:rPr>
          <w:b w:val="0"/>
          <w:i/>
          <w:color w:val="222B33"/>
          <w:sz w:val="21"/>
        </w:rPr>
        <w:t>that calls is his,</w:t>
        <w:br/>
      </w:r>
      <w:r>
        <w:rPr>
          <w:b w:val="0"/>
          <w:i/>
          <w:color w:val="222B33"/>
          <w:sz w:val="21"/>
        </w:rPr>
        <w:t>but how uncertain</w:t>
        <w:br/>
      </w:r>
      <w:r>
        <w:rPr>
          <w:b w:val="0"/>
          <w:i/>
          <w:color w:val="222B33"/>
          <w:sz w:val="21"/>
        </w:rPr>
        <w:t>in the sky</w:t>
        <w:br/>
      </w:r>
      <w:r>
        <w:rPr>
          <w:b w:val="0"/>
          <w:i/>
          <w:color w:val="222B33"/>
          <w:sz w:val="21"/>
        </w:rPr>
        <w:t>of the rains.</w:t>
      </w:r>
    </w:p>
    <w:p>
      <w:pPr>
        <w:spacing w:after="40"/>
      </w:pPr>
      <w:r>
        <w:rPr>
          <w:b w:val="0"/>
          <w:i w:val="0"/>
          <w:color w:val="222B33"/>
          <w:sz w:val="19"/>
        </w:rPr>
        <w:t>She pretends not to know him.</w:t>
      </w:r>
    </w:p>
    <w:p>
      <w:pPr>
        <w:spacing w:after="40"/>
      </w:pPr>
      <w:r>
        <w:rPr>
          <w:b/>
          <w:i w:val="0"/>
          <w:color w:val="8A4B1C"/>
          <w:sz w:val="18"/>
        </w:rPr>
        <w:t xml:space="preserve">Attribution uncertain. </w:t>
      </w:r>
      <w:r>
        <w:rPr>
          <w:b w:val="0"/>
          <w:i w:val="0"/>
          <w:sz w:val="19"/>
        </w:rPr>
        <w:t>The answer comes from the young women of the house; the lady at Nakagawa per Zenshū 全集.</w:t>
      </w:r>
    </w:p>
    <w:p>
      <w:pPr>
        <w:spacing w:after="40"/>
      </w:pPr>
      <w:r>
        <w:rPr>
          <w:b w:val="0"/>
          <w:i w:val="0"/>
          <w:color w:val="6A6F75"/>
          <w:sz w:val="18"/>
        </w:rPr>
        <w:t xml:space="preserve">In reply to </w:t>
      </w:r>
      <w:hyperlink w:anchor="p166">
        <w:r>
          <w:rPr>
            <w:color w:val="2E5A80"/>
            <w:u w:val="single"/>
            <w:sz w:val="18"/>
          </w:rPr>
          <w:t xml:space="preserve">No. 166 (Genji)</w:t>
        </w:r>
      </w:hyperlink>
    </w:p>
    <w:p>
      <w:pPr>
        <w:keepNext/>
        <w:spacing w:after="20" w:before="200"/>
      </w:pPr>
      <w:bookmarkStart w:id="179" w:name="p168"/>
      <w:r>
        <w:rPr>
          <w:b/>
          <w:i w:val="0"/>
          <w:color w:val="222B33"/>
          <w:sz w:val="22"/>
        </w:rPr>
        <w:t>No. 168</w:t>
      </w:r>
      <w:r>
        <w:rPr>
          <w:b w:val="0"/>
          <w:i w:val="0"/>
          <w:color w:val="6A6F75"/>
          <w:sz w:val="18"/>
        </w:rPr>
        <w:t xml:space="preserve">   Genji → Reikeiden Consort   贈 sent</w:t>
      </w:r>
      <w:bookmarkEnd w:id="179"/>
    </w:p>
    <w:p>
      <w:pPr>
        <w:keepNext/>
        <w:spacing w:after="40"/>
      </w:pPr>
      <w:r>
        <w:rPr>
          <w:b/>
          <w:i w:val="0"/>
          <w:color w:val="6A6F75"/>
          <w:sz w:val="18"/>
        </w:rPr>
        <w:t xml:space="preserve">Context. </w:t>
      </w:r>
      <w:r>
        <w:rPr>
          <w:b w:val="0"/>
          <w:i w:val="0"/>
          <w:color w:val="6A6F75"/>
          <w:sz w:val="19"/>
        </w:rPr>
        <w:t>Genji visits the Reikeiden Consort, sister of Hanachirusato; they share memories of the old Emperor.</w:t>
      </w:r>
    </w:p>
    <w:p>
      <w:pPr>
        <w:keepNext/>
        <w:spacing w:after="0"/>
      </w:pPr>
      <w:r>
        <w:rPr>
          <w:rFonts w:ascii="Noto Serif CJK JP" w:hAnsi="Noto Serif CJK JP" w:eastAsia="Noto Serif CJK JP"/>
          <w:b w:val="0"/>
          <w:i w:val="0"/>
          <w:color w:val="222B33"/>
          <w:sz w:val="26"/>
        </w:rPr>
        <w:t>橘の香をなつかしみほととぎす花散る里をたづねてぞとふ</w:t>
      </w:r>
    </w:p>
    <w:p>
      <w:pPr>
        <w:keepNext/>
        <w:spacing w:after="60"/>
      </w:pPr>
      <w:r>
        <w:rPr>
          <w:rFonts w:ascii="Noto Serif CJK JP" w:hAnsi="Noto Serif CJK JP" w:eastAsia="Noto Serif CJK JP"/>
          <w:b w:val="0"/>
          <w:i w:val="0"/>
          <w:color w:val="6A6F75"/>
          <w:sz w:val="19"/>
        </w:rPr>
        <w:t>たち花の　／　かをなつかしみ　／　ほとゝきす　／　はなちるさとを　／　たつねてそとふ</w:t>
      </w:r>
    </w:p>
    <w:p>
      <w:pPr>
        <w:keepNext/>
        <w:spacing w:after="60"/>
      </w:pPr>
      <w:r>
        <w:rPr>
          <w:b w:val="0"/>
          <w:i/>
          <w:color w:val="222B33"/>
          <w:sz w:val="21"/>
        </w:rPr>
        <w:t>Longing for the fragrance</w:t>
        <w:br/>
      </w:r>
      <w:r>
        <w:rPr>
          <w:b w:val="0"/>
          <w:i/>
          <w:color w:val="222B33"/>
          <w:sz w:val="21"/>
        </w:rPr>
        <w:t>of orange blossom,</w:t>
        <w:br/>
      </w:r>
      <w:r>
        <w:rPr>
          <w:b w:val="0"/>
          <w:i/>
          <w:color w:val="222B33"/>
          <w:sz w:val="21"/>
        </w:rPr>
        <w:t>the cuckoo comes in search</w:t>
        <w:br/>
      </w:r>
      <w:r>
        <w:rPr>
          <w:b w:val="0"/>
          <w:i/>
          <w:color w:val="222B33"/>
          <w:sz w:val="21"/>
        </w:rPr>
        <w:t>to the village</w:t>
        <w:br/>
      </w:r>
      <w:r>
        <w:rPr>
          <w:b w:val="0"/>
          <w:i/>
          <w:color w:val="222B33"/>
          <w:sz w:val="21"/>
        </w:rPr>
        <w:t>of falling flowers.</w:t>
      </w:r>
    </w:p>
    <w:p>
      <w:pPr>
        <w:spacing w:after="40"/>
      </w:pPr>
      <w:r>
        <w:rPr>
          <w:b w:val="0"/>
          <w:i w:val="0"/>
          <w:color w:val="222B33"/>
          <w:sz w:val="19"/>
        </w:rPr>
        <w:t>The chapter’s title poem. Orange blossom recalls the past (Kokinshū).</w:t>
      </w:r>
    </w:p>
    <w:p>
      <w:pPr>
        <w:spacing w:after="40"/>
      </w:pPr>
      <w:r>
        <w:rPr>
          <w:b/>
          <w:i w:val="0"/>
          <w:color w:val="6A6F75"/>
          <w:sz w:val="18"/>
        </w:rPr>
        <w:t xml:space="preserve">Allusion. </w:t>
      </w:r>
      <w:hyperlink r:id="rId17">
        <w:r>
          <w:rPr>
            <w:color w:val="2E5A80"/>
            <w:u w:val="single"/>
            <w:sz w:val="19"/>
          </w:rPr>
          <w:t xml:space="preserve">Kokinshū 139 (anonymous)</w:t>
        </w:r>
      </w:hyperlink>
      <w:r>
        <w:rPr>
          <w:rFonts w:ascii="Noto Serif CJK JP" w:hAnsi="Noto Serif CJK JP" w:eastAsia="Noto Serif CJK JP"/>
          <w:b w:val="0"/>
          <w:i w:val="0"/>
          <w:sz w:val="20"/>
        </w:rPr>
        <w:t xml:space="preserve">  さつきまつ花橘のかをかけは昔の人の袖のかそする</w:t>
      </w:r>
      <w:r>
        <w:rPr>
          <w:b w:val="0"/>
          <w:i w:val="0"/>
          <w:sz w:val="19"/>
        </w:rPr>
        <w:t xml:space="preserve">  “Waiting for the fifth month, I breathe the orange blossom: the scent of the sleeves of one I knew long ago.”</w:t>
      </w:r>
    </w:p>
    <w:p>
      <w:pPr>
        <w:spacing w:after="40"/>
      </w:pPr>
      <w:r>
        <w:rPr>
          <w:b w:val="0"/>
          <w:i w:val="0"/>
          <w:color w:val="6A6F75"/>
          <w:sz w:val="18"/>
        </w:rPr>
        <w:t xml:space="preserve">Answered by </w:t>
      </w:r>
      <w:hyperlink w:anchor="p169">
        <w:r>
          <w:rPr>
            <w:color w:val="2E5A80"/>
            <w:u w:val="single"/>
            <w:sz w:val="18"/>
          </w:rPr>
          <w:t xml:space="preserve">No. 169 (Reikeiden Consort)</w:t>
        </w:r>
      </w:hyperlink>
    </w:p>
    <w:p>
      <w:pPr>
        <w:keepNext/>
        <w:spacing w:after="20" w:before="200"/>
      </w:pPr>
      <w:bookmarkStart w:id="180" w:name="p169"/>
      <w:r>
        <w:rPr>
          <w:b/>
          <w:i w:val="0"/>
          <w:color w:val="222B33"/>
          <w:sz w:val="22"/>
        </w:rPr>
        <w:t>No. 169</w:t>
      </w:r>
      <w:r>
        <w:rPr>
          <w:b w:val="0"/>
          <w:i w:val="0"/>
          <w:color w:val="6A6F75"/>
          <w:sz w:val="18"/>
        </w:rPr>
        <w:t xml:space="preserve">   Reikeiden Consort → Genji   答 reply</w:t>
      </w:r>
      <w:bookmarkEnd w:id="180"/>
    </w:p>
    <w:p>
      <w:pPr>
        <w:keepNext/>
        <w:spacing w:after="0"/>
      </w:pPr>
      <w:r>
        <w:rPr>
          <w:rFonts w:ascii="Noto Serif CJK JP" w:hAnsi="Noto Serif CJK JP" w:eastAsia="Noto Serif CJK JP"/>
          <w:b w:val="0"/>
          <w:i w:val="0"/>
          <w:color w:val="222B33"/>
          <w:sz w:val="26"/>
        </w:rPr>
        <w:t>人目なく荒れたる宿は橘の花こそ軒のつまとなりけれ</w:t>
      </w:r>
    </w:p>
    <w:p>
      <w:pPr>
        <w:keepNext/>
        <w:spacing w:after="60"/>
      </w:pPr>
      <w:r>
        <w:rPr>
          <w:rFonts w:ascii="Noto Serif CJK JP" w:hAnsi="Noto Serif CJK JP" w:eastAsia="Noto Serif CJK JP"/>
          <w:b w:val="0"/>
          <w:i w:val="0"/>
          <w:color w:val="6A6F75"/>
          <w:sz w:val="19"/>
        </w:rPr>
        <w:t>ひとめなく　／　あれたるやとは　／　たちはなの　／　はなこそのきの　／　つまとなりけれ</w:t>
      </w:r>
    </w:p>
    <w:p>
      <w:pPr>
        <w:keepNext/>
        <w:spacing w:after="60"/>
      </w:pPr>
      <w:r>
        <w:rPr>
          <w:b w:val="0"/>
          <w:i/>
          <w:color w:val="222B33"/>
          <w:sz w:val="21"/>
        </w:rPr>
        <w:t>At a house gone to ruin</w:t>
        <w:br/>
      </w:r>
      <w:r>
        <w:rPr>
          <w:b w:val="0"/>
          <w:i/>
          <w:color w:val="222B33"/>
          <w:sz w:val="21"/>
        </w:rPr>
        <w:t>with no one to see,</w:t>
        <w:br/>
      </w:r>
      <w:r>
        <w:rPr>
          <w:b w:val="0"/>
          <w:i/>
          <w:color w:val="222B33"/>
          <w:sz w:val="21"/>
        </w:rPr>
        <w:t>the orange blossom</w:t>
        <w:br/>
      </w:r>
      <w:r>
        <w:rPr>
          <w:b w:val="0"/>
          <w:i/>
          <w:color w:val="222B33"/>
          <w:sz w:val="21"/>
        </w:rPr>
        <w:t>is what brings</w:t>
        <w:br/>
      </w:r>
      <w:r>
        <w:rPr>
          <w:b w:val="0"/>
          <w:i/>
          <w:color w:val="222B33"/>
          <w:sz w:val="21"/>
        </w:rPr>
        <w:t>visitors to the eaves.</w:t>
      </w:r>
    </w:p>
    <w:p>
      <w:pPr>
        <w:spacing w:after="40"/>
      </w:pPr>
      <w:r>
        <w:rPr>
          <w:b w:val="0"/>
          <w:i w:val="0"/>
          <w:color w:val="6A6F75"/>
          <w:sz w:val="18"/>
        </w:rPr>
        <w:t xml:space="preserve">In reply to </w:t>
      </w:r>
      <w:hyperlink w:anchor="p168">
        <w:r>
          <w:rPr>
            <w:color w:val="2E5A80"/>
            <w:u w:val="single"/>
            <w:sz w:val="18"/>
          </w:rPr>
          <w:t xml:space="preserve">No. 168 (Genji)</w:t>
        </w:r>
      </w:hyperlink>
    </w:p>
    <w:p>
      <w:pPr>
        <w:pStyle w:val="Heading1"/>
      </w:pPr>
      <w:bookmarkStart w:id="181" w:name="ch12"/>
      <w:r>
        <w:t>Chapter 12 · Suma 須磨</w:t>
      </w:r>
      <w:bookmarkEnd w:id="181"/>
    </w:p>
    <w:p>
      <w:pPr>
        <w:keepNext/>
        <w:spacing w:after="20" w:before="200"/>
      </w:pPr>
      <w:bookmarkStart w:id="182" w:name="p170"/>
      <w:r>
        <w:rPr>
          <w:b/>
          <w:i w:val="0"/>
          <w:color w:val="222B33"/>
          <w:sz w:val="22"/>
        </w:rPr>
        <w:t>No. 170</w:t>
      </w:r>
      <w:r>
        <w:rPr>
          <w:b w:val="0"/>
          <w:i w:val="0"/>
          <w:color w:val="6A6F75"/>
          <w:sz w:val="18"/>
        </w:rPr>
        <w:t xml:space="preserve">   Genji → Princess Ōmiya   贈 sent</w:t>
      </w:r>
      <w:bookmarkEnd w:id="182"/>
    </w:p>
    <w:p>
      <w:pPr>
        <w:keepNext/>
        <w:spacing w:after="40"/>
      </w:pPr>
      <w:r>
        <w:rPr>
          <w:b/>
          <w:i w:val="0"/>
          <w:color w:val="6A6F75"/>
          <w:sz w:val="18"/>
        </w:rPr>
        <w:t xml:space="preserve">Context. </w:t>
      </w:r>
      <w:r>
        <w:rPr>
          <w:b w:val="0"/>
          <w:i w:val="0"/>
          <w:color w:val="6A6F75"/>
          <w:sz w:val="19"/>
        </w:rPr>
        <w:t>Before his exile Genji visits Ōmiya; Aoi and Yūgiri link them.</w:t>
      </w:r>
    </w:p>
    <w:p>
      <w:pPr>
        <w:keepNext/>
        <w:spacing w:after="0"/>
      </w:pPr>
      <w:r>
        <w:rPr>
          <w:rFonts w:ascii="Noto Serif CJK JP" w:hAnsi="Noto Serif CJK JP" w:eastAsia="Noto Serif CJK JP"/>
          <w:b w:val="0"/>
          <w:i w:val="0"/>
          <w:color w:val="222B33"/>
          <w:sz w:val="26"/>
        </w:rPr>
        <w:t>鳥辺山燃えし煙もまがふやと海人の塩焼く浦見にぞ行く</w:t>
      </w:r>
    </w:p>
    <w:p>
      <w:pPr>
        <w:keepNext/>
        <w:spacing w:after="60"/>
      </w:pPr>
      <w:r>
        <w:rPr>
          <w:rFonts w:ascii="Noto Serif CJK JP" w:hAnsi="Noto Serif CJK JP" w:eastAsia="Noto Serif CJK JP"/>
          <w:b w:val="0"/>
          <w:i w:val="0"/>
          <w:color w:val="6A6F75"/>
          <w:sz w:val="19"/>
        </w:rPr>
        <w:t>とりへ山　／　もえしけふりも　／　まかふやと　／　あまのしほやく　／　うらみにそゆく</w:t>
      </w:r>
    </w:p>
    <w:p>
      <w:pPr>
        <w:keepNext/>
        <w:spacing w:after="60"/>
      </w:pPr>
      <w:r>
        <w:rPr>
          <w:b w:val="0"/>
          <w:i/>
          <w:color w:val="222B33"/>
          <w:sz w:val="21"/>
        </w:rPr>
        <w:t>Will the smoke of Toribe Hill</w:t>
        <w:br/>
      </w:r>
      <w:r>
        <w:rPr>
          <w:b w:val="0"/>
          <w:i/>
          <w:color w:val="222B33"/>
          <w:sz w:val="21"/>
        </w:rPr>
        <w:t>be mixed with it?</w:t>
        <w:br/>
      </w:r>
      <w:r>
        <w:rPr>
          <w:b w:val="0"/>
          <w:i/>
          <w:color w:val="222B33"/>
          <w:sz w:val="21"/>
        </w:rPr>
        <w:t>I go to see the bay</w:t>
        <w:br/>
      </w:r>
      <w:r>
        <w:rPr>
          <w:b w:val="0"/>
          <w:i/>
          <w:color w:val="222B33"/>
          <w:sz w:val="21"/>
        </w:rPr>
        <w:t>where fisherfolk</w:t>
        <w:br/>
      </w:r>
      <w:r>
        <w:rPr>
          <w:b w:val="0"/>
          <w:i/>
          <w:color w:val="222B33"/>
          <w:sz w:val="21"/>
        </w:rPr>
        <w:t>burn salt.</w:t>
      </w:r>
    </w:p>
    <w:p>
      <w:pPr>
        <w:spacing w:after="40"/>
      </w:pPr>
      <w:r>
        <w:rPr>
          <w:b w:val="0"/>
          <w:i w:val="0"/>
          <w:color w:val="222B33"/>
          <w:sz w:val="19"/>
        </w:rPr>
        <w:t>Before leaving for Suma. Toribe Hill is where Aoi was cremated.</w:t>
      </w:r>
    </w:p>
    <w:p>
      <w:pPr>
        <w:spacing w:after="40"/>
      </w:pPr>
      <w:r>
        <w:rPr>
          <w:b w:val="0"/>
          <w:i w:val="0"/>
          <w:color w:val="6A6F75"/>
          <w:sz w:val="18"/>
        </w:rPr>
        <w:t xml:space="preserve">Answered by </w:t>
      </w:r>
      <w:hyperlink w:anchor="p171">
        <w:r>
          <w:rPr>
            <w:color w:val="2E5A80"/>
            <w:u w:val="single"/>
            <w:sz w:val="18"/>
          </w:rPr>
          <w:t xml:space="preserve">No. 171 (Princess Ōmiya)</w:t>
        </w:r>
      </w:hyperlink>
    </w:p>
    <w:p>
      <w:pPr>
        <w:keepNext/>
        <w:spacing w:after="20" w:before="200"/>
      </w:pPr>
      <w:bookmarkStart w:id="183" w:name="p171"/>
      <w:r>
        <w:rPr>
          <w:b/>
          <w:i w:val="0"/>
          <w:color w:val="222B33"/>
          <w:sz w:val="22"/>
        </w:rPr>
        <w:t>No. 171</w:t>
      </w:r>
      <w:r>
        <w:rPr>
          <w:b w:val="0"/>
          <w:i w:val="0"/>
          <w:color w:val="6A6F75"/>
          <w:sz w:val="18"/>
        </w:rPr>
        <w:t xml:space="preserve">   Princess Ōmiya → Genji   答 reply</w:t>
      </w:r>
      <w:bookmarkEnd w:id="183"/>
    </w:p>
    <w:p>
      <w:pPr>
        <w:keepNext/>
        <w:spacing w:after="0"/>
      </w:pPr>
      <w:r>
        <w:rPr>
          <w:rFonts w:ascii="Noto Serif CJK JP" w:hAnsi="Noto Serif CJK JP" w:eastAsia="Noto Serif CJK JP"/>
          <w:b w:val="0"/>
          <w:i w:val="0"/>
          <w:color w:val="222B33"/>
          <w:sz w:val="26"/>
        </w:rPr>
        <w:t>亡き人の別れやいとど隔たらむ煙となりし雲居ならでは</w:t>
      </w:r>
    </w:p>
    <w:p>
      <w:pPr>
        <w:keepNext/>
        <w:spacing w:after="60"/>
      </w:pPr>
      <w:r>
        <w:rPr>
          <w:rFonts w:ascii="Noto Serif CJK JP" w:hAnsi="Noto Serif CJK JP" w:eastAsia="Noto Serif CJK JP"/>
          <w:b w:val="0"/>
          <w:i w:val="0"/>
          <w:color w:val="6A6F75"/>
          <w:sz w:val="19"/>
        </w:rPr>
        <w:t>なき人の　／　わかれやいとゝ　／　へたゝらむ　／　けふりとなりし　／　雲井ならては</w:t>
      </w:r>
    </w:p>
    <w:p>
      <w:pPr>
        <w:keepNext/>
        <w:spacing w:after="60"/>
      </w:pPr>
      <w:r>
        <w:rPr>
          <w:b w:val="0"/>
          <w:i/>
          <w:color w:val="222B33"/>
          <w:sz w:val="21"/>
        </w:rPr>
        <w:t>Will the parting from the dead</w:t>
        <w:br/>
      </w:r>
      <w:r>
        <w:rPr>
          <w:b w:val="0"/>
          <w:i/>
          <w:color w:val="222B33"/>
          <w:sz w:val="21"/>
        </w:rPr>
        <w:t>grow still more distant,</w:t>
        <w:br/>
      </w:r>
      <w:r>
        <w:rPr>
          <w:b w:val="0"/>
          <w:i/>
          <w:color w:val="222B33"/>
          <w:sz w:val="21"/>
        </w:rPr>
        <w:t>away from the sky</w:t>
        <w:br/>
      </w:r>
      <w:r>
        <w:rPr>
          <w:b w:val="0"/>
          <w:i/>
          <w:color w:val="222B33"/>
          <w:sz w:val="21"/>
        </w:rPr>
        <w:t>where she</w:t>
        <w:br/>
      </w:r>
      <w:r>
        <w:rPr>
          <w:b w:val="0"/>
          <w:i/>
          <w:color w:val="222B33"/>
          <w:sz w:val="21"/>
        </w:rPr>
        <w:t>became smoke?</w:t>
      </w:r>
    </w:p>
    <w:p>
      <w:pPr>
        <w:spacing w:after="40"/>
      </w:pPr>
      <w:r>
        <w:rPr>
          <w:b w:val="0"/>
          <w:i w:val="0"/>
          <w:color w:val="6A6F75"/>
          <w:sz w:val="18"/>
        </w:rPr>
        <w:t xml:space="preserve">In reply to </w:t>
      </w:r>
      <w:hyperlink w:anchor="p170">
        <w:r>
          <w:rPr>
            <w:color w:val="2E5A80"/>
            <w:u w:val="single"/>
            <w:sz w:val="18"/>
          </w:rPr>
          <w:t xml:space="preserve">No. 170 (Genji)</w:t>
        </w:r>
      </w:hyperlink>
    </w:p>
    <w:p>
      <w:pPr>
        <w:keepNext/>
        <w:spacing w:after="20" w:before="200"/>
      </w:pPr>
      <w:bookmarkStart w:id="184" w:name="p172"/>
      <w:r>
        <w:rPr>
          <w:b/>
          <w:i w:val="0"/>
          <w:color w:val="222B33"/>
          <w:sz w:val="22"/>
        </w:rPr>
        <w:t>No. 172</w:t>
      </w:r>
      <w:r>
        <w:rPr>
          <w:b w:val="0"/>
          <w:i w:val="0"/>
          <w:color w:val="6A6F75"/>
          <w:sz w:val="18"/>
        </w:rPr>
        <w:t xml:space="preserve">   Genji → Murasaki   贈 sent</w:t>
      </w:r>
      <w:bookmarkEnd w:id="184"/>
    </w:p>
    <w:p>
      <w:pPr>
        <w:keepNext/>
        <w:spacing w:after="40"/>
      </w:pPr>
      <w:r>
        <w:rPr>
          <w:b/>
          <w:i w:val="0"/>
          <w:color w:val="6A6F75"/>
          <w:sz w:val="18"/>
        </w:rPr>
        <w:t xml:space="preserve">Context. </w:t>
      </w:r>
      <w:r>
        <w:rPr>
          <w:b w:val="0"/>
          <w:i w:val="0"/>
          <w:color w:val="6A6F75"/>
          <w:sz w:val="19"/>
        </w:rPr>
        <w:t>Genji takes leave of Murasaki before going to Suma; her grief at the parting.</w:t>
      </w:r>
    </w:p>
    <w:p>
      <w:pPr>
        <w:keepNext/>
        <w:spacing w:after="0"/>
      </w:pPr>
      <w:r>
        <w:rPr>
          <w:rFonts w:ascii="Noto Serif CJK JP" w:hAnsi="Noto Serif CJK JP" w:eastAsia="Noto Serif CJK JP"/>
          <w:b w:val="0"/>
          <w:i w:val="0"/>
          <w:color w:val="222B33"/>
          <w:sz w:val="26"/>
        </w:rPr>
        <w:t>身はかくてさすらへぬとも君があたり去らぬ鏡の影は離れじ</w:t>
      </w:r>
    </w:p>
    <w:p>
      <w:pPr>
        <w:keepNext/>
        <w:spacing w:after="60"/>
      </w:pPr>
      <w:r>
        <w:rPr>
          <w:rFonts w:ascii="Noto Serif CJK JP" w:hAnsi="Noto Serif CJK JP" w:eastAsia="Noto Serif CJK JP"/>
          <w:b w:val="0"/>
          <w:i w:val="0"/>
          <w:color w:val="6A6F75"/>
          <w:sz w:val="19"/>
        </w:rPr>
        <w:t>身はかくて　／　さすらへぬとも　／　君かあたり　／　さらぬかゝみの　／　かけはゝなれし</w:t>
      </w:r>
    </w:p>
    <w:p>
      <w:pPr>
        <w:keepNext/>
        <w:spacing w:after="60"/>
      </w:pPr>
      <w:r>
        <w:rPr>
          <w:b w:val="0"/>
          <w:i/>
          <w:color w:val="222B33"/>
          <w:sz w:val="21"/>
        </w:rPr>
        <w:t>Though I must wander like this,</w:t>
        <w:br/>
      </w:r>
      <w:r>
        <w:rPr>
          <w:b w:val="0"/>
          <w:i/>
          <w:color w:val="222B33"/>
          <w:sz w:val="21"/>
        </w:rPr>
        <w:t>my image will not leave</w:t>
        <w:br/>
      </w:r>
      <w:r>
        <w:rPr>
          <w:b w:val="0"/>
          <w:i/>
          <w:color w:val="222B33"/>
          <w:sz w:val="21"/>
        </w:rPr>
        <w:t>the mirror</w:t>
        <w:br/>
      </w:r>
      <w:r>
        <w:rPr>
          <w:b w:val="0"/>
          <w:i/>
          <w:color w:val="222B33"/>
          <w:sz w:val="21"/>
        </w:rPr>
        <w:t>that stays</w:t>
        <w:br/>
      </w:r>
      <w:r>
        <w:rPr>
          <w:b w:val="0"/>
          <w:i/>
          <w:color w:val="222B33"/>
          <w:sz w:val="21"/>
        </w:rPr>
        <w:t>beside you.</w:t>
      </w:r>
    </w:p>
    <w:p>
      <w:pPr>
        <w:spacing w:after="40"/>
      </w:pPr>
      <w:r>
        <w:rPr>
          <w:b w:val="0"/>
          <w:i w:val="0"/>
          <w:color w:val="6A6F75"/>
          <w:sz w:val="18"/>
        </w:rPr>
        <w:t xml:space="preserve">Answered by </w:t>
      </w:r>
      <w:hyperlink w:anchor="p173">
        <w:r>
          <w:rPr>
            <w:color w:val="2E5A80"/>
            <w:u w:val="single"/>
            <w:sz w:val="18"/>
          </w:rPr>
          <w:t xml:space="preserve">No. 173 (Murasaki)</w:t>
        </w:r>
      </w:hyperlink>
    </w:p>
    <w:p>
      <w:pPr>
        <w:keepNext/>
        <w:spacing w:after="20" w:before="200"/>
      </w:pPr>
      <w:bookmarkStart w:id="185" w:name="p173"/>
      <w:r>
        <w:rPr>
          <w:b/>
          <w:i w:val="0"/>
          <w:color w:val="222B33"/>
          <w:sz w:val="22"/>
        </w:rPr>
        <w:t>No. 173</w:t>
      </w:r>
      <w:r>
        <w:rPr>
          <w:b w:val="0"/>
          <w:i w:val="0"/>
          <w:color w:val="6A6F75"/>
          <w:sz w:val="18"/>
        </w:rPr>
        <w:t xml:space="preserve">   Murasaki → Genji   答 reply</w:t>
      </w:r>
      <w:bookmarkEnd w:id="185"/>
    </w:p>
    <w:p>
      <w:pPr>
        <w:keepNext/>
        <w:spacing w:after="0"/>
      </w:pPr>
      <w:r>
        <w:rPr>
          <w:rFonts w:ascii="Noto Serif CJK JP" w:hAnsi="Noto Serif CJK JP" w:eastAsia="Noto Serif CJK JP"/>
          <w:b w:val="0"/>
          <w:i w:val="0"/>
          <w:color w:val="222B33"/>
          <w:sz w:val="26"/>
        </w:rPr>
        <w:t>別れても影だにとまるものならば鏡を見ても慰めてまし</w:t>
      </w:r>
    </w:p>
    <w:p>
      <w:pPr>
        <w:keepNext/>
        <w:spacing w:after="60"/>
      </w:pPr>
      <w:r>
        <w:rPr>
          <w:rFonts w:ascii="Noto Serif CJK JP" w:hAnsi="Noto Serif CJK JP" w:eastAsia="Noto Serif CJK JP"/>
          <w:b w:val="0"/>
          <w:i w:val="0"/>
          <w:color w:val="6A6F75"/>
          <w:sz w:val="19"/>
        </w:rPr>
        <w:t>わかれても　／　かけたにとまる　／　ものならは　／　かゝみをみても　／　なくさめてまし</w:t>
      </w:r>
    </w:p>
    <w:p>
      <w:pPr>
        <w:keepNext/>
        <w:spacing w:after="60"/>
      </w:pPr>
      <w:r>
        <w:rPr>
          <w:b w:val="0"/>
          <w:i/>
          <w:color w:val="222B33"/>
          <w:sz w:val="21"/>
        </w:rPr>
        <w:t>If, though we part,</w:t>
        <w:br/>
      </w:r>
      <w:r>
        <w:rPr>
          <w:b w:val="0"/>
          <w:i/>
          <w:color w:val="222B33"/>
          <w:sz w:val="21"/>
        </w:rPr>
        <w:t>even your image would remain,</w:t>
        <w:br/>
      </w:r>
      <w:r>
        <w:rPr>
          <w:b w:val="0"/>
          <w:i/>
          <w:color w:val="222B33"/>
          <w:sz w:val="21"/>
        </w:rPr>
        <w:t>I could find comfort</w:t>
        <w:br/>
      </w:r>
      <w:r>
        <w:rPr>
          <w:b w:val="0"/>
          <w:i/>
          <w:color w:val="222B33"/>
          <w:sz w:val="21"/>
        </w:rPr>
        <w:t>looking</w:t>
        <w:br/>
      </w:r>
      <w:r>
        <w:rPr>
          <w:b w:val="0"/>
          <w:i/>
          <w:color w:val="222B33"/>
          <w:sz w:val="21"/>
        </w:rPr>
        <w:t>into the mirror.</w:t>
      </w:r>
    </w:p>
    <w:p>
      <w:pPr>
        <w:spacing w:after="40"/>
      </w:pPr>
      <w:r>
        <w:rPr>
          <w:b w:val="0"/>
          <w:i w:val="0"/>
          <w:color w:val="6A6F75"/>
          <w:sz w:val="18"/>
        </w:rPr>
        <w:t xml:space="preserve">In reply to </w:t>
      </w:r>
      <w:hyperlink w:anchor="p172">
        <w:r>
          <w:rPr>
            <w:color w:val="2E5A80"/>
            <w:u w:val="single"/>
            <w:sz w:val="18"/>
          </w:rPr>
          <w:t xml:space="preserve">No. 172 (Genji)</w:t>
        </w:r>
      </w:hyperlink>
    </w:p>
    <w:p>
      <w:pPr>
        <w:keepNext/>
        <w:spacing w:after="20" w:before="200"/>
      </w:pPr>
      <w:bookmarkStart w:id="186" w:name="p174"/>
      <w:r>
        <w:rPr>
          <w:b/>
          <w:i w:val="0"/>
          <w:color w:val="222B33"/>
          <w:sz w:val="22"/>
        </w:rPr>
        <w:t>No. 174</w:t>
      </w:r>
      <w:r>
        <w:rPr>
          <w:b w:val="0"/>
          <w:i w:val="0"/>
          <w:color w:val="6A6F75"/>
          <w:sz w:val="18"/>
        </w:rPr>
        <w:t xml:space="preserve">   Hanachirusato → Genji   贈 sent</w:t>
      </w:r>
      <w:bookmarkEnd w:id="186"/>
    </w:p>
    <w:p>
      <w:pPr>
        <w:keepNext/>
        <w:spacing w:after="40"/>
      </w:pPr>
      <w:r>
        <w:rPr>
          <w:b/>
          <w:i w:val="0"/>
          <w:color w:val="6A6F75"/>
          <w:sz w:val="18"/>
        </w:rPr>
        <w:t xml:space="preserve">Context. </w:t>
      </w:r>
      <w:r>
        <w:rPr>
          <w:b w:val="0"/>
          <w:i w:val="0"/>
          <w:color w:val="6A6F75"/>
          <w:sz w:val="19"/>
        </w:rPr>
        <w:t>Genji visits Hanachirusato before his exile; her gentle, undemanding love.</w:t>
      </w:r>
    </w:p>
    <w:p>
      <w:pPr>
        <w:keepNext/>
        <w:spacing w:after="0"/>
      </w:pPr>
      <w:r>
        <w:rPr>
          <w:rFonts w:ascii="Noto Serif CJK JP" w:hAnsi="Noto Serif CJK JP" w:eastAsia="Noto Serif CJK JP"/>
          <w:b w:val="0"/>
          <w:i w:val="0"/>
          <w:color w:val="222B33"/>
          <w:sz w:val="26"/>
        </w:rPr>
        <w:t>月影の宿れる袖はせばくともとめても見ばやあかぬ光を</w:t>
      </w:r>
    </w:p>
    <w:p>
      <w:pPr>
        <w:keepNext/>
        <w:spacing w:after="60"/>
      </w:pPr>
      <w:r>
        <w:rPr>
          <w:rFonts w:ascii="Noto Serif CJK JP" w:hAnsi="Noto Serif CJK JP" w:eastAsia="Noto Serif CJK JP"/>
          <w:b w:val="0"/>
          <w:i w:val="0"/>
          <w:color w:val="6A6F75"/>
          <w:sz w:val="19"/>
        </w:rPr>
        <w:t>月かけの　／　やとれるそては　／　せはくとも　／　とめてもみはや　／　あかぬひかりを</w:t>
      </w:r>
    </w:p>
    <w:p>
      <w:pPr>
        <w:keepNext/>
        <w:spacing w:after="60"/>
      </w:pPr>
      <w:r>
        <w:rPr>
          <w:b w:val="0"/>
          <w:i/>
          <w:color w:val="222B33"/>
          <w:sz w:val="21"/>
        </w:rPr>
        <w:t>Narrow though my sleeve is</w:t>
        <w:br/>
      </w:r>
      <w:r>
        <w:rPr>
          <w:b w:val="0"/>
          <w:i/>
          <w:color w:val="222B33"/>
          <w:sz w:val="21"/>
        </w:rPr>
        <w:t>where the moonlight lodges,</w:t>
        <w:br/>
      </w:r>
      <w:r>
        <w:rPr>
          <w:b w:val="0"/>
          <w:i/>
          <w:color w:val="222B33"/>
          <w:sz w:val="21"/>
        </w:rPr>
        <w:t>I would keep it</w:t>
        <w:br/>
      </w:r>
      <w:r>
        <w:rPr>
          <w:b w:val="0"/>
          <w:i/>
          <w:color w:val="222B33"/>
          <w:sz w:val="21"/>
        </w:rPr>
        <w:t>to see that light</w:t>
        <w:br/>
      </w:r>
      <w:r>
        <w:rPr>
          <w:b w:val="0"/>
          <w:i/>
          <w:color w:val="222B33"/>
          <w:sz w:val="21"/>
        </w:rPr>
        <w:t>I never tire of.</w:t>
      </w:r>
    </w:p>
    <w:p>
      <w:pPr>
        <w:spacing w:after="40"/>
      </w:pPr>
      <w:r>
        <w:rPr>
          <w:b w:val="0"/>
          <w:i w:val="0"/>
          <w:color w:val="6A6F75"/>
          <w:sz w:val="18"/>
        </w:rPr>
        <w:t xml:space="preserve">Answered by </w:t>
      </w:r>
      <w:hyperlink w:anchor="p175">
        <w:r>
          <w:rPr>
            <w:color w:val="2E5A80"/>
            <w:u w:val="single"/>
            <w:sz w:val="18"/>
          </w:rPr>
          <w:t xml:space="preserve">No. 175 (Genji)</w:t>
        </w:r>
      </w:hyperlink>
    </w:p>
    <w:p>
      <w:pPr>
        <w:keepNext/>
        <w:spacing w:after="20" w:before="200"/>
      </w:pPr>
      <w:bookmarkStart w:id="187" w:name="p175"/>
      <w:r>
        <w:rPr>
          <w:b/>
          <w:i w:val="0"/>
          <w:color w:val="222B33"/>
          <w:sz w:val="22"/>
        </w:rPr>
        <w:t>No. 175</w:t>
      </w:r>
      <w:r>
        <w:rPr>
          <w:b w:val="0"/>
          <w:i w:val="0"/>
          <w:color w:val="6A6F75"/>
          <w:sz w:val="18"/>
        </w:rPr>
        <w:t xml:space="preserve">   Genji → Hanachirusato   答 reply</w:t>
      </w:r>
      <w:bookmarkEnd w:id="187"/>
    </w:p>
    <w:p>
      <w:pPr>
        <w:keepNext/>
        <w:spacing w:after="0"/>
      </w:pPr>
      <w:r>
        <w:rPr>
          <w:rFonts w:ascii="Noto Serif CJK JP" w:hAnsi="Noto Serif CJK JP" w:eastAsia="Noto Serif CJK JP"/>
          <w:b w:val="0"/>
          <w:i w:val="0"/>
          <w:color w:val="222B33"/>
          <w:sz w:val="26"/>
        </w:rPr>
        <w:t>行きめぐりつひにすむべき月影のしばし雲らむ空な眺めそ</w:t>
      </w:r>
    </w:p>
    <w:p>
      <w:pPr>
        <w:keepNext/>
        <w:spacing w:after="60"/>
      </w:pPr>
      <w:r>
        <w:rPr>
          <w:rFonts w:ascii="Noto Serif CJK JP" w:hAnsi="Noto Serif CJK JP" w:eastAsia="Noto Serif CJK JP"/>
          <w:b w:val="0"/>
          <w:i w:val="0"/>
          <w:color w:val="6A6F75"/>
          <w:sz w:val="19"/>
        </w:rPr>
        <w:t>ゆきめくり　／　つゐにすむへき　／　月かけの　／　しはしくもらむ　／　そらなゝかめそ</w:t>
      </w:r>
    </w:p>
    <w:p>
      <w:pPr>
        <w:keepNext/>
        <w:spacing w:after="60"/>
      </w:pPr>
      <w:r>
        <w:rPr>
          <w:b w:val="0"/>
          <w:i/>
          <w:color w:val="222B33"/>
          <w:sz w:val="21"/>
        </w:rPr>
        <w:t>The moonlight that comes round</w:t>
        <w:br/>
      </w:r>
      <w:r>
        <w:rPr>
          <w:b w:val="0"/>
          <w:i/>
          <w:color w:val="222B33"/>
          <w:sz w:val="21"/>
        </w:rPr>
        <w:t>and at last shines clear:</w:t>
        <w:br/>
      </w:r>
      <w:r>
        <w:rPr>
          <w:b w:val="0"/>
          <w:i/>
          <w:color w:val="222B33"/>
          <w:sz w:val="21"/>
        </w:rPr>
        <w:t>do not gaze at the sky</w:t>
        <w:br/>
      </w:r>
      <w:r>
        <w:rPr>
          <w:b w:val="0"/>
          <w:i/>
          <w:color w:val="222B33"/>
          <w:sz w:val="21"/>
        </w:rPr>
        <w:t>that will be clouded</w:t>
        <w:br/>
      </w:r>
      <w:r>
        <w:rPr>
          <w:b w:val="0"/>
          <w:i/>
          <w:color w:val="222B33"/>
          <w:sz w:val="21"/>
        </w:rPr>
        <w:t>for a while.</w:t>
      </w:r>
    </w:p>
    <w:p>
      <w:pPr>
        <w:spacing w:after="40"/>
      </w:pPr>
      <w:r>
        <w:rPr>
          <w:b w:val="0"/>
          <w:i w:val="0"/>
          <w:color w:val="6A6F75"/>
          <w:sz w:val="18"/>
        </w:rPr>
        <w:t xml:space="preserve">In reply to </w:t>
      </w:r>
      <w:hyperlink w:anchor="p174">
        <w:r>
          <w:rPr>
            <w:color w:val="2E5A80"/>
            <w:u w:val="single"/>
            <w:sz w:val="18"/>
          </w:rPr>
          <w:t xml:space="preserve">No. 174 (Hanachirusato)</w:t>
        </w:r>
      </w:hyperlink>
    </w:p>
    <w:p>
      <w:pPr>
        <w:keepNext/>
        <w:spacing w:after="20" w:before="200"/>
      </w:pPr>
      <w:bookmarkStart w:id="188" w:name="p176"/>
      <w:r>
        <w:rPr>
          <w:b/>
          <w:i w:val="0"/>
          <w:color w:val="222B33"/>
          <w:sz w:val="22"/>
        </w:rPr>
        <w:t>No. 176</w:t>
      </w:r>
      <w:r>
        <w:rPr>
          <w:b w:val="0"/>
          <w:i w:val="0"/>
          <w:color w:val="6A6F75"/>
          <w:sz w:val="18"/>
        </w:rPr>
        <w:t xml:space="preserve">   Genji → Oborozukiyo   贈 sent</w:t>
      </w:r>
      <w:bookmarkEnd w:id="188"/>
    </w:p>
    <w:p>
      <w:pPr>
        <w:keepNext/>
        <w:spacing w:after="40"/>
      </w:pPr>
      <w:r>
        <w:rPr>
          <w:b/>
          <w:i w:val="0"/>
          <w:color w:val="6A6F75"/>
          <w:sz w:val="18"/>
        </w:rPr>
        <w:t xml:space="preserve">Context. </w:t>
      </w:r>
      <w:r>
        <w:rPr>
          <w:b w:val="0"/>
          <w:i w:val="0"/>
          <w:color w:val="6A6F75"/>
          <w:sz w:val="19"/>
        </w:rPr>
        <w:t>Genji to Oborozukiyo before exile; their affair is its cause.</w:t>
      </w:r>
    </w:p>
    <w:p>
      <w:pPr>
        <w:keepNext/>
        <w:spacing w:after="0"/>
      </w:pPr>
      <w:r>
        <w:rPr>
          <w:rFonts w:ascii="Noto Serif CJK JP" w:hAnsi="Noto Serif CJK JP" w:eastAsia="Noto Serif CJK JP"/>
          <w:b w:val="0"/>
          <w:i w:val="0"/>
          <w:color w:val="222B33"/>
          <w:sz w:val="26"/>
        </w:rPr>
        <w:t>逢ふ瀬なき涙の河に沈みしや流るる澪の初めなりけむ</w:t>
      </w:r>
    </w:p>
    <w:p>
      <w:pPr>
        <w:keepNext/>
        <w:spacing w:after="60"/>
      </w:pPr>
      <w:r>
        <w:rPr>
          <w:rFonts w:ascii="Noto Serif CJK JP" w:hAnsi="Noto Serif CJK JP" w:eastAsia="Noto Serif CJK JP"/>
          <w:b w:val="0"/>
          <w:i w:val="0"/>
          <w:color w:val="6A6F75"/>
          <w:sz w:val="19"/>
        </w:rPr>
        <w:t>あふせなき　／　なみたの河に　／　しつみしや　／　なかるゝみおの　／　はしめなりけむ</w:t>
      </w:r>
    </w:p>
    <w:p>
      <w:pPr>
        <w:keepNext/>
        <w:spacing w:after="60"/>
      </w:pPr>
      <w:r>
        <w:rPr>
          <w:b w:val="0"/>
          <w:i/>
          <w:color w:val="222B33"/>
          <w:sz w:val="21"/>
        </w:rPr>
        <w:t>Was sinking in the river of tears</w:t>
        <w:br/>
      </w:r>
      <w:r>
        <w:rPr>
          <w:b w:val="0"/>
          <w:i/>
          <w:color w:val="222B33"/>
          <w:sz w:val="21"/>
        </w:rPr>
        <w:t>where we cannot meet</w:t>
        <w:br/>
      </w:r>
      <w:r>
        <w:rPr>
          <w:b w:val="0"/>
          <w:i/>
          <w:color w:val="222B33"/>
          <w:sz w:val="21"/>
        </w:rPr>
        <w:t>the first</w:t>
        <w:br/>
      </w:r>
      <w:r>
        <w:rPr>
          <w:b w:val="0"/>
          <w:i/>
          <w:color w:val="222B33"/>
          <w:sz w:val="21"/>
        </w:rPr>
        <w:t>of the channels</w:t>
        <w:br/>
      </w:r>
      <w:r>
        <w:rPr>
          <w:b w:val="0"/>
          <w:i/>
          <w:color w:val="222B33"/>
          <w:sz w:val="21"/>
        </w:rPr>
        <w:t>that sweep me away?</w:t>
      </w:r>
    </w:p>
    <w:p>
      <w:pPr>
        <w:spacing w:after="40"/>
      </w:pPr>
      <w:r>
        <w:rPr>
          <w:b w:val="0"/>
          <w:i w:val="0"/>
          <w:color w:val="6A6F75"/>
          <w:sz w:val="18"/>
        </w:rPr>
        <w:t xml:space="preserve">Answered by </w:t>
      </w:r>
      <w:hyperlink w:anchor="p177">
        <w:r>
          <w:rPr>
            <w:color w:val="2E5A80"/>
            <w:u w:val="single"/>
            <w:sz w:val="18"/>
          </w:rPr>
          <w:t xml:space="preserve">No. 177 (Oborozukiyo)</w:t>
        </w:r>
      </w:hyperlink>
    </w:p>
    <w:p>
      <w:pPr>
        <w:keepNext/>
        <w:spacing w:after="20" w:before="200"/>
      </w:pPr>
      <w:bookmarkStart w:id="189" w:name="p177"/>
      <w:r>
        <w:rPr>
          <w:b/>
          <w:i w:val="0"/>
          <w:color w:val="222B33"/>
          <w:sz w:val="22"/>
        </w:rPr>
        <w:t>No. 177</w:t>
      </w:r>
      <w:r>
        <w:rPr>
          <w:b w:val="0"/>
          <w:i w:val="0"/>
          <w:color w:val="6A6F75"/>
          <w:sz w:val="18"/>
        </w:rPr>
        <w:t xml:space="preserve">   Oborozukiyo → Genji   答 reply</w:t>
      </w:r>
      <w:bookmarkEnd w:id="189"/>
    </w:p>
    <w:p>
      <w:pPr>
        <w:keepNext/>
        <w:spacing w:after="0"/>
      </w:pPr>
      <w:r>
        <w:rPr>
          <w:rFonts w:ascii="Noto Serif CJK JP" w:hAnsi="Noto Serif CJK JP" w:eastAsia="Noto Serif CJK JP"/>
          <w:b w:val="0"/>
          <w:i w:val="0"/>
          <w:color w:val="222B33"/>
          <w:sz w:val="26"/>
        </w:rPr>
        <w:t>涙河浮かぶ水泡も消えぬべし流れて後の瀬をも待たずて</w:t>
      </w:r>
    </w:p>
    <w:p>
      <w:pPr>
        <w:keepNext/>
        <w:spacing w:after="60"/>
      </w:pPr>
      <w:r>
        <w:rPr>
          <w:rFonts w:ascii="Noto Serif CJK JP" w:hAnsi="Noto Serif CJK JP" w:eastAsia="Noto Serif CJK JP"/>
          <w:b w:val="0"/>
          <w:i w:val="0"/>
          <w:color w:val="6A6F75"/>
          <w:sz w:val="19"/>
        </w:rPr>
        <w:t>なみたかは　／　うかふみなはも　／　きえぬへし　／　なかれてのちの　／　せをもまたすて</w:t>
      </w:r>
    </w:p>
    <w:p>
      <w:pPr>
        <w:keepNext/>
        <w:spacing w:after="60"/>
      </w:pPr>
      <w:r>
        <w:rPr>
          <w:b w:val="0"/>
          <w:i/>
          <w:color w:val="222B33"/>
          <w:sz w:val="21"/>
        </w:rPr>
        <w:t>Even the foam that floats</w:t>
        <w:br/>
      </w:r>
      <w:r>
        <w:rPr>
          <w:b w:val="0"/>
          <w:i/>
          <w:color w:val="222B33"/>
          <w:sz w:val="21"/>
        </w:rPr>
        <w:t>on the river of tears will vanish,</w:t>
        <w:br/>
      </w:r>
      <w:r>
        <w:rPr>
          <w:b w:val="0"/>
          <w:i/>
          <w:color w:val="222B33"/>
          <w:sz w:val="21"/>
        </w:rPr>
        <w:t>not waiting for the shallows</w:t>
        <w:br/>
      </w:r>
      <w:r>
        <w:rPr>
          <w:b w:val="0"/>
          <w:i/>
          <w:color w:val="222B33"/>
          <w:sz w:val="21"/>
        </w:rPr>
        <w:t>where we might meet</w:t>
        <w:br/>
      </w:r>
      <w:r>
        <w:rPr>
          <w:b w:val="0"/>
          <w:i/>
          <w:color w:val="222B33"/>
          <w:sz w:val="21"/>
        </w:rPr>
        <w:t>when it has flowed on.</w:t>
      </w:r>
    </w:p>
    <w:p>
      <w:pPr>
        <w:spacing w:after="40"/>
      </w:pPr>
      <w:r>
        <w:rPr>
          <w:b w:val="0"/>
          <w:i w:val="0"/>
          <w:color w:val="6A6F75"/>
          <w:sz w:val="18"/>
        </w:rPr>
        <w:t xml:space="preserve">In reply to </w:t>
      </w:r>
      <w:hyperlink w:anchor="p176">
        <w:r>
          <w:rPr>
            <w:color w:val="2E5A80"/>
            <w:u w:val="single"/>
            <w:sz w:val="18"/>
          </w:rPr>
          <w:t xml:space="preserve">No. 176 (Genji)</w:t>
        </w:r>
      </w:hyperlink>
    </w:p>
    <w:p>
      <w:pPr>
        <w:keepNext/>
        <w:spacing w:after="20" w:before="200"/>
      </w:pPr>
      <w:bookmarkStart w:id="190" w:name="p178"/>
      <w:r>
        <w:rPr>
          <w:b/>
          <w:i w:val="0"/>
          <w:color w:val="222B33"/>
          <w:sz w:val="22"/>
        </w:rPr>
        <w:t>No. 178</w:t>
      </w:r>
      <w:r>
        <w:rPr>
          <w:b w:val="0"/>
          <w:i w:val="0"/>
          <w:color w:val="6A6F75"/>
          <w:sz w:val="18"/>
        </w:rPr>
        <w:t xml:space="preserve">   Fujitsubo → Genji   贈 sent</w:t>
      </w:r>
      <w:bookmarkEnd w:id="190"/>
    </w:p>
    <w:p>
      <w:pPr>
        <w:keepNext/>
        <w:spacing w:after="40"/>
      </w:pPr>
      <w:r>
        <w:rPr>
          <w:b/>
          <w:i w:val="0"/>
          <w:color w:val="6A6F75"/>
          <w:sz w:val="18"/>
        </w:rPr>
        <w:t xml:space="preserve">Context. </w:t>
      </w:r>
      <w:r>
        <w:rPr>
          <w:b w:val="0"/>
          <w:i w:val="0"/>
          <w:color w:val="6A6F75"/>
          <w:sz w:val="19"/>
        </w:rPr>
        <w:t>Genji takes leave of Fujitsubo; the secret of Reizei binds them.</w:t>
      </w:r>
    </w:p>
    <w:p>
      <w:pPr>
        <w:keepNext/>
        <w:spacing w:after="0"/>
      </w:pPr>
      <w:r>
        <w:rPr>
          <w:rFonts w:ascii="Noto Serif CJK JP" w:hAnsi="Noto Serif CJK JP" w:eastAsia="Noto Serif CJK JP"/>
          <w:b w:val="0"/>
          <w:i w:val="0"/>
          <w:color w:val="222B33"/>
          <w:sz w:val="26"/>
        </w:rPr>
        <w:t>見しはなくあるは悲しき世の果てを背きしかひもなくなくぞ経る</w:t>
      </w:r>
    </w:p>
    <w:p>
      <w:pPr>
        <w:keepNext/>
        <w:spacing w:after="60"/>
      </w:pPr>
      <w:r>
        <w:rPr>
          <w:rFonts w:ascii="Noto Serif CJK JP" w:hAnsi="Noto Serif CJK JP" w:eastAsia="Noto Serif CJK JP"/>
          <w:b w:val="0"/>
          <w:i w:val="0"/>
          <w:color w:val="6A6F75"/>
          <w:sz w:val="19"/>
        </w:rPr>
        <w:t>みしはなく　／　あるはかなしき　／　よのはてを　／　そむきしかひも　／　なくなくそふる</w:t>
      </w:r>
    </w:p>
    <w:p>
      <w:pPr>
        <w:keepNext/>
        <w:spacing w:after="60"/>
      </w:pPr>
      <w:r>
        <w:rPr>
          <w:b w:val="0"/>
          <w:i/>
          <w:color w:val="222B33"/>
          <w:sz w:val="21"/>
        </w:rPr>
        <w:t>The one I knew is gone, and the living</w:t>
        <w:br/>
      </w:r>
      <w:r>
        <w:rPr>
          <w:b w:val="0"/>
          <w:i/>
          <w:color w:val="222B33"/>
          <w:sz w:val="21"/>
        </w:rPr>
        <w:t>is sad, at the world’s end;</w:t>
        <w:br/>
      </w:r>
      <w:r>
        <w:rPr>
          <w:b w:val="0"/>
          <w:i/>
          <w:color w:val="222B33"/>
          <w:sz w:val="21"/>
        </w:rPr>
        <w:t>I gain nothing from renouncing it,</w:t>
        <w:br/>
      </w:r>
      <w:r>
        <w:rPr>
          <w:b w:val="0"/>
          <w:i/>
          <w:color w:val="222B33"/>
          <w:sz w:val="21"/>
        </w:rPr>
        <w:t>and pass my days</w:t>
        <w:br/>
      </w:r>
      <w:r>
        <w:rPr>
          <w:b w:val="0"/>
          <w:i/>
          <w:color w:val="222B33"/>
          <w:sz w:val="21"/>
        </w:rPr>
        <w:t>in tears.</w:t>
      </w:r>
    </w:p>
    <w:p>
      <w:pPr>
        <w:spacing w:after="40"/>
      </w:pPr>
      <w:r>
        <w:rPr>
          <w:b w:val="0"/>
          <w:i w:val="0"/>
          <w:color w:val="222B33"/>
          <w:sz w:val="19"/>
        </w:rPr>
        <w:t>Nakunaku, “weeping,” echoes naku, “is no more.”</w:t>
      </w:r>
    </w:p>
    <w:p>
      <w:pPr>
        <w:spacing w:after="40"/>
      </w:pPr>
      <w:r>
        <w:rPr>
          <w:b w:val="0"/>
          <w:i w:val="0"/>
          <w:color w:val="6A6F75"/>
          <w:sz w:val="18"/>
        </w:rPr>
        <w:t xml:space="preserve">Answered by </w:t>
      </w:r>
      <w:hyperlink w:anchor="p179">
        <w:r>
          <w:rPr>
            <w:color w:val="2E5A80"/>
            <w:u w:val="single"/>
            <w:sz w:val="18"/>
          </w:rPr>
          <w:t xml:space="preserve">No. 179 (Genji)</w:t>
        </w:r>
      </w:hyperlink>
    </w:p>
    <w:p>
      <w:pPr>
        <w:keepNext/>
        <w:spacing w:after="20" w:before="200"/>
      </w:pPr>
      <w:bookmarkStart w:id="191" w:name="p179"/>
      <w:r>
        <w:rPr>
          <w:b/>
          <w:i w:val="0"/>
          <w:color w:val="222B33"/>
          <w:sz w:val="22"/>
        </w:rPr>
        <w:t>No. 179</w:t>
      </w:r>
      <w:r>
        <w:rPr>
          <w:b w:val="0"/>
          <w:i w:val="0"/>
          <w:color w:val="6A6F75"/>
          <w:sz w:val="18"/>
        </w:rPr>
        <w:t xml:space="preserve">   Genji → Fujitsubo   答 reply</w:t>
      </w:r>
      <w:bookmarkEnd w:id="191"/>
    </w:p>
    <w:p>
      <w:pPr>
        <w:keepNext/>
        <w:spacing w:after="0"/>
      </w:pPr>
      <w:r>
        <w:rPr>
          <w:rFonts w:ascii="Noto Serif CJK JP" w:hAnsi="Noto Serif CJK JP" w:eastAsia="Noto Serif CJK JP"/>
          <w:b w:val="0"/>
          <w:i w:val="0"/>
          <w:color w:val="222B33"/>
          <w:sz w:val="26"/>
        </w:rPr>
        <w:t>別れしに悲しきことは尽きにしをまたぞこの世の憂さはまされる</w:t>
      </w:r>
    </w:p>
    <w:p>
      <w:pPr>
        <w:keepNext/>
        <w:spacing w:after="60"/>
      </w:pPr>
      <w:r>
        <w:rPr>
          <w:rFonts w:ascii="Noto Serif CJK JP" w:hAnsi="Noto Serif CJK JP" w:eastAsia="Noto Serif CJK JP"/>
          <w:b w:val="0"/>
          <w:i w:val="0"/>
          <w:color w:val="6A6F75"/>
          <w:sz w:val="19"/>
        </w:rPr>
        <w:t>わかれしに　／　かなしき事は　／　つきにしを　／　またそこの世の　／　うさはまされる</w:t>
      </w:r>
    </w:p>
    <w:p>
      <w:pPr>
        <w:keepNext/>
        <w:spacing w:after="60"/>
      </w:pPr>
      <w:r>
        <w:rPr>
          <w:b w:val="0"/>
          <w:i/>
          <w:color w:val="222B33"/>
          <w:sz w:val="21"/>
        </w:rPr>
        <w:t>In that parting</w:t>
        <w:br/>
      </w:r>
      <w:r>
        <w:rPr>
          <w:b w:val="0"/>
          <w:i/>
          <w:color w:val="222B33"/>
          <w:sz w:val="21"/>
        </w:rPr>
        <w:t>I thought sorrow was exhausted,</w:t>
        <w:br/>
      </w:r>
      <w:r>
        <w:rPr>
          <w:b w:val="0"/>
          <w:i/>
          <w:color w:val="222B33"/>
          <w:sz w:val="21"/>
        </w:rPr>
        <w:t>yet again this world’s grief</w:t>
        <w:br/>
      </w:r>
      <w:r>
        <w:rPr>
          <w:b w:val="0"/>
          <w:i/>
          <w:color w:val="222B33"/>
          <w:sz w:val="21"/>
        </w:rPr>
        <w:t>has grown</w:t>
        <w:br/>
      </w:r>
      <w:r>
        <w:rPr>
          <w:b w:val="0"/>
          <w:i/>
          <w:color w:val="222B33"/>
          <w:sz w:val="21"/>
        </w:rPr>
        <w:t>still greater.</w:t>
      </w:r>
    </w:p>
    <w:p>
      <w:pPr>
        <w:spacing w:after="40"/>
      </w:pPr>
      <w:r>
        <w:rPr>
          <w:b w:val="0"/>
          <w:i w:val="0"/>
          <w:color w:val="6A6F75"/>
          <w:sz w:val="18"/>
        </w:rPr>
        <w:t xml:space="preserve">In reply to </w:t>
      </w:r>
      <w:hyperlink w:anchor="p178">
        <w:r>
          <w:rPr>
            <w:color w:val="2E5A80"/>
            <w:u w:val="single"/>
            <w:sz w:val="18"/>
          </w:rPr>
          <w:t xml:space="preserve">No. 178 (Fujitsubo)</w:t>
        </w:r>
      </w:hyperlink>
    </w:p>
    <w:p>
      <w:pPr>
        <w:keepNext/>
        <w:spacing w:after="20" w:before="200"/>
      </w:pPr>
      <w:bookmarkStart w:id="192" w:name="p180"/>
      <w:r>
        <w:rPr>
          <w:b/>
          <w:i w:val="0"/>
          <w:color w:val="222B33"/>
          <w:sz w:val="22"/>
        </w:rPr>
        <w:t>No. 180</w:t>
      </w:r>
      <w:r>
        <w:rPr>
          <w:b w:val="0"/>
          <w:i w:val="0"/>
          <w:color w:val="6A6F75"/>
          <w:sz w:val="18"/>
        </w:rPr>
        <w:t xml:space="preserve">   the Right Guards officer → Genji   贈 sent</w:t>
      </w:r>
      <w:bookmarkEnd w:id="192"/>
    </w:p>
    <w:p>
      <w:pPr>
        <w:keepNext/>
        <w:spacing w:after="40"/>
      </w:pPr>
      <w:r>
        <w:rPr>
          <w:b/>
          <w:i w:val="0"/>
          <w:color w:val="6A6F75"/>
          <w:sz w:val="18"/>
        </w:rPr>
        <w:t xml:space="preserve">Context. </w:t>
      </w:r>
      <w:r>
        <w:rPr>
          <w:b w:val="0"/>
          <w:i w:val="0"/>
          <w:color w:val="6A6F75"/>
          <w:sz w:val="19"/>
        </w:rPr>
        <w:t>An attendant who lost his post because of Genji; his loyalty.</w:t>
      </w:r>
    </w:p>
    <w:p>
      <w:pPr>
        <w:keepNext/>
        <w:spacing w:after="0"/>
      </w:pPr>
      <w:r>
        <w:rPr>
          <w:rFonts w:ascii="Noto Serif CJK JP" w:hAnsi="Noto Serif CJK JP" w:eastAsia="Noto Serif CJK JP"/>
          <w:b w:val="0"/>
          <w:i w:val="0"/>
          <w:color w:val="222B33"/>
          <w:sz w:val="26"/>
        </w:rPr>
        <w:t>ひき連れて葵かざししそのかみを思へばつらし賀茂の瑞垣</w:t>
      </w:r>
    </w:p>
    <w:p>
      <w:pPr>
        <w:keepNext/>
        <w:spacing w:after="60"/>
      </w:pPr>
      <w:r>
        <w:rPr>
          <w:rFonts w:ascii="Noto Serif CJK JP" w:hAnsi="Noto Serif CJK JP" w:eastAsia="Noto Serif CJK JP"/>
          <w:b w:val="0"/>
          <w:i w:val="0"/>
          <w:color w:val="6A6F75"/>
          <w:sz w:val="19"/>
        </w:rPr>
        <w:t>ひきつれて　／　あふひかさしゝ　／　そのかみを　／　おもへはつらし　／　かものみつかき</w:t>
      </w:r>
    </w:p>
    <w:p>
      <w:pPr>
        <w:keepNext/>
        <w:spacing w:after="60"/>
      </w:pPr>
      <w:r>
        <w:rPr>
          <w:b w:val="0"/>
          <w:i/>
          <w:color w:val="222B33"/>
          <w:sz w:val="21"/>
        </w:rPr>
        <w:t>We wore heartvine in our hair</w:t>
        <w:br/>
      </w:r>
      <w:r>
        <w:rPr>
          <w:b w:val="0"/>
          <w:i/>
          <w:color w:val="222B33"/>
          <w:sz w:val="21"/>
        </w:rPr>
        <w:t>as we rode together then;</w:t>
        <w:br/>
      </w:r>
      <w:r>
        <w:rPr>
          <w:b w:val="0"/>
          <w:i/>
          <w:color w:val="222B33"/>
          <w:sz w:val="21"/>
        </w:rPr>
        <w:t>remembering, how cruel</w:t>
        <w:br/>
      </w:r>
      <w:r>
        <w:rPr>
          <w:b w:val="0"/>
          <w:i/>
          <w:color w:val="222B33"/>
          <w:sz w:val="21"/>
        </w:rPr>
        <w:t>you seem,</w:t>
        <w:br/>
      </w:r>
      <w:r>
        <w:rPr>
          <w:b w:val="0"/>
          <w:i/>
          <w:color w:val="222B33"/>
          <w:sz w:val="21"/>
        </w:rPr>
        <w:t>sacred fence of Kamo.</w:t>
      </w:r>
    </w:p>
    <w:p>
      <w:pPr>
        <w:spacing w:after="40"/>
      </w:pPr>
      <w:r>
        <w:rPr>
          <w:b w:val="0"/>
          <w:i w:val="0"/>
          <w:color w:val="222B33"/>
          <w:sz w:val="19"/>
        </w:rPr>
        <w:t>Genji’s attendant, who lost his post.</w:t>
      </w:r>
    </w:p>
    <w:p>
      <w:pPr>
        <w:spacing w:after="40"/>
      </w:pPr>
      <w:r>
        <w:rPr>
          <w:b w:val="0"/>
          <w:i w:val="0"/>
          <w:color w:val="6A6F75"/>
          <w:sz w:val="18"/>
        </w:rPr>
        <w:t xml:space="preserve">Answered by </w:t>
      </w:r>
      <w:hyperlink w:anchor="p181">
        <w:r>
          <w:rPr>
            <w:color w:val="2E5A80"/>
            <w:u w:val="single"/>
            <w:sz w:val="18"/>
          </w:rPr>
          <w:t xml:space="preserve">No. 181 (Genji)</w:t>
        </w:r>
      </w:hyperlink>
    </w:p>
    <w:p>
      <w:pPr>
        <w:keepNext/>
        <w:spacing w:after="20" w:before="200"/>
      </w:pPr>
      <w:bookmarkStart w:id="193" w:name="p181"/>
      <w:r>
        <w:rPr>
          <w:b/>
          <w:i w:val="0"/>
          <w:color w:val="222B33"/>
          <w:sz w:val="22"/>
        </w:rPr>
        <w:t>No. 181</w:t>
      </w:r>
      <w:r>
        <w:rPr>
          <w:b w:val="0"/>
          <w:i w:val="0"/>
          <w:color w:val="6A6F75"/>
          <w:sz w:val="18"/>
        </w:rPr>
        <w:t xml:space="preserve">   Genji → the Right Guards officer   答 reply</w:t>
      </w:r>
      <w:bookmarkEnd w:id="193"/>
    </w:p>
    <w:p>
      <w:pPr>
        <w:keepNext/>
        <w:spacing w:after="0"/>
      </w:pPr>
      <w:r>
        <w:rPr>
          <w:rFonts w:ascii="Noto Serif CJK JP" w:hAnsi="Noto Serif CJK JP" w:eastAsia="Noto Serif CJK JP"/>
          <w:b w:val="0"/>
          <w:i w:val="0"/>
          <w:color w:val="222B33"/>
          <w:sz w:val="26"/>
        </w:rPr>
        <w:t>憂き世をば今ぞ別るるとどまらむ名をば糺の神にまかせて</w:t>
      </w:r>
    </w:p>
    <w:p>
      <w:pPr>
        <w:keepNext/>
        <w:spacing w:after="60"/>
      </w:pPr>
      <w:r>
        <w:rPr>
          <w:rFonts w:ascii="Noto Serif CJK JP" w:hAnsi="Noto Serif CJK JP" w:eastAsia="Noto Serif CJK JP"/>
          <w:b w:val="0"/>
          <w:i w:val="0"/>
          <w:color w:val="6A6F75"/>
          <w:sz w:val="19"/>
        </w:rPr>
        <w:t>うき世をは　／　いまそわかるゝ　／　とゝまらむ　／　名をはたゝすの　／　神にまかせて</w:t>
      </w:r>
    </w:p>
    <w:p>
      <w:pPr>
        <w:keepNext/>
        <w:spacing w:after="60"/>
      </w:pPr>
      <w:r>
        <w:rPr>
          <w:b w:val="0"/>
          <w:i/>
          <w:color w:val="222B33"/>
          <w:sz w:val="21"/>
        </w:rPr>
        <w:t>I leave the bitter world</w:t>
        <w:br/>
      </w:r>
      <w:r>
        <w:rPr>
          <w:b w:val="0"/>
          <w:i/>
          <w:color w:val="222B33"/>
          <w:sz w:val="21"/>
        </w:rPr>
        <w:t>now; the name I leave behind</w:t>
        <w:br/>
      </w:r>
      <w:r>
        <w:rPr>
          <w:b w:val="0"/>
          <w:i/>
          <w:color w:val="222B33"/>
          <w:sz w:val="21"/>
        </w:rPr>
        <w:t>I entrust</w:t>
        <w:br/>
      </w:r>
      <w:r>
        <w:rPr>
          <w:b w:val="0"/>
          <w:i/>
          <w:color w:val="222B33"/>
          <w:sz w:val="21"/>
        </w:rPr>
        <w:t>to the god</w:t>
        <w:br/>
      </w:r>
      <w:r>
        <w:rPr>
          <w:b w:val="0"/>
          <w:i/>
          <w:color w:val="222B33"/>
          <w:sz w:val="21"/>
        </w:rPr>
        <w:t>of Tadasu.</w:t>
      </w:r>
    </w:p>
    <w:p>
      <w:pPr>
        <w:spacing w:after="40"/>
      </w:pPr>
      <w:r>
        <w:rPr>
          <w:b w:val="0"/>
          <w:i w:val="0"/>
          <w:color w:val="222B33"/>
          <w:sz w:val="19"/>
        </w:rPr>
        <w:t>Tadasu, the shrine’s grove, means “to judge, set right.”</w:t>
      </w:r>
    </w:p>
    <w:p>
      <w:pPr>
        <w:spacing w:after="40"/>
      </w:pPr>
      <w:r>
        <w:rPr>
          <w:b w:val="0"/>
          <w:i w:val="0"/>
          <w:color w:val="6A6F75"/>
          <w:sz w:val="18"/>
        </w:rPr>
        <w:t xml:space="preserve">In reply to </w:t>
      </w:r>
      <w:hyperlink w:anchor="p180">
        <w:r>
          <w:rPr>
            <w:color w:val="2E5A80"/>
            <w:u w:val="single"/>
            <w:sz w:val="18"/>
          </w:rPr>
          <w:t xml:space="preserve">No. 180 (the Right Guards officer)</w:t>
        </w:r>
      </w:hyperlink>
    </w:p>
    <w:p>
      <w:pPr>
        <w:keepNext/>
        <w:spacing w:after="20" w:before="200"/>
      </w:pPr>
      <w:bookmarkStart w:id="194" w:name="p182"/>
      <w:r>
        <w:rPr>
          <w:b/>
          <w:i w:val="0"/>
          <w:color w:val="222B33"/>
          <w:sz w:val="22"/>
        </w:rPr>
        <w:t>No. 182</w:t>
      </w:r>
      <w:r>
        <w:rPr>
          <w:b w:val="0"/>
          <w:i w:val="0"/>
          <w:color w:val="6A6F75"/>
          <w:sz w:val="18"/>
        </w:rPr>
        <w:t xml:space="preserve">   Genji   独 solo</w:t>
      </w:r>
      <w:bookmarkEnd w:id="194"/>
    </w:p>
    <w:p>
      <w:pPr>
        <w:keepNext/>
        <w:spacing w:after="40"/>
      </w:pPr>
      <w:r>
        <w:rPr>
          <w:b/>
          <w:i w:val="0"/>
          <w:color w:val="6A6F75"/>
          <w:sz w:val="18"/>
        </w:rPr>
        <w:t xml:space="preserve">Context. </w:t>
      </w:r>
      <w:r>
        <w:rPr>
          <w:b w:val="0"/>
          <w:i w:val="0"/>
          <w:color w:val="6A6F75"/>
          <w:sz w:val="19"/>
        </w:rPr>
        <w:t>At the Kiritsubo Emperor’s tomb before exile; the father appears to him.</w:t>
      </w:r>
    </w:p>
    <w:p>
      <w:pPr>
        <w:keepNext/>
        <w:spacing w:after="0"/>
      </w:pPr>
      <w:r>
        <w:rPr>
          <w:rFonts w:ascii="Noto Serif CJK JP" w:hAnsi="Noto Serif CJK JP" w:eastAsia="Noto Serif CJK JP"/>
          <w:b w:val="0"/>
          <w:i w:val="0"/>
          <w:color w:val="222B33"/>
          <w:sz w:val="26"/>
        </w:rPr>
        <w:t>亡き影やいかが見るらむよそへつつ眺むる月も雲隠れぬる</w:t>
      </w:r>
    </w:p>
    <w:p>
      <w:pPr>
        <w:keepNext/>
        <w:spacing w:after="60"/>
      </w:pPr>
      <w:r>
        <w:rPr>
          <w:rFonts w:ascii="Noto Serif CJK JP" w:hAnsi="Noto Serif CJK JP" w:eastAsia="Noto Serif CJK JP"/>
          <w:b w:val="0"/>
          <w:i w:val="0"/>
          <w:color w:val="6A6F75"/>
          <w:sz w:val="19"/>
        </w:rPr>
        <w:t>なきかけや　／　いかゝみるらむ　／　よそへつゝ　／　なかむる月も　／　雲かくれぬる</w:t>
      </w:r>
    </w:p>
    <w:p>
      <w:pPr>
        <w:keepNext/>
        <w:spacing w:after="60"/>
      </w:pPr>
      <w:r>
        <w:rPr>
          <w:b w:val="0"/>
          <w:i/>
          <w:color w:val="222B33"/>
          <w:sz w:val="21"/>
        </w:rPr>
        <w:t>How must his spirit</w:t>
        <w:br/>
      </w:r>
      <w:r>
        <w:rPr>
          <w:b w:val="0"/>
          <w:i/>
          <w:color w:val="222B33"/>
          <w:sz w:val="21"/>
        </w:rPr>
        <w:t>see me now? The moon I gaze at,</w:t>
        <w:br/>
      </w:r>
      <w:r>
        <w:rPr>
          <w:b w:val="0"/>
          <w:i/>
          <w:color w:val="222B33"/>
          <w:sz w:val="21"/>
        </w:rPr>
        <w:t>likening it to him,</w:t>
        <w:br/>
      </w:r>
      <w:r>
        <w:rPr>
          <w:b w:val="0"/>
          <w:i/>
          <w:color w:val="222B33"/>
          <w:sz w:val="21"/>
        </w:rPr>
        <w:t>has gone</w:t>
        <w:br/>
      </w:r>
      <w:r>
        <w:rPr>
          <w:b w:val="0"/>
          <w:i/>
          <w:color w:val="222B33"/>
          <w:sz w:val="21"/>
        </w:rPr>
        <w:t>behind the clouds.</w:t>
      </w:r>
    </w:p>
    <w:p>
      <w:pPr>
        <w:spacing w:after="40"/>
      </w:pPr>
      <w:r>
        <w:rPr>
          <w:b w:val="0"/>
          <w:i w:val="0"/>
          <w:color w:val="222B33"/>
          <w:sz w:val="19"/>
        </w:rPr>
        <w:t>At his father’s tomb.</w:t>
      </w:r>
    </w:p>
    <w:p>
      <w:pPr>
        <w:keepNext/>
        <w:spacing w:after="20" w:before="200"/>
      </w:pPr>
      <w:bookmarkStart w:id="195" w:name="p183"/>
      <w:r>
        <w:rPr>
          <w:b/>
          <w:i w:val="0"/>
          <w:color w:val="222B33"/>
          <w:sz w:val="22"/>
        </w:rPr>
        <w:t>No. 183</w:t>
      </w:r>
      <w:r>
        <w:rPr>
          <w:b w:val="0"/>
          <w:i w:val="0"/>
          <w:color w:val="6A6F75"/>
          <w:sz w:val="18"/>
        </w:rPr>
        <w:t xml:space="preserve">   Genji → the Crown Prince (Reizei)   贈 sent</w:t>
      </w:r>
      <w:bookmarkEnd w:id="195"/>
    </w:p>
    <w:p>
      <w:pPr>
        <w:keepNext/>
        <w:spacing w:after="40"/>
      </w:pPr>
      <w:r>
        <w:rPr>
          <w:b/>
          <w:i w:val="0"/>
          <w:color w:val="6A6F75"/>
          <w:sz w:val="18"/>
        </w:rPr>
        <w:t xml:space="preserve">Context. </w:t>
      </w:r>
      <w:r>
        <w:rPr>
          <w:b w:val="0"/>
          <w:i w:val="0"/>
          <w:color w:val="6A6F75"/>
          <w:sz w:val="19"/>
        </w:rPr>
        <w:t>Genji to the Crown Prince, his secret son, before exile.</w:t>
      </w:r>
    </w:p>
    <w:p>
      <w:pPr>
        <w:keepNext/>
        <w:spacing w:after="0"/>
      </w:pPr>
      <w:r>
        <w:rPr>
          <w:rFonts w:ascii="Noto Serif CJK JP" w:hAnsi="Noto Serif CJK JP" w:eastAsia="Noto Serif CJK JP"/>
          <w:b w:val="0"/>
          <w:i w:val="0"/>
          <w:color w:val="222B33"/>
          <w:sz w:val="26"/>
        </w:rPr>
        <w:t>いつかまた春の都の花を見む時失へる山賤にして</w:t>
      </w:r>
    </w:p>
    <w:p>
      <w:pPr>
        <w:keepNext/>
        <w:spacing w:after="60"/>
      </w:pPr>
      <w:r>
        <w:rPr>
          <w:rFonts w:ascii="Noto Serif CJK JP" w:hAnsi="Noto Serif CJK JP" w:eastAsia="Noto Serif CJK JP"/>
          <w:b w:val="0"/>
          <w:i w:val="0"/>
          <w:color w:val="6A6F75"/>
          <w:sz w:val="19"/>
        </w:rPr>
        <w:t>いつかまた　／　はるのみやこの　／　はなをみん　／　ときうしなへる　／　山かつにして</w:t>
      </w:r>
    </w:p>
    <w:p>
      <w:pPr>
        <w:keepNext/>
        <w:spacing w:after="60"/>
      </w:pPr>
      <w:r>
        <w:rPr>
          <w:b w:val="0"/>
          <w:i/>
          <w:color w:val="222B33"/>
          <w:sz w:val="21"/>
        </w:rPr>
        <w:t>When shall I see again</w:t>
        <w:br/>
      </w:r>
      <w:r>
        <w:rPr>
          <w:b w:val="0"/>
          <w:i/>
          <w:color w:val="222B33"/>
          <w:sz w:val="21"/>
        </w:rPr>
        <w:t>the flowers of the spring capital,</w:t>
        <w:br/>
      </w:r>
      <w:r>
        <w:rPr>
          <w:b w:val="0"/>
          <w:i/>
          <w:color w:val="222B33"/>
          <w:sz w:val="21"/>
        </w:rPr>
        <w:t>I who have lost my time,</w:t>
        <w:br/>
      </w:r>
      <w:r>
        <w:rPr>
          <w:b w:val="0"/>
          <w:i/>
          <w:color w:val="222B33"/>
          <w:sz w:val="21"/>
        </w:rPr>
        <w:t>a rustic</w:t>
        <w:br/>
      </w:r>
      <w:r>
        <w:rPr>
          <w:b w:val="0"/>
          <w:i/>
          <w:color w:val="222B33"/>
          <w:sz w:val="21"/>
        </w:rPr>
        <w:t>of the hills?</w:t>
      </w:r>
    </w:p>
    <w:p>
      <w:pPr>
        <w:spacing w:after="40"/>
      </w:pPr>
      <w:r>
        <w:rPr>
          <w:b w:val="0"/>
          <w:i w:val="0"/>
          <w:color w:val="6A6F75"/>
          <w:sz w:val="18"/>
        </w:rPr>
        <w:t xml:space="preserve">Answered by </w:t>
      </w:r>
      <w:hyperlink w:anchor="p184">
        <w:r>
          <w:rPr>
            <w:color w:val="2E5A80"/>
            <w:u w:val="single"/>
            <w:sz w:val="18"/>
          </w:rPr>
          <w:t xml:space="preserve">No. 184 (Ōmyōbu (for the Crown Prince))</w:t>
        </w:r>
      </w:hyperlink>
    </w:p>
    <w:p>
      <w:pPr>
        <w:keepNext/>
        <w:spacing w:after="20" w:before="200"/>
      </w:pPr>
      <w:bookmarkStart w:id="196" w:name="p184"/>
      <w:r>
        <w:rPr>
          <w:b/>
          <w:i w:val="0"/>
          <w:color w:val="222B33"/>
          <w:sz w:val="22"/>
        </w:rPr>
        <w:t>No. 184</w:t>
      </w:r>
      <w:r>
        <w:rPr>
          <w:b w:val="0"/>
          <w:i w:val="0"/>
          <w:color w:val="6A6F75"/>
          <w:sz w:val="18"/>
        </w:rPr>
        <w:t xml:space="preserve">   Ōmyōbu (for the Crown Prince) → Genji   代答 proxy reply</w:t>
      </w:r>
      <w:bookmarkEnd w:id="196"/>
    </w:p>
    <w:p>
      <w:pPr>
        <w:keepNext/>
        <w:spacing w:after="0"/>
      </w:pPr>
      <w:r>
        <w:rPr>
          <w:rFonts w:ascii="Noto Serif CJK JP" w:hAnsi="Noto Serif CJK JP" w:eastAsia="Noto Serif CJK JP"/>
          <w:b w:val="0"/>
          <w:i w:val="0"/>
          <w:color w:val="222B33"/>
          <w:sz w:val="26"/>
        </w:rPr>
        <w:t>咲きてとく散るは憂けれどゆく春は花の都を立ち帰り見よ</w:t>
      </w:r>
    </w:p>
    <w:p>
      <w:pPr>
        <w:keepNext/>
        <w:spacing w:after="60"/>
      </w:pPr>
      <w:r>
        <w:rPr>
          <w:rFonts w:ascii="Noto Serif CJK JP" w:hAnsi="Noto Serif CJK JP" w:eastAsia="Noto Serif CJK JP"/>
          <w:b w:val="0"/>
          <w:i w:val="0"/>
          <w:color w:val="6A6F75"/>
          <w:sz w:val="19"/>
        </w:rPr>
        <w:t>さきてとく　／　ちるはうけれと　／　ゆく春は　／　花のみやこを　／　たちかへりみよ</w:t>
      </w:r>
    </w:p>
    <w:p>
      <w:pPr>
        <w:keepNext/>
        <w:spacing w:after="60"/>
      </w:pPr>
      <w:r>
        <w:rPr>
          <w:b w:val="0"/>
          <w:i/>
          <w:color w:val="222B33"/>
          <w:sz w:val="21"/>
        </w:rPr>
        <w:t>To bloom and soon fall</w:t>
        <w:br/>
      </w:r>
      <w:r>
        <w:rPr>
          <w:b w:val="0"/>
          <w:i/>
          <w:color w:val="222B33"/>
          <w:sz w:val="21"/>
        </w:rPr>
        <w:t>is bitter, but come back</w:t>
        <w:br/>
      </w:r>
      <w:r>
        <w:rPr>
          <w:b w:val="0"/>
          <w:i/>
          <w:color w:val="222B33"/>
          <w:sz w:val="21"/>
        </w:rPr>
        <w:t>and see the flowers</w:t>
        <w:br/>
      </w:r>
      <w:r>
        <w:rPr>
          <w:b w:val="0"/>
          <w:i/>
          <w:color w:val="222B33"/>
          <w:sz w:val="21"/>
        </w:rPr>
        <w:t>of the capital</w:t>
        <w:br/>
      </w:r>
      <w:r>
        <w:rPr>
          <w:b w:val="0"/>
          <w:i/>
          <w:color w:val="222B33"/>
          <w:sz w:val="21"/>
        </w:rPr>
        <w:t>in a spring to come.</w:t>
      </w:r>
    </w:p>
    <w:p>
      <w:pPr>
        <w:spacing w:after="40"/>
      </w:pPr>
      <w:r>
        <w:rPr>
          <w:b/>
          <w:i w:val="0"/>
          <w:color w:val="8A4B1C"/>
          <w:sz w:val="18"/>
        </w:rPr>
        <w:t xml:space="preserve">Attribution uncertain. </w:t>
      </w:r>
      <w:r>
        <w:rPr>
          <w:b w:val="0"/>
          <w:i w:val="0"/>
          <w:sz w:val="19"/>
        </w:rPr>
        <w:t>Proxy poem (代): written by one person in another’s name; the card names the writer.</w:t>
      </w:r>
    </w:p>
    <w:p>
      <w:pPr>
        <w:spacing w:after="40"/>
      </w:pPr>
      <w:r>
        <w:rPr>
          <w:b w:val="0"/>
          <w:i w:val="0"/>
          <w:color w:val="6A6F75"/>
          <w:sz w:val="18"/>
        </w:rPr>
        <w:t xml:space="preserve">In reply to </w:t>
      </w:r>
      <w:hyperlink w:anchor="p183">
        <w:r>
          <w:rPr>
            <w:color w:val="2E5A80"/>
            <w:u w:val="single"/>
            <w:sz w:val="18"/>
          </w:rPr>
          <w:t xml:space="preserve">No. 183 (Genji)</w:t>
        </w:r>
      </w:hyperlink>
    </w:p>
    <w:p>
      <w:pPr>
        <w:keepNext/>
        <w:spacing w:after="20" w:before="200"/>
      </w:pPr>
      <w:bookmarkStart w:id="197" w:name="p185"/>
      <w:r>
        <w:rPr>
          <w:b/>
          <w:i w:val="0"/>
          <w:color w:val="222B33"/>
          <w:sz w:val="22"/>
        </w:rPr>
        <w:t>No. 185</w:t>
      </w:r>
      <w:r>
        <w:rPr>
          <w:b w:val="0"/>
          <w:i w:val="0"/>
          <w:color w:val="6A6F75"/>
          <w:sz w:val="18"/>
        </w:rPr>
        <w:t xml:space="preserve">   Genji → Murasaki   贈 sent</w:t>
      </w:r>
      <w:bookmarkEnd w:id="197"/>
    </w:p>
    <w:p>
      <w:pPr>
        <w:keepNext/>
        <w:spacing w:after="40"/>
      </w:pPr>
      <w:r>
        <w:rPr>
          <w:b/>
          <w:i w:val="0"/>
          <w:color w:val="6A6F75"/>
          <w:sz w:val="18"/>
        </w:rPr>
        <w:t xml:space="preserve">Context. </w:t>
      </w:r>
      <w:r>
        <w:rPr>
          <w:b w:val="0"/>
          <w:i w:val="0"/>
          <w:color w:val="6A6F75"/>
          <w:sz w:val="19"/>
        </w:rPr>
        <w:t>The parting from Murasaki; vows of constancy.</w:t>
      </w:r>
    </w:p>
    <w:p>
      <w:pPr>
        <w:keepNext/>
        <w:spacing w:after="0"/>
      </w:pPr>
      <w:r>
        <w:rPr>
          <w:rFonts w:ascii="Noto Serif CJK JP" w:hAnsi="Noto Serif CJK JP" w:eastAsia="Noto Serif CJK JP"/>
          <w:b w:val="0"/>
          <w:i w:val="0"/>
          <w:color w:val="222B33"/>
          <w:sz w:val="26"/>
        </w:rPr>
        <w:t>生ける世の別れを知らで契りつつ命を人に限りけるかな</w:t>
      </w:r>
    </w:p>
    <w:p>
      <w:pPr>
        <w:keepNext/>
        <w:spacing w:after="60"/>
      </w:pPr>
      <w:r>
        <w:rPr>
          <w:rFonts w:ascii="Noto Serif CJK JP" w:hAnsi="Noto Serif CJK JP" w:eastAsia="Noto Serif CJK JP"/>
          <w:b w:val="0"/>
          <w:i w:val="0"/>
          <w:color w:val="6A6F75"/>
          <w:sz w:val="19"/>
        </w:rPr>
        <w:t>いけるよの　／　わかれをしらて　／　ちきりつゝ　／　命を人に　／　かきりけるかな</w:t>
      </w:r>
    </w:p>
    <w:p>
      <w:pPr>
        <w:keepNext/>
        <w:spacing w:after="60"/>
      </w:pPr>
      <w:r>
        <w:rPr>
          <w:b w:val="0"/>
          <w:i/>
          <w:color w:val="222B33"/>
          <w:sz w:val="21"/>
        </w:rPr>
        <w:t>Not knowing partings</w:t>
        <w:br/>
      </w:r>
      <w:r>
        <w:rPr>
          <w:b w:val="0"/>
          <w:i/>
          <w:color w:val="222B33"/>
          <w:sz w:val="21"/>
        </w:rPr>
        <w:t>in the world of the living,</w:t>
        <w:br/>
      </w:r>
      <w:r>
        <w:rPr>
          <w:b w:val="0"/>
          <w:i/>
          <w:color w:val="222B33"/>
          <w:sz w:val="21"/>
        </w:rPr>
        <w:t>I pledged, setting</w:t>
        <w:br/>
      </w:r>
      <w:r>
        <w:rPr>
          <w:b w:val="0"/>
          <w:i/>
          <w:color w:val="222B33"/>
          <w:sz w:val="21"/>
        </w:rPr>
        <w:t>life itself</w:t>
        <w:br/>
      </w:r>
      <w:r>
        <w:rPr>
          <w:b w:val="0"/>
          <w:i/>
          <w:color w:val="222B33"/>
          <w:sz w:val="21"/>
        </w:rPr>
        <w:t>as our only limit.</w:t>
      </w:r>
    </w:p>
    <w:p>
      <w:pPr>
        <w:spacing w:after="40"/>
      </w:pPr>
      <w:r>
        <w:rPr>
          <w:b w:val="0"/>
          <w:i w:val="0"/>
          <w:color w:val="6A6F75"/>
          <w:sz w:val="18"/>
        </w:rPr>
        <w:t xml:space="preserve">Answered by </w:t>
      </w:r>
      <w:hyperlink w:anchor="p186">
        <w:r>
          <w:rPr>
            <w:color w:val="2E5A80"/>
            <w:u w:val="single"/>
            <w:sz w:val="18"/>
          </w:rPr>
          <w:t xml:space="preserve">No. 186 (Murasaki)</w:t>
        </w:r>
      </w:hyperlink>
    </w:p>
    <w:p>
      <w:pPr>
        <w:keepNext/>
        <w:spacing w:after="20" w:before="200"/>
      </w:pPr>
      <w:bookmarkStart w:id="198" w:name="p186"/>
      <w:r>
        <w:rPr>
          <w:b/>
          <w:i w:val="0"/>
          <w:color w:val="222B33"/>
          <w:sz w:val="22"/>
        </w:rPr>
        <w:t>No. 186</w:t>
      </w:r>
      <w:r>
        <w:rPr>
          <w:b w:val="0"/>
          <w:i w:val="0"/>
          <w:color w:val="6A6F75"/>
          <w:sz w:val="18"/>
        </w:rPr>
        <w:t xml:space="preserve">   Murasaki → Genji   答 reply</w:t>
      </w:r>
      <w:bookmarkEnd w:id="198"/>
    </w:p>
    <w:p>
      <w:pPr>
        <w:keepNext/>
        <w:spacing w:after="0"/>
      </w:pPr>
      <w:r>
        <w:rPr>
          <w:rFonts w:ascii="Noto Serif CJK JP" w:hAnsi="Noto Serif CJK JP" w:eastAsia="Noto Serif CJK JP"/>
          <w:b w:val="0"/>
          <w:i w:val="0"/>
          <w:color w:val="222B33"/>
          <w:sz w:val="26"/>
        </w:rPr>
        <w:t>惜しからぬ命に代へて目の前の別れをしばしとどめてしがな</w:t>
      </w:r>
    </w:p>
    <w:p>
      <w:pPr>
        <w:keepNext/>
        <w:spacing w:after="60"/>
      </w:pPr>
      <w:r>
        <w:rPr>
          <w:rFonts w:ascii="Noto Serif CJK JP" w:hAnsi="Noto Serif CJK JP" w:eastAsia="Noto Serif CJK JP"/>
          <w:b w:val="0"/>
          <w:i w:val="0"/>
          <w:color w:val="6A6F75"/>
          <w:sz w:val="19"/>
        </w:rPr>
        <w:t>おしからぬ　／　いのちにかへて　／　めのまへの　／　わかれをしはし　／　とゝめてしかな</w:t>
      </w:r>
    </w:p>
    <w:p>
      <w:pPr>
        <w:keepNext/>
        <w:spacing w:after="60"/>
      </w:pPr>
      <w:r>
        <w:rPr>
          <w:b w:val="0"/>
          <w:i/>
          <w:color w:val="222B33"/>
          <w:sz w:val="21"/>
        </w:rPr>
        <w:t>In exchange for a life</w:t>
        <w:br/>
      </w:r>
      <w:r>
        <w:rPr>
          <w:b w:val="0"/>
          <w:i/>
          <w:color w:val="222B33"/>
          <w:sz w:val="21"/>
        </w:rPr>
        <w:t>I do not value,</w:t>
        <w:br/>
      </w:r>
      <w:r>
        <w:rPr>
          <w:b w:val="0"/>
          <w:i/>
          <w:color w:val="222B33"/>
          <w:sz w:val="21"/>
        </w:rPr>
        <w:t>I would hold back for a while</w:t>
        <w:br/>
      </w:r>
      <w:r>
        <w:rPr>
          <w:b w:val="0"/>
          <w:i/>
          <w:color w:val="222B33"/>
          <w:sz w:val="21"/>
        </w:rPr>
        <w:t>this parting</w:t>
        <w:br/>
      </w:r>
      <w:r>
        <w:rPr>
          <w:b w:val="0"/>
          <w:i/>
          <w:color w:val="222B33"/>
          <w:sz w:val="21"/>
        </w:rPr>
        <w:t>before my eyes.</w:t>
      </w:r>
    </w:p>
    <w:p>
      <w:pPr>
        <w:spacing w:after="40"/>
      </w:pPr>
      <w:r>
        <w:rPr>
          <w:b w:val="0"/>
          <w:i w:val="0"/>
          <w:color w:val="6A6F75"/>
          <w:sz w:val="18"/>
        </w:rPr>
        <w:t xml:space="preserve">In reply to </w:t>
      </w:r>
      <w:hyperlink w:anchor="p185">
        <w:r>
          <w:rPr>
            <w:color w:val="2E5A80"/>
            <w:u w:val="single"/>
            <w:sz w:val="18"/>
          </w:rPr>
          <w:t xml:space="preserve">No. 185 (Genji)</w:t>
        </w:r>
      </w:hyperlink>
    </w:p>
    <w:p>
      <w:pPr>
        <w:keepNext/>
        <w:spacing w:after="20" w:before="200"/>
      </w:pPr>
      <w:bookmarkStart w:id="199" w:name="p187"/>
      <w:r>
        <w:rPr>
          <w:b/>
          <w:i w:val="0"/>
          <w:color w:val="222B33"/>
          <w:sz w:val="22"/>
        </w:rPr>
        <w:t>No. 187</w:t>
      </w:r>
      <w:r>
        <w:rPr>
          <w:b w:val="0"/>
          <w:i w:val="0"/>
          <w:color w:val="6A6F75"/>
          <w:sz w:val="18"/>
        </w:rPr>
        <w:t xml:space="preserve">   Genji   独 solo</w:t>
      </w:r>
      <w:bookmarkEnd w:id="199"/>
    </w:p>
    <w:p>
      <w:pPr>
        <w:keepNext/>
        <w:spacing w:after="40"/>
      </w:pPr>
      <w:r>
        <w:rPr>
          <w:b/>
          <w:i w:val="0"/>
          <w:color w:val="6A6F75"/>
          <w:sz w:val="18"/>
        </w:rPr>
        <w:t xml:space="preserve">Context. </w:t>
      </w:r>
      <w:r>
        <w:rPr>
          <w:b w:val="0"/>
          <w:i w:val="0"/>
          <w:color w:val="6A6F75"/>
          <w:sz w:val="19"/>
        </w:rPr>
        <w:t>Genji at Suma; exiled poets of China in his mind.</w:t>
      </w:r>
    </w:p>
    <w:p>
      <w:pPr>
        <w:keepNext/>
        <w:spacing w:after="0"/>
      </w:pPr>
      <w:r>
        <w:rPr>
          <w:rFonts w:ascii="Noto Serif CJK JP" w:hAnsi="Noto Serif CJK JP" w:eastAsia="Noto Serif CJK JP"/>
          <w:b w:val="0"/>
          <w:i w:val="0"/>
          <w:color w:val="222B33"/>
          <w:sz w:val="26"/>
        </w:rPr>
        <w:t>唐国に名を残しける人よりも行方知られぬ家居をやせむ</w:t>
      </w:r>
    </w:p>
    <w:p>
      <w:pPr>
        <w:keepNext/>
        <w:spacing w:after="60"/>
      </w:pPr>
      <w:r>
        <w:rPr>
          <w:rFonts w:ascii="Noto Serif CJK JP" w:hAnsi="Noto Serif CJK JP" w:eastAsia="Noto Serif CJK JP"/>
          <w:b w:val="0"/>
          <w:i w:val="0"/>
          <w:color w:val="6A6F75"/>
          <w:sz w:val="19"/>
        </w:rPr>
        <w:t>からくにゝ　／　名をのこしける　／　人よりも　／　ゆくゑしられぬ　／　いへゐをやせむ</w:t>
      </w:r>
    </w:p>
    <w:p>
      <w:pPr>
        <w:keepNext/>
        <w:spacing w:after="60"/>
      </w:pPr>
      <w:r>
        <w:rPr>
          <w:b w:val="0"/>
          <w:i/>
          <w:color w:val="222B33"/>
          <w:sz w:val="21"/>
        </w:rPr>
        <w:t>Rather than the man</w:t>
        <w:br/>
      </w:r>
      <w:r>
        <w:rPr>
          <w:b w:val="0"/>
          <w:i/>
          <w:color w:val="222B33"/>
          <w:sz w:val="21"/>
        </w:rPr>
        <w:t>who left his name in China,</w:t>
        <w:br/>
      </w:r>
      <w:r>
        <w:rPr>
          <w:b w:val="0"/>
          <w:i/>
          <w:color w:val="222B33"/>
          <w:sz w:val="21"/>
        </w:rPr>
        <w:t>shall I make my home</w:t>
        <w:br/>
      </w:r>
      <w:r>
        <w:rPr>
          <w:b w:val="0"/>
          <w:i/>
          <w:color w:val="222B33"/>
          <w:sz w:val="21"/>
        </w:rPr>
        <w:t>where no one</w:t>
        <w:br/>
      </w:r>
      <w:r>
        <w:rPr>
          <w:b w:val="0"/>
          <w:i/>
          <w:color w:val="222B33"/>
          <w:sz w:val="21"/>
        </w:rPr>
        <w:t>knows my whereabouts?</w:t>
      </w:r>
    </w:p>
    <w:p>
      <w:pPr>
        <w:spacing w:after="40"/>
      </w:pPr>
      <w:r>
        <w:rPr>
          <w:b w:val="0"/>
          <w:i w:val="0"/>
          <w:color w:val="222B33"/>
          <w:sz w:val="19"/>
        </w:rPr>
        <w:t>Perhaps Qu Yuan, exiled poet.</w:t>
      </w:r>
    </w:p>
    <w:p>
      <w:pPr>
        <w:keepNext/>
        <w:spacing w:after="20" w:before="200"/>
      </w:pPr>
      <w:bookmarkStart w:id="200" w:name="p188"/>
      <w:r>
        <w:rPr>
          <w:b/>
          <w:i w:val="0"/>
          <w:color w:val="222B33"/>
          <w:sz w:val="22"/>
        </w:rPr>
        <w:t>No. 188</w:t>
      </w:r>
      <w:r>
        <w:rPr>
          <w:b w:val="0"/>
          <w:i w:val="0"/>
          <w:color w:val="6A6F75"/>
          <w:sz w:val="18"/>
        </w:rPr>
        <w:t xml:space="preserve">   Genji   独 solo</w:t>
      </w:r>
      <w:bookmarkEnd w:id="200"/>
    </w:p>
    <w:p>
      <w:pPr>
        <w:keepNext/>
        <w:spacing w:after="40"/>
      </w:pPr>
      <w:r>
        <w:rPr>
          <w:b/>
          <w:i w:val="0"/>
          <w:color w:val="6A6F75"/>
          <w:sz w:val="18"/>
        </w:rPr>
        <w:t xml:space="preserve">Context. </w:t>
      </w:r>
      <w:r>
        <w:rPr>
          <w:b w:val="0"/>
          <w:i w:val="0"/>
          <w:color w:val="6A6F75"/>
          <w:sz w:val="19"/>
        </w:rPr>
        <w:t>Genji at Suma, gazing toward the capital; separation from Murasaki.</w:t>
      </w:r>
    </w:p>
    <w:p>
      <w:pPr>
        <w:keepNext/>
        <w:spacing w:after="0"/>
      </w:pPr>
      <w:r>
        <w:rPr>
          <w:rFonts w:ascii="Noto Serif CJK JP" w:hAnsi="Noto Serif CJK JP" w:eastAsia="Noto Serif CJK JP"/>
          <w:b w:val="0"/>
          <w:i w:val="0"/>
          <w:color w:val="222B33"/>
          <w:sz w:val="26"/>
        </w:rPr>
        <w:t>故郷を峰の霞は隔つれど眺むる空は同じ雲居か</w:t>
      </w:r>
    </w:p>
    <w:p>
      <w:pPr>
        <w:keepNext/>
        <w:spacing w:after="60"/>
      </w:pPr>
      <w:r>
        <w:rPr>
          <w:rFonts w:ascii="Noto Serif CJK JP" w:hAnsi="Noto Serif CJK JP" w:eastAsia="Noto Serif CJK JP"/>
          <w:b w:val="0"/>
          <w:i w:val="0"/>
          <w:color w:val="6A6F75"/>
          <w:sz w:val="19"/>
        </w:rPr>
        <w:t>ふるさとを　／　みねのかすみは　／　へたつれと　／　なかむるそらは　／　おなし雲井か</w:t>
      </w:r>
    </w:p>
    <w:p>
      <w:pPr>
        <w:keepNext/>
        <w:spacing w:after="60"/>
      </w:pPr>
      <w:r>
        <w:rPr>
          <w:b w:val="0"/>
          <w:i/>
          <w:color w:val="222B33"/>
          <w:sz w:val="21"/>
        </w:rPr>
        <w:t>Though the mist on the peaks</w:t>
        <w:br/>
      </w:r>
      <w:r>
        <w:rPr>
          <w:b w:val="0"/>
          <w:i/>
          <w:color w:val="222B33"/>
          <w:sz w:val="21"/>
        </w:rPr>
        <w:t>divides me from home,</w:t>
        <w:br/>
      </w:r>
      <w:r>
        <w:rPr>
          <w:b w:val="0"/>
          <w:i/>
          <w:color w:val="222B33"/>
          <w:sz w:val="21"/>
        </w:rPr>
        <w:t>is the sky I gaze at</w:t>
        <w:br/>
      </w:r>
      <w:r>
        <w:rPr>
          <w:b w:val="0"/>
          <w:i/>
          <w:color w:val="222B33"/>
          <w:sz w:val="21"/>
        </w:rPr>
        <w:t>the same</w:t>
        <w:br/>
      </w:r>
      <w:r>
        <w:rPr>
          <w:b w:val="0"/>
          <w:i/>
          <w:color w:val="222B33"/>
          <w:sz w:val="21"/>
        </w:rPr>
        <w:t>sky as theirs?</w:t>
      </w:r>
    </w:p>
    <w:p>
      <w:pPr>
        <w:spacing w:after="40"/>
      </w:pPr>
      <w:r>
        <w:rPr>
          <w:b w:val="0"/>
          <w:i w:val="0"/>
          <w:color w:val="6A6F75"/>
          <w:sz w:val="18"/>
        </w:rPr>
        <w:t xml:space="preserve">Echo, The same sky: </w:t>
      </w:r>
      <w:hyperlink w:anchor="p225">
        <w:r>
          <w:rPr>
            <w:color w:val="2E5A80"/>
            <w:u w:val="single"/>
            <w:sz w:val="18"/>
          </w:rPr>
          <w:t xml:space="preserve">No. 225</w:t>
        </w:r>
      </w:hyperlink>
      <w:r>
        <w:rPr>
          <w:b w:val="0"/>
          <w:i w:val="0"/>
          <w:color w:val="6A6F75"/>
          <w:sz w:val="18"/>
        </w:rPr>
        <w:t xml:space="preserve">, </w:t>
      </w:r>
      <w:hyperlink w:anchor="p525">
        <w:r>
          <w:rPr>
            <w:color w:val="2E5A80"/>
            <w:u w:val="single"/>
            <w:sz w:val="18"/>
          </w:rPr>
          <w:t xml:space="preserve">No. 525</w:t>
        </w:r>
      </w:hyperlink>
      <w:r>
        <w:rPr>
          <w:b w:val="0"/>
          <w:i w:val="0"/>
          <w:color w:val="6A6F75"/>
          <w:sz w:val="18"/>
        </w:rPr>
        <w:t xml:space="preserve">, </w:t>
      </w:r>
      <w:hyperlink w:anchor="p586">
        <w:r>
          <w:rPr>
            <w:color w:val="2E5A80"/>
            <w:u w:val="single"/>
            <w:sz w:val="18"/>
          </w:rPr>
          <w:t xml:space="preserve">No. 586</w:t>
        </w:r>
      </w:hyperlink>
      <w:r>
        <w:rPr>
          <w:b w:val="0"/>
          <w:i w:val="0"/>
          <w:color w:val="6A6F75"/>
          <w:sz w:val="18"/>
        </w:rPr>
        <w:t xml:space="preserve">, </w:t>
      </w:r>
      <w:hyperlink w:anchor="p674">
        <w:r>
          <w:rPr>
            <w:color w:val="2E5A80"/>
            <w:u w:val="single"/>
            <w:sz w:val="18"/>
          </w:rPr>
          <w:t xml:space="preserve">No. 674</w:t>
        </w:r>
      </w:hyperlink>
    </w:p>
    <w:p>
      <w:pPr>
        <w:keepNext/>
        <w:spacing w:after="20" w:before="200"/>
      </w:pPr>
      <w:bookmarkStart w:id="201" w:name="p189"/>
      <w:r>
        <w:rPr>
          <w:b/>
          <w:i w:val="0"/>
          <w:color w:val="222B33"/>
          <w:sz w:val="22"/>
        </w:rPr>
        <w:t>No. 189</w:t>
      </w:r>
      <w:r>
        <w:rPr>
          <w:b w:val="0"/>
          <w:i w:val="0"/>
          <w:color w:val="6A6F75"/>
          <w:sz w:val="18"/>
        </w:rPr>
        <w:t xml:space="preserve">   Genji → Fujitsubo   贈 sent</w:t>
      </w:r>
      <w:bookmarkEnd w:id="201"/>
    </w:p>
    <w:p>
      <w:pPr>
        <w:keepNext/>
        <w:spacing w:after="40"/>
      </w:pPr>
      <w:r>
        <w:rPr>
          <w:b/>
          <w:i w:val="0"/>
          <w:color w:val="6A6F75"/>
          <w:sz w:val="18"/>
        </w:rPr>
        <w:t xml:space="preserve">Context. </w:t>
      </w:r>
      <w:r>
        <w:rPr>
          <w:b w:val="0"/>
          <w:i w:val="0"/>
          <w:color w:val="6A6F75"/>
          <w:sz w:val="19"/>
        </w:rPr>
        <w:t>Genji writes to Fujitsubo, now a nun, from Suma.</w:t>
      </w:r>
    </w:p>
    <w:p>
      <w:pPr>
        <w:keepNext/>
        <w:spacing w:after="0"/>
      </w:pPr>
      <w:r>
        <w:rPr>
          <w:rFonts w:ascii="Noto Serif CJK JP" w:hAnsi="Noto Serif CJK JP" w:eastAsia="Noto Serif CJK JP"/>
          <w:b w:val="0"/>
          <w:i w:val="0"/>
          <w:color w:val="222B33"/>
          <w:sz w:val="26"/>
        </w:rPr>
        <w:t>松島の海人の苫屋もいかならむ須磨の浦人しほたるるころ</w:t>
      </w:r>
    </w:p>
    <w:p>
      <w:pPr>
        <w:keepNext/>
        <w:spacing w:after="60"/>
      </w:pPr>
      <w:r>
        <w:rPr>
          <w:rFonts w:ascii="Noto Serif CJK JP" w:hAnsi="Noto Serif CJK JP" w:eastAsia="Noto Serif CJK JP"/>
          <w:b w:val="0"/>
          <w:i w:val="0"/>
          <w:color w:val="6A6F75"/>
          <w:sz w:val="19"/>
        </w:rPr>
        <w:t>松しまの　／　あまのとまやも　／　いかならむ　／　すまのうら人　／　しほたるゝころ</w:t>
      </w:r>
    </w:p>
    <w:p>
      <w:pPr>
        <w:keepNext/>
        <w:spacing w:after="60"/>
      </w:pPr>
      <w:r>
        <w:rPr>
          <w:b w:val="0"/>
          <w:i/>
          <w:color w:val="222B33"/>
          <w:sz w:val="21"/>
        </w:rPr>
        <w:t>How is it with the reed hut</w:t>
        <w:br/>
      </w:r>
      <w:r>
        <w:rPr>
          <w:b w:val="0"/>
          <w:i/>
          <w:color w:val="222B33"/>
          <w:sz w:val="21"/>
        </w:rPr>
        <w:t>of the nun at Matsushima,</w:t>
        <w:br/>
      </w:r>
      <w:r>
        <w:rPr>
          <w:b w:val="0"/>
          <w:i/>
          <w:color w:val="222B33"/>
          <w:sz w:val="21"/>
        </w:rPr>
        <w:t>now that the man of Suma Bay</w:t>
        <w:br/>
      </w:r>
      <w:r>
        <w:rPr>
          <w:b w:val="0"/>
          <w:i/>
          <w:color w:val="222B33"/>
          <w:sz w:val="21"/>
        </w:rPr>
        <w:t>drips</w:t>
        <w:br/>
      </w:r>
      <w:r>
        <w:rPr>
          <w:b w:val="0"/>
          <w:i/>
          <w:color w:val="222B33"/>
          <w:sz w:val="21"/>
        </w:rPr>
        <w:t>brine?</w:t>
      </w:r>
    </w:p>
    <w:p>
      <w:pPr>
        <w:spacing w:after="40"/>
      </w:pPr>
      <w:r>
        <w:rPr>
          <w:b w:val="0"/>
          <w:i w:val="0"/>
          <w:color w:val="222B33"/>
          <w:sz w:val="19"/>
        </w:rPr>
        <w:t>Ama: “fisher”/“nun.” Shiotaru: “drip brine,” “weep.”</w:t>
      </w:r>
    </w:p>
    <w:p>
      <w:pPr>
        <w:spacing w:after="40"/>
      </w:pPr>
      <w:r>
        <w:rPr>
          <w:b w:val="0"/>
          <w:i w:val="0"/>
          <w:color w:val="6A6F75"/>
          <w:sz w:val="18"/>
        </w:rPr>
        <w:t xml:space="preserve">Answered by </w:t>
      </w:r>
      <w:hyperlink w:anchor="p191">
        <w:r>
          <w:rPr>
            <w:color w:val="2E5A80"/>
            <w:u w:val="single"/>
            <w:sz w:val="18"/>
          </w:rPr>
          <w:t xml:space="preserve">No. 191 (Fujitsubo)</w:t>
        </w:r>
      </w:hyperlink>
    </w:p>
    <w:p>
      <w:pPr>
        <w:keepNext/>
        <w:spacing w:after="20" w:before="200"/>
      </w:pPr>
      <w:bookmarkStart w:id="202" w:name="p190"/>
      <w:r>
        <w:rPr>
          <w:b/>
          <w:i w:val="0"/>
          <w:color w:val="222B33"/>
          <w:sz w:val="22"/>
        </w:rPr>
        <w:t>No. 190</w:t>
      </w:r>
      <w:r>
        <w:rPr>
          <w:b w:val="0"/>
          <w:i w:val="0"/>
          <w:color w:val="6A6F75"/>
          <w:sz w:val="18"/>
        </w:rPr>
        <w:t xml:space="preserve">   Genji → Oborozukiyo   贈 sent</w:t>
      </w:r>
      <w:bookmarkEnd w:id="202"/>
    </w:p>
    <w:p>
      <w:pPr>
        <w:keepNext/>
        <w:spacing w:after="40"/>
      </w:pPr>
      <w:r>
        <w:rPr>
          <w:b/>
          <w:i w:val="0"/>
          <w:color w:val="6A6F75"/>
          <w:sz w:val="18"/>
        </w:rPr>
        <w:t xml:space="preserve">Context. </w:t>
      </w:r>
      <w:r>
        <w:rPr>
          <w:b w:val="0"/>
          <w:i w:val="0"/>
          <w:color w:val="6A6F75"/>
          <w:sz w:val="19"/>
        </w:rPr>
        <w:t>Genji writes to Oborozukiyo from Suma; unrepentant.</w:t>
      </w:r>
    </w:p>
    <w:p>
      <w:pPr>
        <w:keepNext/>
        <w:spacing w:after="0"/>
      </w:pPr>
      <w:r>
        <w:rPr>
          <w:rFonts w:ascii="Noto Serif CJK JP" w:hAnsi="Noto Serif CJK JP" w:eastAsia="Noto Serif CJK JP"/>
          <w:b w:val="0"/>
          <w:i w:val="0"/>
          <w:color w:val="222B33"/>
          <w:sz w:val="26"/>
        </w:rPr>
        <w:t>こりずまの浦のみるめのゆかしきを塩焼く海人やいかが思はむ</w:t>
      </w:r>
    </w:p>
    <w:p>
      <w:pPr>
        <w:keepNext/>
        <w:spacing w:after="60"/>
      </w:pPr>
      <w:r>
        <w:rPr>
          <w:rFonts w:ascii="Noto Serif CJK JP" w:hAnsi="Noto Serif CJK JP" w:eastAsia="Noto Serif CJK JP"/>
          <w:b w:val="0"/>
          <w:i w:val="0"/>
          <w:color w:val="6A6F75"/>
          <w:sz w:val="19"/>
        </w:rPr>
        <w:t>こりすまの　／　うらのみるめの　／　ゆかしきを　／　しほやくあまや　／　いかゝおもはん</w:t>
      </w:r>
    </w:p>
    <w:p>
      <w:pPr>
        <w:keepNext/>
        <w:spacing w:after="60"/>
      </w:pPr>
      <w:r>
        <w:rPr>
          <w:b w:val="0"/>
          <w:i/>
          <w:color w:val="222B33"/>
          <w:sz w:val="21"/>
        </w:rPr>
        <w:t>Undeterred, I long for seaweed</w:t>
        <w:br/>
      </w:r>
      <w:r>
        <w:rPr>
          <w:b w:val="0"/>
          <w:i/>
          <w:color w:val="222B33"/>
          <w:sz w:val="21"/>
        </w:rPr>
        <w:t>on Suma Bay; what would</w:t>
        <w:br/>
      </w:r>
      <w:r>
        <w:rPr>
          <w:b w:val="0"/>
          <w:i/>
          <w:color w:val="222B33"/>
          <w:sz w:val="21"/>
        </w:rPr>
        <w:t>the salt-burning fisher</w:t>
        <w:br/>
      </w:r>
      <w:r>
        <w:rPr>
          <w:b w:val="0"/>
          <w:i/>
          <w:color w:val="222B33"/>
          <w:sz w:val="21"/>
        </w:rPr>
        <w:t>think</w:t>
        <w:br/>
      </w:r>
      <w:r>
        <w:rPr>
          <w:b w:val="0"/>
          <w:i/>
          <w:color w:val="222B33"/>
          <w:sz w:val="21"/>
        </w:rPr>
        <w:t>of me?</w:t>
      </w:r>
    </w:p>
    <w:p>
      <w:pPr>
        <w:spacing w:after="40"/>
      </w:pPr>
      <w:r>
        <w:rPr>
          <w:b w:val="0"/>
          <w:i w:val="0"/>
          <w:color w:val="222B33"/>
          <w:sz w:val="19"/>
        </w:rPr>
        <w:t>Korizuma: “undeterred” and Suma. Mirume: “seaweed,” “a chance to meet.”</w:t>
      </w:r>
    </w:p>
    <w:p>
      <w:pPr>
        <w:spacing w:after="40"/>
      </w:pPr>
      <w:r>
        <w:rPr>
          <w:b w:val="0"/>
          <w:i w:val="0"/>
          <w:color w:val="6A6F75"/>
          <w:sz w:val="18"/>
        </w:rPr>
        <w:t xml:space="preserve">Answered by </w:t>
      </w:r>
      <w:hyperlink w:anchor="p192">
        <w:r>
          <w:rPr>
            <w:color w:val="2E5A80"/>
            <w:u w:val="single"/>
            <w:sz w:val="18"/>
          </w:rPr>
          <w:t xml:space="preserve">No. 192 (Oborozukiyo)</w:t>
        </w:r>
      </w:hyperlink>
    </w:p>
    <w:p>
      <w:pPr>
        <w:keepNext/>
        <w:spacing w:after="20" w:before="200"/>
      </w:pPr>
      <w:bookmarkStart w:id="203" w:name="p191"/>
      <w:r>
        <w:rPr>
          <w:b/>
          <w:i w:val="0"/>
          <w:color w:val="222B33"/>
          <w:sz w:val="22"/>
        </w:rPr>
        <w:t>No. 191</w:t>
      </w:r>
      <w:r>
        <w:rPr>
          <w:b w:val="0"/>
          <w:i w:val="0"/>
          <w:color w:val="6A6F75"/>
          <w:sz w:val="18"/>
        </w:rPr>
        <w:t xml:space="preserve">   Fujitsubo → Genji   答 reply</w:t>
      </w:r>
      <w:bookmarkEnd w:id="203"/>
    </w:p>
    <w:p>
      <w:pPr>
        <w:keepNext/>
        <w:spacing w:after="40"/>
      </w:pPr>
      <w:r>
        <w:rPr>
          <w:b/>
          <w:i w:val="0"/>
          <w:color w:val="6A6F75"/>
          <w:sz w:val="18"/>
        </w:rPr>
        <w:t xml:space="preserve">Context. </w:t>
      </w:r>
      <w:r>
        <w:rPr>
          <w:b w:val="0"/>
          <w:i w:val="0"/>
          <w:color w:val="6A6F75"/>
          <w:sz w:val="19"/>
        </w:rPr>
        <w:t>Genji writes to Fujitsubo, now a nun, from Suma. (Exchange opened by No. 189.)</w:t>
      </w:r>
    </w:p>
    <w:p>
      <w:pPr>
        <w:keepNext/>
        <w:spacing w:after="0"/>
      </w:pPr>
      <w:r>
        <w:rPr>
          <w:rFonts w:ascii="Noto Serif CJK JP" w:hAnsi="Noto Serif CJK JP" w:eastAsia="Noto Serif CJK JP"/>
          <w:b w:val="0"/>
          <w:i w:val="0"/>
          <w:color w:val="222B33"/>
          <w:sz w:val="26"/>
        </w:rPr>
        <w:t>塩垂るることをやくにて松島に年ふる海人も嘆きをぞつむ</w:t>
      </w:r>
    </w:p>
    <w:p>
      <w:pPr>
        <w:keepNext/>
        <w:spacing w:after="60"/>
      </w:pPr>
      <w:r>
        <w:rPr>
          <w:rFonts w:ascii="Noto Serif CJK JP" w:hAnsi="Noto Serif CJK JP" w:eastAsia="Noto Serif CJK JP"/>
          <w:b w:val="0"/>
          <w:i w:val="0"/>
          <w:color w:val="6A6F75"/>
          <w:sz w:val="19"/>
        </w:rPr>
        <w:t>しほたるゝ　／　ことをやくにて　／　まつしまに　／　としふるあまも　／　なけきをそつむ</w:t>
      </w:r>
    </w:p>
    <w:p>
      <w:pPr>
        <w:keepNext/>
        <w:spacing w:after="60"/>
      </w:pPr>
      <w:r>
        <w:rPr>
          <w:b w:val="0"/>
          <w:i/>
          <w:color w:val="222B33"/>
          <w:sz w:val="21"/>
        </w:rPr>
        <w:t>Making brine-dripping her task,</w:t>
        <w:br/>
      </w:r>
      <w:r>
        <w:rPr>
          <w:b w:val="0"/>
          <w:i/>
          <w:color w:val="222B33"/>
          <w:sz w:val="21"/>
        </w:rPr>
        <w:t>the nun aged at Matsushima</w:t>
        <w:br/>
      </w:r>
      <w:r>
        <w:rPr>
          <w:b w:val="0"/>
          <w:i/>
          <w:color w:val="222B33"/>
          <w:sz w:val="21"/>
        </w:rPr>
        <w:t>also gathers</w:t>
        <w:br/>
      </w:r>
      <w:r>
        <w:rPr>
          <w:b w:val="0"/>
          <w:i/>
          <w:color w:val="222B33"/>
          <w:sz w:val="21"/>
        </w:rPr>
        <w:t>heaps</w:t>
        <w:br/>
      </w:r>
      <w:r>
        <w:rPr>
          <w:b w:val="0"/>
          <w:i/>
          <w:color w:val="222B33"/>
          <w:sz w:val="21"/>
        </w:rPr>
        <w:t>of grief.</w:t>
      </w:r>
    </w:p>
    <w:p>
      <w:pPr>
        <w:spacing w:after="40"/>
      </w:pPr>
      <w:r>
        <w:rPr>
          <w:b w:val="0"/>
          <w:i w:val="0"/>
          <w:color w:val="222B33"/>
          <w:sz w:val="19"/>
        </w:rPr>
        <w:t>Nageki, “grief,” holds ki, “firewood.”</w:t>
      </w:r>
    </w:p>
    <w:p>
      <w:pPr>
        <w:spacing w:after="40"/>
      </w:pPr>
      <w:r>
        <w:rPr>
          <w:b w:val="0"/>
          <w:i w:val="0"/>
          <w:color w:val="6A6F75"/>
          <w:sz w:val="18"/>
        </w:rPr>
        <w:t xml:space="preserve">In reply to </w:t>
      </w:r>
      <w:hyperlink w:anchor="p189">
        <w:r>
          <w:rPr>
            <w:color w:val="2E5A80"/>
            <w:u w:val="single"/>
            <w:sz w:val="18"/>
          </w:rPr>
          <w:t xml:space="preserve">No. 189 (Genji)</w:t>
        </w:r>
      </w:hyperlink>
    </w:p>
    <w:p>
      <w:pPr>
        <w:keepNext/>
        <w:spacing w:after="20" w:before="200"/>
      </w:pPr>
      <w:bookmarkStart w:id="204" w:name="p192"/>
      <w:r>
        <w:rPr>
          <w:b/>
          <w:i w:val="0"/>
          <w:color w:val="222B33"/>
          <w:sz w:val="22"/>
        </w:rPr>
        <w:t>No. 192</w:t>
      </w:r>
      <w:r>
        <w:rPr>
          <w:b w:val="0"/>
          <w:i w:val="0"/>
          <w:color w:val="6A6F75"/>
          <w:sz w:val="18"/>
        </w:rPr>
        <w:t xml:space="preserve">   Oborozukiyo → Genji   答 reply</w:t>
      </w:r>
      <w:bookmarkEnd w:id="204"/>
    </w:p>
    <w:p>
      <w:pPr>
        <w:keepNext/>
        <w:spacing w:after="40"/>
      </w:pPr>
      <w:r>
        <w:rPr>
          <w:b/>
          <w:i w:val="0"/>
          <w:color w:val="6A6F75"/>
          <w:sz w:val="18"/>
        </w:rPr>
        <w:t xml:space="preserve">Context. </w:t>
      </w:r>
      <w:r>
        <w:rPr>
          <w:b w:val="0"/>
          <w:i w:val="0"/>
          <w:color w:val="6A6F75"/>
          <w:sz w:val="19"/>
        </w:rPr>
        <w:t>Genji writes to Oborozukiyo from Suma; unrepentant. (Exchange opened by No. 190.)</w:t>
      </w:r>
    </w:p>
    <w:p>
      <w:pPr>
        <w:keepNext/>
        <w:spacing w:after="0"/>
      </w:pPr>
      <w:r>
        <w:rPr>
          <w:rFonts w:ascii="Noto Serif CJK JP" w:hAnsi="Noto Serif CJK JP" w:eastAsia="Noto Serif CJK JP"/>
          <w:b w:val="0"/>
          <w:i w:val="0"/>
          <w:color w:val="222B33"/>
          <w:sz w:val="26"/>
        </w:rPr>
        <w:t>浦にたく海人だにつつむ恋なればくゆる煙よ行く方ぞなき</w:t>
      </w:r>
    </w:p>
    <w:p>
      <w:pPr>
        <w:keepNext/>
        <w:spacing w:after="60"/>
      </w:pPr>
      <w:r>
        <w:rPr>
          <w:rFonts w:ascii="Noto Serif CJK JP" w:hAnsi="Noto Serif CJK JP" w:eastAsia="Noto Serif CJK JP"/>
          <w:b w:val="0"/>
          <w:i w:val="0"/>
          <w:color w:val="6A6F75"/>
          <w:sz w:val="19"/>
        </w:rPr>
        <w:t>浦にたく　／　あまたにつゝむ　／　こひなれは　／　くゆるけふりよ　／　ゆくかたそなき</w:t>
      </w:r>
    </w:p>
    <w:p>
      <w:pPr>
        <w:keepNext/>
        <w:spacing w:after="60"/>
      </w:pPr>
      <w:r>
        <w:rPr>
          <w:b w:val="0"/>
          <w:i/>
          <w:color w:val="222B33"/>
          <w:sz w:val="21"/>
        </w:rPr>
        <w:t>A love even the fisher</w:t>
        <w:br/>
      </w:r>
      <w:r>
        <w:rPr>
          <w:b w:val="0"/>
          <w:i/>
          <w:color w:val="222B33"/>
          <w:sz w:val="21"/>
        </w:rPr>
        <w:t>burning salt on the bay must hide:</w:t>
        <w:br/>
      </w:r>
      <w:r>
        <w:rPr>
          <w:b w:val="0"/>
          <w:i/>
          <w:color w:val="222B33"/>
          <w:sz w:val="21"/>
        </w:rPr>
        <w:t>the smoke that smolders</w:t>
        <w:br/>
      </w:r>
      <w:r>
        <w:rPr>
          <w:b w:val="0"/>
          <w:i/>
          <w:color w:val="222B33"/>
          <w:sz w:val="21"/>
        </w:rPr>
        <w:t>has nowhere</w:t>
        <w:br/>
      </w:r>
      <w:r>
        <w:rPr>
          <w:b w:val="0"/>
          <w:i/>
          <w:color w:val="222B33"/>
          <w:sz w:val="21"/>
        </w:rPr>
        <w:t>to go.</w:t>
      </w:r>
    </w:p>
    <w:p>
      <w:pPr>
        <w:spacing w:after="40"/>
      </w:pPr>
      <w:r>
        <w:rPr>
          <w:b w:val="0"/>
          <w:i w:val="0"/>
          <w:color w:val="222B33"/>
          <w:sz w:val="19"/>
        </w:rPr>
        <w:t>Kuyuru: “smolder” and “regret.”</w:t>
      </w:r>
    </w:p>
    <w:p>
      <w:pPr>
        <w:spacing w:after="40"/>
      </w:pPr>
      <w:r>
        <w:rPr>
          <w:b w:val="0"/>
          <w:i w:val="0"/>
          <w:color w:val="6A6F75"/>
          <w:sz w:val="18"/>
        </w:rPr>
        <w:t xml:space="preserve">In reply to </w:t>
      </w:r>
      <w:hyperlink w:anchor="p190">
        <w:r>
          <w:rPr>
            <w:color w:val="2E5A80"/>
            <w:u w:val="single"/>
            <w:sz w:val="18"/>
          </w:rPr>
          <w:t xml:space="preserve">No. 190 (Genji)</w:t>
        </w:r>
      </w:hyperlink>
    </w:p>
    <w:p>
      <w:pPr>
        <w:keepNext/>
        <w:spacing w:after="20" w:before="200"/>
      </w:pPr>
      <w:bookmarkStart w:id="205" w:name="p193"/>
      <w:r>
        <w:rPr>
          <w:b/>
          <w:i w:val="0"/>
          <w:color w:val="222B33"/>
          <w:sz w:val="22"/>
        </w:rPr>
        <w:t>No. 193</w:t>
      </w:r>
      <w:r>
        <w:rPr>
          <w:b w:val="0"/>
          <w:i w:val="0"/>
          <w:color w:val="6A6F75"/>
          <w:sz w:val="18"/>
        </w:rPr>
        <w:t xml:space="preserve">   Murasaki → Genji   贈:独 sent / solo</w:t>
      </w:r>
      <w:bookmarkEnd w:id="205"/>
    </w:p>
    <w:p>
      <w:pPr>
        <w:keepNext/>
        <w:spacing w:after="40"/>
      </w:pPr>
      <w:r>
        <w:rPr>
          <w:b/>
          <w:i w:val="0"/>
          <w:color w:val="6A6F75"/>
          <w:sz w:val="18"/>
        </w:rPr>
        <w:t xml:space="preserve">Context. </w:t>
      </w:r>
      <w:r>
        <w:rPr>
          <w:b w:val="0"/>
          <w:i w:val="0"/>
          <w:color w:val="6A6F75"/>
          <w:sz w:val="19"/>
        </w:rPr>
        <w:t>Murasaki writes to Genji at Suma; her grief matches his.</w:t>
      </w:r>
    </w:p>
    <w:p>
      <w:pPr>
        <w:keepNext/>
        <w:spacing w:after="0"/>
      </w:pPr>
      <w:r>
        <w:rPr>
          <w:rFonts w:ascii="Noto Serif CJK JP" w:hAnsi="Noto Serif CJK JP" w:eastAsia="Noto Serif CJK JP"/>
          <w:b w:val="0"/>
          <w:i w:val="0"/>
          <w:color w:val="222B33"/>
          <w:sz w:val="26"/>
        </w:rPr>
        <w:t>浦人の潮くむ袖に比べ見よ波路へだつる夜の衣を</w:t>
      </w:r>
    </w:p>
    <w:p>
      <w:pPr>
        <w:keepNext/>
        <w:spacing w:after="60"/>
      </w:pPr>
      <w:r>
        <w:rPr>
          <w:rFonts w:ascii="Noto Serif CJK JP" w:hAnsi="Noto Serif CJK JP" w:eastAsia="Noto Serif CJK JP"/>
          <w:b w:val="0"/>
          <w:i w:val="0"/>
          <w:color w:val="6A6F75"/>
          <w:sz w:val="19"/>
        </w:rPr>
        <w:t>浦人の　／　しほくむそてに　／　くらへみよ　／　なみ路へたつる　／　よるのころもを</w:t>
      </w:r>
    </w:p>
    <w:p>
      <w:pPr>
        <w:keepNext/>
        <w:spacing w:after="60"/>
      </w:pPr>
      <w:r>
        <w:rPr>
          <w:b w:val="0"/>
          <w:i/>
          <w:color w:val="222B33"/>
          <w:sz w:val="21"/>
        </w:rPr>
        <w:t>Compare them: the sleeves</w:t>
        <w:br/>
      </w:r>
      <w:r>
        <w:rPr>
          <w:b w:val="0"/>
          <w:i/>
          <w:color w:val="222B33"/>
          <w:sz w:val="21"/>
        </w:rPr>
        <w:t>of the fisher drawing brine,</w:t>
        <w:br/>
      </w:r>
      <w:r>
        <w:rPr>
          <w:b w:val="0"/>
          <w:i/>
          <w:color w:val="222B33"/>
          <w:sz w:val="21"/>
        </w:rPr>
        <w:t>and the night robe</w:t>
        <w:br/>
      </w:r>
      <w:r>
        <w:rPr>
          <w:b w:val="0"/>
          <w:i/>
          <w:color w:val="222B33"/>
          <w:sz w:val="21"/>
        </w:rPr>
        <w:t>of one parted from you</w:t>
        <w:br/>
      </w:r>
      <w:r>
        <w:rPr>
          <w:b w:val="0"/>
          <w:i/>
          <w:color w:val="222B33"/>
          <w:sz w:val="21"/>
        </w:rPr>
        <w:t>by the sea road.</w:t>
      </w:r>
    </w:p>
    <w:p>
      <w:pPr>
        <w:keepNext/>
        <w:spacing w:after="20" w:before="200"/>
      </w:pPr>
      <w:bookmarkStart w:id="206" w:name="p194"/>
      <w:r>
        <w:rPr>
          <w:b/>
          <w:i w:val="0"/>
          <w:color w:val="222B33"/>
          <w:sz w:val="22"/>
        </w:rPr>
        <w:t>No. 194</w:t>
      </w:r>
      <w:r>
        <w:rPr>
          <w:b w:val="0"/>
          <w:i w:val="0"/>
          <w:color w:val="6A6F75"/>
          <w:sz w:val="18"/>
        </w:rPr>
        <w:t xml:space="preserve">   Lady Rokujō → Genji   贈 sent</w:t>
      </w:r>
      <w:bookmarkEnd w:id="206"/>
    </w:p>
    <w:p>
      <w:pPr>
        <w:keepNext/>
        <w:spacing w:after="40"/>
      </w:pPr>
      <w:r>
        <w:rPr>
          <w:b/>
          <w:i w:val="0"/>
          <w:color w:val="6A6F75"/>
          <w:sz w:val="18"/>
        </w:rPr>
        <w:t xml:space="preserve">Context. </w:t>
      </w:r>
      <w:r>
        <w:rPr>
          <w:b w:val="0"/>
          <w:i w:val="0"/>
          <w:color w:val="6A6F75"/>
          <w:sz w:val="19"/>
        </w:rPr>
        <w:t>Lady Rokujō writes from Ise to Genji in Suma; both are exiles from the capital.</w:t>
      </w:r>
    </w:p>
    <w:p>
      <w:pPr>
        <w:keepNext/>
        <w:spacing w:after="0"/>
      </w:pPr>
      <w:r>
        <w:rPr>
          <w:rFonts w:ascii="Noto Serif CJK JP" w:hAnsi="Noto Serif CJK JP" w:eastAsia="Noto Serif CJK JP"/>
          <w:b w:val="0"/>
          <w:i w:val="0"/>
          <w:color w:val="222B33"/>
          <w:sz w:val="26"/>
        </w:rPr>
        <w:t>うきめかる伊勢をの海人を思ひやれ藻塩垂るてふ須磨の浦にて</w:t>
      </w:r>
    </w:p>
    <w:p>
      <w:pPr>
        <w:keepNext/>
        <w:spacing w:after="60"/>
      </w:pPr>
      <w:r>
        <w:rPr>
          <w:rFonts w:ascii="Noto Serif CJK JP" w:hAnsi="Noto Serif CJK JP" w:eastAsia="Noto Serif CJK JP"/>
          <w:b w:val="0"/>
          <w:i w:val="0"/>
          <w:color w:val="6A6F75"/>
          <w:sz w:val="19"/>
        </w:rPr>
        <w:t>うきめかる　／　いせをのあまを　／　思ひやれ　／　もしほたるてふ　／　すまのうらにて</w:t>
      </w:r>
    </w:p>
    <w:p>
      <w:pPr>
        <w:keepNext/>
        <w:spacing w:after="60"/>
      </w:pPr>
      <w:r>
        <w:rPr>
          <w:b w:val="0"/>
          <w:i/>
          <w:color w:val="222B33"/>
          <w:sz w:val="21"/>
        </w:rPr>
        <w:t>Think of the fisher of Ise</w:t>
        <w:br/>
      </w:r>
      <w:r>
        <w:rPr>
          <w:b w:val="0"/>
          <w:i/>
          <w:color w:val="222B33"/>
          <w:sz w:val="21"/>
        </w:rPr>
        <w:t>who cuts floating weed,</w:t>
        <w:br/>
      </w:r>
      <w:r>
        <w:rPr>
          <w:b w:val="0"/>
          <w:i/>
          <w:color w:val="222B33"/>
          <w:sz w:val="21"/>
        </w:rPr>
        <w:t>you who are said to drip</w:t>
        <w:br/>
      </w:r>
      <w:r>
        <w:rPr>
          <w:b w:val="0"/>
          <w:i/>
          <w:color w:val="222B33"/>
          <w:sz w:val="21"/>
        </w:rPr>
        <w:t>with brine</w:t>
        <w:br/>
      </w:r>
      <w:r>
        <w:rPr>
          <w:b w:val="0"/>
          <w:i/>
          <w:color w:val="222B33"/>
          <w:sz w:val="21"/>
        </w:rPr>
        <w:t>on Suma Bay.</w:t>
      </w:r>
    </w:p>
    <w:p>
      <w:pPr>
        <w:spacing w:after="40"/>
      </w:pPr>
      <w:r>
        <w:rPr>
          <w:b w:val="0"/>
          <w:i w:val="0"/>
          <w:color w:val="222B33"/>
          <w:sz w:val="19"/>
        </w:rPr>
        <w:t>Ukime: “floating weed” and “misery.”</w:t>
      </w:r>
    </w:p>
    <w:p>
      <w:pPr>
        <w:spacing w:after="40"/>
      </w:pPr>
      <w:r>
        <w:rPr>
          <w:b w:val="0"/>
          <w:i w:val="0"/>
          <w:color w:val="6A6F75"/>
          <w:sz w:val="18"/>
        </w:rPr>
        <w:t xml:space="preserve">Answered by </w:t>
      </w:r>
      <w:hyperlink w:anchor="p197">
        <w:r>
          <w:rPr>
            <w:color w:val="2E5A80"/>
            <w:u w:val="single"/>
            <w:sz w:val="18"/>
          </w:rPr>
          <w:t xml:space="preserve">No. 197 (Genji)</w:t>
        </w:r>
      </w:hyperlink>
    </w:p>
    <w:p>
      <w:pPr>
        <w:keepNext/>
        <w:spacing w:after="20" w:before="200"/>
      </w:pPr>
      <w:bookmarkStart w:id="207" w:name="p195"/>
      <w:r>
        <w:rPr>
          <w:b/>
          <w:i w:val="0"/>
          <w:color w:val="222B33"/>
          <w:sz w:val="22"/>
        </w:rPr>
        <w:t>No. 195</w:t>
      </w:r>
      <w:r>
        <w:rPr>
          <w:b w:val="0"/>
          <w:i w:val="0"/>
          <w:color w:val="6A6F75"/>
          <w:sz w:val="18"/>
        </w:rPr>
        <w:t xml:space="preserve">   Lady Rokujō → Genji   贈 sent</w:t>
      </w:r>
      <w:bookmarkEnd w:id="207"/>
    </w:p>
    <w:p>
      <w:pPr>
        <w:keepNext/>
        <w:spacing w:after="40"/>
      </w:pPr>
      <w:r>
        <w:rPr>
          <w:b/>
          <w:i w:val="0"/>
          <w:color w:val="6A6F75"/>
          <w:sz w:val="18"/>
        </w:rPr>
        <w:t xml:space="preserve">Context. </w:t>
      </w:r>
      <w:r>
        <w:rPr>
          <w:b w:val="0"/>
          <w:i w:val="0"/>
          <w:color w:val="6A6F75"/>
          <w:sz w:val="19"/>
        </w:rPr>
        <w:t>Lady Rokujō’s second poem to Genji from Ise.</w:t>
      </w:r>
    </w:p>
    <w:p>
      <w:pPr>
        <w:keepNext/>
        <w:spacing w:after="0"/>
      </w:pPr>
      <w:r>
        <w:rPr>
          <w:rFonts w:ascii="Noto Serif CJK JP" w:hAnsi="Noto Serif CJK JP" w:eastAsia="Noto Serif CJK JP"/>
          <w:b w:val="0"/>
          <w:i w:val="0"/>
          <w:color w:val="222B33"/>
          <w:sz w:val="26"/>
        </w:rPr>
        <w:t>伊勢島や潮干の潟に漁りてもいふかひなきは我が身なりけり</w:t>
      </w:r>
    </w:p>
    <w:p>
      <w:pPr>
        <w:keepNext/>
        <w:spacing w:after="60"/>
      </w:pPr>
      <w:r>
        <w:rPr>
          <w:rFonts w:ascii="Noto Serif CJK JP" w:hAnsi="Noto Serif CJK JP" w:eastAsia="Noto Serif CJK JP"/>
          <w:b w:val="0"/>
          <w:i w:val="0"/>
          <w:color w:val="6A6F75"/>
          <w:sz w:val="19"/>
        </w:rPr>
        <w:t>いせしまや　／　しほひのかたに　／　あさりても　／　いふかひなきは　／　我身なりけり</w:t>
      </w:r>
    </w:p>
    <w:p>
      <w:pPr>
        <w:keepNext/>
        <w:spacing w:after="60"/>
      </w:pPr>
      <w:r>
        <w:rPr>
          <w:b w:val="0"/>
          <w:i/>
          <w:color w:val="222B33"/>
          <w:sz w:val="21"/>
        </w:rPr>
        <w:t>Though I gather at low tide</w:t>
        <w:br/>
      </w:r>
      <w:r>
        <w:rPr>
          <w:b w:val="0"/>
          <w:i/>
          <w:color w:val="222B33"/>
          <w:sz w:val="21"/>
        </w:rPr>
        <w:t>on the flats of Ise,</w:t>
        <w:br/>
      </w:r>
      <w:r>
        <w:rPr>
          <w:b w:val="0"/>
          <w:i/>
          <w:color w:val="222B33"/>
          <w:sz w:val="21"/>
        </w:rPr>
        <w:t>what comes to nothing</w:t>
        <w:br/>
      </w:r>
      <w:r>
        <w:rPr>
          <w:b w:val="0"/>
          <w:i/>
          <w:color w:val="222B33"/>
          <w:sz w:val="21"/>
        </w:rPr>
        <w:t>is</w:t>
        <w:br/>
      </w:r>
      <w:r>
        <w:rPr>
          <w:b w:val="0"/>
          <w:i/>
          <w:color w:val="222B33"/>
          <w:sz w:val="21"/>
        </w:rPr>
        <w:t>myself.</w:t>
      </w:r>
    </w:p>
    <w:p>
      <w:pPr>
        <w:spacing w:after="40"/>
      </w:pPr>
      <w:r>
        <w:rPr>
          <w:b w:val="0"/>
          <w:i w:val="0"/>
          <w:color w:val="222B33"/>
          <w:sz w:val="19"/>
        </w:rPr>
        <w:t>Kai: “shellfish” and “worth.”</w:t>
      </w:r>
    </w:p>
    <w:p>
      <w:pPr>
        <w:spacing w:after="40"/>
      </w:pPr>
      <w:r>
        <w:rPr>
          <w:b w:val="0"/>
          <w:i w:val="0"/>
          <w:color w:val="6A6F75"/>
          <w:sz w:val="18"/>
        </w:rPr>
        <w:t xml:space="preserve">Answered by </w:t>
      </w:r>
      <w:hyperlink w:anchor="p196">
        <w:r>
          <w:rPr>
            <w:color w:val="2E5A80"/>
            <w:u w:val="single"/>
            <w:sz w:val="18"/>
          </w:rPr>
          <w:t xml:space="preserve">No. 196 (Genji)</w:t>
        </w:r>
      </w:hyperlink>
    </w:p>
    <w:p>
      <w:pPr>
        <w:keepNext/>
        <w:spacing w:after="20" w:before="200"/>
      </w:pPr>
      <w:bookmarkStart w:id="208" w:name="p196"/>
      <w:r>
        <w:rPr>
          <w:b/>
          <w:i w:val="0"/>
          <w:color w:val="222B33"/>
          <w:sz w:val="22"/>
        </w:rPr>
        <w:t>No. 196</w:t>
      </w:r>
      <w:r>
        <w:rPr>
          <w:b w:val="0"/>
          <w:i w:val="0"/>
          <w:color w:val="6A6F75"/>
          <w:sz w:val="18"/>
        </w:rPr>
        <w:t xml:space="preserve">   Genji → Lady Rokujō   答 reply</w:t>
      </w:r>
      <w:bookmarkEnd w:id="208"/>
    </w:p>
    <w:p>
      <w:pPr>
        <w:keepNext/>
        <w:spacing w:after="0"/>
      </w:pPr>
      <w:r>
        <w:rPr>
          <w:rFonts w:ascii="Noto Serif CJK JP" w:hAnsi="Noto Serif CJK JP" w:eastAsia="Noto Serif CJK JP"/>
          <w:b w:val="0"/>
          <w:i w:val="0"/>
          <w:color w:val="222B33"/>
          <w:sz w:val="26"/>
        </w:rPr>
        <w:t>伊勢人の波の上漕ぐ小舟にもうきめは刈らで乗らましものを</w:t>
      </w:r>
    </w:p>
    <w:p>
      <w:pPr>
        <w:keepNext/>
        <w:spacing w:after="60"/>
      </w:pPr>
      <w:r>
        <w:rPr>
          <w:rFonts w:ascii="Noto Serif CJK JP" w:hAnsi="Noto Serif CJK JP" w:eastAsia="Noto Serif CJK JP"/>
          <w:b w:val="0"/>
          <w:i w:val="0"/>
          <w:color w:val="6A6F75"/>
          <w:sz w:val="19"/>
        </w:rPr>
        <w:t>伊勢人の　／　浪のうへこく　／　をふねにも　／　うきめはからて　／　のらましものを</w:t>
      </w:r>
    </w:p>
    <w:p>
      <w:pPr>
        <w:keepNext/>
        <w:spacing w:after="60"/>
      </w:pPr>
      <w:r>
        <w:rPr>
          <w:b w:val="0"/>
          <w:i/>
          <w:color w:val="222B33"/>
          <w:sz w:val="21"/>
        </w:rPr>
        <w:t>I wish I had boarded</w:t>
        <w:br/>
      </w:r>
      <w:r>
        <w:rPr>
          <w:b w:val="0"/>
          <w:i/>
          <w:color w:val="222B33"/>
          <w:sz w:val="21"/>
        </w:rPr>
        <w:t>the small boat of the Ise folk</w:t>
        <w:br/>
      </w:r>
      <w:r>
        <w:rPr>
          <w:b w:val="0"/>
          <w:i/>
          <w:color w:val="222B33"/>
          <w:sz w:val="21"/>
        </w:rPr>
        <w:t>rowing on the waves,</w:t>
        <w:br/>
      </w:r>
      <w:r>
        <w:rPr>
          <w:b w:val="0"/>
          <w:i/>
          <w:color w:val="222B33"/>
          <w:sz w:val="21"/>
        </w:rPr>
        <w:t>not cutting</w:t>
        <w:br/>
      </w:r>
      <w:r>
        <w:rPr>
          <w:b w:val="0"/>
          <w:i/>
          <w:color w:val="222B33"/>
          <w:sz w:val="21"/>
        </w:rPr>
        <w:t>floating weed here.</w:t>
      </w:r>
    </w:p>
    <w:p>
      <w:pPr>
        <w:spacing w:after="40"/>
      </w:pPr>
      <w:r>
        <w:rPr>
          <w:b w:val="0"/>
          <w:i w:val="0"/>
          <w:color w:val="6A6F75"/>
          <w:sz w:val="18"/>
        </w:rPr>
        <w:t xml:space="preserve">In reply to </w:t>
      </w:r>
      <w:hyperlink w:anchor="p195">
        <w:r>
          <w:rPr>
            <w:color w:val="2E5A80"/>
            <w:u w:val="single"/>
            <w:sz w:val="18"/>
          </w:rPr>
          <w:t xml:space="preserve">No. 195 (Lady Rokujō)</w:t>
        </w:r>
      </w:hyperlink>
    </w:p>
    <w:p>
      <w:pPr>
        <w:keepNext/>
        <w:spacing w:after="20" w:before="200"/>
      </w:pPr>
      <w:bookmarkStart w:id="209" w:name="p197"/>
      <w:r>
        <w:rPr>
          <w:b/>
          <w:i w:val="0"/>
          <w:color w:val="222B33"/>
          <w:sz w:val="22"/>
        </w:rPr>
        <w:t>No. 197</w:t>
      </w:r>
      <w:r>
        <w:rPr>
          <w:b w:val="0"/>
          <w:i w:val="0"/>
          <w:color w:val="6A6F75"/>
          <w:sz w:val="18"/>
        </w:rPr>
        <w:t xml:space="preserve">   Genji → Lady Rokujō   答 reply</w:t>
      </w:r>
      <w:bookmarkEnd w:id="209"/>
    </w:p>
    <w:p>
      <w:pPr>
        <w:keepNext/>
        <w:spacing w:after="40"/>
      </w:pPr>
      <w:r>
        <w:rPr>
          <w:b/>
          <w:i w:val="0"/>
          <w:color w:val="6A6F75"/>
          <w:sz w:val="18"/>
        </w:rPr>
        <w:t xml:space="preserve">Context. </w:t>
      </w:r>
      <w:r>
        <w:rPr>
          <w:b w:val="0"/>
          <w:i w:val="0"/>
          <w:color w:val="6A6F75"/>
          <w:sz w:val="19"/>
        </w:rPr>
        <w:t>Lady Rokujō writes from Ise to Genji in Suma; both are exiles from the capital. (Exchange opened by No. 194.)</w:t>
      </w:r>
    </w:p>
    <w:p>
      <w:pPr>
        <w:keepNext/>
        <w:spacing w:after="0"/>
      </w:pPr>
      <w:r>
        <w:rPr>
          <w:rFonts w:ascii="Noto Serif CJK JP" w:hAnsi="Noto Serif CJK JP" w:eastAsia="Noto Serif CJK JP"/>
          <w:b w:val="0"/>
          <w:i w:val="0"/>
          <w:color w:val="222B33"/>
          <w:sz w:val="26"/>
        </w:rPr>
        <w:t>海人がつむなげきのなかに塩垂れていつまで須磨の浦に眺めむ</w:t>
      </w:r>
    </w:p>
    <w:p>
      <w:pPr>
        <w:keepNext/>
        <w:spacing w:after="60"/>
      </w:pPr>
      <w:r>
        <w:rPr>
          <w:rFonts w:ascii="Noto Serif CJK JP" w:hAnsi="Noto Serif CJK JP" w:eastAsia="Noto Serif CJK JP"/>
          <w:b w:val="0"/>
          <w:i w:val="0"/>
          <w:color w:val="6A6F75"/>
          <w:sz w:val="19"/>
        </w:rPr>
        <w:t>あまかつむ　／　なけきのなかに　／　しほたれて　／　いつまてすまの　／　うらになかめむ</w:t>
      </w:r>
    </w:p>
    <w:p>
      <w:pPr>
        <w:keepNext/>
        <w:spacing w:after="60"/>
      </w:pPr>
      <w:r>
        <w:rPr>
          <w:b w:val="0"/>
          <w:i/>
          <w:color w:val="222B33"/>
          <w:sz w:val="21"/>
        </w:rPr>
        <w:t>Among the grief</w:t>
        <w:br/>
      </w:r>
      <w:r>
        <w:rPr>
          <w:b w:val="0"/>
          <w:i/>
          <w:color w:val="222B33"/>
          <w:sz w:val="21"/>
        </w:rPr>
        <w:t>the fishers gather, dripping brine,</w:t>
        <w:br/>
      </w:r>
      <w:r>
        <w:rPr>
          <w:b w:val="0"/>
          <w:i/>
          <w:color w:val="222B33"/>
          <w:sz w:val="21"/>
        </w:rPr>
        <w:t>how long must I</w:t>
        <w:br/>
      </w:r>
      <w:r>
        <w:rPr>
          <w:b w:val="0"/>
          <w:i/>
          <w:color w:val="222B33"/>
          <w:sz w:val="21"/>
        </w:rPr>
        <w:t>gaze out</w:t>
        <w:br/>
      </w:r>
      <w:r>
        <w:rPr>
          <w:b w:val="0"/>
          <w:i/>
          <w:color w:val="222B33"/>
          <w:sz w:val="21"/>
        </w:rPr>
        <w:t>on Suma Bay?</w:t>
      </w:r>
    </w:p>
    <w:p>
      <w:pPr>
        <w:spacing w:after="40"/>
      </w:pPr>
      <w:r>
        <w:rPr>
          <w:b w:val="0"/>
          <w:i w:val="0"/>
          <w:color w:val="222B33"/>
          <w:sz w:val="19"/>
        </w:rPr>
        <w:t>He takes up her brine and fishers.</w:t>
      </w:r>
    </w:p>
    <w:p>
      <w:pPr>
        <w:spacing w:after="40"/>
      </w:pPr>
      <w:r>
        <w:rPr>
          <w:b w:val="0"/>
          <w:i w:val="0"/>
          <w:color w:val="6A6F75"/>
          <w:sz w:val="18"/>
        </w:rPr>
        <w:t xml:space="preserve">In reply to </w:t>
      </w:r>
      <w:hyperlink w:anchor="p194">
        <w:r>
          <w:rPr>
            <w:color w:val="2E5A80"/>
            <w:u w:val="single"/>
            <w:sz w:val="18"/>
          </w:rPr>
          <w:t xml:space="preserve">No. 194 (Lady Rokujō)</w:t>
        </w:r>
      </w:hyperlink>
    </w:p>
    <w:p>
      <w:pPr>
        <w:keepNext/>
        <w:spacing w:after="20" w:before="200"/>
      </w:pPr>
      <w:bookmarkStart w:id="210" w:name="p198"/>
      <w:r>
        <w:rPr>
          <w:b/>
          <w:i w:val="0"/>
          <w:color w:val="222B33"/>
          <w:sz w:val="22"/>
        </w:rPr>
        <w:t>No. 198</w:t>
      </w:r>
      <w:r>
        <w:rPr>
          <w:b w:val="0"/>
          <w:i w:val="0"/>
          <w:color w:val="6A6F75"/>
          <w:sz w:val="18"/>
        </w:rPr>
        <w:t xml:space="preserve">   Hanachirusato → Genji   贈:独 sent / solo</w:t>
      </w:r>
      <w:bookmarkEnd w:id="210"/>
    </w:p>
    <w:p>
      <w:pPr>
        <w:keepNext/>
        <w:spacing w:after="40"/>
      </w:pPr>
      <w:r>
        <w:rPr>
          <w:b/>
          <w:i w:val="0"/>
          <w:color w:val="6A6F75"/>
          <w:sz w:val="18"/>
        </w:rPr>
        <w:t xml:space="preserve">Context. </w:t>
      </w:r>
      <w:r>
        <w:rPr>
          <w:b w:val="0"/>
          <w:i w:val="0"/>
          <w:color w:val="6A6F75"/>
          <w:sz w:val="19"/>
        </w:rPr>
        <w:t>Hanachirusato writes to Genji at Suma of her ruined house; she depends on him.</w:t>
      </w:r>
    </w:p>
    <w:p>
      <w:pPr>
        <w:keepNext/>
        <w:spacing w:after="0"/>
      </w:pPr>
      <w:r>
        <w:rPr>
          <w:rFonts w:ascii="Noto Serif CJK JP" w:hAnsi="Noto Serif CJK JP" w:eastAsia="Noto Serif CJK JP"/>
          <w:b w:val="0"/>
          <w:i w:val="0"/>
          <w:color w:val="222B33"/>
          <w:sz w:val="26"/>
        </w:rPr>
        <w:t>荒れまさる軒のしのぶを眺めつつしげくも露のかかる袖かな</w:t>
      </w:r>
    </w:p>
    <w:p>
      <w:pPr>
        <w:keepNext/>
        <w:spacing w:after="60"/>
      </w:pPr>
      <w:r>
        <w:rPr>
          <w:rFonts w:ascii="Noto Serif CJK JP" w:hAnsi="Noto Serif CJK JP" w:eastAsia="Noto Serif CJK JP"/>
          <w:b w:val="0"/>
          <w:i w:val="0"/>
          <w:color w:val="6A6F75"/>
          <w:sz w:val="19"/>
        </w:rPr>
        <w:t>あれまさる　／　のきのしのふを　／　なかめつゝ　／　しけくも露の　／　かゝる袖かな</w:t>
      </w:r>
    </w:p>
    <w:p>
      <w:pPr>
        <w:keepNext/>
        <w:spacing w:after="60"/>
      </w:pPr>
      <w:r>
        <w:rPr>
          <w:b w:val="0"/>
          <w:i/>
          <w:color w:val="222B33"/>
          <w:sz w:val="21"/>
        </w:rPr>
        <w:t>Gazing at the fern of longing</w:t>
        <w:br/>
      </w:r>
      <w:r>
        <w:rPr>
          <w:b w:val="0"/>
          <w:i/>
          <w:color w:val="222B33"/>
          <w:sz w:val="21"/>
        </w:rPr>
        <w:t>on the eaves of my ruined house,</w:t>
        <w:br/>
      </w:r>
      <w:r>
        <w:rPr>
          <w:b w:val="0"/>
          <w:i/>
          <w:color w:val="222B33"/>
          <w:sz w:val="21"/>
        </w:rPr>
        <w:t>how thickly the dew</w:t>
        <w:br/>
      </w:r>
      <w:r>
        <w:rPr>
          <w:b w:val="0"/>
          <w:i/>
          <w:color w:val="222B33"/>
          <w:sz w:val="21"/>
        </w:rPr>
        <w:t>falls</w:t>
        <w:br/>
      </w:r>
      <w:r>
        <w:rPr>
          <w:b w:val="0"/>
          <w:i/>
          <w:color w:val="222B33"/>
          <w:sz w:val="21"/>
        </w:rPr>
        <w:t>on my sleeves.</w:t>
      </w:r>
    </w:p>
    <w:p>
      <w:pPr>
        <w:spacing w:after="40"/>
      </w:pPr>
      <w:r>
        <w:rPr>
          <w:b w:val="0"/>
          <w:i w:val="0"/>
          <w:color w:val="222B33"/>
          <w:sz w:val="19"/>
        </w:rPr>
        <w:t>Shinobu, “hare’s-foot fern,” is also “to long for.”</w:t>
      </w:r>
    </w:p>
    <w:p>
      <w:pPr>
        <w:keepNext/>
        <w:spacing w:after="20" w:before="200"/>
      </w:pPr>
      <w:bookmarkStart w:id="211" w:name="p199"/>
      <w:r>
        <w:rPr>
          <w:b/>
          <w:i w:val="0"/>
          <w:color w:val="222B33"/>
          <w:sz w:val="22"/>
        </w:rPr>
        <w:t>No. 199</w:t>
      </w:r>
      <w:r>
        <w:rPr>
          <w:b w:val="0"/>
          <w:i w:val="0"/>
          <w:color w:val="6A6F75"/>
          <w:sz w:val="18"/>
        </w:rPr>
        <w:t xml:space="preserve">   Genji   独 solo</w:t>
      </w:r>
      <w:bookmarkEnd w:id="211"/>
    </w:p>
    <w:p>
      <w:pPr>
        <w:keepNext/>
        <w:spacing w:after="40"/>
      </w:pPr>
      <w:r>
        <w:rPr>
          <w:b/>
          <w:i w:val="0"/>
          <w:color w:val="6A6F75"/>
          <w:sz w:val="18"/>
        </w:rPr>
        <w:t xml:space="preserve">Context. </w:t>
      </w:r>
      <w:r>
        <w:rPr>
          <w:b w:val="0"/>
          <w:i w:val="0"/>
          <w:color w:val="6A6F75"/>
          <w:sz w:val="19"/>
        </w:rPr>
        <w:t>Genji at Suma by the sea at night; the waves sound like weeping for home.</w:t>
      </w:r>
    </w:p>
    <w:p>
      <w:pPr>
        <w:keepNext/>
        <w:spacing w:after="0"/>
      </w:pPr>
      <w:r>
        <w:rPr>
          <w:rFonts w:ascii="Noto Serif CJK JP" w:hAnsi="Noto Serif CJK JP" w:eastAsia="Noto Serif CJK JP"/>
          <w:b w:val="0"/>
          <w:i w:val="0"/>
          <w:color w:val="222B33"/>
          <w:sz w:val="26"/>
        </w:rPr>
        <w:t>恋ひわびて泣く音にまがふ浦波は思ふ方より風や吹くらむ</w:t>
      </w:r>
    </w:p>
    <w:p>
      <w:pPr>
        <w:keepNext/>
        <w:spacing w:after="60"/>
      </w:pPr>
      <w:r>
        <w:rPr>
          <w:rFonts w:ascii="Noto Serif CJK JP" w:hAnsi="Noto Serif CJK JP" w:eastAsia="Noto Serif CJK JP"/>
          <w:b w:val="0"/>
          <w:i w:val="0"/>
          <w:color w:val="6A6F75"/>
          <w:sz w:val="19"/>
        </w:rPr>
        <w:t>恋わひて　／　なくねにまかふ　／　うらなみは　／　おもふかたより　／　風やふくらん</w:t>
      </w:r>
    </w:p>
    <w:p>
      <w:pPr>
        <w:keepNext/>
        <w:spacing w:after="60"/>
      </w:pPr>
      <w:r>
        <w:rPr>
          <w:b w:val="0"/>
          <w:i/>
          <w:color w:val="222B33"/>
          <w:sz w:val="21"/>
        </w:rPr>
        <w:t>The waves on the bay,</w:t>
        <w:br/>
      </w:r>
      <w:r>
        <w:rPr>
          <w:b w:val="0"/>
          <w:i/>
          <w:color w:val="222B33"/>
          <w:sz w:val="21"/>
        </w:rPr>
        <w:t>mingling with my sobs of longing:</w:t>
        <w:br/>
      </w:r>
      <w:r>
        <w:rPr>
          <w:b w:val="0"/>
          <w:i/>
          <w:color w:val="222B33"/>
          <w:sz w:val="21"/>
        </w:rPr>
        <w:t>does the wind blow</w:t>
        <w:br/>
      </w:r>
      <w:r>
        <w:rPr>
          <w:b w:val="0"/>
          <w:i/>
          <w:color w:val="222B33"/>
          <w:sz w:val="21"/>
        </w:rPr>
        <w:t>from where</w:t>
        <w:br/>
      </w:r>
      <w:r>
        <w:rPr>
          <w:b w:val="0"/>
          <w:i/>
          <w:color w:val="222B33"/>
          <w:sz w:val="21"/>
        </w:rPr>
        <w:t>my thoughts are?</w:t>
      </w:r>
    </w:p>
    <w:p>
      <w:pPr>
        <w:keepNext/>
        <w:spacing w:after="20" w:before="200"/>
      </w:pPr>
      <w:bookmarkStart w:id="212" w:name="p200"/>
      <w:r>
        <w:rPr>
          <w:b/>
          <w:i w:val="0"/>
          <w:color w:val="222B33"/>
          <w:sz w:val="22"/>
        </w:rPr>
        <w:t>No. 200</w:t>
      </w:r>
      <w:r>
        <w:rPr>
          <w:b w:val="0"/>
          <w:i w:val="0"/>
          <w:color w:val="6A6F75"/>
          <w:sz w:val="18"/>
        </w:rPr>
        <w:t xml:space="preserve">   Genji → his attendants   唱 group exchange</w:t>
      </w:r>
      <w:bookmarkEnd w:id="212"/>
    </w:p>
    <w:p>
      <w:pPr>
        <w:keepNext/>
        <w:spacing w:after="40"/>
      </w:pPr>
      <w:r>
        <w:rPr>
          <w:b/>
          <w:i w:val="0"/>
          <w:color w:val="6A6F75"/>
          <w:sz w:val="18"/>
        </w:rPr>
        <w:t xml:space="preserve">Context. </w:t>
      </w:r>
      <w:r>
        <w:rPr>
          <w:b w:val="0"/>
          <w:i w:val="0"/>
          <w:color w:val="6A6F75"/>
          <w:sz w:val="19"/>
        </w:rPr>
        <w:t>Genji and his attendants at Suma hear the wild geese; their homesickness.</w:t>
      </w:r>
    </w:p>
    <w:p>
      <w:pPr>
        <w:keepNext/>
        <w:spacing w:after="0"/>
      </w:pPr>
      <w:r>
        <w:rPr>
          <w:rFonts w:ascii="Noto Serif CJK JP" w:hAnsi="Noto Serif CJK JP" w:eastAsia="Noto Serif CJK JP"/>
          <w:b w:val="0"/>
          <w:i w:val="0"/>
          <w:color w:val="222B33"/>
          <w:sz w:val="26"/>
        </w:rPr>
        <w:t>初雁は恋しき人の列なれや旅の空飛ぶ声の悲しき</w:t>
      </w:r>
    </w:p>
    <w:p>
      <w:pPr>
        <w:keepNext/>
        <w:spacing w:after="60"/>
      </w:pPr>
      <w:r>
        <w:rPr>
          <w:rFonts w:ascii="Noto Serif CJK JP" w:hAnsi="Noto Serif CJK JP" w:eastAsia="Noto Serif CJK JP"/>
          <w:b w:val="0"/>
          <w:i w:val="0"/>
          <w:color w:val="6A6F75"/>
          <w:sz w:val="19"/>
        </w:rPr>
        <w:t>はつかりは　／　こひしき人の　／　つらなれや　／　たひのそらとふ　／　こゑのかなしき</w:t>
      </w:r>
    </w:p>
    <w:p>
      <w:pPr>
        <w:keepNext/>
        <w:spacing w:after="60"/>
      </w:pPr>
      <w:r>
        <w:rPr>
          <w:b w:val="0"/>
          <w:i/>
          <w:color w:val="222B33"/>
          <w:sz w:val="21"/>
        </w:rPr>
        <w:t>Are the first geese</w:t>
        <w:br/>
      </w:r>
      <w:r>
        <w:rPr>
          <w:b w:val="0"/>
          <w:i/>
          <w:color w:val="222B33"/>
          <w:sz w:val="21"/>
        </w:rPr>
        <w:t>companions of the one I love?</w:t>
        <w:br/>
      </w:r>
      <w:r>
        <w:rPr>
          <w:b w:val="0"/>
          <w:i/>
          <w:color w:val="222B33"/>
          <w:sz w:val="21"/>
        </w:rPr>
        <w:t>How sad, their cry</w:t>
        <w:br/>
      </w:r>
      <w:r>
        <w:rPr>
          <w:b w:val="0"/>
          <w:i/>
          <w:color w:val="222B33"/>
          <w:sz w:val="21"/>
        </w:rPr>
        <w:t>flying the sky</w:t>
        <w:br/>
      </w:r>
      <w:r>
        <w:rPr>
          <w:b w:val="0"/>
          <w:i/>
          <w:color w:val="222B33"/>
          <w:sz w:val="21"/>
        </w:rPr>
        <w:t>of my travels.</w:t>
      </w:r>
    </w:p>
    <w:p>
      <w:pPr>
        <w:spacing w:after="40"/>
      </w:pPr>
      <w:r>
        <w:rPr>
          <w:b w:val="0"/>
          <w:i w:val="0"/>
          <w:color w:val="222B33"/>
          <w:sz w:val="19"/>
        </w:rPr>
        <w:t>Exchanged with his attendants at Suma. A group of four poems.</w:t>
      </w:r>
    </w:p>
    <w:p>
      <w:pPr>
        <w:spacing w:after="40"/>
      </w:pPr>
      <w:r>
        <w:rPr>
          <w:b w:val="0"/>
          <w:i w:val="0"/>
          <w:color w:val="6A6F75"/>
          <w:sz w:val="18"/>
        </w:rPr>
        <w:t xml:space="preserve">Answered by </w:t>
      </w:r>
      <w:hyperlink w:anchor="p201">
        <w:r>
          <w:rPr>
            <w:color w:val="2E5A80"/>
            <w:u w:val="single"/>
            <w:sz w:val="18"/>
          </w:rPr>
          <w:t xml:space="preserve">No. 201 (Koremitsu or Yoshikiyo)</w:t>
        </w:r>
      </w:hyperlink>
      <w:r>
        <w:rPr>
          <w:b w:val="0"/>
          <w:i w:val="0"/>
          <w:color w:val="6A6F75"/>
          <w:sz w:val="18"/>
        </w:rPr>
        <w:t xml:space="preserve">, </w:t>
      </w:r>
      <w:hyperlink w:anchor="p202">
        <w:r>
          <w:rPr>
            <w:color w:val="2E5A80"/>
            <w:u w:val="single"/>
            <w:sz w:val="18"/>
          </w:rPr>
          <w:t xml:space="preserve">No. 202 (Koremitsu)</w:t>
        </w:r>
      </w:hyperlink>
      <w:r>
        <w:rPr>
          <w:b w:val="0"/>
          <w:i w:val="0"/>
          <w:color w:val="6A6F75"/>
          <w:sz w:val="18"/>
        </w:rPr>
        <w:t xml:space="preserve">, </w:t>
      </w:r>
      <w:hyperlink w:anchor="p203">
        <w:r>
          <w:rPr>
            <w:color w:val="2E5A80"/>
            <w:u w:val="single"/>
            <w:sz w:val="18"/>
          </w:rPr>
          <w:t xml:space="preserve">No. 203 (the former Right Guards officer)</w:t>
        </w:r>
      </w:hyperlink>
    </w:p>
    <w:p>
      <w:pPr>
        <w:keepNext/>
        <w:spacing w:after="20" w:before="200"/>
      </w:pPr>
      <w:bookmarkStart w:id="213" w:name="p201"/>
      <w:r>
        <w:rPr>
          <w:b/>
          <w:i w:val="0"/>
          <w:color w:val="222B33"/>
          <w:sz w:val="22"/>
        </w:rPr>
        <w:t>No. 201</w:t>
      </w:r>
      <w:r>
        <w:rPr>
          <w:b w:val="0"/>
          <w:i w:val="0"/>
          <w:color w:val="6A6F75"/>
          <w:sz w:val="18"/>
        </w:rPr>
        <w:t xml:space="preserve">   Koremitsu or Yoshikiyo → Genji   唱 group exchange</w:t>
      </w:r>
      <w:bookmarkEnd w:id="213"/>
    </w:p>
    <w:p>
      <w:pPr>
        <w:keepNext/>
        <w:spacing w:after="0"/>
      </w:pPr>
      <w:r>
        <w:rPr>
          <w:rFonts w:ascii="Noto Serif CJK JP" w:hAnsi="Noto Serif CJK JP" w:eastAsia="Noto Serif CJK JP"/>
          <w:b w:val="0"/>
          <w:i w:val="0"/>
          <w:color w:val="222B33"/>
          <w:sz w:val="26"/>
        </w:rPr>
        <w:t>かきつらね昔のことぞ思ほゆる雁はその世の友ならねども</w:t>
      </w:r>
    </w:p>
    <w:p>
      <w:pPr>
        <w:keepNext/>
        <w:spacing w:after="60"/>
      </w:pPr>
      <w:r>
        <w:rPr>
          <w:rFonts w:ascii="Noto Serif CJK JP" w:hAnsi="Noto Serif CJK JP" w:eastAsia="Noto Serif CJK JP"/>
          <w:b w:val="0"/>
          <w:i w:val="0"/>
          <w:color w:val="6A6F75"/>
          <w:sz w:val="19"/>
        </w:rPr>
        <w:t>かきつらね　／　むかしのことそ　／　おもほゆる　／　かりはそのよの　／　友ならねとも</w:t>
      </w:r>
    </w:p>
    <w:p>
      <w:pPr>
        <w:keepNext/>
        <w:spacing w:after="60"/>
      </w:pPr>
      <w:r>
        <w:rPr>
          <w:b w:val="0"/>
          <w:i/>
          <w:color w:val="222B33"/>
          <w:sz w:val="21"/>
        </w:rPr>
        <w:t>One after another</w:t>
        <w:br/>
      </w:r>
      <w:r>
        <w:rPr>
          <w:b w:val="0"/>
          <w:i/>
          <w:color w:val="222B33"/>
          <w:sz w:val="21"/>
        </w:rPr>
        <w:t>the things of the past come to mind,</w:t>
        <w:br/>
      </w:r>
      <w:r>
        <w:rPr>
          <w:b w:val="0"/>
          <w:i/>
          <w:color w:val="222B33"/>
          <w:sz w:val="21"/>
        </w:rPr>
        <w:t>though the geese were not</w:t>
        <w:br/>
      </w:r>
      <w:r>
        <w:rPr>
          <w:b w:val="0"/>
          <w:i/>
          <w:color w:val="222B33"/>
          <w:sz w:val="21"/>
        </w:rPr>
        <w:t>our friends</w:t>
        <w:br/>
      </w:r>
      <w:r>
        <w:rPr>
          <w:b w:val="0"/>
          <w:i/>
          <w:color w:val="222B33"/>
          <w:sz w:val="21"/>
        </w:rPr>
        <w:t>in those days.</w:t>
      </w:r>
    </w:p>
    <w:p>
      <w:pPr>
        <w:spacing w:after="40"/>
      </w:pPr>
      <w:r>
        <w:rPr>
          <w:b w:val="0"/>
          <w:i w:val="0"/>
          <w:color w:val="6A6F75"/>
          <w:sz w:val="18"/>
        </w:rPr>
        <w:t xml:space="preserve">In reply to </w:t>
      </w:r>
      <w:hyperlink w:anchor="p200">
        <w:r>
          <w:rPr>
            <w:color w:val="2E5A80"/>
            <w:u w:val="single"/>
            <w:sz w:val="18"/>
          </w:rPr>
          <w:t xml:space="preserve">No. 200 (Genji)</w:t>
        </w:r>
      </w:hyperlink>
    </w:p>
    <w:p>
      <w:pPr>
        <w:keepNext/>
        <w:spacing w:after="20" w:before="200"/>
      </w:pPr>
      <w:bookmarkStart w:id="214" w:name="p202"/>
      <w:r>
        <w:rPr>
          <w:b/>
          <w:i w:val="0"/>
          <w:color w:val="222B33"/>
          <w:sz w:val="22"/>
        </w:rPr>
        <w:t>No. 202</w:t>
      </w:r>
      <w:r>
        <w:rPr>
          <w:b w:val="0"/>
          <w:i w:val="0"/>
          <w:color w:val="6A6F75"/>
          <w:sz w:val="18"/>
        </w:rPr>
        <w:t xml:space="preserve">   Koremitsu → Genji   唱 group exchange</w:t>
      </w:r>
      <w:bookmarkEnd w:id="214"/>
    </w:p>
    <w:p>
      <w:pPr>
        <w:keepNext/>
        <w:spacing w:after="0"/>
      </w:pPr>
      <w:r>
        <w:rPr>
          <w:rFonts w:ascii="Noto Serif CJK JP" w:hAnsi="Noto Serif CJK JP" w:eastAsia="Noto Serif CJK JP"/>
          <w:b w:val="0"/>
          <w:i w:val="0"/>
          <w:color w:val="222B33"/>
          <w:sz w:val="26"/>
        </w:rPr>
        <w:t>心から常世を捨てて鳴く雁を雲のよそにも思ひけるかな</w:t>
      </w:r>
    </w:p>
    <w:p>
      <w:pPr>
        <w:keepNext/>
        <w:spacing w:after="60"/>
      </w:pPr>
      <w:r>
        <w:rPr>
          <w:rFonts w:ascii="Noto Serif CJK JP" w:hAnsi="Noto Serif CJK JP" w:eastAsia="Noto Serif CJK JP"/>
          <w:b w:val="0"/>
          <w:i w:val="0"/>
          <w:color w:val="6A6F75"/>
          <w:sz w:val="19"/>
        </w:rPr>
        <w:t>こゝろから　／　とこよをすてゝ　／　なくかりを　／　くものよそにも　／　おもひけるかな</w:t>
      </w:r>
    </w:p>
    <w:p>
      <w:pPr>
        <w:keepNext/>
        <w:spacing w:after="60"/>
      </w:pPr>
      <w:r>
        <w:rPr>
          <w:b w:val="0"/>
          <w:i/>
          <w:color w:val="222B33"/>
          <w:sz w:val="21"/>
        </w:rPr>
        <w:t>I had thought of them</w:t>
        <w:br/>
      </w:r>
      <w:r>
        <w:rPr>
          <w:b w:val="0"/>
          <w:i/>
          <w:color w:val="222B33"/>
          <w:sz w:val="21"/>
        </w:rPr>
        <w:t>as far beyond the clouds,</w:t>
        <w:br/>
      </w:r>
      <w:r>
        <w:rPr>
          <w:b w:val="0"/>
          <w:i/>
          <w:color w:val="222B33"/>
          <w:sz w:val="21"/>
        </w:rPr>
        <w:t>the geese that cry,</w:t>
        <w:br/>
      </w:r>
      <w:r>
        <w:rPr>
          <w:b w:val="0"/>
          <w:i/>
          <w:color w:val="222B33"/>
          <w:sz w:val="21"/>
        </w:rPr>
        <w:t>having left</w:t>
        <w:br/>
      </w:r>
      <w:r>
        <w:rPr>
          <w:b w:val="0"/>
          <w:i/>
          <w:color w:val="222B33"/>
          <w:sz w:val="21"/>
        </w:rPr>
        <w:t>the eternal land of their own will.</w:t>
      </w:r>
    </w:p>
    <w:p>
      <w:pPr>
        <w:spacing w:after="40"/>
      </w:pPr>
      <w:r>
        <w:rPr>
          <w:b/>
          <w:i w:val="0"/>
          <w:color w:val="8A4B1C"/>
          <w:sz w:val="18"/>
        </w:rPr>
        <w:t xml:space="preserve">Attribution uncertain. </w:t>
      </w:r>
      <w:r>
        <w:rPr>
          <w:b w:val="0"/>
          <w:i w:val="0"/>
          <w:sz w:val="19"/>
        </w:rPr>
        <w:t>The Minbu Taifu is identified as Koremitsu (Zenshū 全集).</w:t>
      </w:r>
    </w:p>
    <w:p>
      <w:pPr>
        <w:spacing w:after="40"/>
      </w:pPr>
      <w:r>
        <w:rPr>
          <w:b w:val="0"/>
          <w:i w:val="0"/>
          <w:color w:val="6A6F75"/>
          <w:sz w:val="18"/>
        </w:rPr>
        <w:t xml:space="preserve">In reply to </w:t>
      </w:r>
      <w:hyperlink w:anchor="p200">
        <w:r>
          <w:rPr>
            <w:color w:val="2E5A80"/>
            <w:u w:val="single"/>
            <w:sz w:val="18"/>
          </w:rPr>
          <w:t xml:space="preserve">No. 200 (Genji)</w:t>
        </w:r>
      </w:hyperlink>
    </w:p>
    <w:p>
      <w:pPr>
        <w:keepNext/>
        <w:spacing w:after="20" w:before="200"/>
      </w:pPr>
      <w:bookmarkStart w:id="215" w:name="p203"/>
      <w:r>
        <w:rPr>
          <w:b/>
          <w:i w:val="0"/>
          <w:color w:val="222B33"/>
          <w:sz w:val="22"/>
        </w:rPr>
        <w:t>No. 203</w:t>
      </w:r>
      <w:r>
        <w:rPr>
          <w:b w:val="0"/>
          <w:i w:val="0"/>
          <w:color w:val="6A6F75"/>
          <w:sz w:val="18"/>
        </w:rPr>
        <w:t xml:space="preserve">   the former Right Guards officer → Genji   唱 group exchange</w:t>
      </w:r>
      <w:bookmarkEnd w:id="215"/>
    </w:p>
    <w:p>
      <w:pPr>
        <w:keepNext/>
        <w:spacing w:after="0"/>
      </w:pPr>
      <w:r>
        <w:rPr>
          <w:rFonts w:ascii="Noto Serif CJK JP" w:hAnsi="Noto Serif CJK JP" w:eastAsia="Noto Serif CJK JP"/>
          <w:b w:val="0"/>
          <w:i w:val="0"/>
          <w:color w:val="222B33"/>
          <w:sz w:val="26"/>
        </w:rPr>
        <w:t>常世出でて旅の空なる雁がねも列に遅れぬほどぞ慰む</w:t>
      </w:r>
    </w:p>
    <w:p>
      <w:pPr>
        <w:keepNext/>
        <w:spacing w:after="60"/>
      </w:pPr>
      <w:r>
        <w:rPr>
          <w:rFonts w:ascii="Noto Serif CJK JP" w:hAnsi="Noto Serif CJK JP" w:eastAsia="Noto Serif CJK JP"/>
          <w:b w:val="0"/>
          <w:i w:val="0"/>
          <w:color w:val="6A6F75"/>
          <w:sz w:val="19"/>
        </w:rPr>
        <w:t>とこよいてゝ　／　たひのそらなる　／　かりかねも　／　つらにをくれぬ　／　ほとそなくさむ</w:t>
      </w:r>
    </w:p>
    <w:p>
      <w:pPr>
        <w:keepNext/>
        <w:spacing w:after="60"/>
      </w:pPr>
      <w:r>
        <w:rPr>
          <w:b w:val="0"/>
          <w:i/>
          <w:color w:val="222B33"/>
          <w:sz w:val="21"/>
        </w:rPr>
        <w:t>Even geese that leave</w:t>
        <w:br/>
      </w:r>
      <w:r>
        <w:rPr>
          <w:b w:val="0"/>
          <w:i/>
          <w:color w:val="222B33"/>
          <w:sz w:val="21"/>
        </w:rPr>
        <w:t>their eternal land for the sky of travel</w:t>
        <w:br/>
      </w:r>
      <w:r>
        <w:rPr>
          <w:b w:val="0"/>
          <w:i/>
          <w:color w:val="222B33"/>
          <w:sz w:val="21"/>
        </w:rPr>
        <w:t>are comforted while they</w:t>
        <w:br/>
      </w:r>
      <w:r>
        <w:rPr>
          <w:b w:val="0"/>
          <w:i/>
          <w:color w:val="222B33"/>
          <w:sz w:val="21"/>
        </w:rPr>
        <w:t>keep up</w:t>
        <w:br/>
      </w:r>
      <w:r>
        <w:rPr>
          <w:b w:val="0"/>
          <w:i/>
          <w:color w:val="222B33"/>
          <w:sz w:val="21"/>
        </w:rPr>
        <w:t>with the line.</w:t>
      </w:r>
    </w:p>
    <w:p>
      <w:pPr>
        <w:spacing w:after="40"/>
      </w:pPr>
      <w:r>
        <w:rPr>
          <w:b w:val="0"/>
          <w:i w:val="0"/>
          <w:color w:val="6A6F75"/>
          <w:sz w:val="18"/>
        </w:rPr>
        <w:t xml:space="preserve">In reply to </w:t>
      </w:r>
      <w:hyperlink w:anchor="p200">
        <w:r>
          <w:rPr>
            <w:color w:val="2E5A80"/>
            <w:u w:val="single"/>
            <w:sz w:val="18"/>
          </w:rPr>
          <w:t xml:space="preserve">No. 200 (Genji)</w:t>
        </w:r>
      </w:hyperlink>
    </w:p>
    <w:p>
      <w:pPr>
        <w:keepNext/>
        <w:spacing w:after="20" w:before="200"/>
      </w:pPr>
      <w:bookmarkStart w:id="216" w:name="p204"/>
      <w:r>
        <w:rPr>
          <w:b/>
          <w:i w:val="0"/>
          <w:color w:val="222B33"/>
          <w:sz w:val="22"/>
        </w:rPr>
        <w:t>No. 204</w:t>
      </w:r>
      <w:r>
        <w:rPr>
          <w:b w:val="0"/>
          <w:i w:val="0"/>
          <w:color w:val="6A6F75"/>
          <w:sz w:val="18"/>
        </w:rPr>
        <w:t xml:space="preserve">   Genji   独 solo</w:t>
      </w:r>
      <w:bookmarkEnd w:id="216"/>
    </w:p>
    <w:p>
      <w:pPr>
        <w:keepNext/>
        <w:spacing w:after="40"/>
      </w:pPr>
      <w:r>
        <w:rPr>
          <w:b/>
          <w:i w:val="0"/>
          <w:color w:val="6A6F75"/>
          <w:sz w:val="18"/>
        </w:rPr>
        <w:t xml:space="preserve">Context. </w:t>
      </w:r>
      <w:r>
        <w:rPr>
          <w:b w:val="0"/>
          <w:i w:val="0"/>
          <w:color w:val="6A6F75"/>
          <w:sz w:val="19"/>
        </w:rPr>
        <w:t>Genji at Suma on the full moon of the fifteenth; he recalls the palace music.</w:t>
      </w:r>
    </w:p>
    <w:p>
      <w:pPr>
        <w:keepNext/>
        <w:spacing w:after="0"/>
      </w:pPr>
      <w:r>
        <w:rPr>
          <w:rFonts w:ascii="Noto Serif CJK JP" w:hAnsi="Noto Serif CJK JP" w:eastAsia="Noto Serif CJK JP"/>
          <w:b w:val="0"/>
          <w:i w:val="0"/>
          <w:color w:val="222B33"/>
          <w:sz w:val="26"/>
        </w:rPr>
        <w:t>見るほどぞしばし慰むめぐりあはむ月の都は遥かなれども</w:t>
      </w:r>
    </w:p>
    <w:p>
      <w:pPr>
        <w:keepNext/>
        <w:spacing w:after="60"/>
      </w:pPr>
      <w:r>
        <w:rPr>
          <w:rFonts w:ascii="Noto Serif CJK JP" w:hAnsi="Noto Serif CJK JP" w:eastAsia="Noto Serif CJK JP"/>
          <w:b w:val="0"/>
          <w:i w:val="0"/>
          <w:color w:val="6A6F75"/>
          <w:sz w:val="19"/>
        </w:rPr>
        <w:t>みるほとそ　／　しはしなくさむ　／　めくりあはん　／　月のみやこは　／　ゝるかなれとも</w:t>
      </w:r>
    </w:p>
    <w:p>
      <w:pPr>
        <w:keepNext/>
        <w:spacing w:after="60"/>
      </w:pPr>
      <w:r>
        <w:rPr>
          <w:b w:val="0"/>
          <w:i/>
          <w:color w:val="222B33"/>
          <w:sz w:val="21"/>
        </w:rPr>
        <w:t>While I look, I am</w:t>
        <w:br/>
      </w:r>
      <w:r>
        <w:rPr>
          <w:b w:val="0"/>
          <w:i/>
          <w:color w:val="222B33"/>
          <w:sz w:val="21"/>
        </w:rPr>
        <w:t>comforted a little; far though it is,</w:t>
        <w:br/>
      </w:r>
      <w:r>
        <w:rPr>
          <w:b w:val="0"/>
          <w:i/>
          <w:color w:val="222B33"/>
          <w:sz w:val="21"/>
        </w:rPr>
        <w:t>the capital of the moon</w:t>
        <w:br/>
      </w:r>
      <w:r>
        <w:rPr>
          <w:b w:val="0"/>
          <w:i/>
          <w:color w:val="222B33"/>
          <w:sz w:val="21"/>
        </w:rPr>
        <w:t>where we</w:t>
        <w:br/>
      </w:r>
      <w:r>
        <w:rPr>
          <w:b w:val="0"/>
          <w:i/>
          <w:color w:val="222B33"/>
          <w:sz w:val="21"/>
        </w:rPr>
        <w:t>shall meet again.</w:t>
      </w:r>
    </w:p>
    <w:p>
      <w:pPr>
        <w:spacing w:after="40"/>
      </w:pPr>
      <w:r>
        <w:rPr>
          <w:b w:val="0"/>
          <w:i w:val="0"/>
          <w:color w:val="222B33"/>
          <w:sz w:val="19"/>
        </w:rPr>
        <w:t>The full moon of the fifteenth night.</w:t>
      </w:r>
    </w:p>
    <w:p>
      <w:pPr>
        <w:keepNext/>
        <w:spacing w:after="20" w:before="200"/>
      </w:pPr>
      <w:bookmarkStart w:id="217" w:name="p205"/>
      <w:r>
        <w:rPr>
          <w:b/>
          <w:i w:val="0"/>
          <w:color w:val="222B33"/>
          <w:sz w:val="22"/>
        </w:rPr>
        <w:t>No. 205</w:t>
      </w:r>
      <w:r>
        <w:rPr>
          <w:b w:val="0"/>
          <w:i w:val="0"/>
          <w:color w:val="6A6F75"/>
          <w:sz w:val="18"/>
        </w:rPr>
        <w:t xml:space="preserve">   Genji   独 solo</w:t>
      </w:r>
      <w:bookmarkEnd w:id="217"/>
    </w:p>
    <w:p>
      <w:pPr>
        <w:keepNext/>
        <w:spacing w:after="40"/>
      </w:pPr>
      <w:r>
        <w:rPr>
          <w:b/>
          <w:i w:val="0"/>
          <w:color w:val="6A6F75"/>
          <w:sz w:val="18"/>
        </w:rPr>
        <w:t xml:space="preserve">Context. </w:t>
      </w:r>
      <w:r>
        <w:rPr>
          <w:b w:val="0"/>
          <w:i w:val="0"/>
          <w:color w:val="6A6F75"/>
          <w:sz w:val="19"/>
        </w:rPr>
        <w:t>Genji at Suma remembers Suzaku’s kindness; he blames the Minister of the Right’s faction, not his brother.</w:t>
      </w:r>
    </w:p>
    <w:p>
      <w:pPr>
        <w:keepNext/>
        <w:spacing w:after="0"/>
      </w:pPr>
      <w:r>
        <w:rPr>
          <w:rFonts w:ascii="Noto Serif CJK JP" w:hAnsi="Noto Serif CJK JP" w:eastAsia="Noto Serif CJK JP"/>
          <w:b w:val="0"/>
          <w:i w:val="0"/>
          <w:color w:val="222B33"/>
          <w:sz w:val="26"/>
        </w:rPr>
        <w:t>憂しとのみひとへにものは思ほえで左右にも濡るる袖かな</w:t>
      </w:r>
    </w:p>
    <w:p>
      <w:pPr>
        <w:keepNext/>
        <w:spacing w:after="60"/>
      </w:pPr>
      <w:r>
        <w:rPr>
          <w:rFonts w:ascii="Noto Serif CJK JP" w:hAnsi="Noto Serif CJK JP" w:eastAsia="Noto Serif CJK JP"/>
          <w:b w:val="0"/>
          <w:i w:val="0"/>
          <w:color w:val="6A6F75"/>
          <w:sz w:val="19"/>
        </w:rPr>
        <w:t>うしとのみ　／　ひとへにものは　／　おもほえて　／　ひたりみきにも　／　ぬるゝ袖かな</w:t>
      </w:r>
    </w:p>
    <w:p>
      <w:pPr>
        <w:keepNext/>
        <w:spacing w:after="60"/>
      </w:pPr>
      <w:r>
        <w:rPr>
          <w:b w:val="0"/>
          <w:i/>
          <w:color w:val="222B33"/>
          <w:sz w:val="21"/>
        </w:rPr>
        <w:t>I cannot think of it</w:t>
        <w:br/>
      </w:r>
      <w:r>
        <w:rPr>
          <w:b w:val="0"/>
          <w:i/>
          <w:color w:val="222B33"/>
          <w:sz w:val="21"/>
        </w:rPr>
        <w:t>as only bitter,</w:t>
        <w:br/>
      </w:r>
      <w:r>
        <w:rPr>
          <w:b w:val="0"/>
          <w:i/>
          <w:color w:val="222B33"/>
          <w:sz w:val="21"/>
        </w:rPr>
        <w:t>and my sleeves are wet</w:t>
        <w:br/>
      </w:r>
      <w:r>
        <w:rPr>
          <w:b w:val="0"/>
          <w:i/>
          <w:color w:val="222B33"/>
          <w:sz w:val="21"/>
        </w:rPr>
        <w:t>on the left</w:t>
        <w:br/>
      </w:r>
      <w:r>
        <w:rPr>
          <w:b w:val="0"/>
          <w:i/>
          <w:color w:val="222B33"/>
          <w:sz w:val="21"/>
        </w:rPr>
        <w:t>and on the right.</w:t>
      </w:r>
    </w:p>
    <w:p>
      <w:pPr>
        <w:spacing w:after="40"/>
      </w:pPr>
      <w:r>
        <w:rPr>
          <w:b w:val="0"/>
          <w:i w:val="0"/>
          <w:color w:val="222B33"/>
          <w:sz w:val="19"/>
        </w:rPr>
        <w:t>Recalling the Suzaku Emperor’s kindness and coldness.</w:t>
      </w:r>
    </w:p>
    <w:p>
      <w:pPr>
        <w:keepNext/>
        <w:spacing w:after="20" w:before="200"/>
      </w:pPr>
      <w:bookmarkStart w:id="218" w:name="p206"/>
      <w:r>
        <w:rPr>
          <w:b/>
          <w:i w:val="0"/>
          <w:color w:val="222B33"/>
          <w:sz w:val="22"/>
        </w:rPr>
        <w:t>No. 206</w:t>
      </w:r>
      <w:r>
        <w:rPr>
          <w:b w:val="0"/>
          <w:i w:val="0"/>
          <w:color w:val="6A6F75"/>
          <w:sz w:val="18"/>
        </w:rPr>
        <w:t xml:space="preserve">   the Gosechi dancer → Genji   贈 sent</w:t>
      </w:r>
      <w:bookmarkEnd w:id="218"/>
    </w:p>
    <w:p>
      <w:pPr>
        <w:keepNext/>
        <w:spacing w:after="40"/>
      </w:pPr>
      <w:r>
        <w:rPr>
          <w:b/>
          <w:i w:val="0"/>
          <w:color w:val="6A6F75"/>
          <w:sz w:val="18"/>
        </w:rPr>
        <w:t xml:space="preserve">Context. </w:t>
      </w:r>
      <w:r>
        <w:rPr>
          <w:b w:val="0"/>
          <w:i w:val="0"/>
          <w:color w:val="6A6F75"/>
          <w:sz w:val="19"/>
        </w:rPr>
        <w:t>The Gosechi dancer of Chapter 11 passes Suma by boat; a small grace in exile.</w:t>
      </w:r>
    </w:p>
    <w:p>
      <w:pPr>
        <w:keepNext/>
        <w:spacing w:after="0"/>
      </w:pPr>
      <w:r>
        <w:rPr>
          <w:rFonts w:ascii="Noto Serif CJK JP" w:hAnsi="Noto Serif CJK JP" w:eastAsia="Noto Serif CJK JP"/>
          <w:b w:val="0"/>
          <w:i w:val="0"/>
          <w:color w:val="222B33"/>
          <w:sz w:val="26"/>
        </w:rPr>
        <w:t>琴の音に弾きとめらるる綱手縄たゆたふ心君知るらめや</w:t>
      </w:r>
    </w:p>
    <w:p>
      <w:pPr>
        <w:keepNext/>
        <w:spacing w:after="60"/>
      </w:pPr>
      <w:r>
        <w:rPr>
          <w:rFonts w:ascii="Noto Serif CJK JP" w:hAnsi="Noto Serif CJK JP" w:eastAsia="Noto Serif CJK JP"/>
          <w:b w:val="0"/>
          <w:i w:val="0"/>
          <w:color w:val="6A6F75"/>
          <w:sz w:val="19"/>
        </w:rPr>
        <w:t>ことのねに　／　ひきとめらるゝ　／　つなてなは　／　たゆたふ心　／　君しるらめや</w:t>
      </w:r>
    </w:p>
    <w:p>
      <w:pPr>
        <w:keepNext/>
        <w:spacing w:after="60"/>
      </w:pPr>
      <w:r>
        <w:rPr>
          <w:b w:val="0"/>
          <w:i/>
          <w:color w:val="222B33"/>
          <w:sz w:val="21"/>
        </w:rPr>
        <w:t>Held back by the sound</w:t>
        <w:br/>
      </w:r>
      <w:r>
        <w:rPr>
          <w:b w:val="0"/>
          <w:i/>
          <w:color w:val="222B33"/>
          <w:sz w:val="21"/>
        </w:rPr>
        <w:t>of your koto, the tow rope wavers:</w:t>
        <w:br/>
      </w:r>
      <w:r>
        <w:rPr>
          <w:b w:val="0"/>
          <w:i/>
          <w:color w:val="222B33"/>
          <w:sz w:val="21"/>
        </w:rPr>
        <w:t>do you know</w:t>
        <w:br/>
      </w:r>
      <w:r>
        <w:rPr>
          <w:b w:val="0"/>
          <w:i/>
          <w:color w:val="222B33"/>
          <w:sz w:val="21"/>
        </w:rPr>
        <w:t>my heart</w:t>
        <w:br/>
      </w:r>
      <w:r>
        <w:rPr>
          <w:b w:val="0"/>
          <w:i/>
          <w:color w:val="222B33"/>
          <w:sz w:val="21"/>
        </w:rPr>
        <w:t>that hesitates?</w:t>
      </w:r>
    </w:p>
    <w:p>
      <w:pPr>
        <w:spacing w:after="40"/>
      </w:pPr>
      <w:r>
        <w:rPr>
          <w:b w:val="0"/>
          <w:i w:val="0"/>
          <w:color w:val="222B33"/>
          <w:sz w:val="19"/>
        </w:rPr>
        <w:t>Passing Suma by boat on her way back from Kyushu.</w:t>
      </w:r>
    </w:p>
    <w:p>
      <w:pPr>
        <w:spacing w:after="40"/>
      </w:pPr>
      <w:r>
        <w:rPr>
          <w:b/>
          <w:i w:val="0"/>
          <w:color w:val="8A4B1C"/>
          <w:sz w:val="18"/>
        </w:rPr>
        <w:t xml:space="preserve">Attribution uncertain. </w:t>
      </w:r>
      <w:r>
        <w:rPr>
          <w:b w:val="0"/>
          <w:i w:val="0"/>
          <w:sz w:val="19"/>
        </w:rPr>
        <w:t>Identified as the Tsukushi Gosechi dancer (Zenshū 全集).</w:t>
      </w:r>
    </w:p>
    <w:p>
      <w:pPr>
        <w:spacing w:after="40"/>
      </w:pPr>
      <w:r>
        <w:rPr>
          <w:b w:val="0"/>
          <w:i w:val="0"/>
          <w:color w:val="6A6F75"/>
          <w:sz w:val="18"/>
        </w:rPr>
        <w:t xml:space="preserve">Answered by </w:t>
      </w:r>
      <w:hyperlink w:anchor="p207">
        <w:r>
          <w:rPr>
            <w:color w:val="2E5A80"/>
            <w:u w:val="single"/>
            <w:sz w:val="18"/>
          </w:rPr>
          <w:t xml:space="preserve">No. 207 (Genji)</w:t>
        </w:r>
      </w:hyperlink>
    </w:p>
    <w:p>
      <w:pPr>
        <w:keepNext/>
        <w:spacing w:after="20" w:before="200"/>
      </w:pPr>
      <w:bookmarkStart w:id="219" w:name="p207"/>
      <w:r>
        <w:rPr>
          <w:b/>
          <w:i w:val="0"/>
          <w:color w:val="222B33"/>
          <w:sz w:val="22"/>
        </w:rPr>
        <w:t>No. 207</w:t>
      </w:r>
      <w:r>
        <w:rPr>
          <w:b w:val="0"/>
          <w:i w:val="0"/>
          <w:color w:val="6A6F75"/>
          <w:sz w:val="18"/>
        </w:rPr>
        <w:t xml:space="preserve">   Genji → the Gosechi dancer   答 reply</w:t>
      </w:r>
      <w:bookmarkEnd w:id="219"/>
    </w:p>
    <w:p>
      <w:pPr>
        <w:keepNext/>
        <w:spacing w:after="0"/>
      </w:pPr>
      <w:r>
        <w:rPr>
          <w:rFonts w:ascii="Noto Serif CJK JP" w:hAnsi="Noto Serif CJK JP" w:eastAsia="Noto Serif CJK JP"/>
          <w:b w:val="0"/>
          <w:i w:val="0"/>
          <w:color w:val="222B33"/>
          <w:sz w:val="26"/>
        </w:rPr>
        <w:t>心ありて引き手の綱のたゆたはばうち過ぎましや須磨の浦波</w:t>
      </w:r>
    </w:p>
    <w:p>
      <w:pPr>
        <w:keepNext/>
        <w:spacing w:after="60"/>
      </w:pPr>
      <w:r>
        <w:rPr>
          <w:rFonts w:ascii="Noto Serif CJK JP" w:hAnsi="Noto Serif CJK JP" w:eastAsia="Noto Serif CJK JP"/>
          <w:b w:val="0"/>
          <w:i w:val="0"/>
          <w:color w:val="6A6F75"/>
          <w:sz w:val="19"/>
        </w:rPr>
        <w:t>こゝろありて　／　ひきてのつなの　／　たゆたはゝ　／　うちすきましや　／　すまのうら浪</w:t>
      </w:r>
    </w:p>
    <w:p>
      <w:pPr>
        <w:keepNext/>
        <w:spacing w:after="60"/>
      </w:pPr>
      <w:r>
        <w:rPr>
          <w:b w:val="0"/>
          <w:i/>
          <w:color w:val="222B33"/>
          <w:sz w:val="21"/>
        </w:rPr>
        <w:t>If, with feeling,</w:t>
        <w:br/>
      </w:r>
      <w:r>
        <w:rPr>
          <w:b w:val="0"/>
          <w:i/>
          <w:color w:val="222B33"/>
          <w:sz w:val="21"/>
        </w:rPr>
        <w:t>the hauling rope should waver,</w:t>
        <w:br/>
      </w:r>
      <w:r>
        <w:rPr>
          <w:b w:val="0"/>
          <w:i/>
          <w:color w:val="222B33"/>
          <w:sz w:val="21"/>
        </w:rPr>
        <w:t>would you just</w:t>
        <w:br/>
      </w:r>
      <w:r>
        <w:rPr>
          <w:b w:val="0"/>
          <w:i/>
          <w:color w:val="222B33"/>
          <w:sz w:val="21"/>
        </w:rPr>
        <w:t>pass by</w:t>
        <w:br/>
      </w:r>
      <w:r>
        <w:rPr>
          <w:b w:val="0"/>
          <w:i/>
          <w:color w:val="222B33"/>
          <w:sz w:val="21"/>
        </w:rPr>
        <w:t>the waves of Suma Bay?</w:t>
      </w:r>
    </w:p>
    <w:p>
      <w:pPr>
        <w:spacing w:after="40"/>
      </w:pPr>
      <w:r>
        <w:rPr>
          <w:b w:val="0"/>
          <w:i w:val="0"/>
          <w:color w:val="6A6F75"/>
          <w:sz w:val="18"/>
        </w:rPr>
        <w:t xml:space="preserve">In reply to </w:t>
      </w:r>
      <w:hyperlink w:anchor="p206">
        <w:r>
          <w:rPr>
            <w:color w:val="2E5A80"/>
            <w:u w:val="single"/>
            <w:sz w:val="18"/>
          </w:rPr>
          <w:t xml:space="preserve">No. 206 (the Gosechi dancer)</w:t>
        </w:r>
      </w:hyperlink>
    </w:p>
    <w:p>
      <w:pPr>
        <w:keepNext/>
        <w:spacing w:after="20" w:before="200"/>
      </w:pPr>
      <w:bookmarkStart w:id="220" w:name="p208"/>
      <w:r>
        <w:rPr>
          <w:b/>
          <w:i w:val="0"/>
          <w:color w:val="222B33"/>
          <w:sz w:val="22"/>
        </w:rPr>
        <w:t>No. 208</w:t>
      </w:r>
      <w:r>
        <w:rPr>
          <w:b w:val="0"/>
          <w:i w:val="0"/>
          <w:color w:val="6A6F75"/>
          <w:sz w:val="18"/>
        </w:rPr>
        <w:t xml:space="preserve">   Genji   独 solo</w:t>
      </w:r>
      <w:bookmarkEnd w:id="220"/>
    </w:p>
    <w:p>
      <w:pPr>
        <w:keepNext/>
        <w:spacing w:after="40"/>
      </w:pPr>
      <w:r>
        <w:rPr>
          <w:b/>
          <w:i w:val="0"/>
          <w:color w:val="6A6F75"/>
          <w:sz w:val="18"/>
        </w:rPr>
        <w:t xml:space="preserve">Context. </w:t>
      </w:r>
      <w:r>
        <w:rPr>
          <w:b w:val="0"/>
          <w:i w:val="0"/>
          <w:color w:val="6A6F75"/>
          <w:sz w:val="19"/>
        </w:rPr>
        <w:t>Genji at Suma; the brushwood smoke of the salt huts.</w:t>
      </w:r>
    </w:p>
    <w:p>
      <w:pPr>
        <w:keepNext/>
        <w:spacing w:after="0"/>
      </w:pPr>
      <w:r>
        <w:rPr>
          <w:rFonts w:ascii="Noto Serif CJK JP" w:hAnsi="Noto Serif CJK JP" w:eastAsia="Noto Serif CJK JP"/>
          <w:b w:val="0"/>
          <w:i w:val="0"/>
          <w:color w:val="222B33"/>
          <w:sz w:val="26"/>
        </w:rPr>
        <w:t>山賤の庵に焚けるしばしばも言問ひ来なむ恋ふる里人</w:t>
      </w:r>
    </w:p>
    <w:p>
      <w:pPr>
        <w:keepNext/>
        <w:spacing w:after="60"/>
      </w:pPr>
      <w:r>
        <w:rPr>
          <w:rFonts w:ascii="Noto Serif CJK JP" w:hAnsi="Noto Serif CJK JP" w:eastAsia="Noto Serif CJK JP"/>
          <w:b w:val="0"/>
          <w:i w:val="0"/>
          <w:color w:val="6A6F75"/>
          <w:sz w:val="19"/>
        </w:rPr>
        <w:t>山かつの　／　いほりにたける　／　しはしはも　／　ことゝひこなん　／　こふるさと人</w:t>
      </w:r>
    </w:p>
    <w:p>
      <w:pPr>
        <w:keepNext/>
        <w:spacing w:after="60"/>
      </w:pPr>
      <w:r>
        <w:rPr>
          <w:b w:val="0"/>
          <w:i/>
          <w:color w:val="222B33"/>
          <w:sz w:val="21"/>
        </w:rPr>
        <w:t>As often as the brushwood</w:t>
        <w:br/>
      </w:r>
      <w:r>
        <w:rPr>
          <w:b w:val="0"/>
          <w:i/>
          <w:color w:val="222B33"/>
          <w:sz w:val="21"/>
        </w:rPr>
        <w:t>burned at the mountain folk’s hut,</w:t>
        <w:br/>
      </w:r>
      <w:r>
        <w:rPr>
          <w:b w:val="0"/>
          <w:i/>
          <w:color w:val="222B33"/>
          <w:sz w:val="21"/>
        </w:rPr>
        <w:t>come and ask after me,</w:t>
        <w:br/>
      </w:r>
      <w:r>
        <w:rPr>
          <w:b w:val="0"/>
          <w:i/>
          <w:color w:val="222B33"/>
          <w:sz w:val="21"/>
        </w:rPr>
        <w:t>you people of the home</w:t>
        <w:br/>
      </w:r>
      <w:r>
        <w:rPr>
          <w:b w:val="0"/>
          <w:i/>
          <w:color w:val="222B33"/>
          <w:sz w:val="21"/>
        </w:rPr>
        <w:t>I long for.</w:t>
      </w:r>
    </w:p>
    <w:p>
      <w:pPr>
        <w:spacing w:after="40"/>
      </w:pPr>
      <w:r>
        <w:rPr>
          <w:b w:val="0"/>
          <w:i w:val="0"/>
          <w:color w:val="222B33"/>
          <w:sz w:val="19"/>
        </w:rPr>
        <w:t>Shiba, “brushwood,” is also shibashiba, “often.”</w:t>
      </w:r>
    </w:p>
    <w:p>
      <w:pPr>
        <w:keepNext/>
        <w:spacing w:after="20" w:before="200"/>
      </w:pPr>
      <w:bookmarkStart w:id="221" w:name="p209"/>
      <w:r>
        <w:rPr>
          <w:b/>
          <w:i w:val="0"/>
          <w:color w:val="222B33"/>
          <w:sz w:val="22"/>
        </w:rPr>
        <w:t>No. 209</w:t>
      </w:r>
      <w:r>
        <w:rPr>
          <w:b w:val="0"/>
          <w:i w:val="0"/>
          <w:color w:val="6A6F75"/>
          <w:sz w:val="18"/>
        </w:rPr>
        <w:t xml:space="preserve">   Genji   独 solo</w:t>
      </w:r>
      <w:bookmarkEnd w:id="221"/>
    </w:p>
    <w:p>
      <w:pPr>
        <w:keepNext/>
        <w:spacing w:after="40"/>
      </w:pPr>
      <w:r>
        <w:rPr>
          <w:b/>
          <w:i w:val="0"/>
          <w:color w:val="6A6F75"/>
          <w:sz w:val="18"/>
        </w:rPr>
        <w:t xml:space="preserve">Context. </w:t>
      </w:r>
      <w:r>
        <w:rPr>
          <w:b w:val="0"/>
          <w:i w:val="0"/>
          <w:color w:val="6A6F75"/>
          <w:sz w:val="19"/>
        </w:rPr>
        <w:t>Genji at Suma at dawn, ashamed before the moon; exile as disgrace.</w:t>
      </w:r>
    </w:p>
    <w:p>
      <w:pPr>
        <w:keepNext/>
        <w:spacing w:after="0"/>
      </w:pPr>
      <w:r>
        <w:rPr>
          <w:rFonts w:ascii="Noto Serif CJK JP" w:hAnsi="Noto Serif CJK JP" w:eastAsia="Noto Serif CJK JP"/>
          <w:b w:val="0"/>
          <w:i w:val="0"/>
          <w:color w:val="222B33"/>
          <w:sz w:val="26"/>
        </w:rPr>
        <w:t>いづ方の雲路に我も迷ひなむ月の見るらむことも恥づかし</w:t>
      </w:r>
    </w:p>
    <w:p>
      <w:pPr>
        <w:keepNext/>
        <w:spacing w:after="60"/>
      </w:pPr>
      <w:r>
        <w:rPr>
          <w:rFonts w:ascii="Noto Serif CJK JP" w:hAnsi="Noto Serif CJK JP" w:eastAsia="Noto Serif CJK JP"/>
          <w:b w:val="0"/>
          <w:i w:val="0"/>
          <w:color w:val="6A6F75"/>
          <w:sz w:val="19"/>
        </w:rPr>
        <w:t>いつかたの　／　雲路に我も　／　まよひなむ　／　月のみるらむ　／　こともはつかし</w:t>
      </w:r>
    </w:p>
    <w:p>
      <w:pPr>
        <w:keepNext/>
        <w:spacing w:after="60"/>
      </w:pPr>
      <w:r>
        <w:rPr>
          <w:b w:val="0"/>
          <w:i/>
          <w:color w:val="222B33"/>
          <w:sz w:val="21"/>
        </w:rPr>
        <w:t>On which path of the clouds</w:t>
        <w:br/>
      </w:r>
      <w:r>
        <w:rPr>
          <w:b w:val="0"/>
          <w:i/>
          <w:color w:val="222B33"/>
          <w:sz w:val="21"/>
        </w:rPr>
        <w:t>shall I too go astray?</w:t>
        <w:br/>
      </w:r>
      <w:r>
        <w:rPr>
          <w:b w:val="0"/>
          <w:i/>
          <w:color w:val="222B33"/>
          <w:sz w:val="21"/>
        </w:rPr>
        <w:t>I am ashamed</w:t>
        <w:br/>
      </w:r>
      <w:r>
        <w:rPr>
          <w:b w:val="0"/>
          <w:i/>
          <w:color w:val="222B33"/>
          <w:sz w:val="21"/>
        </w:rPr>
        <w:t>of what the moon</w:t>
        <w:br/>
      </w:r>
      <w:r>
        <w:rPr>
          <w:b w:val="0"/>
          <w:i/>
          <w:color w:val="222B33"/>
          <w:sz w:val="21"/>
        </w:rPr>
        <w:t>must see.</w:t>
      </w:r>
    </w:p>
    <w:p>
      <w:pPr>
        <w:keepNext/>
        <w:spacing w:after="20" w:before="200"/>
      </w:pPr>
      <w:bookmarkStart w:id="222" w:name="p210"/>
      <w:r>
        <w:rPr>
          <w:b/>
          <w:i w:val="0"/>
          <w:color w:val="222B33"/>
          <w:sz w:val="22"/>
        </w:rPr>
        <w:t>No. 210</w:t>
      </w:r>
      <w:r>
        <w:rPr>
          <w:b w:val="0"/>
          <w:i w:val="0"/>
          <w:color w:val="6A6F75"/>
          <w:sz w:val="18"/>
        </w:rPr>
        <w:t xml:space="preserve">   Genji   独 solo</w:t>
      </w:r>
      <w:bookmarkEnd w:id="222"/>
    </w:p>
    <w:p>
      <w:pPr>
        <w:keepNext/>
        <w:spacing w:after="40"/>
      </w:pPr>
      <w:r>
        <w:rPr>
          <w:b/>
          <w:i w:val="0"/>
          <w:color w:val="6A6F75"/>
          <w:sz w:val="18"/>
        </w:rPr>
        <w:t xml:space="preserve">Context. </w:t>
      </w:r>
      <w:r>
        <w:rPr>
          <w:b w:val="0"/>
          <w:i w:val="0"/>
          <w:color w:val="6A6F75"/>
          <w:sz w:val="19"/>
        </w:rPr>
        <w:t>Genji at Suma hears plovers; he longs for company.</w:t>
      </w:r>
    </w:p>
    <w:p>
      <w:pPr>
        <w:keepNext/>
        <w:spacing w:after="0"/>
      </w:pPr>
      <w:r>
        <w:rPr>
          <w:rFonts w:ascii="Noto Serif CJK JP" w:hAnsi="Noto Serif CJK JP" w:eastAsia="Noto Serif CJK JP"/>
          <w:b w:val="0"/>
          <w:i w:val="0"/>
          <w:color w:val="222B33"/>
          <w:sz w:val="26"/>
        </w:rPr>
        <w:t>友千鳥諸声に鳴く暁はひとり寝覚の床も頼もし</w:t>
      </w:r>
    </w:p>
    <w:p>
      <w:pPr>
        <w:keepNext/>
        <w:spacing w:after="60"/>
      </w:pPr>
      <w:r>
        <w:rPr>
          <w:rFonts w:ascii="Noto Serif CJK JP" w:hAnsi="Noto Serif CJK JP" w:eastAsia="Noto Serif CJK JP"/>
          <w:b w:val="0"/>
          <w:i w:val="0"/>
          <w:color w:val="6A6F75"/>
          <w:sz w:val="19"/>
        </w:rPr>
        <w:t>ともちとり　／　もろこゑになく　／　あか月は　／　ひとりねさめの　／　とこもたのもし</w:t>
      </w:r>
    </w:p>
    <w:p>
      <w:pPr>
        <w:keepNext/>
        <w:spacing w:after="60"/>
      </w:pPr>
      <w:r>
        <w:rPr>
          <w:b w:val="0"/>
          <w:i/>
          <w:color w:val="222B33"/>
          <w:sz w:val="21"/>
        </w:rPr>
        <w:t>At dawn, when companion plovers</w:t>
        <w:br/>
      </w:r>
      <w:r>
        <w:rPr>
          <w:b w:val="0"/>
          <w:i/>
          <w:color w:val="222B33"/>
          <w:sz w:val="21"/>
        </w:rPr>
        <w:t>cry in chorus,</w:t>
        <w:br/>
      </w:r>
      <w:r>
        <w:rPr>
          <w:b w:val="0"/>
          <w:i/>
          <w:color w:val="222B33"/>
          <w:sz w:val="21"/>
        </w:rPr>
        <w:t>even the bed where I wake</w:t>
        <w:br/>
      </w:r>
      <w:r>
        <w:rPr>
          <w:b w:val="0"/>
          <w:i/>
          <w:color w:val="222B33"/>
          <w:sz w:val="21"/>
        </w:rPr>
        <w:t>alone</w:t>
        <w:br/>
      </w:r>
      <w:r>
        <w:rPr>
          <w:b w:val="0"/>
          <w:i/>
          <w:color w:val="222B33"/>
          <w:sz w:val="21"/>
        </w:rPr>
        <w:t>feels a comfort.</w:t>
      </w:r>
    </w:p>
    <w:p>
      <w:pPr>
        <w:keepNext/>
        <w:spacing w:after="20" w:before="200"/>
      </w:pPr>
      <w:bookmarkStart w:id="223" w:name="p211"/>
      <w:r>
        <w:rPr>
          <w:b/>
          <w:i w:val="0"/>
          <w:color w:val="222B33"/>
          <w:sz w:val="22"/>
        </w:rPr>
        <w:t>No. 211</w:t>
      </w:r>
      <w:r>
        <w:rPr>
          <w:b w:val="0"/>
          <w:i w:val="0"/>
          <w:color w:val="6A6F75"/>
          <w:sz w:val="18"/>
        </w:rPr>
        <w:t xml:space="preserve">   Genji   独 solo</w:t>
      </w:r>
      <w:bookmarkEnd w:id="223"/>
    </w:p>
    <w:p>
      <w:pPr>
        <w:keepNext/>
        <w:spacing w:after="40"/>
      </w:pPr>
      <w:r>
        <w:rPr>
          <w:b/>
          <w:i w:val="0"/>
          <w:color w:val="6A6F75"/>
          <w:sz w:val="18"/>
        </w:rPr>
        <w:t xml:space="preserve">Context. </w:t>
      </w:r>
      <w:r>
        <w:rPr>
          <w:b w:val="0"/>
          <w:i w:val="0"/>
          <w:color w:val="6A6F75"/>
          <w:sz w:val="19"/>
        </w:rPr>
        <w:t>At Suma in spring, on the anniversary of the cherry blossom banquet; Genji longs for the court.</w:t>
      </w:r>
    </w:p>
    <w:p>
      <w:pPr>
        <w:keepNext/>
        <w:spacing w:after="0"/>
      </w:pPr>
      <w:r>
        <w:rPr>
          <w:rFonts w:ascii="Noto Serif CJK JP" w:hAnsi="Noto Serif CJK JP" w:eastAsia="Noto Serif CJK JP"/>
          <w:b w:val="0"/>
          <w:i w:val="0"/>
          <w:color w:val="222B33"/>
          <w:sz w:val="26"/>
        </w:rPr>
        <w:t>いつとなく大宮人の恋しきに桜かざしし今日も来にけり</w:t>
      </w:r>
    </w:p>
    <w:p>
      <w:pPr>
        <w:keepNext/>
        <w:spacing w:after="60"/>
      </w:pPr>
      <w:r>
        <w:rPr>
          <w:rFonts w:ascii="Noto Serif CJK JP" w:hAnsi="Noto Serif CJK JP" w:eastAsia="Noto Serif CJK JP"/>
          <w:b w:val="0"/>
          <w:i w:val="0"/>
          <w:color w:val="6A6F75"/>
          <w:sz w:val="19"/>
        </w:rPr>
        <w:t>いつとなく　／　大宮人の　／　こひしきに　／　さくらかさしゝ　／　けふもきにけり</w:t>
      </w:r>
    </w:p>
    <w:p>
      <w:pPr>
        <w:keepNext/>
        <w:spacing w:after="60"/>
      </w:pPr>
      <w:r>
        <w:rPr>
          <w:b w:val="0"/>
          <w:i/>
          <w:color w:val="222B33"/>
          <w:sz w:val="21"/>
        </w:rPr>
        <w:t>Always longing</w:t>
        <w:br/>
      </w:r>
      <w:r>
        <w:rPr>
          <w:b w:val="0"/>
          <w:i/>
          <w:color w:val="222B33"/>
          <w:sz w:val="21"/>
        </w:rPr>
        <w:t>for the people of the palace,</w:t>
        <w:br/>
      </w:r>
      <w:r>
        <w:rPr>
          <w:b w:val="0"/>
          <w:i/>
          <w:color w:val="222B33"/>
          <w:sz w:val="21"/>
        </w:rPr>
        <w:t>and the day has come again</w:t>
        <w:br/>
      </w:r>
      <w:r>
        <w:rPr>
          <w:b w:val="0"/>
          <w:i/>
          <w:color w:val="222B33"/>
          <w:sz w:val="21"/>
        </w:rPr>
        <w:t>when we wore cherry blossoms</w:t>
        <w:br/>
      </w:r>
      <w:r>
        <w:rPr>
          <w:b w:val="0"/>
          <w:i/>
          <w:color w:val="222B33"/>
          <w:sz w:val="21"/>
        </w:rPr>
        <w:t>in our hair.</w:t>
      </w:r>
    </w:p>
    <w:p>
      <w:pPr>
        <w:keepNext/>
        <w:spacing w:after="20" w:before="200"/>
      </w:pPr>
      <w:bookmarkStart w:id="224" w:name="p212"/>
      <w:r>
        <w:rPr>
          <w:b/>
          <w:i w:val="0"/>
          <w:color w:val="222B33"/>
          <w:sz w:val="22"/>
        </w:rPr>
        <w:t>No. 212</w:t>
      </w:r>
      <w:r>
        <w:rPr>
          <w:b w:val="0"/>
          <w:i w:val="0"/>
          <w:color w:val="6A6F75"/>
          <w:sz w:val="18"/>
        </w:rPr>
        <w:t xml:space="preserve">   Genji → Tō no Chūjō   贈 sent</w:t>
      </w:r>
      <w:bookmarkEnd w:id="224"/>
    </w:p>
    <w:p>
      <w:pPr>
        <w:keepNext/>
        <w:spacing w:after="40"/>
      </w:pPr>
      <w:r>
        <w:rPr>
          <w:b/>
          <w:i w:val="0"/>
          <w:color w:val="6A6F75"/>
          <w:sz w:val="18"/>
        </w:rPr>
        <w:t xml:space="preserve">Context. </w:t>
      </w:r>
      <w:r>
        <w:rPr>
          <w:b w:val="0"/>
          <w:i w:val="0"/>
          <w:color w:val="6A6F75"/>
          <w:sz w:val="19"/>
        </w:rPr>
        <w:t>Tō no Chūjō risks disfavour to visit Genji at Suma; the friendship at its most loyal.</w:t>
      </w:r>
    </w:p>
    <w:p>
      <w:pPr>
        <w:keepNext/>
        <w:spacing w:after="0"/>
      </w:pPr>
      <w:r>
        <w:rPr>
          <w:rFonts w:ascii="Noto Serif CJK JP" w:hAnsi="Noto Serif CJK JP" w:eastAsia="Noto Serif CJK JP"/>
          <w:b w:val="0"/>
          <w:i w:val="0"/>
          <w:color w:val="222B33"/>
          <w:sz w:val="26"/>
        </w:rPr>
        <w:t>故郷をいづれの春か行きて見むうらやましきは帰る雁がね</w:t>
      </w:r>
    </w:p>
    <w:p>
      <w:pPr>
        <w:keepNext/>
        <w:spacing w:after="60"/>
      </w:pPr>
      <w:r>
        <w:rPr>
          <w:rFonts w:ascii="Noto Serif CJK JP" w:hAnsi="Noto Serif CJK JP" w:eastAsia="Noto Serif CJK JP"/>
          <w:b w:val="0"/>
          <w:i w:val="0"/>
          <w:color w:val="6A6F75"/>
          <w:sz w:val="19"/>
        </w:rPr>
        <w:t>ふるさとを　／　いつれのはるか　／　ゆきてみん　／　うらやましきは　／　かへるかりかね</w:t>
      </w:r>
    </w:p>
    <w:p>
      <w:pPr>
        <w:keepNext/>
        <w:spacing w:after="60"/>
      </w:pPr>
      <w:r>
        <w:rPr>
          <w:b w:val="0"/>
          <w:i/>
          <w:color w:val="222B33"/>
          <w:sz w:val="21"/>
        </w:rPr>
        <w:t>In what spring shall I go</w:t>
        <w:br/>
      </w:r>
      <w:r>
        <w:rPr>
          <w:b w:val="0"/>
          <w:i/>
          <w:color w:val="222B33"/>
          <w:sz w:val="21"/>
        </w:rPr>
        <w:t>to see my old home?</w:t>
        <w:br/>
      </w:r>
      <w:r>
        <w:rPr>
          <w:b w:val="0"/>
          <w:i/>
          <w:color w:val="222B33"/>
          <w:sz w:val="21"/>
        </w:rPr>
        <w:t>How I envy</w:t>
        <w:br/>
      </w:r>
      <w:r>
        <w:rPr>
          <w:b w:val="0"/>
          <w:i/>
          <w:color w:val="222B33"/>
          <w:sz w:val="21"/>
        </w:rPr>
        <w:t>the wild geese</w:t>
        <w:br/>
      </w:r>
      <w:r>
        <w:rPr>
          <w:b w:val="0"/>
          <w:i/>
          <w:color w:val="222B33"/>
          <w:sz w:val="21"/>
        </w:rPr>
        <w:t>returning.</w:t>
      </w:r>
    </w:p>
    <w:p>
      <w:pPr>
        <w:spacing w:after="40"/>
      </w:pPr>
      <w:r>
        <w:rPr>
          <w:b w:val="0"/>
          <w:i w:val="0"/>
          <w:color w:val="222B33"/>
          <w:sz w:val="19"/>
        </w:rPr>
        <w:t>Tō no Chūjō visits Suma at great risk.</w:t>
      </w:r>
    </w:p>
    <w:p>
      <w:pPr>
        <w:spacing w:after="40"/>
      </w:pPr>
      <w:r>
        <w:rPr>
          <w:b w:val="0"/>
          <w:i w:val="0"/>
          <w:color w:val="6A6F75"/>
          <w:sz w:val="18"/>
        </w:rPr>
        <w:t xml:space="preserve">Answered by </w:t>
      </w:r>
      <w:hyperlink w:anchor="p213">
        <w:r>
          <w:rPr>
            <w:color w:val="2E5A80"/>
            <w:u w:val="single"/>
            <w:sz w:val="18"/>
          </w:rPr>
          <w:t xml:space="preserve">No. 213 (Tō no Chūjō)</w:t>
        </w:r>
      </w:hyperlink>
    </w:p>
    <w:p>
      <w:pPr>
        <w:keepNext/>
        <w:spacing w:after="20" w:before="200"/>
      </w:pPr>
      <w:bookmarkStart w:id="225" w:name="p213"/>
      <w:r>
        <w:rPr>
          <w:b/>
          <w:i w:val="0"/>
          <w:color w:val="222B33"/>
          <w:sz w:val="22"/>
        </w:rPr>
        <w:t>No. 213</w:t>
      </w:r>
      <w:r>
        <w:rPr>
          <w:b w:val="0"/>
          <w:i w:val="0"/>
          <w:color w:val="6A6F75"/>
          <w:sz w:val="18"/>
        </w:rPr>
        <w:t xml:space="preserve">   Tō no Chūjō → Genji   答 reply</w:t>
      </w:r>
      <w:bookmarkEnd w:id="225"/>
    </w:p>
    <w:p>
      <w:pPr>
        <w:keepNext/>
        <w:spacing w:after="0"/>
      </w:pPr>
      <w:r>
        <w:rPr>
          <w:rFonts w:ascii="Noto Serif CJK JP" w:hAnsi="Noto Serif CJK JP" w:eastAsia="Noto Serif CJK JP"/>
          <w:b w:val="0"/>
          <w:i w:val="0"/>
          <w:color w:val="222B33"/>
          <w:sz w:val="26"/>
        </w:rPr>
        <w:t>あかなくに雁の常世を立ち別れ花の都に道や惑はむ</w:t>
      </w:r>
    </w:p>
    <w:p>
      <w:pPr>
        <w:keepNext/>
        <w:spacing w:after="60"/>
      </w:pPr>
      <w:r>
        <w:rPr>
          <w:rFonts w:ascii="Noto Serif CJK JP" w:hAnsi="Noto Serif CJK JP" w:eastAsia="Noto Serif CJK JP"/>
          <w:b w:val="0"/>
          <w:i w:val="0"/>
          <w:color w:val="6A6F75"/>
          <w:sz w:val="19"/>
        </w:rPr>
        <w:t>あかなくに　／　かりのとこよを　／　たちわかれ　／　花のみやこに　／　みちやまとはむ</w:t>
      </w:r>
    </w:p>
    <w:p>
      <w:pPr>
        <w:keepNext/>
        <w:spacing w:after="60"/>
      </w:pPr>
      <w:r>
        <w:rPr>
          <w:b w:val="0"/>
          <w:i/>
          <w:color w:val="222B33"/>
          <w:sz w:val="21"/>
        </w:rPr>
        <w:t>Unsatisfied, the goose leaves</w:t>
        <w:br/>
      </w:r>
      <w:r>
        <w:rPr>
          <w:b w:val="0"/>
          <w:i/>
          <w:color w:val="222B33"/>
          <w:sz w:val="21"/>
        </w:rPr>
        <w:t>its eternal land,</w:t>
        <w:br/>
      </w:r>
      <w:r>
        <w:rPr>
          <w:b w:val="0"/>
          <w:i/>
          <w:color w:val="222B33"/>
          <w:sz w:val="21"/>
        </w:rPr>
        <w:t>and will it lose its way</w:t>
        <w:br/>
      </w:r>
      <w:r>
        <w:rPr>
          <w:b w:val="0"/>
          <w:i/>
          <w:color w:val="222B33"/>
          <w:sz w:val="21"/>
        </w:rPr>
        <w:t>to the capital</w:t>
        <w:br/>
      </w:r>
      <w:r>
        <w:rPr>
          <w:b w:val="0"/>
          <w:i/>
          <w:color w:val="222B33"/>
          <w:sz w:val="21"/>
        </w:rPr>
        <w:t>of flowers?</w:t>
      </w:r>
    </w:p>
    <w:p>
      <w:pPr>
        <w:spacing w:after="40"/>
      </w:pPr>
      <w:r>
        <w:rPr>
          <w:b w:val="0"/>
          <w:i w:val="0"/>
          <w:color w:val="6A6F75"/>
          <w:sz w:val="18"/>
        </w:rPr>
        <w:t xml:space="preserve">In reply to </w:t>
      </w:r>
      <w:hyperlink w:anchor="p212">
        <w:r>
          <w:rPr>
            <w:color w:val="2E5A80"/>
            <w:u w:val="single"/>
            <w:sz w:val="18"/>
          </w:rPr>
          <w:t xml:space="preserve">No. 212 (Genji)</w:t>
        </w:r>
      </w:hyperlink>
    </w:p>
    <w:p>
      <w:pPr>
        <w:keepNext/>
        <w:spacing w:after="20" w:before="200"/>
      </w:pPr>
      <w:bookmarkStart w:id="226" w:name="p214"/>
      <w:r>
        <w:rPr>
          <w:b/>
          <w:i w:val="0"/>
          <w:color w:val="222B33"/>
          <w:sz w:val="22"/>
        </w:rPr>
        <w:t>No. 214</w:t>
      </w:r>
      <w:r>
        <w:rPr>
          <w:b w:val="0"/>
          <w:i w:val="0"/>
          <w:color w:val="6A6F75"/>
          <w:sz w:val="18"/>
        </w:rPr>
        <w:t xml:space="preserve">   Genji → Tō no Chūjō   贈 sent</w:t>
      </w:r>
      <w:bookmarkEnd w:id="226"/>
    </w:p>
    <w:p>
      <w:pPr>
        <w:keepNext/>
        <w:spacing w:after="40"/>
      </w:pPr>
      <w:r>
        <w:rPr>
          <w:b/>
          <w:i w:val="0"/>
          <w:color w:val="6A6F75"/>
          <w:sz w:val="18"/>
        </w:rPr>
        <w:t xml:space="preserve">Context. </w:t>
      </w:r>
      <w:r>
        <w:rPr>
          <w:b w:val="0"/>
          <w:i w:val="0"/>
          <w:color w:val="6A6F75"/>
          <w:sz w:val="19"/>
        </w:rPr>
        <w:t>Parting from Tō no Chūjō at Suma; the cranes and the friend who must return.</w:t>
      </w:r>
    </w:p>
    <w:p>
      <w:pPr>
        <w:keepNext/>
        <w:spacing w:after="0"/>
      </w:pPr>
      <w:r>
        <w:rPr>
          <w:rFonts w:ascii="Noto Serif CJK JP" w:hAnsi="Noto Serif CJK JP" w:eastAsia="Noto Serif CJK JP"/>
          <w:b w:val="0"/>
          <w:i w:val="0"/>
          <w:color w:val="222B33"/>
          <w:sz w:val="26"/>
        </w:rPr>
        <w:t>雲近く飛び交ふ鶴も空に見よ我は春日の曇りなき身ぞ</w:t>
      </w:r>
    </w:p>
    <w:p>
      <w:pPr>
        <w:keepNext/>
        <w:spacing w:after="60"/>
      </w:pPr>
      <w:r>
        <w:rPr>
          <w:rFonts w:ascii="Noto Serif CJK JP" w:hAnsi="Noto Serif CJK JP" w:eastAsia="Noto Serif CJK JP"/>
          <w:b w:val="0"/>
          <w:i w:val="0"/>
          <w:color w:val="6A6F75"/>
          <w:sz w:val="19"/>
        </w:rPr>
        <w:t>雲ちかく　／　とひかふたつも　／　そらにみよ　／　我はゝる日の　／　くもりなき身そ</w:t>
      </w:r>
    </w:p>
    <w:p>
      <w:pPr>
        <w:keepNext/>
        <w:spacing w:after="60"/>
      </w:pPr>
      <w:r>
        <w:rPr>
          <w:b w:val="0"/>
          <w:i/>
          <w:color w:val="222B33"/>
          <w:sz w:val="21"/>
        </w:rPr>
        <w:t>Look into the sky, cranes</w:t>
        <w:br/>
      </w:r>
      <w:r>
        <w:rPr>
          <w:b w:val="0"/>
          <w:i/>
          <w:color w:val="222B33"/>
          <w:sz w:val="21"/>
        </w:rPr>
        <w:t>that fly near the clouds:</w:t>
        <w:br/>
      </w:r>
      <w:r>
        <w:rPr>
          <w:b w:val="0"/>
          <w:i/>
          <w:color w:val="222B33"/>
          <w:sz w:val="21"/>
        </w:rPr>
        <w:t>I am, like the spring day,</w:t>
        <w:br/>
      </w:r>
      <w:r>
        <w:rPr>
          <w:b w:val="0"/>
          <w:i/>
          <w:color w:val="222B33"/>
          <w:sz w:val="21"/>
        </w:rPr>
        <w:t>without</w:t>
        <w:br/>
      </w:r>
      <w:r>
        <w:rPr>
          <w:b w:val="0"/>
          <w:i/>
          <w:color w:val="222B33"/>
          <w:sz w:val="21"/>
        </w:rPr>
        <w:t>a cloud.</w:t>
      </w:r>
    </w:p>
    <w:p>
      <w:pPr>
        <w:spacing w:after="40"/>
      </w:pPr>
      <w:r>
        <w:rPr>
          <w:b w:val="0"/>
          <w:i w:val="0"/>
          <w:color w:val="222B33"/>
          <w:sz w:val="19"/>
        </w:rPr>
        <w:t>He declares his innocence.</w:t>
      </w:r>
    </w:p>
    <w:p>
      <w:pPr>
        <w:spacing w:after="40"/>
      </w:pPr>
      <w:r>
        <w:rPr>
          <w:b w:val="0"/>
          <w:i w:val="0"/>
          <w:color w:val="6A6F75"/>
          <w:sz w:val="18"/>
        </w:rPr>
        <w:t xml:space="preserve">Answered by </w:t>
      </w:r>
      <w:hyperlink w:anchor="p215">
        <w:r>
          <w:rPr>
            <w:color w:val="2E5A80"/>
            <w:u w:val="single"/>
            <w:sz w:val="18"/>
          </w:rPr>
          <w:t xml:space="preserve">No. 215 (Tō no Chūjō)</w:t>
        </w:r>
      </w:hyperlink>
    </w:p>
    <w:p>
      <w:pPr>
        <w:keepNext/>
        <w:spacing w:after="20" w:before="200"/>
      </w:pPr>
      <w:bookmarkStart w:id="227" w:name="p215"/>
      <w:r>
        <w:rPr>
          <w:b/>
          <w:i w:val="0"/>
          <w:color w:val="222B33"/>
          <w:sz w:val="22"/>
        </w:rPr>
        <w:t>No. 215</w:t>
      </w:r>
      <w:r>
        <w:rPr>
          <w:b w:val="0"/>
          <w:i w:val="0"/>
          <w:color w:val="6A6F75"/>
          <w:sz w:val="18"/>
        </w:rPr>
        <w:t xml:space="preserve">   Tō no Chūjō → Genji   答 reply</w:t>
      </w:r>
      <w:bookmarkEnd w:id="227"/>
    </w:p>
    <w:p>
      <w:pPr>
        <w:keepNext/>
        <w:spacing w:after="0"/>
      </w:pPr>
      <w:r>
        <w:rPr>
          <w:rFonts w:ascii="Noto Serif CJK JP" w:hAnsi="Noto Serif CJK JP" w:eastAsia="Noto Serif CJK JP"/>
          <w:b w:val="0"/>
          <w:i w:val="0"/>
          <w:color w:val="222B33"/>
          <w:sz w:val="26"/>
        </w:rPr>
        <w:t>たづかなき雲居にひとり音をぞ鳴く翼並べし友を恋ひつつ</w:t>
      </w:r>
    </w:p>
    <w:p>
      <w:pPr>
        <w:keepNext/>
        <w:spacing w:after="60"/>
      </w:pPr>
      <w:r>
        <w:rPr>
          <w:rFonts w:ascii="Noto Serif CJK JP" w:hAnsi="Noto Serif CJK JP" w:eastAsia="Noto Serif CJK JP"/>
          <w:b w:val="0"/>
          <w:i w:val="0"/>
          <w:color w:val="6A6F75"/>
          <w:sz w:val="19"/>
        </w:rPr>
        <w:t>たつかなき　／　雲井にひとり　／　ねをそなく　／　つはさならへし　／　ともを恋つゝ</w:t>
      </w:r>
    </w:p>
    <w:p>
      <w:pPr>
        <w:keepNext/>
        <w:spacing w:after="60"/>
      </w:pPr>
      <w:r>
        <w:rPr>
          <w:b w:val="0"/>
          <w:i/>
          <w:color w:val="222B33"/>
          <w:sz w:val="21"/>
        </w:rPr>
        <w:t>With no one to rely on</w:t>
        <w:br/>
      </w:r>
      <w:r>
        <w:rPr>
          <w:b w:val="0"/>
          <w:i/>
          <w:color w:val="222B33"/>
          <w:sz w:val="21"/>
        </w:rPr>
        <w:t>in the cloudy heights I cry alone,</w:t>
        <w:br/>
      </w:r>
      <w:r>
        <w:rPr>
          <w:b w:val="0"/>
          <w:i/>
          <w:color w:val="222B33"/>
          <w:sz w:val="21"/>
        </w:rPr>
        <w:t>longing for the friend</w:t>
        <w:br/>
      </w:r>
      <w:r>
        <w:rPr>
          <w:b w:val="0"/>
          <w:i/>
          <w:color w:val="222B33"/>
          <w:sz w:val="21"/>
        </w:rPr>
        <w:t>who flew</w:t>
        <w:br/>
      </w:r>
      <w:r>
        <w:rPr>
          <w:b w:val="0"/>
          <w:i/>
          <w:color w:val="222B33"/>
          <w:sz w:val="21"/>
        </w:rPr>
        <w:t>wing to wing with me.</w:t>
      </w:r>
    </w:p>
    <w:p>
      <w:pPr>
        <w:spacing w:after="40"/>
      </w:pPr>
      <w:r>
        <w:rPr>
          <w:b w:val="0"/>
          <w:i w:val="0"/>
          <w:color w:val="222B33"/>
          <w:sz w:val="19"/>
        </w:rPr>
        <w:t>Tazu, “crane,” is tazukinaki, “helpless.”</w:t>
      </w:r>
    </w:p>
    <w:p>
      <w:pPr>
        <w:spacing w:after="40"/>
      </w:pPr>
      <w:r>
        <w:rPr>
          <w:b w:val="0"/>
          <w:i w:val="0"/>
          <w:color w:val="6A6F75"/>
          <w:sz w:val="18"/>
        </w:rPr>
        <w:t xml:space="preserve">In reply to </w:t>
      </w:r>
      <w:hyperlink w:anchor="p214">
        <w:r>
          <w:rPr>
            <w:color w:val="2E5A80"/>
            <w:u w:val="single"/>
            <w:sz w:val="18"/>
          </w:rPr>
          <w:t xml:space="preserve">No. 214 (Genji)</w:t>
        </w:r>
      </w:hyperlink>
    </w:p>
    <w:p>
      <w:pPr>
        <w:keepNext/>
        <w:spacing w:after="20" w:before="200"/>
      </w:pPr>
      <w:bookmarkStart w:id="228" w:name="p216"/>
      <w:r>
        <w:rPr>
          <w:b/>
          <w:i w:val="0"/>
          <w:color w:val="222B33"/>
          <w:sz w:val="22"/>
        </w:rPr>
        <w:t>No. 216</w:t>
      </w:r>
      <w:r>
        <w:rPr>
          <w:b w:val="0"/>
          <w:i w:val="0"/>
          <w:color w:val="6A6F75"/>
          <w:sz w:val="18"/>
        </w:rPr>
        <w:t xml:space="preserve">   Genji   独 solo</w:t>
      </w:r>
      <w:bookmarkEnd w:id="228"/>
    </w:p>
    <w:p>
      <w:pPr>
        <w:keepNext/>
        <w:spacing w:after="40"/>
      </w:pPr>
      <w:r>
        <w:rPr>
          <w:b/>
          <w:i w:val="0"/>
          <w:color w:val="6A6F75"/>
          <w:sz w:val="18"/>
        </w:rPr>
        <w:t xml:space="preserve">Context. </w:t>
      </w:r>
      <w:r>
        <w:rPr>
          <w:b w:val="0"/>
          <w:i w:val="0"/>
          <w:color w:val="6A6F75"/>
          <w:sz w:val="19"/>
        </w:rPr>
        <w:t>At the seaside purification Genji prays; the storm answers.</w:t>
      </w:r>
    </w:p>
    <w:p>
      <w:pPr>
        <w:keepNext/>
        <w:spacing w:after="0"/>
      </w:pPr>
      <w:r>
        <w:rPr>
          <w:rFonts w:ascii="Noto Serif CJK JP" w:hAnsi="Noto Serif CJK JP" w:eastAsia="Noto Serif CJK JP"/>
          <w:b w:val="0"/>
          <w:i w:val="0"/>
          <w:color w:val="222B33"/>
          <w:sz w:val="26"/>
        </w:rPr>
        <w:t>知らざりし大海の原に流れ来てひとかたにやはものは悲しき</w:t>
      </w:r>
    </w:p>
    <w:p>
      <w:pPr>
        <w:keepNext/>
        <w:spacing w:after="60"/>
      </w:pPr>
      <w:r>
        <w:rPr>
          <w:rFonts w:ascii="Noto Serif CJK JP" w:hAnsi="Noto Serif CJK JP" w:eastAsia="Noto Serif CJK JP"/>
          <w:b w:val="0"/>
          <w:i w:val="0"/>
          <w:color w:val="6A6F75"/>
          <w:sz w:val="19"/>
        </w:rPr>
        <w:t>しらさりし　／　おほうみのはらに　／　なかれきて　／　ひとかたにやは　／　ものはかなしき</w:t>
      </w:r>
    </w:p>
    <w:p>
      <w:pPr>
        <w:keepNext/>
        <w:spacing w:after="60"/>
      </w:pPr>
      <w:r>
        <w:rPr>
          <w:b w:val="0"/>
          <w:i/>
          <w:color w:val="222B33"/>
          <w:sz w:val="21"/>
        </w:rPr>
        <w:t>Drifted onto the plain</w:t>
        <w:br/>
      </w:r>
      <w:r>
        <w:rPr>
          <w:b w:val="0"/>
          <w:i/>
          <w:color w:val="222B33"/>
          <w:sz w:val="21"/>
        </w:rPr>
        <w:t>of the great sea I never knew,</w:t>
        <w:br/>
      </w:r>
      <w:r>
        <w:rPr>
          <w:b w:val="0"/>
          <w:i/>
          <w:color w:val="222B33"/>
          <w:sz w:val="21"/>
        </w:rPr>
        <w:t>is it for one thing only</w:t>
        <w:br/>
      </w:r>
      <w:r>
        <w:rPr>
          <w:b w:val="0"/>
          <w:i/>
          <w:color w:val="222B33"/>
          <w:sz w:val="21"/>
        </w:rPr>
        <w:t>that I</w:t>
        <w:br/>
      </w:r>
      <w:r>
        <w:rPr>
          <w:b w:val="0"/>
          <w:i/>
          <w:color w:val="222B33"/>
          <w:sz w:val="21"/>
        </w:rPr>
        <w:t>am sad?</w:t>
      </w:r>
    </w:p>
    <w:p>
      <w:pPr>
        <w:spacing w:after="40"/>
      </w:pPr>
      <w:r>
        <w:rPr>
          <w:b w:val="0"/>
          <w:i w:val="0"/>
          <w:color w:val="222B33"/>
          <w:sz w:val="19"/>
        </w:rPr>
        <w:t>At the purification by the shore.</w:t>
      </w:r>
    </w:p>
    <w:p>
      <w:pPr>
        <w:keepNext/>
        <w:spacing w:after="20" w:before="200"/>
      </w:pPr>
      <w:bookmarkStart w:id="229" w:name="p217"/>
      <w:r>
        <w:rPr>
          <w:b/>
          <w:i w:val="0"/>
          <w:color w:val="222B33"/>
          <w:sz w:val="22"/>
        </w:rPr>
        <w:t>No. 217</w:t>
      </w:r>
      <w:r>
        <w:rPr>
          <w:b w:val="0"/>
          <w:i w:val="0"/>
          <w:color w:val="6A6F75"/>
          <w:sz w:val="18"/>
        </w:rPr>
        <w:t xml:space="preserve">   Genji   独 solo</w:t>
      </w:r>
      <w:bookmarkEnd w:id="229"/>
    </w:p>
    <w:p>
      <w:pPr>
        <w:keepNext/>
        <w:spacing w:after="40"/>
      </w:pPr>
      <w:r>
        <w:rPr>
          <w:b/>
          <w:i w:val="0"/>
          <w:color w:val="6A6F75"/>
          <w:sz w:val="18"/>
        </w:rPr>
        <w:t xml:space="preserve">Context. </w:t>
      </w:r>
      <w:r>
        <w:rPr>
          <w:b w:val="0"/>
          <w:i w:val="0"/>
          <w:color w:val="6A6F75"/>
          <w:sz w:val="19"/>
        </w:rPr>
        <w:t>In the storm Genji protests his innocence to the gods; his father’s ghost will send him to Akashi.</w:t>
      </w:r>
    </w:p>
    <w:p>
      <w:pPr>
        <w:keepNext/>
        <w:spacing w:after="0"/>
      </w:pPr>
      <w:r>
        <w:rPr>
          <w:rFonts w:ascii="Noto Serif CJK JP" w:hAnsi="Noto Serif CJK JP" w:eastAsia="Noto Serif CJK JP"/>
          <w:b w:val="0"/>
          <w:i w:val="0"/>
          <w:color w:val="222B33"/>
          <w:sz w:val="26"/>
        </w:rPr>
        <w:t>八百よろづ神もあはれと思ふらむ犯せる罪のそれとなければ</w:t>
      </w:r>
    </w:p>
    <w:p>
      <w:pPr>
        <w:keepNext/>
        <w:spacing w:after="60"/>
      </w:pPr>
      <w:r>
        <w:rPr>
          <w:rFonts w:ascii="Noto Serif CJK JP" w:hAnsi="Noto Serif CJK JP" w:eastAsia="Noto Serif CJK JP"/>
          <w:b w:val="0"/>
          <w:i w:val="0"/>
          <w:color w:val="6A6F75"/>
          <w:sz w:val="19"/>
        </w:rPr>
        <w:t>やをよろつ　／　神もあはれと　／　おもふらむ　／　をかせるつみの　／　それとなけれは</w:t>
      </w:r>
    </w:p>
    <w:p>
      <w:pPr>
        <w:keepNext/>
        <w:spacing w:after="60"/>
      </w:pPr>
      <w:r>
        <w:rPr>
          <w:b w:val="0"/>
          <w:i/>
          <w:color w:val="222B33"/>
          <w:sz w:val="21"/>
        </w:rPr>
        <w:t>The myriad gods</w:t>
        <w:br/>
      </w:r>
      <w:r>
        <w:rPr>
          <w:b w:val="0"/>
          <w:i/>
          <w:color w:val="222B33"/>
          <w:sz w:val="21"/>
        </w:rPr>
        <w:t>must surely pity me,</w:t>
        <w:br/>
      </w:r>
      <w:r>
        <w:rPr>
          <w:b w:val="0"/>
          <w:i/>
          <w:color w:val="222B33"/>
          <w:sz w:val="21"/>
        </w:rPr>
        <w:t>for there is no crime</w:t>
        <w:br/>
      </w:r>
      <w:r>
        <w:rPr>
          <w:b w:val="0"/>
          <w:i/>
          <w:color w:val="222B33"/>
          <w:sz w:val="21"/>
        </w:rPr>
        <w:t>that I</w:t>
        <w:br/>
      </w:r>
      <w:r>
        <w:rPr>
          <w:b w:val="0"/>
          <w:i/>
          <w:color w:val="222B33"/>
          <w:sz w:val="21"/>
        </w:rPr>
        <w:t>have committed.</w:t>
      </w:r>
    </w:p>
    <w:p>
      <w:pPr>
        <w:spacing w:after="40"/>
      </w:pPr>
      <w:r>
        <w:rPr>
          <w:b w:val="0"/>
          <w:i w:val="0"/>
          <w:color w:val="222B33"/>
          <w:sz w:val="19"/>
        </w:rPr>
        <w:t>The storm breaks at once.</w:t>
      </w:r>
    </w:p>
    <w:p>
      <w:pPr>
        <w:pStyle w:val="Heading1"/>
      </w:pPr>
      <w:bookmarkStart w:id="230" w:name="ch13"/>
      <w:r>
        <w:t>Chapter 13 · Akashi 明石</w:t>
      </w:r>
      <w:bookmarkEnd w:id="230"/>
    </w:p>
    <w:p>
      <w:pPr>
        <w:keepNext/>
        <w:spacing w:after="20" w:before="200"/>
      </w:pPr>
      <w:bookmarkStart w:id="231" w:name="p218"/>
      <w:r>
        <w:rPr>
          <w:b/>
          <w:i w:val="0"/>
          <w:color w:val="222B33"/>
          <w:sz w:val="22"/>
        </w:rPr>
        <w:t>No. 218</w:t>
      </w:r>
      <w:r>
        <w:rPr>
          <w:b w:val="0"/>
          <w:i w:val="0"/>
          <w:color w:val="6A6F75"/>
          <w:sz w:val="18"/>
        </w:rPr>
        <w:t xml:space="preserve">   Murasaki → Genji   贈:独 sent / solo</w:t>
      </w:r>
      <w:bookmarkEnd w:id="231"/>
    </w:p>
    <w:p>
      <w:pPr>
        <w:keepNext/>
        <w:spacing w:after="40"/>
      </w:pPr>
      <w:r>
        <w:rPr>
          <w:b/>
          <w:i w:val="0"/>
          <w:color w:val="6A6F75"/>
          <w:sz w:val="18"/>
        </w:rPr>
        <w:t xml:space="preserve">Context. </w:t>
      </w:r>
      <w:r>
        <w:rPr>
          <w:b w:val="0"/>
          <w:i w:val="0"/>
          <w:color w:val="6A6F75"/>
          <w:sz w:val="19"/>
        </w:rPr>
        <w:t>Murasaki writes during the storm; her letter reaches him at the worst moment.</w:t>
      </w:r>
    </w:p>
    <w:p>
      <w:pPr>
        <w:keepNext/>
        <w:spacing w:after="0"/>
      </w:pPr>
      <w:r>
        <w:rPr>
          <w:rFonts w:ascii="Noto Serif CJK JP" w:hAnsi="Noto Serif CJK JP" w:eastAsia="Noto Serif CJK JP"/>
          <w:b w:val="0"/>
          <w:i w:val="0"/>
          <w:color w:val="222B33"/>
          <w:sz w:val="26"/>
        </w:rPr>
        <w:t>浦風やいかに吹くらむ思ひやる袖うち濡らし波間なきころ</w:t>
      </w:r>
    </w:p>
    <w:p>
      <w:pPr>
        <w:keepNext/>
        <w:spacing w:after="60"/>
      </w:pPr>
      <w:r>
        <w:rPr>
          <w:rFonts w:ascii="Noto Serif CJK JP" w:hAnsi="Noto Serif CJK JP" w:eastAsia="Noto Serif CJK JP"/>
          <w:b w:val="0"/>
          <w:i w:val="0"/>
          <w:color w:val="6A6F75"/>
          <w:sz w:val="19"/>
        </w:rPr>
        <w:t>浦風や　／　いかに吹らむ　／　おもひやる　／　袖うちぬらし　／　波まなきころ</w:t>
      </w:r>
    </w:p>
    <w:p>
      <w:pPr>
        <w:keepNext/>
        <w:spacing w:after="60"/>
      </w:pPr>
      <w:r>
        <w:rPr>
          <w:b w:val="0"/>
          <w:i/>
          <w:color w:val="222B33"/>
          <w:sz w:val="21"/>
        </w:rPr>
        <w:t>How must the bay wind blow?</w:t>
        <w:br/>
      </w:r>
      <w:r>
        <w:rPr>
          <w:b w:val="0"/>
          <w:i/>
          <w:color w:val="222B33"/>
          <w:sz w:val="21"/>
        </w:rPr>
        <w:t>My sleeves are wet</w:t>
        <w:br/>
      </w:r>
      <w:r>
        <w:rPr>
          <w:b w:val="0"/>
          <w:i/>
          <w:color w:val="222B33"/>
          <w:sz w:val="21"/>
        </w:rPr>
        <w:t>thinking of you,</w:t>
        <w:br/>
      </w:r>
      <w:r>
        <w:rPr>
          <w:b w:val="0"/>
          <w:i/>
          <w:color w:val="222B33"/>
          <w:sz w:val="21"/>
        </w:rPr>
        <w:t>with no pause between</w:t>
        <w:br/>
      </w:r>
      <w:r>
        <w:rPr>
          <w:b w:val="0"/>
          <w:i/>
          <w:color w:val="222B33"/>
          <w:sz w:val="21"/>
        </w:rPr>
        <w:t>the waves.</w:t>
      </w:r>
    </w:p>
    <w:p>
      <w:pPr>
        <w:spacing w:after="40"/>
      </w:pPr>
      <w:r>
        <w:rPr>
          <w:b w:val="0"/>
          <w:i w:val="0"/>
          <w:color w:val="222B33"/>
          <w:sz w:val="19"/>
        </w:rPr>
        <w:t>Her letter reaches Suma during the storm.</w:t>
      </w:r>
    </w:p>
    <w:p>
      <w:pPr>
        <w:keepNext/>
        <w:spacing w:after="20" w:before="200"/>
      </w:pPr>
      <w:bookmarkStart w:id="232" w:name="p219"/>
      <w:r>
        <w:rPr>
          <w:b/>
          <w:i w:val="0"/>
          <w:color w:val="222B33"/>
          <w:sz w:val="22"/>
        </w:rPr>
        <w:t>No. 219</w:t>
      </w:r>
      <w:r>
        <w:rPr>
          <w:b w:val="0"/>
          <w:i w:val="0"/>
          <w:color w:val="6A6F75"/>
          <w:sz w:val="18"/>
        </w:rPr>
        <w:t xml:space="preserve">   Genji   独 solo</w:t>
      </w:r>
      <w:bookmarkEnd w:id="232"/>
    </w:p>
    <w:p>
      <w:pPr>
        <w:keepNext/>
        <w:spacing w:after="40"/>
      </w:pPr>
      <w:r>
        <w:rPr>
          <w:b/>
          <w:i w:val="0"/>
          <w:color w:val="6A6F75"/>
          <w:sz w:val="18"/>
        </w:rPr>
        <w:t xml:space="preserve">Context. </w:t>
      </w:r>
      <w:r>
        <w:rPr>
          <w:b w:val="0"/>
          <w:i w:val="0"/>
          <w:color w:val="6A6F75"/>
          <w:sz w:val="19"/>
        </w:rPr>
        <w:t>Genji at Akashi after the storm; he credits the sea gods.</w:t>
      </w:r>
    </w:p>
    <w:p>
      <w:pPr>
        <w:keepNext/>
        <w:spacing w:after="0"/>
      </w:pPr>
      <w:r>
        <w:rPr>
          <w:rFonts w:ascii="Noto Serif CJK JP" w:hAnsi="Noto Serif CJK JP" w:eastAsia="Noto Serif CJK JP"/>
          <w:b w:val="0"/>
          <w:i w:val="0"/>
          <w:color w:val="222B33"/>
          <w:sz w:val="26"/>
        </w:rPr>
        <w:t>海にます神の助けにかからずは潮の八百会にさすらへなまし</w:t>
      </w:r>
    </w:p>
    <w:p>
      <w:pPr>
        <w:keepNext/>
        <w:spacing w:after="60"/>
      </w:pPr>
      <w:r>
        <w:rPr>
          <w:rFonts w:ascii="Noto Serif CJK JP" w:hAnsi="Noto Serif CJK JP" w:eastAsia="Noto Serif CJK JP"/>
          <w:b w:val="0"/>
          <w:i w:val="0"/>
          <w:color w:val="6A6F75"/>
          <w:sz w:val="19"/>
        </w:rPr>
        <w:t>海にます　／　神のたすけに　／　かゝらすは　／　しほのやをあひに　／　さすらへなまし</w:t>
      </w:r>
    </w:p>
    <w:p>
      <w:pPr>
        <w:keepNext/>
        <w:spacing w:after="60"/>
      </w:pPr>
      <w:r>
        <w:rPr>
          <w:b w:val="0"/>
          <w:i/>
          <w:color w:val="222B33"/>
          <w:sz w:val="21"/>
        </w:rPr>
        <w:t>Had I not been helped</w:t>
        <w:br/>
      </w:r>
      <w:r>
        <w:rPr>
          <w:b w:val="0"/>
          <w:i/>
          <w:color w:val="222B33"/>
          <w:sz w:val="21"/>
        </w:rPr>
        <w:t>by the gods who dwell in the sea,</w:t>
        <w:br/>
      </w:r>
      <w:r>
        <w:rPr>
          <w:b w:val="0"/>
          <w:i/>
          <w:color w:val="222B33"/>
          <w:sz w:val="21"/>
        </w:rPr>
        <w:t>I would be drifting</w:t>
        <w:br/>
      </w:r>
      <w:r>
        <w:rPr>
          <w:b w:val="0"/>
          <w:i/>
          <w:color w:val="222B33"/>
          <w:sz w:val="21"/>
        </w:rPr>
        <w:t>where the eight hundred</w:t>
        <w:br/>
      </w:r>
      <w:r>
        <w:rPr>
          <w:b w:val="0"/>
          <w:i/>
          <w:color w:val="222B33"/>
          <w:sz w:val="21"/>
        </w:rPr>
        <w:t>tides meet.</w:t>
      </w:r>
    </w:p>
    <w:p>
      <w:pPr>
        <w:keepNext/>
        <w:spacing w:after="20" w:before="200"/>
      </w:pPr>
      <w:bookmarkStart w:id="233" w:name="p220"/>
      <w:r>
        <w:rPr>
          <w:b/>
          <w:i w:val="0"/>
          <w:color w:val="222B33"/>
          <w:sz w:val="22"/>
        </w:rPr>
        <w:t>No. 220</w:t>
      </w:r>
      <w:r>
        <w:rPr>
          <w:b w:val="0"/>
          <w:i w:val="0"/>
          <w:color w:val="6A6F75"/>
          <w:sz w:val="18"/>
        </w:rPr>
        <w:t xml:space="preserve">   Genji → Murasaki   贈:独 sent / solo</w:t>
      </w:r>
      <w:bookmarkEnd w:id="233"/>
    </w:p>
    <w:p>
      <w:pPr>
        <w:keepNext/>
        <w:spacing w:after="40"/>
      </w:pPr>
      <w:r>
        <w:rPr>
          <w:b/>
          <w:i w:val="0"/>
          <w:color w:val="6A6F75"/>
          <w:sz w:val="18"/>
        </w:rPr>
        <w:t xml:space="preserve">Context. </w:t>
      </w:r>
      <w:r>
        <w:rPr>
          <w:b w:val="0"/>
          <w:i w:val="0"/>
          <w:color w:val="6A6F75"/>
          <w:sz w:val="19"/>
        </w:rPr>
        <w:t>Genji writes to Murasaki from Akashi; he has not told her of Lady Akashi.</w:t>
      </w:r>
    </w:p>
    <w:p>
      <w:pPr>
        <w:keepNext/>
        <w:spacing w:after="0"/>
      </w:pPr>
      <w:r>
        <w:rPr>
          <w:rFonts w:ascii="Noto Serif CJK JP" w:hAnsi="Noto Serif CJK JP" w:eastAsia="Noto Serif CJK JP"/>
          <w:b w:val="0"/>
          <w:i w:val="0"/>
          <w:color w:val="222B33"/>
          <w:sz w:val="26"/>
        </w:rPr>
        <w:t>遥かにも思ひやるかな知らざりし浦よりをちに浦伝ひして</w:t>
      </w:r>
    </w:p>
    <w:p>
      <w:pPr>
        <w:keepNext/>
        <w:spacing w:after="60"/>
      </w:pPr>
      <w:r>
        <w:rPr>
          <w:rFonts w:ascii="Noto Serif CJK JP" w:hAnsi="Noto Serif CJK JP" w:eastAsia="Noto Serif CJK JP"/>
          <w:b w:val="0"/>
          <w:i w:val="0"/>
          <w:color w:val="6A6F75"/>
          <w:sz w:val="19"/>
        </w:rPr>
        <w:t>はるかにも　／　おもひやるかな　／　しらさりし　／　浦よりをちに　／　うらつたひして</w:t>
      </w:r>
    </w:p>
    <w:p>
      <w:pPr>
        <w:keepNext/>
        <w:spacing w:after="60"/>
      </w:pPr>
      <w:r>
        <w:rPr>
          <w:b w:val="0"/>
          <w:i/>
          <w:color w:val="222B33"/>
          <w:sz w:val="21"/>
        </w:rPr>
        <w:t>Far away I think of you,</w:t>
        <w:br/>
      </w:r>
      <w:r>
        <w:rPr>
          <w:b w:val="0"/>
          <w:i/>
          <w:color w:val="222B33"/>
          <w:sz w:val="21"/>
        </w:rPr>
        <w:t>having gone on from shore to shore</w:t>
        <w:br/>
      </w:r>
      <w:r>
        <w:rPr>
          <w:b w:val="0"/>
          <w:i/>
          <w:color w:val="222B33"/>
          <w:sz w:val="21"/>
        </w:rPr>
        <w:t>beyond the shore</w:t>
        <w:br/>
      </w:r>
      <w:r>
        <w:rPr>
          <w:b w:val="0"/>
          <w:i/>
          <w:color w:val="222B33"/>
          <w:sz w:val="21"/>
        </w:rPr>
        <w:t>I did not know</w:t>
        <w:br/>
      </w:r>
      <w:r>
        <w:rPr>
          <w:b w:val="0"/>
          <w:i/>
          <w:color w:val="222B33"/>
          <w:sz w:val="21"/>
        </w:rPr>
        <w:t>before.</w:t>
      </w:r>
    </w:p>
    <w:p>
      <w:pPr>
        <w:spacing w:after="40"/>
      </w:pPr>
      <w:r>
        <w:rPr>
          <w:b w:val="0"/>
          <w:i w:val="0"/>
          <w:color w:val="222B33"/>
          <w:sz w:val="19"/>
        </w:rPr>
        <w:t>After moving to Akashi.</w:t>
      </w:r>
    </w:p>
    <w:p>
      <w:pPr>
        <w:keepNext/>
        <w:spacing w:after="20" w:before="200"/>
      </w:pPr>
      <w:bookmarkStart w:id="234" w:name="p221"/>
      <w:r>
        <w:rPr>
          <w:b/>
          <w:i w:val="0"/>
          <w:color w:val="222B33"/>
          <w:sz w:val="22"/>
        </w:rPr>
        <w:t>No. 221</w:t>
      </w:r>
      <w:r>
        <w:rPr>
          <w:b w:val="0"/>
          <w:i w:val="0"/>
          <w:color w:val="6A6F75"/>
          <w:sz w:val="18"/>
        </w:rPr>
        <w:t xml:space="preserve">   Genji   独 solo</w:t>
      </w:r>
      <w:bookmarkEnd w:id="234"/>
    </w:p>
    <w:p>
      <w:pPr>
        <w:keepNext/>
        <w:spacing w:after="40"/>
      </w:pPr>
      <w:r>
        <w:rPr>
          <w:b/>
          <w:i w:val="0"/>
          <w:color w:val="6A6F75"/>
          <w:sz w:val="18"/>
        </w:rPr>
        <w:t xml:space="preserve">Context. </w:t>
      </w:r>
      <w:r>
        <w:rPr>
          <w:b w:val="0"/>
          <w:i w:val="0"/>
          <w:color w:val="6A6F75"/>
          <w:sz w:val="19"/>
        </w:rPr>
        <w:t>Genji at Akashi, gazing at Awaji; the moon of the capital.</w:t>
      </w:r>
    </w:p>
    <w:p>
      <w:pPr>
        <w:keepNext/>
        <w:spacing w:after="0"/>
      </w:pPr>
      <w:r>
        <w:rPr>
          <w:rFonts w:ascii="Noto Serif CJK JP" w:hAnsi="Noto Serif CJK JP" w:eastAsia="Noto Serif CJK JP"/>
          <w:b w:val="0"/>
          <w:i w:val="0"/>
          <w:color w:val="222B33"/>
          <w:sz w:val="26"/>
        </w:rPr>
        <w:t>あはと見る淡路の島のあはれさへ残るくまなく澄める夜の月</w:t>
      </w:r>
    </w:p>
    <w:p>
      <w:pPr>
        <w:keepNext/>
        <w:spacing w:after="60"/>
      </w:pPr>
      <w:r>
        <w:rPr>
          <w:rFonts w:ascii="Noto Serif CJK JP" w:hAnsi="Noto Serif CJK JP" w:eastAsia="Noto Serif CJK JP"/>
          <w:b w:val="0"/>
          <w:i w:val="0"/>
          <w:color w:val="6A6F75"/>
          <w:sz w:val="19"/>
        </w:rPr>
        <w:t>あはとみる　／　あはちのしまの　／　あはれさへ　／　のこるくまなく　／　すめるよの月</w:t>
      </w:r>
    </w:p>
    <w:p>
      <w:pPr>
        <w:keepNext/>
        <w:spacing w:after="60"/>
      </w:pPr>
      <w:r>
        <w:rPr>
          <w:b w:val="0"/>
          <w:i/>
          <w:color w:val="222B33"/>
          <w:sz w:val="21"/>
        </w:rPr>
        <w:t>Even the sorrow of Awaji Isle,</w:t>
        <w:br/>
      </w:r>
      <w:r>
        <w:rPr>
          <w:b w:val="0"/>
          <w:i/>
          <w:color w:val="222B33"/>
          <w:sz w:val="21"/>
        </w:rPr>
        <w:t>which I see as but foam,</w:t>
        <w:br/>
      </w:r>
      <w:r>
        <w:rPr>
          <w:b w:val="0"/>
          <w:i/>
          <w:color w:val="222B33"/>
          <w:sz w:val="21"/>
        </w:rPr>
        <w:t>is lit to every corner</w:t>
        <w:br/>
      </w:r>
      <w:r>
        <w:rPr>
          <w:b w:val="0"/>
          <w:i/>
          <w:color w:val="222B33"/>
          <w:sz w:val="21"/>
        </w:rPr>
        <w:t>by the clear</w:t>
        <w:br/>
      </w:r>
      <w:r>
        <w:rPr>
          <w:b w:val="0"/>
          <w:i/>
          <w:color w:val="222B33"/>
          <w:sz w:val="21"/>
        </w:rPr>
        <w:t>moon of night.</w:t>
      </w:r>
    </w:p>
    <w:p>
      <w:pPr>
        <w:spacing w:after="40"/>
      </w:pPr>
      <w:r>
        <w:rPr>
          <w:b w:val="0"/>
          <w:i w:val="0"/>
          <w:color w:val="222B33"/>
          <w:sz w:val="19"/>
        </w:rPr>
        <w:t>Awa, “foam,” plays on Awaji and aware, “sorrow.”</w:t>
      </w:r>
    </w:p>
    <w:p>
      <w:pPr>
        <w:keepNext/>
        <w:spacing w:after="20" w:before="200"/>
      </w:pPr>
      <w:bookmarkStart w:id="235" w:name="p222"/>
      <w:r>
        <w:rPr>
          <w:b/>
          <w:i w:val="0"/>
          <w:color w:val="222B33"/>
          <w:sz w:val="22"/>
        </w:rPr>
        <w:t>No. 222</w:t>
      </w:r>
      <w:r>
        <w:rPr>
          <w:b w:val="0"/>
          <w:i w:val="0"/>
          <w:color w:val="6A6F75"/>
          <w:sz w:val="18"/>
        </w:rPr>
        <w:t xml:space="preserve">   Akashi Novice → Genji   贈 sent</w:t>
      </w:r>
      <w:bookmarkEnd w:id="235"/>
    </w:p>
    <w:p>
      <w:pPr>
        <w:keepNext/>
        <w:spacing w:after="40"/>
      </w:pPr>
      <w:r>
        <w:rPr>
          <w:b/>
          <w:i w:val="0"/>
          <w:color w:val="6A6F75"/>
          <w:sz w:val="18"/>
        </w:rPr>
        <w:t xml:space="preserve">Context. </w:t>
      </w:r>
      <w:r>
        <w:rPr>
          <w:b w:val="0"/>
          <w:i w:val="0"/>
          <w:color w:val="6A6F75"/>
          <w:sz w:val="19"/>
        </w:rPr>
        <w:t>The Akashi Novice hints that his daughter is meant for Genji; his long-laid plan.</w:t>
      </w:r>
    </w:p>
    <w:p>
      <w:pPr>
        <w:keepNext/>
        <w:spacing w:after="0"/>
      </w:pPr>
      <w:r>
        <w:rPr>
          <w:rFonts w:ascii="Noto Serif CJK JP" w:hAnsi="Noto Serif CJK JP" w:eastAsia="Noto Serif CJK JP"/>
          <w:b w:val="0"/>
          <w:i w:val="0"/>
          <w:color w:val="222B33"/>
          <w:sz w:val="26"/>
        </w:rPr>
        <w:t>一人寝は君も知りぬやつれづれと思ひ明かしの浦さびしさを</w:t>
      </w:r>
    </w:p>
    <w:p>
      <w:pPr>
        <w:keepNext/>
        <w:spacing w:after="60"/>
      </w:pPr>
      <w:r>
        <w:rPr>
          <w:rFonts w:ascii="Noto Serif CJK JP" w:hAnsi="Noto Serif CJK JP" w:eastAsia="Noto Serif CJK JP"/>
          <w:b w:val="0"/>
          <w:i w:val="0"/>
          <w:color w:val="6A6F75"/>
          <w:sz w:val="19"/>
        </w:rPr>
        <w:t>ひとりねは　／　君もしりぬや　／　つれつれと　／　思ひあかしの　／　うらさひしさを</w:t>
      </w:r>
    </w:p>
    <w:p>
      <w:pPr>
        <w:keepNext/>
        <w:spacing w:after="60"/>
      </w:pPr>
      <w:r>
        <w:rPr>
          <w:b w:val="0"/>
          <w:i/>
          <w:color w:val="222B33"/>
          <w:sz w:val="21"/>
        </w:rPr>
        <w:t>Sleeping alone, do you too</w:t>
        <w:br/>
      </w:r>
      <w:r>
        <w:rPr>
          <w:b w:val="0"/>
          <w:i/>
          <w:color w:val="222B33"/>
          <w:sz w:val="21"/>
        </w:rPr>
        <w:t>now know? The loneliness</w:t>
        <w:br/>
      </w:r>
      <w:r>
        <w:rPr>
          <w:b w:val="0"/>
          <w:i/>
          <w:color w:val="222B33"/>
          <w:sz w:val="21"/>
        </w:rPr>
        <w:t>of the bay of Akashi,</w:t>
        <w:br/>
      </w:r>
      <w:r>
        <w:rPr>
          <w:b w:val="0"/>
          <w:i/>
          <w:color w:val="222B33"/>
          <w:sz w:val="21"/>
        </w:rPr>
        <w:t>where idly I</w:t>
        <w:br/>
      </w:r>
      <w:r>
        <w:rPr>
          <w:b w:val="0"/>
          <w:i/>
          <w:color w:val="222B33"/>
          <w:sz w:val="21"/>
        </w:rPr>
        <w:t>think till dawn.</w:t>
      </w:r>
    </w:p>
    <w:p>
      <w:pPr>
        <w:spacing w:after="40"/>
      </w:pPr>
      <w:r>
        <w:rPr>
          <w:b w:val="0"/>
          <w:i w:val="0"/>
          <w:color w:val="222B33"/>
          <w:sz w:val="19"/>
        </w:rPr>
        <w:t>Akashi: also akashi, “passing the night till dawn.”</w:t>
      </w:r>
    </w:p>
    <w:p>
      <w:pPr>
        <w:spacing w:after="40"/>
      </w:pPr>
      <w:r>
        <w:rPr>
          <w:b w:val="0"/>
          <w:i w:val="0"/>
          <w:color w:val="6A6F75"/>
          <w:sz w:val="18"/>
        </w:rPr>
        <w:t xml:space="preserve">Answered by </w:t>
      </w:r>
      <w:hyperlink w:anchor="p223">
        <w:r>
          <w:rPr>
            <w:color w:val="2E5A80"/>
            <w:u w:val="single"/>
            <w:sz w:val="18"/>
          </w:rPr>
          <w:t xml:space="preserve">No. 223 (Genji)</w:t>
        </w:r>
      </w:hyperlink>
    </w:p>
    <w:p>
      <w:pPr>
        <w:keepNext/>
        <w:spacing w:after="20" w:before="200"/>
      </w:pPr>
      <w:bookmarkStart w:id="236" w:name="p223"/>
      <w:r>
        <w:rPr>
          <w:b/>
          <w:i w:val="0"/>
          <w:color w:val="222B33"/>
          <w:sz w:val="22"/>
        </w:rPr>
        <w:t>No. 223</w:t>
      </w:r>
      <w:r>
        <w:rPr>
          <w:b w:val="0"/>
          <w:i w:val="0"/>
          <w:color w:val="6A6F75"/>
          <w:sz w:val="18"/>
        </w:rPr>
        <w:t xml:space="preserve">   Genji → Akashi Novice   答 reply</w:t>
      </w:r>
      <w:bookmarkEnd w:id="236"/>
    </w:p>
    <w:p>
      <w:pPr>
        <w:keepNext/>
        <w:spacing w:after="0"/>
      </w:pPr>
      <w:r>
        <w:rPr>
          <w:rFonts w:ascii="Noto Serif CJK JP" w:hAnsi="Noto Serif CJK JP" w:eastAsia="Noto Serif CJK JP"/>
          <w:b w:val="0"/>
          <w:i w:val="0"/>
          <w:color w:val="222B33"/>
          <w:sz w:val="26"/>
        </w:rPr>
        <w:t>旅衣うら悲しさに明かしかね草の枕は夢も結ばず</w:t>
      </w:r>
    </w:p>
    <w:p>
      <w:pPr>
        <w:keepNext/>
        <w:spacing w:after="60"/>
      </w:pPr>
      <w:r>
        <w:rPr>
          <w:rFonts w:ascii="Noto Serif CJK JP" w:hAnsi="Noto Serif CJK JP" w:eastAsia="Noto Serif CJK JP"/>
          <w:b w:val="0"/>
          <w:i w:val="0"/>
          <w:color w:val="6A6F75"/>
          <w:sz w:val="19"/>
        </w:rPr>
        <w:t>たひころも　／　うらかなしさに　／　あかしかね　／　草の枕は　／　夢もむすはす</w:t>
      </w:r>
    </w:p>
    <w:p>
      <w:pPr>
        <w:keepNext/>
        <w:spacing w:after="60"/>
      </w:pPr>
      <w:r>
        <w:rPr>
          <w:b w:val="0"/>
          <w:i/>
          <w:color w:val="222B33"/>
          <w:sz w:val="21"/>
        </w:rPr>
        <w:t>The sorrow of my traveler’s robes</w:t>
        <w:br/>
      </w:r>
      <w:r>
        <w:rPr>
          <w:b w:val="0"/>
          <w:i/>
          <w:color w:val="222B33"/>
          <w:sz w:val="21"/>
        </w:rPr>
        <w:t>keeps me from sleep till dawn;</w:t>
        <w:br/>
      </w:r>
      <w:r>
        <w:rPr>
          <w:b w:val="0"/>
          <w:i/>
          <w:color w:val="222B33"/>
          <w:sz w:val="21"/>
        </w:rPr>
        <w:t>on a pillow of grass</w:t>
        <w:br/>
      </w:r>
      <w:r>
        <w:rPr>
          <w:b w:val="0"/>
          <w:i/>
          <w:color w:val="222B33"/>
          <w:sz w:val="21"/>
        </w:rPr>
        <w:t>I bind</w:t>
        <w:br/>
      </w:r>
      <w:r>
        <w:rPr>
          <w:b w:val="0"/>
          <w:i/>
          <w:color w:val="222B33"/>
          <w:sz w:val="21"/>
        </w:rPr>
        <w:t>no dreams.</w:t>
      </w:r>
    </w:p>
    <w:p>
      <w:pPr>
        <w:spacing w:after="40"/>
      </w:pPr>
      <w:r>
        <w:rPr>
          <w:b w:val="0"/>
          <w:i w:val="0"/>
          <w:color w:val="6A6F75"/>
          <w:sz w:val="18"/>
        </w:rPr>
        <w:t xml:space="preserve">In reply to </w:t>
      </w:r>
      <w:hyperlink w:anchor="p222">
        <w:r>
          <w:rPr>
            <w:color w:val="2E5A80"/>
            <w:u w:val="single"/>
            <w:sz w:val="18"/>
          </w:rPr>
          <w:t xml:space="preserve">No. 222 (Akashi Novice)</w:t>
        </w:r>
      </w:hyperlink>
    </w:p>
    <w:p>
      <w:pPr>
        <w:keepNext/>
        <w:spacing w:after="20" w:before="200"/>
      </w:pPr>
      <w:bookmarkStart w:id="237" w:name="p224"/>
      <w:r>
        <w:rPr>
          <w:b/>
          <w:i w:val="0"/>
          <w:color w:val="222B33"/>
          <w:sz w:val="22"/>
        </w:rPr>
        <w:t>No. 224</w:t>
      </w:r>
      <w:r>
        <w:rPr>
          <w:b w:val="0"/>
          <w:i w:val="0"/>
          <w:color w:val="6A6F75"/>
          <w:sz w:val="18"/>
        </w:rPr>
        <w:t xml:space="preserve">   Genji → Lady Akashi   贈 sent</w:t>
      </w:r>
      <w:bookmarkEnd w:id="237"/>
    </w:p>
    <w:p>
      <w:pPr>
        <w:keepNext/>
        <w:spacing w:after="40"/>
      </w:pPr>
      <w:r>
        <w:rPr>
          <w:b/>
          <w:i w:val="0"/>
          <w:color w:val="6A6F75"/>
          <w:sz w:val="18"/>
        </w:rPr>
        <w:t xml:space="preserve">Context. </w:t>
      </w:r>
      <w:r>
        <w:rPr>
          <w:b w:val="0"/>
          <w:i w:val="0"/>
          <w:color w:val="6A6F75"/>
          <w:sz w:val="19"/>
        </w:rPr>
        <w:t>Genji’s first letter to Lady Akashi; she hesitates, conscious of her low rank.</w:t>
      </w:r>
    </w:p>
    <w:p>
      <w:pPr>
        <w:keepNext/>
        <w:spacing w:after="0"/>
      </w:pPr>
      <w:r>
        <w:rPr>
          <w:rFonts w:ascii="Noto Serif CJK JP" w:hAnsi="Noto Serif CJK JP" w:eastAsia="Noto Serif CJK JP"/>
          <w:b w:val="0"/>
          <w:i w:val="0"/>
          <w:color w:val="222B33"/>
          <w:sz w:val="26"/>
        </w:rPr>
        <w:t>をちこちも知らぬ雲居に眺めわびかすめし宿の梢をぞ訪ふ</w:t>
      </w:r>
    </w:p>
    <w:p>
      <w:pPr>
        <w:keepNext/>
        <w:spacing w:after="60"/>
      </w:pPr>
      <w:r>
        <w:rPr>
          <w:rFonts w:ascii="Noto Serif CJK JP" w:hAnsi="Noto Serif CJK JP" w:eastAsia="Noto Serif CJK JP"/>
          <w:b w:val="0"/>
          <w:i w:val="0"/>
          <w:color w:val="6A6F75"/>
          <w:sz w:val="19"/>
        </w:rPr>
        <w:t>をちこちも　／　しらぬ雲ゐに　／　なかめわひ　／　かすめしやとの　／　木すゑをそとふ</w:t>
      </w:r>
    </w:p>
    <w:p>
      <w:pPr>
        <w:keepNext/>
        <w:spacing w:after="60"/>
      </w:pPr>
      <w:r>
        <w:rPr>
          <w:b w:val="0"/>
          <w:i/>
          <w:color w:val="222B33"/>
          <w:sz w:val="21"/>
        </w:rPr>
        <w:t>Lost in thought beneath clouds</w:t>
        <w:br/>
      </w:r>
      <w:r>
        <w:rPr>
          <w:b w:val="0"/>
          <w:i/>
          <w:color w:val="222B33"/>
          <w:sz w:val="21"/>
        </w:rPr>
        <w:t>where I know neither far nor near,</w:t>
        <w:br/>
      </w:r>
      <w:r>
        <w:rPr>
          <w:b w:val="0"/>
          <w:i/>
          <w:color w:val="222B33"/>
          <w:sz w:val="21"/>
        </w:rPr>
        <w:t>I come to the treetops</w:t>
        <w:br/>
      </w:r>
      <w:r>
        <w:rPr>
          <w:b w:val="0"/>
          <w:i/>
          <w:color w:val="222B33"/>
          <w:sz w:val="21"/>
        </w:rPr>
        <w:t>of the house</w:t>
        <w:br/>
      </w:r>
      <w:r>
        <w:rPr>
          <w:b w:val="0"/>
          <w:i/>
          <w:color w:val="222B33"/>
          <w:sz w:val="21"/>
        </w:rPr>
        <w:t>I have heard of faintly.</w:t>
      </w:r>
    </w:p>
    <w:p>
      <w:pPr>
        <w:spacing w:after="40"/>
      </w:pPr>
      <w:r>
        <w:rPr>
          <w:b w:val="0"/>
          <w:i w:val="0"/>
          <w:color w:val="222B33"/>
          <w:sz w:val="19"/>
        </w:rPr>
        <w:t>His first letter to her.</w:t>
      </w:r>
    </w:p>
    <w:p>
      <w:pPr>
        <w:spacing w:after="40"/>
      </w:pPr>
      <w:r>
        <w:rPr>
          <w:b w:val="0"/>
          <w:i w:val="0"/>
          <w:color w:val="6A6F75"/>
          <w:sz w:val="18"/>
        </w:rPr>
        <w:t xml:space="preserve">Answered by </w:t>
      </w:r>
      <w:hyperlink w:anchor="p225">
        <w:r>
          <w:rPr>
            <w:color w:val="2E5A80"/>
            <w:u w:val="single"/>
            <w:sz w:val="18"/>
          </w:rPr>
          <w:t xml:space="preserve">No. 225 (Akashi Novice (for his daughter))</w:t>
        </w:r>
      </w:hyperlink>
    </w:p>
    <w:p>
      <w:pPr>
        <w:keepNext/>
        <w:spacing w:after="20" w:before="200"/>
      </w:pPr>
      <w:bookmarkStart w:id="238" w:name="p225"/>
      <w:r>
        <w:rPr>
          <w:b/>
          <w:i w:val="0"/>
          <w:color w:val="222B33"/>
          <w:sz w:val="22"/>
        </w:rPr>
        <w:t>No. 225</w:t>
      </w:r>
      <w:r>
        <w:rPr>
          <w:b w:val="0"/>
          <w:i w:val="0"/>
          <w:color w:val="6A6F75"/>
          <w:sz w:val="18"/>
        </w:rPr>
        <w:t xml:space="preserve">   Akashi Novice (for his daughter) → Genji   答 reply</w:t>
      </w:r>
      <w:bookmarkEnd w:id="238"/>
    </w:p>
    <w:p>
      <w:pPr>
        <w:keepNext/>
        <w:spacing w:after="0"/>
      </w:pPr>
      <w:r>
        <w:rPr>
          <w:rFonts w:ascii="Noto Serif CJK JP" w:hAnsi="Noto Serif CJK JP" w:eastAsia="Noto Serif CJK JP"/>
          <w:b w:val="0"/>
          <w:i w:val="0"/>
          <w:color w:val="222B33"/>
          <w:sz w:val="26"/>
        </w:rPr>
        <w:t>眺むらむ同じ雲居を眺むるは思ひも同じ思ひなるらむ</w:t>
      </w:r>
    </w:p>
    <w:p>
      <w:pPr>
        <w:keepNext/>
        <w:spacing w:after="60"/>
      </w:pPr>
      <w:r>
        <w:rPr>
          <w:rFonts w:ascii="Noto Serif CJK JP" w:hAnsi="Noto Serif CJK JP" w:eastAsia="Noto Serif CJK JP"/>
          <w:b w:val="0"/>
          <w:i w:val="0"/>
          <w:color w:val="6A6F75"/>
          <w:sz w:val="19"/>
        </w:rPr>
        <w:t>なかむらん　／　おなし雲ゐを　／　なかむるは　／　思ひもおなし　／　思ひなるらむ</w:t>
      </w:r>
    </w:p>
    <w:p>
      <w:pPr>
        <w:keepNext/>
        <w:spacing w:after="60"/>
      </w:pPr>
      <w:r>
        <w:rPr>
          <w:b w:val="0"/>
          <w:i/>
          <w:color w:val="222B33"/>
          <w:sz w:val="21"/>
        </w:rPr>
        <w:t>One who gazes at the same sky</w:t>
        <w:br/>
      </w:r>
      <w:r>
        <w:rPr>
          <w:b w:val="0"/>
          <w:i/>
          <w:color w:val="222B33"/>
          <w:sz w:val="21"/>
        </w:rPr>
        <w:t>you must gaze at</w:t>
        <w:br/>
      </w:r>
      <w:r>
        <w:rPr>
          <w:b w:val="0"/>
          <w:i/>
          <w:color w:val="222B33"/>
          <w:sz w:val="21"/>
        </w:rPr>
        <w:t>must surely think</w:t>
        <w:br/>
      </w:r>
      <w:r>
        <w:rPr>
          <w:b w:val="0"/>
          <w:i/>
          <w:color w:val="222B33"/>
          <w:sz w:val="21"/>
        </w:rPr>
        <w:t>the same</w:t>
        <w:br/>
      </w:r>
      <w:r>
        <w:rPr>
          <w:b w:val="0"/>
          <w:i/>
          <w:color w:val="222B33"/>
          <w:sz w:val="21"/>
        </w:rPr>
        <w:t>thoughts as you.</w:t>
      </w:r>
    </w:p>
    <w:p>
      <w:pPr>
        <w:spacing w:after="40"/>
      </w:pPr>
      <w:r>
        <w:rPr>
          <w:b w:val="0"/>
          <w:i w:val="0"/>
          <w:color w:val="222B33"/>
          <w:sz w:val="19"/>
        </w:rPr>
        <w:t>The father writes the answer himself.</w:t>
      </w:r>
    </w:p>
    <w:p>
      <w:pPr>
        <w:spacing w:after="40"/>
      </w:pPr>
      <w:r>
        <w:rPr>
          <w:b w:val="0"/>
          <w:i w:val="0"/>
          <w:color w:val="6A6F75"/>
          <w:sz w:val="18"/>
        </w:rPr>
        <w:t xml:space="preserve">In reply to </w:t>
      </w:r>
      <w:hyperlink w:anchor="p224">
        <w:r>
          <w:rPr>
            <w:color w:val="2E5A80"/>
            <w:u w:val="single"/>
            <w:sz w:val="18"/>
          </w:rPr>
          <w:t xml:space="preserve">No. 224 (Genji)</w:t>
        </w:r>
      </w:hyperlink>
      <w:r>
        <w:rPr>
          <w:b w:val="0"/>
          <w:i w:val="0"/>
          <w:color w:val="6A6F75"/>
          <w:sz w:val="18"/>
        </w:rPr>
        <w:t xml:space="preserve">   ·   </w:t>
      </w:r>
      <w:r>
        <w:rPr>
          <w:b w:val="0"/>
          <w:i w:val="0"/>
          <w:color w:val="6A6F75"/>
          <w:sz w:val="18"/>
        </w:rPr>
        <w:t xml:space="preserve">Echo, The same sky: </w:t>
      </w:r>
      <w:hyperlink w:anchor="p188">
        <w:r>
          <w:rPr>
            <w:color w:val="2E5A80"/>
            <w:u w:val="single"/>
            <w:sz w:val="18"/>
          </w:rPr>
          <w:t xml:space="preserve">No. 188</w:t>
        </w:r>
      </w:hyperlink>
      <w:r>
        <w:rPr>
          <w:b w:val="0"/>
          <w:i w:val="0"/>
          <w:color w:val="6A6F75"/>
          <w:sz w:val="18"/>
        </w:rPr>
        <w:t xml:space="preserve">, </w:t>
      </w:r>
      <w:hyperlink w:anchor="p525">
        <w:r>
          <w:rPr>
            <w:color w:val="2E5A80"/>
            <w:u w:val="single"/>
            <w:sz w:val="18"/>
          </w:rPr>
          <w:t xml:space="preserve">No. 525</w:t>
        </w:r>
      </w:hyperlink>
      <w:r>
        <w:rPr>
          <w:b w:val="0"/>
          <w:i w:val="0"/>
          <w:color w:val="6A6F75"/>
          <w:sz w:val="18"/>
        </w:rPr>
        <w:t xml:space="preserve">, </w:t>
      </w:r>
      <w:hyperlink w:anchor="p586">
        <w:r>
          <w:rPr>
            <w:color w:val="2E5A80"/>
            <w:u w:val="single"/>
            <w:sz w:val="18"/>
          </w:rPr>
          <w:t xml:space="preserve">No. 586</w:t>
        </w:r>
      </w:hyperlink>
      <w:r>
        <w:rPr>
          <w:b w:val="0"/>
          <w:i w:val="0"/>
          <w:color w:val="6A6F75"/>
          <w:sz w:val="18"/>
        </w:rPr>
        <w:t xml:space="preserve">, </w:t>
      </w:r>
      <w:hyperlink w:anchor="p674">
        <w:r>
          <w:rPr>
            <w:color w:val="2E5A80"/>
            <w:u w:val="single"/>
            <w:sz w:val="18"/>
          </w:rPr>
          <w:t xml:space="preserve">No. 674</w:t>
        </w:r>
      </w:hyperlink>
    </w:p>
    <w:p>
      <w:pPr>
        <w:keepNext/>
        <w:spacing w:after="20" w:before="200"/>
      </w:pPr>
      <w:bookmarkStart w:id="239" w:name="p226"/>
      <w:r>
        <w:rPr>
          <w:b/>
          <w:i w:val="0"/>
          <w:color w:val="222B33"/>
          <w:sz w:val="22"/>
        </w:rPr>
        <w:t>No. 226</w:t>
      </w:r>
      <w:r>
        <w:rPr>
          <w:b w:val="0"/>
          <w:i w:val="0"/>
          <w:color w:val="6A6F75"/>
          <w:sz w:val="18"/>
        </w:rPr>
        <w:t xml:space="preserve">   Genji → Lady Akashi   贈 sent</w:t>
      </w:r>
      <w:bookmarkEnd w:id="239"/>
    </w:p>
    <w:p>
      <w:pPr>
        <w:keepNext/>
        <w:spacing w:after="40"/>
      </w:pPr>
      <w:r>
        <w:rPr>
          <w:b/>
          <w:i w:val="0"/>
          <w:color w:val="6A6F75"/>
          <w:sz w:val="18"/>
        </w:rPr>
        <w:t xml:space="preserve">Context. </w:t>
      </w:r>
      <w:r>
        <w:rPr>
          <w:b w:val="0"/>
          <w:i w:val="0"/>
          <w:color w:val="6A6F75"/>
          <w:sz w:val="19"/>
        </w:rPr>
        <w:t>Genji presses Lady Akashi; she will not reply herself at first.</w:t>
      </w:r>
    </w:p>
    <w:p>
      <w:pPr>
        <w:keepNext/>
        <w:spacing w:after="0"/>
      </w:pPr>
      <w:r>
        <w:rPr>
          <w:rFonts w:ascii="Noto Serif CJK JP" w:hAnsi="Noto Serif CJK JP" w:eastAsia="Noto Serif CJK JP"/>
          <w:b w:val="0"/>
          <w:i w:val="0"/>
          <w:color w:val="222B33"/>
          <w:sz w:val="26"/>
        </w:rPr>
        <w:t>いぶせくも心にものを悩むかなやよやいかにと問ふ人もなみ</w:t>
      </w:r>
    </w:p>
    <w:p>
      <w:pPr>
        <w:keepNext/>
        <w:spacing w:after="60"/>
      </w:pPr>
      <w:r>
        <w:rPr>
          <w:rFonts w:ascii="Noto Serif CJK JP" w:hAnsi="Noto Serif CJK JP" w:eastAsia="Noto Serif CJK JP"/>
          <w:b w:val="0"/>
          <w:i w:val="0"/>
          <w:color w:val="6A6F75"/>
          <w:sz w:val="19"/>
        </w:rPr>
        <w:t>いふせくも　／　こゝろにものを　／　なやむかな　／　やよやいかにと　／　ゝふ人もなみ</w:t>
      </w:r>
    </w:p>
    <w:p>
      <w:pPr>
        <w:keepNext/>
        <w:spacing w:after="60"/>
      </w:pPr>
      <w:r>
        <w:rPr>
          <w:b w:val="0"/>
          <w:i/>
          <w:color w:val="222B33"/>
          <w:sz w:val="21"/>
        </w:rPr>
        <w:t>How gloomy it is</w:t>
        <w:br/>
      </w:r>
      <w:r>
        <w:rPr>
          <w:b w:val="0"/>
          <w:i/>
          <w:color w:val="222B33"/>
          <w:sz w:val="21"/>
        </w:rPr>
        <w:t>to be troubled at heart,</w:t>
        <w:br/>
      </w:r>
      <w:r>
        <w:rPr>
          <w:b w:val="0"/>
          <w:i/>
          <w:color w:val="222B33"/>
          <w:sz w:val="21"/>
        </w:rPr>
        <w:t>with no one</w:t>
        <w:br/>
      </w:r>
      <w:r>
        <w:rPr>
          <w:b w:val="0"/>
          <w:i/>
          <w:color w:val="222B33"/>
          <w:sz w:val="21"/>
        </w:rPr>
        <w:t>who asks,</w:t>
        <w:br/>
      </w:r>
      <w:r>
        <w:rPr>
          <w:b w:val="0"/>
          <w:i/>
          <w:color w:val="222B33"/>
          <w:sz w:val="21"/>
        </w:rPr>
        <w:t>“Well, how are you?”</w:t>
      </w:r>
    </w:p>
    <w:p>
      <w:pPr>
        <w:spacing w:after="40"/>
      </w:pPr>
      <w:r>
        <w:rPr>
          <w:b w:val="0"/>
          <w:i w:val="0"/>
          <w:color w:val="6A6F75"/>
          <w:sz w:val="18"/>
        </w:rPr>
        <w:t xml:space="preserve">Answered by </w:t>
      </w:r>
      <w:hyperlink w:anchor="p227">
        <w:r>
          <w:rPr>
            <w:color w:val="2E5A80"/>
            <w:u w:val="single"/>
            <w:sz w:val="18"/>
          </w:rPr>
          <w:t xml:space="preserve">No. 227 (Lady Akashi)</w:t>
        </w:r>
      </w:hyperlink>
    </w:p>
    <w:p>
      <w:pPr>
        <w:keepNext/>
        <w:spacing w:after="20" w:before="200"/>
      </w:pPr>
      <w:bookmarkStart w:id="240" w:name="p227"/>
      <w:r>
        <w:rPr>
          <w:b/>
          <w:i w:val="0"/>
          <w:color w:val="222B33"/>
          <w:sz w:val="22"/>
        </w:rPr>
        <w:t>No. 227</w:t>
      </w:r>
      <w:r>
        <w:rPr>
          <w:b w:val="0"/>
          <w:i w:val="0"/>
          <w:color w:val="6A6F75"/>
          <w:sz w:val="18"/>
        </w:rPr>
        <w:t xml:space="preserve">   Lady Akashi → Genji   答 reply</w:t>
      </w:r>
      <w:bookmarkEnd w:id="240"/>
    </w:p>
    <w:p>
      <w:pPr>
        <w:keepNext/>
        <w:spacing w:after="0"/>
      </w:pPr>
      <w:r>
        <w:rPr>
          <w:rFonts w:ascii="Noto Serif CJK JP" w:hAnsi="Noto Serif CJK JP" w:eastAsia="Noto Serif CJK JP"/>
          <w:b w:val="0"/>
          <w:i w:val="0"/>
          <w:color w:val="222B33"/>
          <w:sz w:val="26"/>
        </w:rPr>
        <w:t>思ふらむ心のほどややよいかにまだ見ぬ人の聞きか悩まむ</w:t>
      </w:r>
    </w:p>
    <w:p>
      <w:pPr>
        <w:keepNext/>
        <w:spacing w:after="60"/>
      </w:pPr>
      <w:r>
        <w:rPr>
          <w:rFonts w:ascii="Noto Serif CJK JP" w:hAnsi="Noto Serif CJK JP" w:eastAsia="Noto Serif CJK JP"/>
          <w:b w:val="0"/>
          <w:i w:val="0"/>
          <w:color w:val="6A6F75"/>
          <w:sz w:val="19"/>
        </w:rPr>
        <w:t>おもふらん　／　こゝろのほとや　／　ゝよいかに　／　またみぬ人の　／　きゝかなやまむ</w:t>
      </w:r>
    </w:p>
    <w:p>
      <w:pPr>
        <w:keepNext/>
        <w:spacing w:after="60"/>
      </w:pPr>
      <w:r>
        <w:rPr>
          <w:b w:val="0"/>
          <w:i/>
          <w:color w:val="222B33"/>
          <w:sz w:val="21"/>
        </w:rPr>
        <w:t>“How deep your feelings?”</w:t>
        <w:br/>
      </w:r>
      <w:r>
        <w:rPr>
          <w:b w:val="0"/>
          <w:i/>
          <w:color w:val="222B33"/>
          <w:sz w:val="21"/>
        </w:rPr>
        <w:t>you ask, but can one</w:t>
        <w:br/>
      </w:r>
      <w:r>
        <w:rPr>
          <w:b w:val="0"/>
          <w:i/>
          <w:color w:val="222B33"/>
          <w:sz w:val="21"/>
        </w:rPr>
        <w:t>be troubled by hearsay</w:t>
        <w:br/>
      </w:r>
      <w:r>
        <w:rPr>
          <w:b w:val="0"/>
          <w:i/>
          <w:color w:val="222B33"/>
          <w:sz w:val="21"/>
        </w:rPr>
        <w:t>about someone</w:t>
        <w:br/>
      </w:r>
      <w:r>
        <w:rPr>
          <w:b w:val="0"/>
          <w:i/>
          <w:color w:val="222B33"/>
          <w:sz w:val="21"/>
        </w:rPr>
        <w:t>never seen?</w:t>
      </w:r>
    </w:p>
    <w:p>
      <w:pPr>
        <w:spacing w:after="40"/>
      </w:pPr>
      <w:r>
        <w:rPr>
          <w:b w:val="0"/>
          <w:i w:val="0"/>
          <w:color w:val="222B33"/>
          <w:sz w:val="19"/>
        </w:rPr>
        <w:t>Her first poem, at last in her own hand.</w:t>
      </w:r>
    </w:p>
    <w:p>
      <w:pPr>
        <w:spacing w:after="40"/>
      </w:pPr>
      <w:r>
        <w:rPr>
          <w:b w:val="0"/>
          <w:i w:val="0"/>
          <w:color w:val="6A6F75"/>
          <w:sz w:val="18"/>
        </w:rPr>
        <w:t xml:space="preserve">In reply to </w:t>
      </w:r>
      <w:hyperlink w:anchor="p226">
        <w:r>
          <w:rPr>
            <w:color w:val="2E5A80"/>
            <w:u w:val="single"/>
            <w:sz w:val="18"/>
          </w:rPr>
          <w:t xml:space="preserve">No. 226 (Genji)</w:t>
        </w:r>
      </w:hyperlink>
    </w:p>
    <w:p>
      <w:pPr>
        <w:keepNext/>
        <w:spacing w:after="20" w:before="200"/>
      </w:pPr>
      <w:bookmarkStart w:id="241" w:name="p228"/>
      <w:r>
        <w:rPr>
          <w:b/>
          <w:i w:val="0"/>
          <w:color w:val="222B33"/>
          <w:sz w:val="22"/>
        </w:rPr>
        <w:t>No. 228</w:t>
      </w:r>
      <w:r>
        <w:rPr>
          <w:b w:val="0"/>
          <w:i w:val="0"/>
          <w:color w:val="6A6F75"/>
          <w:sz w:val="18"/>
        </w:rPr>
        <w:t xml:space="preserve">   Genji   独 solo</w:t>
      </w:r>
      <w:bookmarkEnd w:id="241"/>
    </w:p>
    <w:p>
      <w:pPr>
        <w:keepNext/>
        <w:spacing w:after="40"/>
      </w:pPr>
      <w:r>
        <w:rPr>
          <w:b/>
          <w:i w:val="0"/>
          <w:color w:val="6A6F75"/>
          <w:sz w:val="18"/>
        </w:rPr>
        <w:t xml:space="preserve">Context. </w:t>
      </w:r>
      <w:r>
        <w:rPr>
          <w:b w:val="0"/>
          <w:i w:val="0"/>
          <w:color w:val="6A6F75"/>
          <w:sz w:val="19"/>
        </w:rPr>
        <w:t>Genji’s longing for the capital and Murasaki while he courts Lady Akashi.</w:t>
      </w:r>
    </w:p>
    <w:p>
      <w:pPr>
        <w:keepNext/>
        <w:spacing w:after="0"/>
      </w:pPr>
      <w:r>
        <w:rPr>
          <w:rFonts w:ascii="Noto Serif CJK JP" w:hAnsi="Noto Serif CJK JP" w:eastAsia="Noto Serif CJK JP"/>
          <w:b w:val="0"/>
          <w:i w:val="0"/>
          <w:color w:val="222B33"/>
          <w:sz w:val="26"/>
        </w:rPr>
        <w:t>秋の夜の月毛の駒よ我が恋ふる雲居を翔れ時の間も見む</w:t>
      </w:r>
    </w:p>
    <w:p>
      <w:pPr>
        <w:keepNext/>
        <w:spacing w:after="60"/>
      </w:pPr>
      <w:r>
        <w:rPr>
          <w:rFonts w:ascii="Noto Serif CJK JP" w:hAnsi="Noto Serif CJK JP" w:eastAsia="Noto Serif CJK JP"/>
          <w:b w:val="0"/>
          <w:i w:val="0"/>
          <w:color w:val="6A6F75"/>
          <w:sz w:val="19"/>
        </w:rPr>
        <w:t>秋のよの　／　月けのこまよ　／　わかこふる　／　雲ゐをかけれ　／　ときのまもみん</w:t>
      </w:r>
    </w:p>
    <w:p>
      <w:pPr>
        <w:keepNext/>
        <w:spacing w:after="60"/>
      </w:pPr>
      <w:r>
        <w:rPr>
          <w:b w:val="0"/>
          <w:i/>
          <w:color w:val="222B33"/>
          <w:sz w:val="21"/>
        </w:rPr>
        <w:t>Moon-dun horse of an autumn night,</w:t>
        <w:br/>
      </w:r>
      <w:r>
        <w:rPr>
          <w:b w:val="0"/>
          <w:i/>
          <w:color w:val="222B33"/>
          <w:sz w:val="21"/>
        </w:rPr>
        <w:t>fly to the heavens</w:t>
        <w:br/>
      </w:r>
      <w:r>
        <w:rPr>
          <w:b w:val="0"/>
          <w:i/>
          <w:color w:val="222B33"/>
          <w:sz w:val="21"/>
        </w:rPr>
        <w:t>where my love is,</w:t>
        <w:br/>
      </w:r>
      <w:r>
        <w:rPr>
          <w:b w:val="0"/>
          <w:i/>
          <w:color w:val="222B33"/>
          <w:sz w:val="21"/>
        </w:rPr>
        <w:t>so that I may see her</w:t>
        <w:br/>
      </w:r>
      <w:r>
        <w:rPr>
          <w:b w:val="0"/>
          <w:i/>
          <w:color w:val="222B33"/>
          <w:sz w:val="21"/>
        </w:rPr>
        <w:t>for a moment.</w:t>
      </w:r>
    </w:p>
    <w:p>
      <w:pPr>
        <w:keepNext/>
        <w:spacing w:after="20" w:before="200"/>
      </w:pPr>
      <w:bookmarkStart w:id="242" w:name="p229"/>
      <w:r>
        <w:rPr>
          <w:b/>
          <w:i w:val="0"/>
          <w:color w:val="222B33"/>
          <w:sz w:val="22"/>
        </w:rPr>
        <w:t>No. 229</w:t>
      </w:r>
      <w:r>
        <w:rPr>
          <w:b w:val="0"/>
          <w:i w:val="0"/>
          <w:color w:val="6A6F75"/>
          <w:sz w:val="18"/>
        </w:rPr>
        <w:t xml:space="preserve">   Genji → Lady Akashi   贈 sent</w:t>
      </w:r>
      <w:bookmarkEnd w:id="242"/>
    </w:p>
    <w:p>
      <w:pPr>
        <w:keepNext/>
        <w:spacing w:after="40"/>
      </w:pPr>
      <w:r>
        <w:rPr>
          <w:b/>
          <w:i w:val="0"/>
          <w:color w:val="6A6F75"/>
          <w:sz w:val="18"/>
        </w:rPr>
        <w:t xml:space="preserve">Context. </w:t>
      </w:r>
      <w:r>
        <w:rPr>
          <w:b w:val="0"/>
          <w:i w:val="0"/>
          <w:color w:val="6A6F75"/>
          <w:sz w:val="19"/>
        </w:rPr>
        <w:t>Genji’s first visit to Lady Akashi; she yields, reluctantly.</w:t>
      </w:r>
    </w:p>
    <w:p>
      <w:pPr>
        <w:keepNext/>
        <w:spacing w:after="0"/>
      </w:pPr>
      <w:r>
        <w:rPr>
          <w:rFonts w:ascii="Noto Serif CJK JP" w:hAnsi="Noto Serif CJK JP" w:eastAsia="Noto Serif CJK JP"/>
          <w:b w:val="0"/>
          <w:i w:val="0"/>
          <w:color w:val="222B33"/>
          <w:sz w:val="26"/>
        </w:rPr>
        <w:t>むつごとを語りあはせむ人もがな憂き世の夢もなかば覚むやと</w:t>
      </w:r>
    </w:p>
    <w:p>
      <w:pPr>
        <w:keepNext/>
        <w:spacing w:after="60"/>
      </w:pPr>
      <w:r>
        <w:rPr>
          <w:rFonts w:ascii="Noto Serif CJK JP" w:hAnsi="Noto Serif CJK JP" w:eastAsia="Noto Serif CJK JP"/>
          <w:b w:val="0"/>
          <w:i w:val="0"/>
          <w:color w:val="6A6F75"/>
          <w:sz w:val="19"/>
        </w:rPr>
        <w:t>むつことを　／　かたりあはせむ　／　人もかな　／　うき世の夢も　／　なかはさむやと</w:t>
      </w:r>
    </w:p>
    <w:p>
      <w:pPr>
        <w:keepNext/>
        <w:spacing w:after="60"/>
      </w:pPr>
      <w:r>
        <w:rPr>
          <w:b w:val="0"/>
          <w:i/>
          <w:color w:val="222B33"/>
          <w:sz w:val="21"/>
        </w:rPr>
        <w:t>Would there were someone</w:t>
        <w:br/>
      </w:r>
      <w:r>
        <w:rPr>
          <w:b w:val="0"/>
          <w:i/>
          <w:color w:val="222B33"/>
          <w:sz w:val="21"/>
        </w:rPr>
        <w:t>to share intimate talk with,</w:t>
        <w:br/>
      </w:r>
      <w:r>
        <w:rPr>
          <w:b w:val="0"/>
          <w:i/>
          <w:color w:val="222B33"/>
          <w:sz w:val="21"/>
        </w:rPr>
        <w:t>so that the dream of this bitter world</w:t>
        <w:br/>
      </w:r>
      <w:r>
        <w:rPr>
          <w:b w:val="0"/>
          <w:i/>
          <w:color w:val="222B33"/>
          <w:sz w:val="21"/>
        </w:rPr>
        <w:t>might half</w:t>
        <w:br/>
      </w:r>
      <w:r>
        <w:rPr>
          <w:b w:val="0"/>
          <w:i/>
          <w:color w:val="222B33"/>
          <w:sz w:val="21"/>
        </w:rPr>
        <w:t>awaken.</w:t>
      </w:r>
    </w:p>
    <w:p>
      <w:pPr>
        <w:spacing w:after="40"/>
      </w:pPr>
      <w:r>
        <w:rPr>
          <w:b w:val="0"/>
          <w:i w:val="0"/>
          <w:color w:val="6A6F75"/>
          <w:sz w:val="18"/>
        </w:rPr>
        <w:t xml:space="preserve">Answered by </w:t>
      </w:r>
      <w:hyperlink w:anchor="p230">
        <w:r>
          <w:rPr>
            <w:color w:val="2E5A80"/>
            <w:u w:val="single"/>
            <w:sz w:val="18"/>
          </w:rPr>
          <w:t xml:space="preserve">No. 230 (Lady Akashi)</w:t>
        </w:r>
      </w:hyperlink>
    </w:p>
    <w:p>
      <w:pPr>
        <w:keepNext/>
        <w:spacing w:after="20" w:before="200"/>
      </w:pPr>
      <w:bookmarkStart w:id="243" w:name="p230"/>
      <w:r>
        <w:rPr>
          <w:b/>
          <w:i w:val="0"/>
          <w:color w:val="222B33"/>
          <w:sz w:val="22"/>
        </w:rPr>
        <w:t>No. 230</w:t>
      </w:r>
      <w:r>
        <w:rPr>
          <w:b w:val="0"/>
          <w:i w:val="0"/>
          <w:color w:val="6A6F75"/>
          <w:sz w:val="18"/>
        </w:rPr>
        <w:t xml:space="preserve">   Lady Akashi → Genji   答 reply</w:t>
      </w:r>
      <w:bookmarkEnd w:id="243"/>
    </w:p>
    <w:p>
      <w:pPr>
        <w:keepNext/>
        <w:spacing w:after="0"/>
      </w:pPr>
      <w:r>
        <w:rPr>
          <w:rFonts w:ascii="Noto Serif CJK JP" w:hAnsi="Noto Serif CJK JP" w:eastAsia="Noto Serif CJK JP"/>
          <w:b w:val="0"/>
          <w:i w:val="0"/>
          <w:color w:val="222B33"/>
          <w:sz w:val="26"/>
        </w:rPr>
        <w:t>明けぬ夜にやがて惑へる心にはいづれを夢とわきて語らむ</w:t>
      </w:r>
    </w:p>
    <w:p>
      <w:pPr>
        <w:keepNext/>
        <w:spacing w:after="60"/>
      </w:pPr>
      <w:r>
        <w:rPr>
          <w:rFonts w:ascii="Noto Serif CJK JP" w:hAnsi="Noto Serif CJK JP" w:eastAsia="Noto Serif CJK JP"/>
          <w:b w:val="0"/>
          <w:i w:val="0"/>
          <w:color w:val="6A6F75"/>
          <w:sz w:val="19"/>
        </w:rPr>
        <w:t>あけぬ夜に　／　やかてまとへる　／　心には　／　いつれを夢と　／　わきてかたらむ</w:t>
      </w:r>
    </w:p>
    <w:p>
      <w:pPr>
        <w:keepNext/>
        <w:spacing w:after="60"/>
      </w:pPr>
      <w:r>
        <w:rPr>
          <w:b w:val="0"/>
          <w:i/>
          <w:color w:val="222B33"/>
          <w:sz w:val="21"/>
        </w:rPr>
        <w:t>To a heart lost</w:t>
        <w:br/>
      </w:r>
      <w:r>
        <w:rPr>
          <w:b w:val="0"/>
          <w:i/>
          <w:color w:val="222B33"/>
          <w:sz w:val="21"/>
        </w:rPr>
        <w:t>in a night that never dawns,</w:t>
        <w:br/>
      </w:r>
      <w:r>
        <w:rPr>
          <w:b w:val="0"/>
          <w:i/>
          <w:color w:val="222B33"/>
          <w:sz w:val="21"/>
        </w:rPr>
        <w:t>how can I tell</w:t>
        <w:br/>
      </w:r>
      <w:r>
        <w:rPr>
          <w:b w:val="0"/>
          <w:i/>
          <w:color w:val="222B33"/>
          <w:sz w:val="21"/>
        </w:rPr>
        <w:t>which is the dream</w:t>
        <w:br/>
      </w:r>
      <w:r>
        <w:rPr>
          <w:b w:val="0"/>
          <w:i/>
          <w:color w:val="222B33"/>
          <w:sz w:val="21"/>
        </w:rPr>
        <w:t>to speak of?</w:t>
      </w:r>
    </w:p>
    <w:p>
      <w:pPr>
        <w:spacing w:after="40"/>
      </w:pPr>
      <w:r>
        <w:rPr>
          <w:b w:val="0"/>
          <w:i w:val="0"/>
          <w:color w:val="6A6F75"/>
          <w:sz w:val="18"/>
        </w:rPr>
        <w:t xml:space="preserve">In reply to </w:t>
      </w:r>
      <w:hyperlink w:anchor="p229">
        <w:r>
          <w:rPr>
            <w:color w:val="2E5A80"/>
            <w:u w:val="single"/>
            <w:sz w:val="18"/>
          </w:rPr>
          <w:t xml:space="preserve">No. 229 (Genji)</w:t>
        </w:r>
      </w:hyperlink>
    </w:p>
    <w:p>
      <w:pPr>
        <w:keepNext/>
        <w:spacing w:after="20" w:before="200"/>
      </w:pPr>
      <w:bookmarkStart w:id="244" w:name="p231"/>
      <w:r>
        <w:rPr>
          <w:b/>
          <w:i w:val="0"/>
          <w:color w:val="222B33"/>
          <w:sz w:val="22"/>
        </w:rPr>
        <w:t>No. 231</w:t>
      </w:r>
      <w:r>
        <w:rPr>
          <w:b w:val="0"/>
          <w:i w:val="0"/>
          <w:color w:val="6A6F75"/>
          <w:sz w:val="18"/>
        </w:rPr>
        <w:t xml:space="preserve">   Genji → Murasaki   贈 sent</w:t>
      </w:r>
      <w:bookmarkEnd w:id="244"/>
    </w:p>
    <w:p>
      <w:pPr>
        <w:keepNext/>
        <w:spacing w:after="40"/>
      </w:pPr>
      <w:r>
        <w:rPr>
          <w:b/>
          <w:i w:val="0"/>
          <w:color w:val="6A6F75"/>
          <w:sz w:val="18"/>
        </w:rPr>
        <w:t xml:space="preserve">Context. </w:t>
      </w:r>
      <w:r>
        <w:rPr>
          <w:b w:val="0"/>
          <w:i w:val="0"/>
          <w:color w:val="6A6F75"/>
          <w:sz w:val="19"/>
        </w:rPr>
        <w:t>Genji confesses the Akashi affair to Murasaki, lightly; she is hurt.</w:t>
      </w:r>
    </w:p>
    <w:p>
      <w:pPr>
        <w:keepNext/>
        <w:spacing w:after="0"/>
      </w:pPr>
      <w:r>
        <w:rPr>
          <w:rFonts w:ascii="Noto Serif CJK JP" w:hAnsi="Noto Serif CJK JP" w:eastAsia="Noto Serif CJK JP"/>
          <w:b w:val="0"/>
          <w:i w:val="0"/>
          <w:color w:val="222B33"/>
          <w:sz w:val="26"/>
        </w:rPr>
        <w:t>しほしほとまづぞ泣かるるかりそめのみるめは海人のすさびなれども</w:t>
      </w:r>
    </w:p>
    <w:p>
      <w:pPr>
        <w:keepNext/>
        <w:spacing w:after="60"/>
      </w:pPr>
      <w:r>
        <w:rPr>
          <w:rFonts w:ascii="Noto Serif CJK JP" w:hAnsi="Noto Serif CJK JP" w:eastAsia="Noto Serif CJK JP"/>
          <w:b w:val="0"/>
          <w:i w:val="0"/>
          <w:color w:val="6A6F75"/>
          <w:sz w:val="19"/>
        </w:rPr>
        <w:t>しほしほと　／　まつそなかるゝ　／　かりそめの　／　みるめはあまの　／　すさひなれとも</w:t>
      </w:r>
    </w:p>
    <w:p>
      <w:pPr>
        <w:keepNext/>
        <w:spacing w:after="60"/>
      </w:pPr>
      <w:r>
        <w:rPr>
          <w:b w:val="0"/>
          <w:i/>
          <w:color w:val="222B33"/>
          <w:sz w:val="21"/>
        </w:rPr>
        <w:t>Drenched, I weep at once,</w:t>
        <w:br/>
      </w:r>
      <w:r>
        <w:rPr>
          <w:b w:val="0"/>
          <w:i/>
          <w:color w:val="222B33"/>
          <w:sz w:val="21"/>
        </w:rPr>
        <w:t>though seeing seaweed for a while</w:t>
        <w:br/>
      </w:r>
      <w:r>
        <w:rPr>
          <w:b w:val="0"/>
          <w:i/>
          <w:color w:val="222B33"/>
          <w:sz w:val="21"/>
        </w:rPr>
        <w:t>was only</w:t>
        <w:br/>
      </w:r>
      <w:r>
        <w:rPr>
          <w:b w:val="0"/>
          <w:i/>
          <w:color w:val="222B33"/>
          <w:sz w:val="21"/>
        </w:rPr>
        <w:t>the idle sport</w:t>
        <w:br/>
      </w:r>
      <w:r>
        <w:rPr>
          <w:b w:val="0"/>
          <w:i/>
          <w:color w:val="222B33"/>
          <w:sz w:val="21"/>
        </w:rPr>
        <w:t>of a fisherman.</w:t>
      </w:r>
    </w:p>
    <w:p>
      <w:pPr>
        <w:spacing w:after="40"/>
      </w:pPr>
      <w:r>
        <w:rPr>
          <w:b w:val="0"/>
          <w:i w:val="0"/>
          <w:color w:val="222B33"/>
          <w:sz w:val="19"/>
        </w:rPr>
        <w:t>Mirume, “seaweed,” is also “a glimpse”: he confesses the Akashi affair.</w:t>
      </w:r>
    </w:p>
    <w:p>
      <w:pPr>
        <w:spacing w:after="40"/>
      </w:pPr>
      <w:r>
        <w:rPr>
          <w:b w:val="0"/>
          <w:i w:val="0"/>
          <w:color w:val="6A6F75"/>
          <w:sz w:val="18"/>
        </w:rPr>
        <w:t xml:space="preserve">Answered by </w:t>
      </w:r>
      <w:hyperlink w:anchor="p232">
        <w:r>
          <w:rPr>
            <w:color w:val="2E5A80"/>
            <w:u w:val="single"/>
            <w:sz w:val="18"/>
          </w:rPr>
          <w:t xml:space="preserve">No. 232 (Murasaki)</w:t>
        </w:r>
      </w:hyperlink>
    </w:p>
    <w:p>
      <w:pPr>
        <w:keepNext/>
        <w:spacing w:after="20" w:before="200"/>
      </w:pPr>
      <w:bookmarkStart w:id="245" w:name="p232"/>
      <w:r>
        <w:rPr>
          <w:b/>
          <w:i w:val="0"/>
          <w:color w:val="222B33"/>
          <w:sz w:val="22"/>
        </w:rPr>
        <w:t>No. 232</w:t>
      </w:r>
      <w:r>
        <w:rPr>
          <w:b w:val="0"/>
          <w:i w:val="0"/>
          <w:color w:val="6A6F75"/>
          <w:sz w:val="18"/>
        </w:rPr>
        <w:t xml:space="preserve">   Murasaki → Genji   答 reply</w:t>
      </w:r>
      <w:bookmarkEnd w:id="245"/>
    </w:p>
    <w:p>
      <w:pPr>
        <w:keepNext/>
        <w:spacing w:after="0"/>
      </w:pPr>
      <w:r>
        <w:rPr>
          <w:rFonts w:ascii="Noto Serif CJK JP" w:hAnsi="Noto Serif CJK JP" w:eastAsia="Noto Serif CJK JP"/>
          <w:b w:val="0"/>
          <w:i w:val="0"/>
          <w:color w:val="222B33"/>
          <w:sz w:val="26"/>
        </w:rPr>
        <w:t>うらなくも思ひけるかな契りしを松より波は越えじものぞと</w:t>
      </w:r>
    </w:p>
    <w:p>
      <w:pPr>
        <w:keepNext/>
        <w:spacing w:after="60"/>
      </w:pPr>
      <w:r>
        <w:rPr>
          <w:rFonts w:ascii="Noto Serif CJK JP" w:hAnsi="Noto Serif CJK JP" w:eastAsia="Noto Serif CJK JP"/>
          <w:b w:val="0"/>
          <w:i w:val="0"/>
          <w:color w:val="6A6F75"/>
          <w:sz w:val="19"/>
        </w:rPr>
        <w:t>うらなくも　／　思ひけるかな　／　ちきりしを　／　松より波は　／　こえし物そと</w:t>
      </w:r>
    </w:p>
    <w:p>
      <w:pPr>
        <w:keepNext/>
        <w:spacing w:after="60"/>
      </w:pPr>
      <w:r>
        <w:rPr>
          <w:b w:val="0"/>
          <w:i/>
          <w:color w:val="222B33"/>
          <w:sz w:val="21"/>
        </w:rPr>
        <w:t>How guilelessly I trusted</w:t>
        <w:br/>
      </w:r>
      <w:r>
        <w:rPr>
          <w:b w:val="0"/>
          <w:i/>
          <w:color w:val="222B33"/>
          <w:sz w:val="21"/>
        </w:rPr>
        <w:t>that pledge we made:</w:t>
        <w:br/>
      </w:r>
      <w:r>
        <w:rPr>
          <w:b w:val="0"/>
          <w:i/>
          <w:color w:val="222B33"/>
          <w:sz w:val="21"/>
        </w:rPr>
        <w:t>that the waves would never</w:t>
        <w:br/>
      </w:r>
      <w:r>
        <w:rPr>
          <w:b w:val="0"/>
          <w:i/>
          <w:color w:val="222B33"/>
          <w:sz w:val="21"/>
        </w:rPr>
        <w:t>cross over</w:t>
        <w:br/>
      </w:r>
      <w:r>
        <w:rPr>
          <w:b w:val="0"/>
          <w:i/>
          <w:color w:val="222B33"/>
          <w:sz w:val="21"/>
        </w:rPr>
        <w:t>the pine-clad hill.</w:t>
      </w:r>
    </w:p>
    <w:p>
      <w:pPr>
        <w:spacing w:after="40"/>
      </w:pPr>
      <w:r>
        <w:rPr>
          <w:b w:val="0"/>
          <w:i w:val="0"/>
          <w:color w:val="222B33"/>
          <w:sz w:val="19"/>
        </w:rPr>
        <w:t>After Kokinshū 1093: waves cross Sue no Matsuyama only if a lover is false.</w:t>
      </w:r>
    </w:p>
    <w:p>
      <w:pPr>
        <w:spacing w:after="40"/>
      </w:pPr>
      <w:r>
        <w:rPr>
          <w:b w:val="0"/>
          <w:i w:val="0"/>
          <w:color w:val="6A6F75"/>
          <w:sz w:val="18"/>
        </w:rPr>
        <w:t xml:space="preserve">In reply to </w:t>
      </w:r>
      <w:hyperlink w:anchor="p231">
        <w:r>
          <w:rPr>
            <w:color w:val="2E5A80"/>
            <w:u w:val="single"/>
            <w:sz w:val="18"/>
          </w:rPr>
          <w:t xml:space="preserve">No. 231 (Genji)</w:t>
        </w:r>
      </w:hyperlink>
    </w:p>
    <w:p>
      <w:pPr>
        <w:keepNext/>
        <w:spacing w:after="20" w:before="200"/>
      </w:pPr>
      <w:bookmarkStart w:id="246" w:name="p233"/>
      <w:r>
        <w:rPr>
          <w:b/>
          <w:i w:val="0"/>
          <w:color w:val="222B33"/>
          <w:sz w:val="22"/>
        </w:rPr>
        <w:t>No. 233</w:t>
      </w:r>
      <w:r>
        <w:rPr>
          <w:b w:val="0"/>
          <w:i w:val="0"/>
          <w:color w:val="6A6F75"/>
          <w:sz w:val="18"/>
        </w:rPr>
        <w:t xml:space="preserve">   Genji → Lady Akashi   贈 sent</w:t>
      </w:r>
      <w:bookmarkEnd w:id="246"/>
    </w:p>
    <w:p>
      <w:pPr>
        <w:keepNext/>
        <w:spacing w:after="40"/>
      </w:pPr>
      <w:r>
        <w:rPr>
          <w:b/>
          <w:i w:val="0"/>
          <w:color w:val="6A6F75"/>
          <w:sz w:val="18"/>
        </w:rPr>
        <w:t xml:space="preserve">Context. </w:t>
      </w:r>
      <w:r>
        <w:rPr>
          <w:b w:val="0"/>
          <w:i w:val="0"/>
          <w:color w:val="6A6F75"/>
          <w:sz w:val="19"/>
        </w:rPr>
        <w:t>Genji, recalled to the capital, parts from Lady Akashi, now pregnant.</w:t>
      </w:r>
    </w:p>
    <w:p>
      <w:pPr>
        <w:keepNext/>
        <w:spacing w:after="0"/>
      </w:pPr>
      <w:r>
        <w:rPr>
          <w:rFonts w:ascii="Noto Serif CJK JP" w:hAnsi="Noto Serif CJK JP" w:eastAsia="Noto Serif CJK JP"/>
          <w:b w:val="0"/>
          <w:i w:val="0"/>
          <w:color w:val="222B33"/>
          <w:sz w:val="26"/>
        </w:rPr>
        <w:t>このたびは立ち別るとも藻塩焼く煙は同じ方になびかむ</w:t>
      </w:r>
    </w:p>
    <w:p>
      <w:pPr>
        <w:keepNext/>
        <w:spacing w:after="60"/>
      </w:pPr>
      <w:r>
        <w:rPr>
          <w:rFonts w:ascii="Noto Serif CJK JP" w:hAnsi="Noto Serif CJK JP" w:eastAsia="Noto Serif CJK JP"/>
          <w:b w:val="0"/>
          <w:i w:val="0"/>
          <w:color w:val="6A6F75"/>
          <w:sz w:val="19"/>
        </w:rPr>
        <w:t>このたひは　／　たちわかるとも　／　ゝしほやく　／　けふりはおなし　／　かたになひかむ</w:t>
      </w:r>
    </w:p>
    <w:p>
      <w:pPr>
        <w:keepNext/>
        <w:spacing w:after="60"/>
      </w:pPr>
      <w:r>
        <w:rPr>
          <w:b w:val="0"/>
          <w:i/>
          <w:color w:val="222B33"/>
          <w:sz w:val="21"/>
        </w:rPr>
        <w:t>Though this time</w:t>
        <w:br/>
      </w:r>
      <w:r>
        <w:rPr>
          <w:b w:val="0"/>
          <w:i/>
          <w:color w:val="222B33"/>
          <w:sz w:val="21"/>
        </w:rPr>
        <w:t>we must part,</w:t>
        <w:br/>
      </w:r>
      <w:r>
        <w:rPr>
          <w:b w:val="0"/>
          <w:i/>
          <w:color w:val="222B33"/>
          <w:sz w:val="21"/>
        </w:rPr>
        <w:t>the smoke of the burning salt weed</w:t>
        <w:br/>
      </w:r>
      <w:r>
        <w:rPr>
          <w:b w:val="0"/>
          <w:i/>
          <w:color w:val="222B33"/>
          <w:sz w:val="21"/>
        </w:rPr>
        <w:t>will bend</w:t>
        <w:br/>
      </w:r>
      <w:r>
        <w:rPr>
          <w:b w:val="0"/>
          <w:i/>
          <w:color w:val="222B33"/>
          <w:sz w:val="21"/>
        </w:rPr>
        <w:t>the same way.</w:t>
      </w:r>
    </w:p>
    <w:p>
      <w:pPr>
        <w:spacing w:after="40"/>
      </w:pPr>
      <w:r>
        <w:rPr>
          <w:b w:val="0"/>
          <w:i w:val="0"/>
          <w:color w:val="222B33"/>
          <w:sz w:val="19"/>
        </w:rPr>
        <w:t>Leaving Akashi for the capital.</w:t>
      </w:r>
    </w:p>
    <w:p>
      <w:pPr>
        <w:spacing w:after="40"/>
      </w:pPr>
      <w:r>
        <w:rPr>
          <w:b w:val="0"/>
          <w:i w:val="0"/>
          <w:color w:val="6A6F75"/>
          <w:sz w:val="18"/>
        </w:rPr>
        <w:t xml:space="preserve">Answered by </w:t>
      </w:r>
      <w:hyperlink w:anchor="p234">
        <w:r>
          <w:rPr>
            <w:color w:val="2E5A80"/>
            <w:u w:val="single"/>
            <w:sz w:val="18"/>
          </w:rPr>
          <w:t xml:space="preserve">No. 234 (Lady Akashi)</w:t>
        </w:r>
      </w:hyperlink>
    </w:p>
    <w:p>
      <w:pPr>
        <w:keepNext/>
        <w:spacing w:after="20" w:before="200"/>
      </w:pPr>
      <w:bookmarkStart w:id="247" w:name="p234"/>
      <w:r>
        <w:rPr>
          <w:b/>
          <w:i w:val="0"/>
          <w:color w:val="222B33"/>
          <w:sz w:val="22"/>
        </w:rPr>
        <w:t>No. 234</w:t>
      </w:r>
      <w:r>
        <w:rPr>
          <w:b w:val="0"/>
          <w:i w:val="0"/>
          <w:color w:val="6A6F75"/>
          <w:sz w:val="18"/>
        </w:rPr>
        <w:t xml:space="preserve">   Lady Akashi → Genji   答 reply</w:t>
      </w:r>
      <w:bookmarkEnd w:id="247"/>
    </w:p>
    <w:p>
      <w:pPr>
        <w:keepNext/>
        <w:spacing w:after="0"/>
      </w:pPr>
      <w:r>
        <w:rPr>
          <w:rFonts w:ascii="Noto Serif CJK JP" w:hAnsi="Noto Serif CJK JP" w:eastAsia="Noto Serif CJK JP"/>
          <w:b w:val="0"/>
          <w:i w:val="0"/>
          <w:color w:val="222B33"/>
          <w:sz w:val="26"/>
        </w:rPr>
        <w:t>かきつめて海人のたく藻の思ひにも今はかひなき恨みだにせじ</w:t>
      </w:r>
    </w:p>
    <w:p>
      <w:pPr>
        <w:keepNext/>
        <w:spacing w:after="60"/>
      </w:pPr>
      <w:r>
        <w:rPr>
          <w:rFonts w:ascii="Noto Serif CJK JP" w:hAnsi="Noto Serif CJK JP" w:eastAsia="Noto Serif CJK JP"/>
          <w:b w:val="0"/>
          <w:i w:val="0"/>
          <w:color w:val="6A6F75"/>
          <w:sz w:val="19"/>
        </w:rPr>
        <w:t>かきつめて　／　あまのたくもの　／　おもひにも　／　いまはかひなき　／　うらみたにせし</w:t>
      </w:r>
    </w:p>
    <w:p>
      <w:pPr>
        <w:keepNext/>
        <w:spacing w:after="60"/>
      </w:pPr>
      <w:r>
        <w:rPr>
          <w:b w:val="0"/>
          <w:i/>
          <w:color w:val="222B33"/>
          <w:sz w:val="21"/>
        </w:rPr>
        <w:t>In all the gathered thoughts,</w:t>
        <w:br/>
      </w:r>
      <w:r>
        <w:rPr>
          <w:b w:val="0"/>
          <w:i/>
          <w:color w:val="222B33"/>
          <w:sz w:val="21"/>
        </w:rPr>
        <w:t>like weed the fisherfolk burn,</w:t>
        <w:br/>
      </w:r>
      <w:r>
        <w:rPr>
          <w:b w:val="0"/>
          <w:i/>
          <w:color w:val="222B33"/>
          <w:sz w:val="21"/>
        </w:rPr>
        <w:t>I will not even voice</w:t>
        <w:br/>
      </w:r>
      <w:r>
        <w:rPr>
          <w:b w:val="0"/>
          <w:i/>
          <w:color w:val="222B33"/>
          <w:sz w:val="21"/>
        </w:rPr>
        <w:t>reproaches</w:t>
        <w:br/>
      </w:r>
      <w:r>
        <w:rPr>
          <w:b w:val="0"/>
          <w:i/>
          <w:color w:val="222B33"/>
          <w:sz w:val="21"/>
        </w:rPr>
        <w:t>that are useless now.</w:t>
      </w:r>
    </w:p>
    <w:p>
      <w:pPr>
        <w:spacing w:after="40"/>
      </w:pPr>
      <w:r>
        <w:rPr>
          <w:b w:val="0"/>
          <w:i w:val="0"/>
          <w:color w:val="222B33"/>
          <w:sz w:val="19"/>
        </w:rPr>
        <w:t>Kakitsume, “gathering,” is also “writing.” Omoi holds hi, “fire.”</w:t>
      </w:r>
    </w:p>
    <w:p>
      <w:pPr>
        <w:spacing w:after="40"/>
      </w:pPr>
      <w:r>
        <w:rPr>
          <w:b w:val="0"/>
          <w:i w:val="0"/>
          <w:color w:val="6A6F75"/>
          <w:sz w:val="18"/>
        </w:rPr>
        <w:t xml:space="preserve">In reply to </w:t>
      </w:r>
      <w:hyperlink w:anchor="p233">
        <w:r>
          <w:rPr>
            <w:color w:val="2E5A80"/>
            <w:u w:val="single"/>
            <w:sz w:val="18"/>
          </w:rPr>
          <w:t xml:space="preserve">No. 233 (Genji)</w:t>
        </w:r>
      </w:hyperlink>
    </w:p>
    <w:p>
      <w:pPr>
        <w:keepNext/>
        <w:spacing w:after="20" w:before="200"/>
      </w:pPr>
      <w:bookmarkStart w:id="248" w:name="p235"/>
      <w:r>
        <w:rPr>
          <w:b/>
          <w:i w:val="0"/>
          <w:color w:val="222B33"/>
          <w:sz w:val="22"/>
        </w:rPr>
        <w:t>No. 235</w:t>
      </w:r>
      <w:r>
        <w:rPr>
          <w:b w:val="0"/>
          <w:i w:val="0"/>
          <w:color w:val="6A6F75"/>
          <w:sz w:val="18"/>
        </w:rPr>
        <w:t xml:space="preserve">   Lady Akashi → Genji   贈 sent</w:t>
      </w:r>
      <w:bookmarkEnd w:id="248"/>
    </w:p>
    <w:p>
      <w:pPr>
        <w:keepNext/>
        <w:spacing w:after="40"/>
      </w:pPr>
      <w:r>
        <w:rPr>
          <w:b/>
          <w:i w:val="0"/>
          <w:color w:val="6A6F75"/>
          <w:sz w:val="18"/>
        </w:rPr>
        <w:t xml:space="preserve">Context. </w:t>
      </w:r>
      <w:r>
        <w:rPr>
          <w:b w:val="0"/>
          <w:i w:val="0"/>
          <w:color w:val="6A6F75"/>
          <w:sz w:val="19"/>
        </w:rPr>
        <w:t>Lady Akashi at the parting; she trusts his promise.</w:t>
      </w:r>
    </w:p>
    <w:p>
      <w:pPr>
        <w:keepNext/>
        <w:spacing w:after="0"/>
      </w:pPr>
      <w:r>
        <w:rPr>
          <w:rFonts w:ascii="Noto Serif CJK JP" w:hAnsi="Noto Serif CJK JP" w:eastAsia="Noto Serif CJK JP"/>
          <w:b w:val="0"/>
          <w:i w:val="0"/>
          <w:color w:val="222B33"/>
          <w:sz w:val="26"/>
        </w:rPr>
        <w:t>なほざりに頼め置くめる一ことを尽きせぬ音にやかけて偲ばむ</w:t>
      </w:r>
    </w:p>
    <w:p>
      <w:pPr>
        <w:keepNext/>
        <w:spacing w:after="60"/>
      </w:pPr>
      <w:r>
        <w:rPr>
          <w:rFonts w:ascii="Noto Serif CJK JP" w:hAnsi="Noto Serif CJK JP" w:eastAsia="Noto Serif CJK JP"/>
          <w:b w:val="0"/>
          <w:i w:val="0"/>
          <w:color w:val="6A6F75"/>
          <w:sz w:val="19"/>
        </w:rPr>
        <w:t>猶さりに　／　たのめをくめる　／　ひとことを　／　つきせぬねにや　／　かけてしのはん</w:t>
      </w:r>
    </w:p>
    <w:p>
      <w:pPr>
        <w:keepNext/>
        <w:spacing w:after="60"/>
      </w:pPr>
      <w:r>
        <w:rPr>
          <w:b w:val="0"/>
          <w:i/>
          <w:color w:val="222B33"/>
          <w:sz w:val="21"/>
        </w:rPr>
        <w:t>Shall I cling,</w:t>
        <w:br/>
      </w:r>
      <w:r>
        <w:rPr>
          <w:b w:val="0"/>
          <w:i/>
          <w:color w:val="222B33"/>
          <w:sz w:val="21"/>
        </w:rPr>
        <w:t>in my endless weeping,</w:t>
        <w:br/>
      </w:r>
      <w:r>
        <w:rPr>
          <w:b w:val="0"/>
          <w:i/>
          <w:color w:val="222B33"/>
          <w:sz w:val="21"/>
        </w:rPr>
        <w:t>to that one word</w:t>
        <w:br/>
      </w:r>
      <w:r>
        <w:rPr>
          <w:b w:val="0"/>
          <w:i/>
          <w:color w:val="222B33"/>
          <w:sz w:val="21"/>
        </w:rPr>
        <w:t>you seem to have left me</w:t>
        <w:br/>
      </w:r>
      <w:r>
        <w:rPr>
          <w:b w:val="0"/>
          <w:i/>
          <w:color w:val="222B33"/>
          <w:sz w:val="21"/>
        </w:rPr>
        <w:t>so lightly?</w:t>
      </w:r>
    </w:p>
    <w:p>
      <w:pPr>
        <w:spacing w:after="40"/>
      </w:pPr>
      <w:r>
        <w:rPr>
          <w:b w:val="0"/>
          <w:i w:val="0"/>
          <w:color w:val="222B33"/>
          <w:sz w:val="19"/>
        </w:rPr>
        <w:t>Ne: “sound” of the koto and “weeping.” He has left her his koto.</w:t>
      </w:r>
    </w:p>
    <w:p>
      <w:pPr>
        <w:spacing w:after="40"/>
      </w:pPr>
      <w:r>
        <w:rPr>
          <w:b w:val="0"/>
          <w:i w:val="0"/>
          <w:color w:val="6A6F75"/>
          <w:sz w:val="18"/>
        </w:rPr>
        <w:t xml:space="preserve">Answered by </w:t>
      </w:r>
      <w:hyperlink w:anchor="p236">
        <w:r>
          <w:rPr>
            <w:color w:val="2E5A80"/>
            <w:u w:val="single"/>
            <w:sz w:val="18"/>
          </w:rPr>
          <w:t xml:space="preserve">No. 236 (Genji)</w:t>
        </w:r>
      </w:hyperlink>
    </w:p>
    <w:p>
      <w:pPr>
        <w:keepNext/>
        <w:spacing w:after="20" w:before="200"/>
      </w:pPr>
      <w:bookmarkStart w:id="249" w:name="p236"/>
      <w:r>
        <w:rPr>
          <w:b/>
          <w:i w:val="0"/>
          <w:color w:val="222B33"/>
          <w:sz w:val="22"/>
        </w:rPr>
        <w:t>No. 236</w:t>
      </w:r>
      <w:r>
        <w:rPr>
          <w:b w:val="0"/>
          <w:i w:val="0"/>
          <w:color w:val="6A6F75"/>
          <w:sz w:val="18"/>
        </w:rPr>
        <w:t xml:space="preserve">   Genji → Lady Akashi   答 reply</w:t>
      </w:r>
      <w:bookmarkEnd w:id="249"/>
    </w:p>
    <w:p>
      <w:pPr>
        <w:keepNext/>
        <w:spacing w:after="0"/>
      </w:pPr>
      <w:r>
        <w:rPr>
          <w:rFonts w:ascii="Noto Serif CJK JP" w:hAnsi="Noto Serif CJK JP" w:eastAsia="Noto Serif CJK JP"/>
          <w:b w:val="0"/>
          <w:i w:val="0"/>
          <w:color w:val="222B33"/>
          <w:sz w:val="26"/>
        </w:rPr>
        <w:t>逢ふまでのかたみに契る中の緒の調べはことに変はらざらなむ</w:t>
      </w:r>
    </w:p>
    <w:p>
      <w:pPr>
        <w:keepNext/>
        <w:spacing w:after="60"/>
      </w:pPr>
      <w:r>
        <w:rPr>
          <w:rFonts w:ascii="Noto Serif CJK JP" w:hAnsi="Noto Serif CJK JP" w:eastAsia="Noto Serif CJK JP"/>
          <w:b w:val="0"/>
          <w:i w:val="0"/>
          <w:color w:val="6A6F75"/>
          <w:sz w:val="19"/>
        </w:rPr>
        <w:t>あふまての　／　かたみにちきる　／　中のをの　／　しらへはことに　／　かはらさらなむ</w:t>
      </w:r>
    </w:p>
    <w:p>
      <w:pPr>
        <w:keepNext/>
        <w:spacing w:after="60"/>
      </w:pPr>
      <w:r>
        <w:rPr>
          <w:b w:val="0"/>
          <w:i/>
          <w:color w:val="222B33"/>
          <w:sz w:val="21"/>
        </w:rPr>
        <w:t>As a keepsake till we meet,</w:t>
        <w:br/>
      </w:r>
      <w:r>
        <w:rPr>
          <w:b w:val="0"/>
          <w:i/>
          <w:color w:val="222B33"/>
          <w:sz w:val="21"/>
        </w:rPr>
        <w:t>may the middle string</w:t>
        <w:br/>
      </w:r>
      <w:r>
        <w:rPr>
          <w:b w:val="0"/>
          <w:i/>
          <w:color w:val="222B33"/>
          <w:sz w:val="21"/>
        </w:rPr>
        <w:t>we pledged on</w:t>
        <w:br/>
      </w:r>
      <w:r>
        <w:rPr>
          <w:b w:val="0"/>
          <w:i/>
          <w:color w:val="222B33"/>
          <w:sz w:val="21"/>
        </w:rPr>
        <w:t>never change</w:t>
        <w:br/>
      </w:r>
      <w:r>
        <w:rPr>
          <w:b w:val="0"/>
          <w:i/>
          <w:color w:val="222B33"/>
          <w:sz w:val="21"/>
        </w:rPr>
        <w:t>its tuning.</w:t>
      </w:r>
    </w:p>
    <w:p>
      <w:pPr>
        <w:spacing w:after="40"/>
      </w:pPr>
      <w:r>
        <w:rPr>
          <w:b w:val="0"/>
          <w:i w:val="0"/>
          <w:color w:val="222B33"/>
          <w:sz w:val="19"/>
        </w:rPr>
        <w:t>Naka no o: the koto’s middle string, and the bond between them.</w:t>
      </w:r>
    </w:p>
    <w:p>
      <w:pPr>
        <w:spacing w:after="40"/>
      </w:pPr>
      <w:r>
        <w:rPr>
          <w:b w:val="0"/>
          <w:i w:val="0"/>
          <w:color w:val="6A6F75"/>
          <w:sz w:val="18"/>
        </w:rPr>
        <w:t xml:space="preserve">In reply to </w:t>
      </w:r>
      <w:hyperlink w:anchor="p235">
        <w:r>
          <w:rPr>
            <w:color w:val="2E5A80"/>
            <w:u w:val="single"/>
            <w:sz w:val="18"/>
          </w:rPr>
          <w:t xml:space="preserve">No. 235 (Lady Akashi)</w:t>
        </w:r>
      </w:hyperlink>
    </w:p>
    <w:p>
      <w:pPr>
        <w:keepNext/>
        <w:spacing w:after="20" w:before="200"/>
      </w:pPr>
      <w:bookmarkStart w:id="250" w:name="p237"/>
      <w:r>
        <w:rPr>
          <w:b/>
          <w:i w:val="0"/>
          <w:color w:val="222B33"/>
          <w:sz w:val="22"/>
        </w:rPr>
        <w:t>No. 237</w:t>
      </w:r>
      <w:r>
        <w:rPr>
          <w:b w:val="0"/>
          <w:i w:val="0"/>
          <w:color w:val="6A6F75"/>
          <w:sz w:val="18"/>
        </w:rPr>
        <w:t xml:space="preserve">   Genji → Lady Akashi   贈 sent</w:t>
      </w:r>
      <w:bookmarkEnd w:id="250"/>
    </w:p>
    <w:p>
      <w:pPr>
        <w:keepNext/>
        <w:spacing w:after="40"/>
      </w:pPr>
      <w:r>
        <w:rPr>
          <w:b/>
          <w:i w:val="0"/>
          <w:color w:val="6A6F75"/>
          <w:sz w:val="18"/>
        </w:rPr>
        <w:t xml:space="preserve">Context. </w:t>
      </w:r>
      <w:r>
        <w:rPr>
          <w:b w:val="0"/>
          <w:i w:val="0"/>
          <w:color w:val="6A6F75"/>
          <w:sz w:val="19"/>
        </w:rPr>
        <w:t>Genji leaving Akashi; he promises to send for her.</w:t>
      </w:r>
    </w:p>
    <w:p>
      <w:pPr>
        <w:keepNext/>
        <w:spacing w:after="0"/>
      </w:pPr>
      <w:r>
        <w:rPr>
          <w:rFonts w:ascii="Noto Serif CJK JP" w:hAnsi="Noto Serif CJK JP" w:eastAsia="Noto Serif CJK JP"/>
          <w:b w:val="0"/>
          <w:i w:val="0"/>
          <w:color w:val="222B33"/>
          <w:sz w:val="26"/>
        </w:rPr>
        <w:t>うち捨てて立つも悲しき浦波の名残いかにと思ひやるかな</w:t>
      </w:r>
    </w:p>
    <w:p>
      <w:pPr>
        <w:keepNext/>
        <w:spacing w:after="60"/>
      </w:pPr>
      <w:r>
        <w:rPr>
          <w:rFonts w:ascii="Noto Serif CJK JP" w:hAnsi="Noto Serif CJK JP" w:eastAsia="Noto Serif CJK JP"/>
          <w:b w:val="0"/>
          <w:i w:val="0"/>
          <w:color w:val="6A6F75"/>
          <w:sz w:val="19"/>
        </w:rPr>
        <w:t>うちすてゝ　／　たつもかなしき　／　うら波の　／　なこりいかにと　／　思ひやるかな</w:t>
      </w:r>
    </w:p>
    <w:p>
      <w:pPr>
        <w:keepNext/>
        <w:spacing w:after="60"/>
      </w:pPr>
      <w:r>
        <w:rPr>
          <w:b w:val="0"/>
          <w:i/>
          <w:color w:val="222B33"/>
          <w:sz w:val="21"/>
        </w:rPr>
        <w:t>It is sad to leave you</w:t>
        <w:br/>
      </w:r>
      <w:r>
        <w:rPr>
          <w:b w:val="0"/>
          <w:i/>
          <w:color w:val="222B33"/>
          <w:sz w:val="21"/>
        </w:rPr>
        <w:t>and go, and I wonder</w:t>
        <w:br/>
      </w:r>
      <w:r>
        <w:rPr>
          <w:b w:val="0"/>
          <w:i/>
          <w:color w:val="222B33"/>
          <w:sz w:val="21"/>
        </w:rPr>
        <w:t>how it will be</w:t>
        <w:br/>
      </w:r>
      <w:r>
        <w:rPr>
          <w:b w:val="0"/>
          <w:i/>
          <w:color w:val="222B33"/>
          <w:sz w:val="21"/>
        </w:rPr>
        <w:t>in the wake</w:t>
        <w:br/>
      </w:r>
      <w:r>
        <w:rPr>
          <w:b w:val="0"/>
          <w:i/>
          <w:color w:val="222B33"/>
          <w:sz w:val="21"/>
        </w:rPr>
        <w:t>of the waves on the bay.</w:t>
      </w:r>
    </w:p>
    <w:p>
      <w:pPr>
        <w:spacing w:after="40"/>
      </w:pPr>
      <w:r>
        <w:rPr>
          <w:b w:val="0"/>
          <w:i w:val="0"/>
          <w:color w:val="6A6F75"/>
          <w:sz w:val="18"/>
        </w:rPr>
        <w:t xml:space="preserve">Answered by </w:t>
      </w:r>
      <w:hyperlink w:anchor="p238">
        <w:r>
          <w:rPr>
            <w:color w:val="2E5A80"/>
            <w:u w:val="single"/>
            <w:sz w:val="18"/>
          </w:rPr>
          <w:t xml:space="preserve">No. 238 (Lady Akashi)</w:t>
        </w:r>
      </w:hyperlink>
    </w:p>
    <w:p>
      <w:pPr>
        <w:keepNext/>
        <w:spacing w:after="20" w:before="200"/>
      </w:pPr>
      <w:bookmarkStart w:id="251" w:name="p238"/>
      <w:r>
        <w:rPr>
          <w:b/>
          <w:i w:val="0"/>
          <w:color w:val="222B33"/>
          <w:sz w:val="22"/>
        </w:rPr>
        <w:t>No. 238</w:t>
      </w:r>
      <w:r>
        <w:rPr>
          <w:b w:val="0"/>
          <w:i w:val="0"/>
          <w:color w:val="6A6F75"/>
          <w:sz w:val="18"/>
        </w:rPr>
        <w:t xml:space="preserve">   Lady Akashi → Genji   答 reply</w:t>
      </w:r>
      <w:bookmarkEnd w:id="251"/>
    </w:p>
    <w:p>
      <w:pPr>
        <w:keepNext/>
        <w:spacing w:after="0"/>
      </w:pPr>
      <w:r>
        <w:rPr>
          <w:rFonts w:ascii="Noto Serif CJK JP" w:hAnsi="Noto Serif CJK JP" w:eastAsia="Noto Serif CJK JP"/>
          <w:b w:val="0"/>
          <w:i w:val="0"/>
          <w:color w:val="222B33"/>
          <w:sz w:val="26"/>
        </w:rPr>
        <w:t>年経つる苫屋も荒れて憂き波の返る方にや身をたぐへまし</w:t>
      </w:r>
    </w:p>
    <w:p>
      <w:pPr>
        <w:keepNext/>
        <w:spacing w:after="60"/>
      </w:pPr>
      <w:r>
        <w:rPr>
          <w:rFonts w:ascii="Noto Serif CJK JP" w:hAnsi="Noto Serif CJK JP" w:eastAsia="Noto Serif CJK JP"/>
          <w:b w:val="0"/>
          <w:i w:val="0"/>
          <w:color w:val="6A6F75"/>
          <w:sz w:val="19"/>
        </w:rPr>
        <w:t>年へつる　／　とまやもあれて　／　うき波の　／　かへるかたにや　／　身をたくへまし</w:t>
      </w:r>
    </w:p>
    <w:p>
      <w:pPr>
        <w:keepNext/>
        <w:spacing w:after="60"/>
      </w:pPr>
      <w:r>
        <w:rPr>
          <w:b w:val="0"/>
          <w:i/>
          <w:color w:val="222B33"/>
          <w:sz w:val="21"/>
        </w:rPr>
        <w:t>The reed hut I have lived in</w:t>
        <w:br/>
      </w:r>
      <w:r>
        <w:rPr>
          <w:b w:val="0"/>
          <w:i/>
          <w:color w:val="222B33"/>
          <w:sz w:val="21"/>
        </w:rPr>
        <w:t>falls to ruin; shall I</w:t>
        <w:br/>
      </w:r>
      <w:r>
        <w:rPr>
          <w:b w:val="0"/>
          <w:i/>
          <w:color w:val="222B33"/>
          <w:sz w:val="21"/>
        </w:rPr>
        <w:t>throw myself</w:t>
        <w:br/>
      </w:r>
      <w:r>
        <w:rPr>
          <w:b w:val="0"/>
          <w:i/>
          <w:color w:val="222B33"/>
          <w:sz w:val="21"/>
        </w:rPr>
        <w:t>on the bitter waves</w:t>
        <w:br/>
      </w:r>
      <w:r>
        <w:rPr>
          <w:b w:val="0"/>
          <w:i/>
          <w:color w:val="222B33"/>
          <w:sz w:val="21"/>
        </w:rPr>
        <w:t>that go back with you?</w:t>
      </w:r>
    </w:p>
    <w:p>
      <w:pPr>
        <w:spacing w:after="40"/>
      </w:pPr>
      <w:r>
        <w:rPr>
          <w:b w:val="0"/>
          <w:i w:val="0"/>
          <w:color w:val="222B33"/>
          <w:sz w:val="19"/>
        </w:rPr>
        <w:t>Ukinami: “bitter waves” and “floating waves.”</w:t>
      </w:r>
    </w:p>
    <w:p>
      <w:pPr>
        <w:spacing w:after="40"/>
      </w:pPr>
      <w:r>
        <w:rPr>
          <w:b w:val="0"/>
          <w:i w:val="0"/>
          <w:color w:val="6A6F75"/>
          <w:sz w:val="18"/>
        </w:rPr>
        <w:t xml:space="preserve">In reply to </w:t>
      </w:r>
      <w:hyperlink w:anchor="p237">
        <w:r>
          <w:rPr>
            <w:color w:val="2E5A80"/>
            <w:u w:val="single"/>
            <w:sz w:val="18"/>
          </w:rPr>
          <w:t xml:space="preserve">No. 237 (Genji)</w:t>
        </w:r>
      </w:hyperlink>
    </w:p>
    <w:p>
      <w:pPr>
        <w:keepNext/>
        <w:spacing w:after="20" w:before="200"/>
      </w:pPr>
      <w:bookmarkStart w:id="252" w:name="p239"/>
      <w:r>
        <w:rPr>
          <w:b/>
          <w:i w:val="0"/>
          <w:color w:val="222B33"/>
          <w:sz w:val="22"/>
        </w:rPr>
        <w:t>No. 239</w:t>
      </w:r>
      <w:r>
        <w:rPr>
          <w:b w:val="0"/>
          <w:i w:val="0"/>
          <w:color w:val="6A6F75"/>
          <w:sz w:val="18"/>
        </w:rPr>
        <w:t xml:space="preserve">   Lady Akashi → Genji   贈 sent</w:t>
      </w:r>
      <w:bookmarkEnd w:id="252"/>
    </w:p>
    <w:p>
      <w:pPr>
        <w:keepNext/>
        <w:spacing w:after="40"/>
      </w:pPr>
      <w:r>
        <w:rPr>
          <w:b/>
          <w:i w:val="0"/>
          <w:color w:val="6A6F75"/>
          <w:sz w:val="18"/>
        </w:rPr>
        <w:t xml:space="preserve">Context. </w:t>
      </w:r>
      <w:r>
        <w:rPr>
          <w:b w:val="0"/>
          <w:i w:val="0"/>
          <w:color w:val="6A6F75"/>
          <w:sz w:val="19"/>
        </w:rPr>
        <w:t>Lady Akashi sends travel robes for the journey; her reticence and pride.</w:t>
      </w:r>
    </w:p>
    <w:p>
      <w:pPr>
        <w:keepNext/>
        <w:spacing w:after="0"/>
      </w:pPr>
      <w:r>
        <w:rPr>
          <w:rFonts w:ascii="Noto Serif CJK JP" w:hAnsi="Noto Serif CJK JP" w:eastAsia="Noto Serif CJK JP"/>
          <w:b w:val="0"/>
          <w:i w:val="0"/>
          <w:color w:val="222B33"/>
          <w:sz w:val="26"/>
        </w:rPr>
        <w:t>寄る波に立ちかさねたる旅衣しほどけしとや人の厭はむ</w:t>
      </w:r>
    </w:p>
    <w:p>
      <w:pPr>
        <w:keepNext/>
        <w:spacing w:after="60"/>
      </w:pPr>
      <w:r>
        <w:rPr>
          <w:rFonts w:ascii="Noto Serif CJK JP" w:hAnsi="Noto Serif CJK JP" w:eastAsia="Noto Serif CJK JP"/>
          <w:b w:val="0"/>
          <w:i w:val="0"/>
          <w:color w:val="6A6F75"/>
          <w:sz w:val="19"/>
        </w:rPr>
        <w:t>よる波に　／　たちかさねたる　／　たひ衣　／　しほとけしとや　／　人のいとはむ</w:t>
      </w:r>
    </w:p>
    <w:p>
      <w:pPr>
        <w:keepNext/>
        <w:spacing w:after="60"/>
      </w:pPr>
      <w:r>
        <w:rPr>
          <w:b w:val="0"/>
          <w:i/>
          <w:color w:val="222B33"/>
          <w:sz w:val="21"/>
        </w:rPr>
        <w:t>Will he scorn as wet with brine</w:t>
        <w:br/>
      </w:r>
      <w:r>
        <w:rPr>
          <w:b w:val="0"/>
          <w:i/>
          <w:color w:val="222B33"/>
          <w:sz w:val="21"/>
        </w:rPr>
        <w:t>these travel robes</w:t>
        <w:br/>
      </w:r>
      <w:r>
        <w:rPr>
          <w:b w:val="0"/>
          <w:i/>
          <w:color w:val="222B33"/>
          <w:sz w:val="21"/>
        </w:rPr>
        <w:t>I have layered for him</w:t>
        <w:br/>
      </w:r>
      <w:r>
        <w:rPr>
          <w:b w:val="0"/>
          <w:i/>
          <w:color w:val="222B33"/>
          <w:sz w:val="21"/>
        </w:rPr>
        <w:t>like the waves</w:t>
        <w:br/>
      </w:r>
      <w:r>
        <w:rPr>
          <w:b w:val="0"/>
          <w:i/>
          <w:color w:val="222B33"/>
          <w:sz w:val="21"/>
        </w:rPr>
        <w:t>that come to shore?</w:t>
      </w:r>
    </w:p>
    <w:p>
      <w:pPr>
        <w:spacing w:after="40"/>
      </w:pPr>
      <w:r>
        <w:rPr>
          <w:b w:val="0"/>
          <w:i w:val="0"/>
          <w:color w:val="222B33"/>
          <w:sz w:val="19"/>
        </w:rPr>
        <w:t>She sends him robes for the journey.</w:t>
      </w:r>
    </w:p>
    <w:p>
      <w:pPr>
        <w:spacing w:after="40"/>
      </w:pPr>
      <w:r>
        <w:rPr>
          <w:b w:val="0"/>
          <w:i w:val="0"/>
          <w:color w:val="6A6F75"/>
          <w:sz w:val="18"/>
        </w:rPr>
        <w:t xml:space="preserve">Answered by </w:t>
      </w:r>
      <w:hyperlink w:anchor="p240">
        <w:r>
          <w:rPr>
            <w:color w:val="2E5A80"/>
            <w:u w:val="single"/>
            <w:sz w:val="18"/>
          </w:rPr>
          <w:t xml:space="preserve">No. 240 (Genji)</w:t>
        </w:r>
      </w:hyperlink>
    </w:p>
    <w:p>
      <w:pPr>
        <w:keepNext/>
        <w:spacing w:after="20" w:before="200"/>
      </w:pPr>
      <w:bookmarkStart w:id="253" w:name="p240"/>
      <w:r>
        <w:rPr>
          <w:b/>
          <w:i w:val="0"/>
          <w:color w:val="222B33"/>
          <w:sz w:val="22"/>
        </w:rPr>
        <w:t>No. 240</w:t>
      </w:r>
      <w:r>
        <w:rPr>
          <w:b w:val="0"/>
          <w:i w:val="0"/>
          <w:color w:val="6A6F75"/>
          <w:sz w:val="18"/>
        </w:rPr>
        <w:t xml:space="preserve">   Genji → Lady Akashi   答 reply</w:t>
      </w:r>
      <w:bookmarkEnd w:id="253"/>
    </w:p>
    <w:p>
      <w:pPr>
        <w:keepNext/>
        <w:spacing w:after="0"/>
      </w:pPr>
      <w:r>
        <w:rPr>
          <w:rFonts w:ascii="Noto Serif CJK JP" w:hAnsi="Noto Serif CJK JP" w:eastAsia="Noto Serif CJK JP"/>
          <w:b w:val="0"/>
          <w:i w:val="0"/>
          <w:color w:val="222B33"/>
          <w:sz w:val="26"/>
        </w:rPr>
        <w:t>かたみにぞ換ふべかりける逢ふことの日数隔てむ中の衣を</w:t>
      </w:r>
    </w:p>
    <w:p>
      <w:pPr>
        <w:keepNext/>
        <w:spacing w:after="60"/>
      </w:pPr>
      <w:r>
        <w:rPr>
          <w:rFonts w:ascii="Noto Serif CJK JP" w:hAnsi="Noto Serif CJK JP" w:eastAsia="Noto Serif CJK JP"/>
          <w:b w:val="0"/>
          <w:i w:val="0"/>
          <w:color w:val="6A6F75"/>
          <w:sz w:val="19"/>
        </w:rPr>
        <w:t>かたみにそ　／　かふへかりける　／　あふことの　／　日かすへたてん　／　中のころもを</w:t>
      </w:r>
    </w:p>
    <w:p>
      <w:pPr>
        <w:keepNext/>
        <w:spacing w:after="60"/>
      </w:pPr>
      <w:r>
        <w:rPr>
          <w:b w:val="0"/>
          <w:i/>
          <w:color w:val="222B33"/>
          <w:sz w:val="21"/>
        </w:rPr>
        <w:t>We should have exchanged</w:t>
        <w:br/>
      </w:r>
      <w:r>
        <w:rPr>
          <w:b w:val="0"/>
          <w:i/>
          <w:color w:val="222B33"/>
          <w:sz w:val="21"/>
        </w:rPr>
        <w:t>our robes as keepsakes,</w:t>
        <w:br/>
      </w:r>
      <w:r>
        <w:rPr>
          <w:b w:val="0"/>
          <w:i/>
          <w:color w:val="222B33"/>
          <w:sz w:val="21"/>
        </w:rPr>
        <w:t>the robes that will lie between us</w:t>
        <w:br/>
      </w:r>
      <w:r>
        <w:rPr>
          <w:b w:val="0"/>
          <w:i/>
          <w:color w:val="222B33"/>
          <w:sz w:val="21"/>
        </w:rPr>
        <w:t>through the days</w:t>
        <w:br/>
      </w:r>
      <w:r>
        <w:rPr>
          <w:b w:val="0"/>
          <w:i/>
          <w:color w:val="222B33"/>
          <w:sz w:val="21"/>
        </w:rPr>
        <w:t>we cannot meet.</w:t>
      </w:r>
    </w:p>
    <w:p>
      <w:pPr>
        <w:spacing w:after="40"/>
      </w:pPr>
      <w:r>
        <w:rPr>
          <w:b w:val="0"/>
          <w:i w:val="0"/>
          <w:color w:val="222B33"/>
          <w:sz w:val="19"/>
        </w:rPr>
        <w:t>He leaves her his own robe.</w:t>
      </w:r>
    </w:p>
    <w:p>
      <w:pPr>
        <w:spacing w:after="40"/>
      </w:pPr>
      <w:r>
        <w:rPr>
          <w:b w:val="0"/>
          <w:i w:val="0"/>
          <w:color w:val="6A6F75"/>
          <w:sz w:val="18"/>
        </w:rPr>
        <w:t xml:space="preserve">In reply to </w:t>
      </w:r>
      <w:hyperlink w:anchor="p239">
        <w:r>
          <w:rPr>
            <w:color w:val="2E5A80"/>
            <w:u w:val="single"/>
            <w:sz w:val="18"/>
          </w:rPr>
          <w:t xml:space="preserve">No. 239 (Lady Akashi)</w:t>
        </w:r>
      </w:hyperlink>
    </w:p>
    <w:p>
      <w:pPr>
        <w:keepNext/>
        <w:spacing w:after="20" w:before="200"/>
      </w:pPr>
      <w:bookmarkStart w:id="254" w:name="p241"/>
      <w:r>
        <w:rPr>
          <w:b/>
          <w:i w:val="0"/>
          <w:color w:val="222B33"/>
          <w:sz w:val="22"/>
        </w:rPr>
        <w:t>No. 241</w:t>
      </w:r>
      <w:r>
        <w:rPr>
          <w:b w:val="0"/>
          <w:i w:val="0"/>
          <w:color w:val="6A6F75"/>
          <w:sz w:val="18"/>
        </w:rPr>
        <w:t xml:space="preserve">   Akashi Novice → Genji   贈 sent</w:t>
      </w:r>
      <w:bookmarkEnd w:id="254"/>
    </w:p>
    <w:p>
      <w:pPr>
        <w:keepNext/>
        <w:spacing w:after="40"/>
      </w:pPr>
      <w:r>
        <w:rPr>
          <w:b/>
          <w:i w:val="0"/>
          <w:color w:val="6A6F75"/>
          <w:sz w:val="18"/>
        </w:rPr>
        <w:t xml:space="preserve">Context. </w:t>
      </w:r>
      <w:r>
        <w:rPr>
          <w:b w:val="0"/>
          <w:i w:val="0"/>
          <w:color w:val="6A6F75"/>
          <w:sz w:val="19"/>
        </w:rPr>
        <w:t>The Akashi Novice at the parting; he has staked everything on this marriage.</w:t>
      </w:r>
    </w:p>
    <w:p>
      <w:pPr>
        <w:keepNext/>
        <w:spacing w:after="0"/>
      </w:pPr>
      <w:r>
        <w:rPr>
          <w:rFonts w:ascii="Noto Serif CJK JP" w:hAnsi="Noto Serif CJK JP" w:eastAsia="Noto Serif CJK JP"/>
          <w:b w:val="0"/>
          <w:i w:val="0"/>
          <w:color w:val="222B33"/>
          <w:sz w:val="26"/>
        </w:rPr>
        <w:t>世をうみにここらしほじむ身となりてなほこの岸をえこそ離れね</w:t>
      </w:r>
    </w:p>
    <w:p>
      <w:pPr>
        <w:keepNext/>
        <w:spacing w:after="60"/>
      </w:pPr>
      <w:r>
        <w:rPr>
          <w:rFonts w:ascii="Noto Serif CJK JP" w:hAnsi="Noto Serif CJK JP" w:eastAsia="Noto Serif CJK JP"/>
          <w:b w:val="0"/>
          <w:i w:val="0"/>
          <w:color w:val="6A6F75"/>
          <w:sz w:val="19"/>
        </w:rPr>
        <w:t>よをうみに　／　こゝらしほしむ　／　身と成て　／　猶このきしを　／　えこそはなれね</w:t>
      </w:r>
    </w:p>
    <w:p>
      <w:pPr>
        <w:keepNext/>
        <w:spacing w:after="60"/>
      </w:pPr>
      <w:r>
        <w:rPr>
          <w:b w:val="0"/>
          <w:i/>
          <w:color w:val="222B33"/>
          <w:sz w:val="21"/>
        </w:rPr>
        <w:t>Having become one</w:t>
        <w:br/>
      </w:r>
      <w:r>
        <w:rPr>
          <w:b w:val="0"/>
          <w:i/>
          <w:color w:val="222B33"/>
          <w:sz w:val="21"/>
        </w:rPr>
        <w:t>soaked so long in the brine,</w:t>
        <w:br/>
      </w:r>
      <w:r>
        <w:rPr>
          <w:b w:val="0"/>
          <w:i/>
          <w:color w:val="222B33"/>
          <w:sz w:val="21"/>
        </w:rPr>
        <w:t>weary of the world,</w:t>
        <w:br/>
      </w:r>
      <w:r>
        <w:rPr>
          <w:b w:val="0"/>
          <w:i/>
          <w:color w:val="222B33"/>
          <w:sz w:val="21"/>
        </w:rPr>
        <w:t>still I cannot</w:t>
        <w:br/>
      </w:r>
      <w:r>
        <w:rPr>
          <w:b w:val="0"/>
          <w:i/>
          <w:color w:val="222B33"/>
          <w:sz w:val="21"/>
        </w:rPr>
        <w:t>leave this shore.</w:t>
      </w:r>
    </w:p>
    <w:p>
      <w:pPr>
        <w:spacing w:after="40"/>
      </w:pPr>
      <w:r>
        <w:rPr>
          <w:b w:val="0"/>
          <w:i w:val="0"/>
          <w:color w:val="222B33"/>
          <w:sz w:val="19"/>
        </w:rPr>
        <w:t>Umi: “sea” and “weary.” Kono kishi: this shore, this life.</w:t>
      </w:r>
    </w:p>
    <w:p>
      <w:pPr>
        <w:spacing w:after="40"/>
      </w:pPr>
      <w:r>
        <w:rPr>
          <w:b w:val="0"/>
          <w:i w:val="0"/>
          <w:color w:val="6A6F75"/>
          <w:sz w:val="18"/>
        </w:rPr>
        <w:t xml:space="preserve">Answered by </w:t>
      </w:r>
      <w:hyperlink w:anchor="p242">
        <w:r>
          <w:rPr>
            <w:color w:val="2E5A80"/>
            <w:u w:val="single"/>
            <w:sz w:val="18"/>
          </w:rPr>
          <w:t xml:space="preserve">No. 242 (Genji)</w:t>
        </w:r>
      </w:hyperlink>
    </w:p>
    <w:p>
      <w:pPr>
        <w:keepNext/>
        <w:spacing w:after="20" w:before="200"/>
      </w:pPr>
      <w:bookmarkStart w:id="255" w:name="p242"/>
      <w:r>
        <w:rPr>
          <w:b/>
          <w:i w:val="0"/>
          <w:color w:val="222B33"/>
          <w:sz w:val="22"/>
        </w:rPr>
        <w:t>No. 242</w:t>
      </w:r>
      <w:r>
        <w:rPr>
          <w:b w:val="0"/>
          <w:i w:val="0"/>
          <w:color w:val="6A6F75"/>
          <w:sz w:val="18"/>
        </w:rPr>
        <w:t xml:space="preserve">   Genji → Akashi Novice   答 reply</w:t>
      </w:r>
      <w:bookmarkEnd w:id="255"/>
    </w:p>
    <w:p>
      <w:pPr>
        <w:keepNext/>
        <w:spacing w:after="0"/>
      </w:pPr>
      <w:r>
        <w:rPr>
          <w:rFonts w:ascii="Noto Serif CJK JP" w:hAnsi="Noto Serif CJK JP" w:eastAsia="Noto Serif CJK JP"/>
          <w:b w:val="0"/>
          <w:i w:val="0"/>
          <w:color w:val="222B33"/>
          <w:sz w:val="26"/>
        </w:rPr>
        <w:t>都出でし春の嘆きに劣らめや年経る浦を別れぬる秋</w:t>
      </w:r>
    </w:p>
    <w:p>
      <w:pPr>
        <w:keepNext/>
        <w:spacing w:after="60"/>
      </w:pPr>
      <w:r>
        <w:rPr>
          <w:rFonts w:ascii="Noto Serif CJK JP" w:hAnsi="Noto Serif CJK JP" w:eastAsia="Noto Serif CJK JP"/>
          <w:b w:val="0"/>
          <w:i w:val="0"/>
          <w:color w:val="6A6F75"/>
          <w:sz w:val="19"/>
        </w:rPr>
        <w:t>宮こいてし　／　春のなけきに　／　おとらめや　／　としふる浦を　／　わかれぬる秋</w:t>
      </w:r>
    </w:p>
    <w:p>
      <w:pPr>
        <w:keepNext/>
        <w:spacing w:after="60"/>
      </w:pPr>
      <w:r>
        <w:rPr>
          <w:b w:val="0"/>
          <w:i/>
          <w:color w:val="222B33"/>
          <w:sz w:val="21"/>
        </w:rPr>
        <w:t>Could it be any less</w:t>
        <w:br/>
      </w:r>
      <w:r>
        <w:rPr>
          <w:b w:val="0"/>
          <w:i/>
          <w:color w:val="222B33"/>
          <w:sz w:val="21"/>
        </w:rPr>
        <w:t>than my grief in spring, leaving the capital,</w:t>
        <w:br/>
      </w:r>
      <w:r>
        <w:rPr>
          <w:b w:val="0"/>
          <w:i/>
          <w:color w:val="222B33"/>
          <w:sz w:val="21"/>
        </w:rPr>
        <w:t>this autumn</w:t>
        <w:br/>
      </w:r>
      <w:r>
        <w:rPr>
          <w:b w:val="0"/>
          <w:i/>
          <w:color w:val="222B33"/>
          <w:sz w:val="21"/>
        </w:rPr>
        <w:t>of parting from the shore</w:t>
        <w:br/>
      </w:r>
      <w:r>
        <w:rPr>
          <w:b w:val="0"/>
          <w:i/>
          <w:color w:val="222B33"/>
          <w:sz w:val="21"/>
        </w:rPr>
        <w:t>of so many years?</w:t>
      </w:r>
    </w:p>
    <w:p>
      <w:pPr>
        <w:spacing w:after="40"/>
      </w:pPr>
      <w:r>
        <w:rPr>
          <w:b w:val="0"/>
          <w:i w:val="0"/>
          <w:color w:val="6A6F75"/>
          <w:sz w:val="18"/>
        </w:rPr>
        <w:t xml:space="preserve">In reply to </w:t>
      </w:r>
      <w:hyperlink w:anchor="p241">
        <w:r>
          <w:rPr>
            <w:color w:val="2E5A80"/>
            <w:u w:val="single"/>
            <w:sz w:val="18"/>
          </w:rPr>
          <w:t xml:space="preserve">No. 241 (Akashi Novice)</w:t>
        </w:r>
      </w:hyperlink>
    </w:p>
    <w:p>
      <w:pPr>
        <w:keepNext/>
        <w:spacing w:after="20" w:before="200"/>
      </w:pPr>
      <w:bookmarkStart w:id="256" w:name="p243"/>
      <w:r>
        <w:rPr>
          <w:b/>
          <w:i w:val="0"/>
          <w:color w:val="222B33"/>
          <w:sz w:val="22"/>
        </w:rPr>
        <w:t>No. 243</w:t>
      </w:r>
      <w:r>
        <w:rPr>
          <w:b w:val="0"/>
          <w:i w:val="0"/>
          <w:color w:val="6A6F75"/>
          <w:sz w:val="18"/>
        </w:rPr>
        <w:t xml:space="preserve">   Genji → Suzaku Emperor   贈 sent</w:t>
      </w:r>
      <w:bookmarkEnd w:id="256"/>
    </w:p>
    <w:p>
      <w:pPr>
        <w:keepNext/>
        <w:spacing w:after="40"/>
      </w:pPr>
      <w:r>
        <w:rPr>
          <w:b/>
          <w:i w:val="0"/>
          <w:color w:val="6A6F75"/>
          <w:sz w:val="18"/>
        </w:rPr>
        <w:t xml:space="preserve">Context. </w:t>
      </w:r>
      <w:r>
        <w:rPr>
          <w:b w:val="0"/>
          <w:i w:val="0"/>
          <w:color w:val="6A6F75"/>
          <w:sz w:val="19"/>
        </w:rPr>
        <w:t>Back in the capital Genji meets Suzaku; the leech child, cast adrift, returns.</w:t>
      </w:r>
    </w:p>
    <w:p>
      <w:pPr>
        <w:keepNext/>
        <w:spacing w:after="0"/>
      </w:pPr>
      <w:r>
        <w:rPr>
          <w:rFonts w:ascii="Noto Serif CJK JP" w:hAnsi="Noto Serif CJK JP" w:eastAsia="Noto Serif CJK JP"/>
          <w:b w:val="0"/>
          <w:i w:val="0"/>
          <w:color w:val="222B33"/>
          <w:sz w:val="26"/>
        </w:rPr>
        <w:t>わたつ海にしなえうらぶれ蛭の児の脚立たざりし年は経にけり</w:t>
      </w:r>
    </w:p>
    <w:p>
      <w:pPr>
        <w:keepNext/>
        <w:spacing w:after="60"/>
      </w:pPr>
      <w:r>
        <w:rPr>
          <w:rFonts w:ascii="Noto Serif CJK JP" w:hAnsi="Noto Serif CJK JP" w:eastAsia="Noto Serif CJK JP"/>
          <w:b w:val="0"/>
          <w:i w:val="0"/>
          <w:color w:val="6A6F75"/>
          <w:sz w:val="19"/>
        </w:rPr>
        <w:t>わたつ海に　／　しなへうらふれ　／　ひるのこの　／　あしたゝさりし　／　年はへにけり</w:t>
      </w:r>
    </w:p>
    <w:p>
      <w:pPr>
        <w:keepNext/>
        <w:spacing w:after="60"/>
      </w:pPr>
      <w:r>
        <w:rPr>
          <w:b w:val="0"/>
          <w:i/>
          <w:color w:val="222B33"/>
          <w:sz w:val="21"/>
        </w:rPr>
        <w:t>Withered and forlorn</w:t>
        <w:br/>
      </w:r>
      <w:r>
        <w:rPr>
          <w:b w:val="0"/>
          <w:i/>
          <w:color w:val="222B33"/>
          <w:sz w:val="21"/>
        </w:rPr>
        <w:t>on the wide sea, like the leech child</w:t>
        <w:br/>
      </w:r>
      <w:r>
        <w:rPr>
          <w:b w:val="0"/>
          <w:i/>
          <w:color w:val="222B33"/>
          <w:sz w:val="21"/>
        </w:rPr>
        <w:t>who could not stand,</w:t>
        <w:br/>
      </w:r>
      <w:r>
        <w:rPr>
          <w:b w:val="0"/>
          <w:i/>
          <w:color w:val="222B33"/>
          <w:sz w:val="21"/>
        </w:rPr>
        <w:t>I have passed</w:t>
        <w:br/>
      </w:r>
      <w:r>
        <w:rPr>
          <w:b w:val="0"/>
          <w:i/>
          <w:color w:val="222B33"/>
          <w:sz w:val="21"/>
        </w:rPr>
        <w:t>the years.</w:t>
      </w:r>
    </w:p>
    <w:p>
      <w:pPr>
        <w:spacing w:after="40"/>
      </w:pPr>
      <w:r>
        <w:rPr>
          <w:b w:val="0"/>
          <w:i w:val="0"/>
          <w:color w:val="222B33"/>
          <w:sz w:val="19"/>
        </w:rPr>
        <w:t>The leech child, first offspring of Izanagi and Izanami, was set adrift. It could not stand till its third year: Genji’s exile lasted three years.</w:t>
      </w:r>
    </w:p>
    <w:p>
      <w:pPr>
        <w:spacing w:after="40"/>
      </w:pPr>
      <w:r>
        <w:rPr>
          <w:b w:val="0"/>
          <w:i w:val="0"/>
          <w:color w:val="6A6F75"/>
          <w:sz w:val="18"/>
        </w:rPr>
        <w:t xml:space="preserve">Answered by </w:t>
      </w:r>
      <w:hyperlink w:anchor="p244">
        <w:r>
          <w:rPr>
            <w:color w:val="2E5A80"/>
            <w:u w:val="single"/>
            <w:sz w:val="18"/>
          </w:rPr>
          <w:t xml:space="preserve">No. 244 (Suzaku Emperor)</w:t>
        </w:r>
      </w:hyperlink>
    </w:p>
    <w:p>
      <w:pPr>
        <w:keepNext/>
        <w:spacing w:after="20" w:before="200"/>
      </w:pPr>
      <w:bookmarkStart w:id="257" w:name="p244"/>
      <w:r>
        <w:rPr>
          <w:b/>
          <w:i w:val="0"/>
          <w:color w:val="222B33"/>
          <w:sz w:val="22"/>
        </w:rPr>
        <w:t>No. 244</w:t>
      </w:r>
      <w:r>
        <w:rPr>
          <w:b w:val="0"/>
          <w:i w:val="0"/>
          <w:color w:val="6A6F75"/>
          <w:sz w:val="18"/>
        </w:rPr>
        <w:t xml:space="preserve">   Suzaku Emperor → Genji   答 reply</w:t>
      </w:r>
      <w:bookmarkEnd w:id="257"/>
    </w:p>
    <w:p>
      <w:pPr>
        <w:keepNext/>
        <w:spacing w:after="0"/>
      </w:pPr>
      <w:r>
        <w:rPr>
          <w:rFonts w:ascii="Noto Serif CJK JP" w:hAnsi="Noto Serif CJK JP" w:eastAsia="Noto Serif CJK JP"/>
          <w:b w:val="0"/>
          <w:i w:val="0"/>
          <w:color w:val="222B33"/>
          <w:sz w:val="26"/>
        </w:rPr>
        <w:t>宮柱めぐりあひける時しあれば別れし春の恨み残すな</w:t>
      </w:r>
    </w:p>
    <w:p>
      <w:pPr>
        <w:keepNext/>
        <w:spacing w:after="60"/>
      </w:pPr>
      <w:r>
        <w:rPr>
          <w:rFonts w:ascii="Noto Serif CJK JP" w:hAnsi="Noto Serif CJK JP" w:eastAsia="Noto Serif CJK JP"/>
          <w:b w:val="0"/>
          <w:i w:val="0"/>
          <w:color w:val="6A6F75"/>
          <w:sz w:val="19"/>
        </w:rPr>
        <w:t>宮はしら　／　めくりあひける　／　ときしあれは　／　わかれし春の　／　うらみのこすな</w:t>
      </w:r>
    </w:p>
    <w:p>
      <w:pPr>
        <w:keepNext/>
        <w:spacing w:after="60"/>
      </w:pPr>
      <w:r>
        <w:rPr>
          <w:b w:val="0"/>
          <w:i/>
          <w:color w:val="222B33"/>
          <w:sz w:val="21"/>
        </w:rPr>
        <w:t>Since a time has come</w:t>
        <w:br/>
      </w:r>
      <w:r>
        <w:rPr>
          <w:b w:val="0"/>
          <w:i/>
          <w:color w:val="222B33"/>
          <w:sz w:val="21"/>
        </w:rPr>
        <w:t>to meet again, as they did</w:t>
        <w:br/>
      </w:r>
      <w:r>
        <w:rPr>
          <w:b w:val="0"/>
          <w:i/>
          <w:color w:val="222B33"/>
          <w:sz w:val="21"/>
        </w:rPr>
        <w:t>round the palace pillar,</w:t>
        <w:br/>
      </w:r>
      <w:r>
        <w:rPr>
          <w:b w:val="0"/>
          <w:i/>
          <w:color w:val="222B33"/>
          <w:sz w:val="21"/>
        </w:rPr>
        <w:t>leave no rancor</w:t>
        <w:br/>
      </w:r>
      <w:r>
        <w:rPr>
          <w:b w:val="0"/>
          <w:i/>
          <w:color w:val="222B33"/>
          <w:sz w:val="21"/>
        </w:rPr>
        <w:t>from the spring we parted.</w:t>
      </w:r>
    </w:p>
    <w:p>
      <w:pPr>
        <w:spacing w:after="40"/>
      </w:pPr>
      <w:r>
        <w:rPr>
          <w:b w:val="0"/>
          <w:i w:val="0"/>
          <w:color w:val="222B33"/>
          <w:sz w:val="19"/>
        </w:rPr>
        <w:t>He takes up the same myth: Izanagi and Izanami met circling the pillar.</w:t>
      </w:r>
    </w:p>
    <w:p>
      <w:pPr>
        <w:spacing w:after="40"/>
      </w:pPr>
      <w:r>
        <w:rPr>
          <w:b w:val="0"/>
          <w:i w:val="0"/>
          <w:color w:val="6A6F75"/>
          <w:sz w:val="18"/>
        </w:rPr>
        <w:t xml:space="preserve">In reply to </w:t>
      </w:r>
      <w:hyperlink w:anchor="p243">
        <w:r>
          <w:rPr>
            <w:color w:val="2E5A80"/>
            <w:u w:val="single"/>
            <w:sz w:val="18"/>
          </w:rPr>
          <w:t xml:space="preserve">No. 243 (Genji)</w:t>
        </w:r>
      </w:hyperlink>
    </w:p>
    <w:p>
      <w:pPr>
        <w:keepNext/>
        <w:spacing w:after="20" w:before="200"/>
      </w:pPr>
      <w:bookmarkStart w:id="258" w:name="p245"/>
      <w:r>
        <w:rPr>
          <w:b/>
          <w:i w:val="0"/>
          <w:color w:val="222B33"/>
          <w:sz w:val="22"/>
        </w:rPr>
        <w:t>No. 245</w:t>
      </w:r>
      <w:r>
        <w:rPr>
          <w:b w:val="0"/>
          <w:i w:val="0"/>
          <w:color w:val="6A6F75"/>
          <w:sz w:val="18"/>
        </w:rPr>
        <w:t xml:space="preserve">   Genji → Lady Akashi   贈:独 sent / solo</w:t>
      </w:r>
      <w:bookmarkEnd w:id="258"/>
    </w:p>
    <w:p>
      <w:pPr>
        <w:keepNext/>
        <w:spacing w:after="40"/>
      </w:pPr>
      <w:r>
        <w:rPr>
          <w:b/>
          <w:i w:val="0"/>
          <w:color w:val="6A6F75"/>
          <w:sz w:val="18"/>
        </w:rPr>
        <w:t xml:space="preserve">Context. </w:t>
      </w:r>
      <w:r>
        <w:rPr>
          <w:b w:val="0"/>
          <w:i w:val="0"/>
          <w:color w:val="6A6F75"/>
          <w:sz w:val="19"/>
        </w:rPr>
        <w:t>Genji in the capital writes to Lady Akashi.</w:t>
      </w:r>
    </w:p>
    <w:p>
      <w:pPr>
        <w:keepNext/>
        <w:spacing w:after="0"/>
      </w:pPr>
      <w:r>
        <w:rPr>
          <w:rFonts w:ascii="Noto Serif CJK JP" w:hAnsi="Noto Serif CJK JP" w:eastAsia="Noto Serif CJK JP"/>
          <w:b w:val="0"/>
          <w:i w:val="0"/>
          <w:color w:val="222B33"/>
          <w:sz w:val="26"/>
        </w:rPr>
        <w:t>嘆きつつ明石の浦に朝霧の立つやと人を思ひやるかな</w:t>
      </w:r>
    </w:p>
    <w:p>
      <w:pPr>
        <w:keepNext/>
        <w:spacing w:after="60"/>
      </w:pPr>
      <w:r>
        <w:rPr>
          <w:rFonts w:ascii="Noto Serif CJK JP" w:hAnsi="Noto Serif CJK JP" w:eastAsia="Noto Serif CJK JP"/>
          <w:b w:val="0"/>
          <w:i w:val="0"/>
          <w:color w:val="6A6F75"/>
          <w:sz w:val="19"/>
        </w:rPr>
        <w:t>なけきつゝ　／　あかしの浦に　／　あさ霧の　／　たつやと人を　／　思ひやるかな</w:t>
      </w:r>
    </w:p>
    <w:p>
      <w:pPr>
        <w:keepNext/>
        <w:spacing w:after="60"/>
      </w:pPr>
      <w:r>
        <w:rPr>
          <w:b w:val="0"/>
          <w:i/>
          <w:color w:val="222B33"/>
          <w:sz w:val="21"/>
        </w:rPr>
        <w:t>Lamenting, I think of her:</w:t>
        <w:br/>
      </w:r>
      <w:r>
        <w:rPr>
          <w:b w:val="0"/>
          <w:i/>
          <w:color w:val="222B33"/>
          <w:sz w:val="21"/>
        </w:rPr>
        <w:t>will morning mists rise</w:t>
        <w:br/>
      </w:r>
      <w:r>
        <w:rPr>
          <w:b w:val="0"/>
          <w:i/>
          <w:color w:val="222B33"/>
          <w:sz w:val="21"/>
        </w:rPr>
        <w:t>on Akashi Bay</w:t>
        <w:br/>
      </w:r>
      <w:r>
        <w:rPr>
          <w:b w:val="0"/>
          <w:i/>
          <w:color w:val="222B33"/>
          <w:sz w:val="21"/>
        </w:rPr>
        <w:t>like the sighs</w:t>
        <w:br/>
      </w:r>
      <w:r>
        <w:rPr>
          <w:b w:val="0"/>
          <w:i/>
          <w:color w:val="222B33"/>
          <w:sz w:val="21"/>
        </w:rPr>
        <w:t>of one I love?</w:t>
      </w:r>
    </w:p>
    <w:p>
      <w:pPr>
        <w:keepNext/>
        <w:spacing w:after="20" w:before="200"/>
      </w:pPr>
      <w:bookmarkStart w:id="259" w:name="p246"/>
      <w:r>
        <w:rPr>
          <w:b/>
          <w:i w:val="0"/>
          <w:color w:val="222B33"/>
          <w:sz w:val="22"/>
        </w:rPr>
        <w:t>No. 246</w:t>
      </w:r>
      <w:r>
        <w:rPr>
          <w:b w:val="0"/>
          <w:i w:val="0"/>
          <w:color w:val="6A6F75"/>
          <w:sz w:val="18"/>
        </w:rPr>
        <w:t xml:space="preserve">   the Gosechi dancer → Genji   贈 sent</w:t>
      </w:r>
      <w:bookmarkEnd w:id="259"/>
    </w:p>
    <w:p>
      <w:pPr>
        <w:keepNext/>
        <w:spacing w:after="40"/>
      </w:pPr>
      <w:r>
        <w:rPr>
          <w:b/>
          <w:i w:val="0"/>
          <w:color w:val="6A6F75"/>
          <w:sz w:val="18"/>
        </w:rPr>
        <w:t xml:space="preserve">Context. </w:t>
      </w:r>
      <w:r>
        <w:rPr>
          <w:b w:val="0"/>
          <w:i w:val="0"/>
          <w:color w:val="6A6F75"/>
          <w:sz w:val="19"/>
        </w:rPr>
        <w:t>The Gosechi dancer writes again; a minor fidelity.</w:t>
      </w:r>
    </w:p>
    <w:p>
      <w:pPr>
        <w:keepNext/>
        <w:spacing w:after="0"/>
      </w:pPr>
      <w:r>
        <w:rPr>
          <w:rFonts w:ascii="Noto Serif CJK JP" w:hAnsi="Noto Serif CJK JP" w:eastAsia="Noto Serif CJK JP"/>
          <w:b w:val="0"/>
          <w:i w:val="0"/>
          <w:color w:val="222B33"/>
          <w:sz w:val="26"/>
        </w:rPr>
        <w:t>須磨の浦に心を寄せし舟人のやがて朽たせる袖を見せばや</w:t>
      </w:r>
    </w:p>
    <w:p>
      <w:pPr>
        <w:keepNext/>
        <w:spacing w:after="60"/>
      </w:pPr>
      <w:r>
        <w:rPr>
          <w:rFonts w:ascii="Noto Serif CJK JP" w:hAnsi="Noto Serif CJK JP" w:eastAsia="Noto Serif CJK JP"/>
          <w:b w:val="0"/>
          <w:i w:val="0"/>
          <w:color w:val="6A6F75"/>
          <w:sz w:val="19"/>
        </w:rPr>
        <w:t>すまの浦に　／　心をよせし　／　ふな人の　／　やかてくたせる　／　袖をみせはや</w:t>
      </w:r>
    </w:p>
    <w:p>
      <w:pPr>
        <w:keepNext/>
        <w:spacing w:after="60"/>
      </w:pPr>
      <w:r>
        <w:rPr>
          <w:b w:val="0"/>
          <w:i/>
          <w:color w:val="222B33"/>
          <w:sz w:val="21"/>
        </w:rPr>
        <w:t>I wish I could show you</w:t>
        <w:br/>
      </w:r>
      <w:r>
        <w:rPr>
          <w:b w:val="0"/>
          <w:i/>
          <w:color w:val="222B33"/>
          <w:sz w:val="21"/>
        </w:rPr>
        <w:t>the sleeves, now rotted,</w:t>
        <w:br/>
      </w:r>
      <w:r>
        <w:rPr>
          <w:b w:val="0"/>
          <w:i/>
          <w:color w:val="222B33"/>
          <w:sz w:val="21"/>
        </w:rPr>
        <w:t>of the boatman whose heart</w:t>
        <w:br/>
      </w:r>
      <w:r>
        <w:rPr>
          <w:b w:val="0"/>
          <w:i/>
          <w:color w:val="222B33"/>
          <w:sz w:val="21"/>
        </w:rPr>
        <w:t>was drawn</w:t>
        <w:br/>
      </w:r>
      <w:r>
        <w:rPr>
          <w:b w:val="0"/>
          <w:i/>
          <w:color w:val="222B33"/>
          <w:sz w:val="21"/>
        </w:rPr>
        <w:t>to Suma Bay.</w:t>
      </w:r>
    </w:p>
    <w:p>
      <w:pPr>
        <w:spacing w:after="40"/>
      </w:pPr>
      <w:r>
        <w:rPr>
          <w:b w:val="0"/>
          <w:i w:val="0"/>
          <w:color w:val="6A6F75"/>
          <w:sz w:val="18"/>
        </w:rPr>
        <w:t xml:space="preserve">Answered by </w:t>
      </w:r>
      <w:hyperlink w:anchor="p247">
        <w:r>
          <w:rPr>
            <w:color w:val="2E5A80"/>
            <w:u w:val="single"/>
            <w:sz w:val="18"/>
          </w:rPr>
          <w:t xml:space="preserve">No. 247 (Genji)</w:t>
        </w:r>
      </w:hyperlink>
    </w:p>
    <w:p>
      <w:pPr>
        <w:keepNext/>
        <w:spacing w:after="20" w:before="200"/>
      </w:pPr>
      <w:bookmarkStart w:id="260" w:name="p247"/>
      <w:r>
        <w:rPr>
          <w:b/>
          <w:i w:val="0"/>
          <w:color w:val="222B33"/>
          <w:sz w:val="22"/>
        </w:rPr>
        <w:t>No. 247</w:t>
      </w:r>
      <w:r>
        <w:rPr>
          <w:b w:val="0"/>
          <w:i w:val="0"/>
          <w:color w:val="6A6F75"/>
          <w:sz w:val="18"/>
        </w:rPr>
        <w:t xml:space="preserve">   Genji → the Gosechi dancer   答 reply</w:t>
      </w:r>
      <w:bookmarkEnd w:id="260"/>
    </w:p>
    <w:p>
      <w:pPr>
        <w:keepNext/>
        <w:spacing w:after="0"/>
      </w:pPr>
      <w:r>
        <w:rPr>
          <w:rFonts w:ascii="Noto Serif CJK JP" w:hAnsi="Noto Serif CJK JP" w:eastAsia="Noto Serif CJK JP"/>
          <w:b w:val="0"/>
          <w:i w:val="0"/>
          <w:color w:val="222B33"/>
          <w:sz w:val="26"/>
        </w:rPr>
        <w:t>帰りてはかことやせまし寄せたりし名残に袖の干がたかりしを</w:t>
      </w:r>
    </w:p>
    <w:p>
      <w:pPr>
        <w:keepNext/>
        <w:spacing w:after="60"/>
      </w:pPr>
      <w:r>
        <w:rPr>
          <w:rFonts w:ascii="Noto Serif CJK JP" w:hAnsi="Noto Serif CJK JP" w:eastAsia="Noto Serif CJK JP"/>
          <w:b w:val="0"/>
          <w:i w:val="0"/>
          <w:color w:val="6A6F75"/>
          <w:sz w:val="19"/>
        </w:rPr>
        <w:t>帰ては　／　かことやせまし　／　よせたりし　／　なこりに袖の　／　ひかたかりしを</w:t>
      </w:r>
    </w:p>
    <w:p>
      <w:pPr>
        <w:keepNext/>
        <w:spacing w:after="60"/>
      </w:pPr>
      <w:r>
        <w:rPr>
          <w:b w:val="0"/>
          <w:i/>
          <w:color w:val="222B33"/>
          <w:sz w:val="21"/>
        </w:rPr>
        <w:t>Should I complain, now I am back?</w:t>
        <w:br/>
      </w:r>
      <w:r>
        <w:rPr>
          <w:b w:val="0"/>
          <w:i/>
          <w:color w:val="222B33"/>
          <w:sz w:val="21"/>
        </w:rPr>
        <w:t>In the wake of that wave</w:t>
        <w:br/>
      </w:r>
      <w:r>
        <w:rPr>
          <w:b w:val="0"/>
          <w:i/>
          <w:color w:val="222B33"/>
          <w:sz w:val="21"/>
        </w:rPr>
        <w:t>you sent to Suma,</w:t>
        <w:br/>
      </w:r>
      <w:r>
        <w:rPr>
          <w:b w:val="0"/>
          <w:i/>
          <w:color w:val="222B33"/>
          <w:sz w:val="21"/>
        </w:rPr>
        <w:t>my sleeves</w:t>
        <w:br/>
      </w:r>
      <w:r>
        <w:rPr>
          <w:b w:val="0"/>
          <w:i/>
          <w:color w:val="222B33"/>
          <w:sz w:val="21"/>
        </w:rPr>
        <w:t>were hard to dry.</w:t>
      </w:r>
    </w:p>
    <w:p>
      <w:pPr>
        <w:spacing w:after="40"/>
      </w:pPr>
      <w:r>
        <w:rPr>
          <w:b w:val="0"/>
          <w:i w:val="0"/>
          <w:color w:val="6A6F75"/>
          <w:sz w:val="18"/>
        </w:rPr>
        <w:t xml:space="preserve">In reply to </w:t>
      </w:r>
      <w:hyperlink w:anchor="p246">
        <w:r>
          <w:rPr>
            <w:color w:val="2E5A80"/>
            <w:u w:val="single"/>
            <w:sz w:val="18"/>
          </w:rPr>
          <w:t xml:space="preserve">No. 246 (the Gosechi dancer)</w:t>
        </w:r>
      </w:hyperlink>
    </w:p>
    <w:p>
      <w:pPr>
        <w:pStyle w:val="Heading1"/>
      </w:pPr>
      <w:bookmarkStart w:id="261" w:name="ch14"/>
      <w:r>
        <w:t>Chapter 14 · Miotsukushi 澪標</w:t>
      </w:r>
      <w:bookmarkEnd w:id="261"/>
    </w:p>
    <w:p>
      <w:pPr>
        <w:keepNext/>
        <w:spacing w:after="20" w:before="200"/>
      </w:pPr>
      <w:bookmarkStart w:id="262" w:name="p248"/>
      <w:r>
        <w:rPr>
          <w:b/>
          <w:i w:val="0"/>
          <w:color w:val="222B33"/>
          <w:sz w:val="22"/>
        </w:rPr>
        <w:t>No. 248</w:t>
      </w:r>
      <w:r>
        <w:rPr>
          <w:b w:val="0"/>
          <w:i w:val="0"/>
          <w:color w:val="6A6F75"/>
          <w:sz w:val="18"/>
        </w:rPr>
        <w:t xml:space="preserve">   Genji → the Akashi Princess’s nurse   贈 sent</w:t>
      </w:r>
      <w:bookmarkEnd w:id="262"/>
    </w:p>
    <w:p>
      <w:pPr>
        <w:keepNext/>
        <w:spacing w:after="40"/>
      </w:pPr>
      <w:r>
        <w:rPr>
          <w:b/>
          <w:i w:val="0"/>
          <w:color w:val="6A6F75"/>
          <w:sz w:val="18"/>
        </w:rPr>
        <w:t xml:space="preserve">Context. </w:t>
      </w:r>
      <w:r>
        <w:rPr>
          <w:b w:val="0"/>
          <w:i w:val="0"/>
          <w:color w:val="6A6F75"/>
          <w:sz w:val="19"/>
        </w:rPr>
        <w:t>Genji sends a nurse to Akashi for his newborn daughter; the child will become Empress.</w:t>
      </w:r>
    </w:p>
    <w:p>
      <w:pPr>
        <w:keepNext/>
        <w:spacing w:after="0"/>
      </w:pPr>
      <w:r>
        <w:rPr>
          <w:rFonts w:ascii="Noto Serif CJK JP" w:hAnsi="Noto Serif CJK JP" w:eastAsia="Noto Serif CJK JP"/>
          <w:b w:val="0"/>
          <w:i w:val="0"/>
          <w:color w:val="222B33"/>
          <w:sz w:val="26"/>
        </w:rPr>
        <w:t>かねてより隔てぬ仲とならはねど別れは惜しきものにぞありける</w:t>
      </w:r>
    </w:p>
    <w:p>
      <w:pPr>
        <w:keepNext/>
        <w:spacing w:after="60"/>
      </w:pPr>
      <w:r>
        <w:rPr>
          <w:rFonts w:ascii="Noto Serif CJK JP" w:hAnsi="Noto Serif CJK JP" w:eastAsia="Noto Serif CJK JP"/>
          <w:b w:val="0"/>
          <w:i w:val="0"/>
          <w:color w:val="6A6F75"/>
          <w:sz w:val="19"/>
        </w:rPr>
        <w:t>かねてより　／　へたてぬ中と　／　ならはねと　／　わかれはおしき　／　物にそありける</w:t>
      </w:r>
    </w:p>
    <w:p>
      <w:pPr>
        <w:keepNext/>
        <w:spacing w:after="60"/>
      </w:pPr>
      <w:r>
        <w:rPr>
          <w:b w:val="0"/>
          <w:i/>
          <w:color w:val="222B33"/>
          <w:sz w:val="21"/>
        </w:rPr>
        <w:t>Though we are not long used</w:t>
        <w:br/>
      </w:r>
      <w:r>
        <w:rPr>
          <w:b w:val="0"/>
          <w:i/>
          <w:color w:val="222B33"/>
          <w:sz w:val="21"/>
        </w:rPr>
        <w:t>to closeness,</w:t>
        <w:br/>
      </w:r>
      <w:r>
        <w:rPr>
          <w:b w:val="0"/>
          <w:i/>
          <w:color w:val="222B33"/>
          <w:sz w:val="21"/>
        </w:rPr>
        <w:t>still, parting</w:t>
        <w:br/>
      </w:r>
      <w:r>
        <w:rPr>
          <w:b w:val="0"/>
          <w:i/>
          <w:color w:val="222B33"/>
          <w:sz w:val="21"/>
        </w:rPr>
        <w:t>is something</w:t>
        <w:br/>
      </w:r>
      <w:r>
        <w:rPr>
          <w:b w:val="0"/>
          <w:i/>
          <w:color w:val="222B33"/>
          <w:sz w:val="21"/>
        </w:rPr>
        <w:t>to be regretted.</w:t>
      </w:r>
    </w:p>
    <w:p>
      <w:pPr>
        <w:spacing w:after="40"/>
      </w:pPr>
      <w:r>
        <w:rPr>
          <w:b w:val="0"/>
          <w:i w:val="0"/>
          <w:color w:val="222B33"/>
          <w:sz w:val="19"/>
        </w:rPr>
        <w:t>The nurse sent to the newborn Akashi Princess.</w:t>
      </w:r>
    </w:p>
    <w:p>
      <w:pPr>
        <w:spacing w:after="40"/>
      </w:pPr>
      <w:r>
        <w:rPr>
          <w:b w:val="0"/>
          <w:i w:val="0"/>
          <w:color w:val="6A6F75"/>
          <w:sz w:val="18"/>
        </w:rPr>
        <w:t xml:space="preserve">Answered by </w:t>
      </w:r>
      <w:hyperlink w:anchor="p249">
        <w:r>
          <w:rPr>
            <w:color w:val="2E5A80"/>
            <w:u w:val="single"/>
            <w:sz w:val="18"/>
          </w:rPr>
          <w:t xml:space="preserve">No. 249 (the Akashi Princess’s nurse)</w:t>
        </w:r>
      </w:hyperlink>
    </w:p>
    <w:p>
      <w:pPr>
        <w:keepNext/>
        <w:spacing w:after="20" w:before="200"/>
      </w:pPr>
      <w:bookmarkStart w:id="263" w:name="p249"/>
      <w:r>
        <w:rPr>
          <w:b/>
          <w:i w:val="0"/>
          <w:color w:val="222B33"/>
          <w:sz w:val="22"/>
        </w:rPr>
        <w:t>No. 249</w:t>
      </w:r>
      <w:r>
        <w:rPr>
          <w:b w:val="0"/>
          <w:i w:val="0"/>
          <w:color w:val="6A6F75"/>
          <w:sz w:val="18"/>
        </w:rPr>
        <w:t xml:space="preserve">   the Akashi Princess’s nurse → Genji   答 reply</w:t>
      </w:r>
      <w:bookmarkEnd w:id="263"/>
    </w:p>
    <w:p>
      <w:pPr>
        <w:keepNext/>
        <w:spacing w:after="0"/>
      </w:pPr>
      <w:r>
        <w:rPr>
          <w:rFonts w:ascii="Noto Serif CJK JP" w:hAnsi="Noto Serif CJK JP" w:eastAsia="Noto Serif CJK JP"/>
          <w:b w:val="0"/>
          <w:i w:val="0"/>
          <w:color w:val="222B33"/>
          <w:sz w:val="26"/>
        </w:rPr>
        <w:t>うちつけの別れを惜しむかことにて思はむ方に慕ひやはせぬ</w:t>
      </w:r>
    </w:p>
    <w:p>
      <w:pPr>
        <w:keepNext/>
        <w:spacing w:after="60"/>
      </w:pPr>
      <w:r>
        <w:rPr>
          <w:rFonts w:ascii="Noto Serif CJK JP" w:hAnsi="Noto Serif CJK JP" w:eastAsia="Noto Serif CJK JP"/>
          <w:b w:val="0"/>
          <w:i w:val="0"/>
          <w:color w:val="6A6F75"/>
          <w:sz w:val="19"/>
        </w:rPr>
        <w:t>うちつけの　／　わかれをおしむ　／　かことにて　／　おもはむかたに　／　したひやはせぬ</w:t>
      </w:r>
    </w:p>
    <w:p>
      <w:pPr>
        <w:keepNext/>
        <w:spacing w:after="60"/>
      </w:pPr>
      <w:r>
        <w:rPr>
          <w:b w:val="0"/>
          <w:i/>
          <w:color w:val="222B33"/>
          <w:sz w:val="21"/>
        </w:rPr>
        <w:t>Is your regret at this sudden parting</w:t>
        <w:br/>
      </w:r>
      <w:r>
        <w:rPr>
          <w:b w:val="0"/>
          <w:i/>
          <w:color w:val="222B33"/>
          <w:sz w:val="21"/>
        </w:rPr>
        <w:t>only a pretext?</w:t>
        <w:br/>
      </w:r>
      <w:r>
        <w:rPr>
          <w:b w:val="0"/>
          <w:i/>
          <w:color w:val="222B33"/>
          <w:sz w:val="21"/>
        </w:rPr>
        <w:t>You could follow</w:t>
        <w:br/>
      </w:r>
      <w:r>
        <w:rPr>
          <w:b w:val="0"/>
          <w:i/>
          <w:color w:val="222B33"/>
          <w:sz w:val="21"/>
        </w:rPr>
        <w:t>to the one</w:t>
        <w:br/>
      </w:r>
      <w:r>
        <w:rPr>
          <w:b w:val="0"/>
          <w:i/>
          <w:color w:val="222B33"/>
          <w:sz w:val="21"/>
        </w:rPr>
        <w:t>you care for.</w:t>
      </w:r>
    </w:p>
    <w:p>
      <w:pPr>
        <w:spacing w:after="40"/>
      </w:pPr>
      <w:r>
        <w:rPr>
          <w:b w:val="0"/>
          <w:i w:val="0"/>
          <w:color w:val="222B33"/>
          <w:sz w:val="19"/>
        </w:rPr>
        <w:t>She sees through him: his longing is for Lady Akashi.</w:t>
      </w:r>
    </w:p>
    <w:p>
      <w:pPr>
        <w:spacing w:after="40"/>
      </w:pPr>
      <w:r>
        <w:rPr>
          <w:b w:val="0"/>
          <w:i w:val="0"/>
          <w:color w:val="6A6F75"/>
          <w:sz w:val="18"/>
        </w:rPr>
        <w:t xml:space="preserve">In reply to </w:t>
      </w:r>
      <w:hyperlink w:anchor="p248">
        <w:r>
          <w:rPr>
            <w:color w:val="2E5A80"/>
            <w:u w:val="single"/>
            <w:sz w:val="18"/>
          </w:rPr>
          <w:t xml:space="preserve">No. 248 (Genji)</w:t>
        </w:r>
      </w:hyperlink>
    </w:p>
    <w:p>
      <w:pPr>
        <w:keepNext/>
        <w:spacing w:after="20" w:before="200"/>
      </w:pPr>
      <w:bookmarkStart w:id="264" w:name="p250"/>
      <w:r>
        <w:rPr>
          <w:b/>
          <w:i w:val="0"/>
          <w:color w:val="222B33"/>
          <w:sz w:val="22"/>
        </w:rPr>
        <w:t>No. 250</w:t>
      </w:r>
      <w:r>
        <w:rPr>
          <w:b w:val="0"/>
          <w:i w:val="0"/>
          <w:color w:val="6A6F75"/>
          <w:sz w:val="18"/>
        </w:rPr>
        <w:t xml:space="preserve">   Genji → Lady Akashi   贈 sent</w:t>
      </w:r>
      <w:bookmarkEnd w:id="264"/>
    </w:p>
    <w:p>
      <w:pPr>
        <w:keepNext/>
        <w:spacing w:after="40"/>
      </w:pPr>
      <w:r>
        <w:rPr>
          <w:b/>
          <w:i w:val="0"/>
          <w:color w:val="6A6F75"/>
          <w:sz w:val="18"/>
        </w:rPr>
        <w:t xml:space="preserve">Context. </w:t>
      </w:r>
      <w:r>
        <w:rPr>
          <w:b w:val="0"/>
          <w:i w:val="0"/>
          <w:color w:val="6A6F75"/>
          <w:sz w:val="19"/>
        </w:rPr>
        <w:t>Genji’s letter to Lady Akashi, sent with the nurse for their newborn daughter.</w:t>
      </w:r>
    </w:p>
    <w:p>
      <w:pPr>
        <w:keepNext/>
        <w:spacing w:after="0"/>
      </w:pPr>
      <w:r>
        <w:rPr>
          <w:rFonts w:ascii="Noto Serif CJK JP" w:hAnsi="Noto Serif CJK JP" w:eastAsia="Noto Serif CJK JP"/>
          <w:b w:val="0"/>
          <w:i w:val="0"/>
          <w:color w:val="222B33"/>
          <w:sz w:val="26"/>
        </w:rPr>
        <w:t>いつしかも袖うちかけむをとめ子が世を経て撫づる岩の生ひ先</w:t>
      </w:r>
    </w:p>
    <w:p>
      <w:pPr>
        <w:keepNext/>
        <w:spacing w:after="60"/>
      </w:pPr>
      <w:r>
        <w:rPr>
          <w:rFonts w:ascii="Noto Serif CJK JP" w:hAnsi="Noto Serif CJK JP" w:eastAsia="Noto Serif CJK JP"/>
          <w:b w:val="0"/>
          <w:i w:val="0"/>
          <w:color w:val="6A6F75"/>
          <w:sz w:val="19"/>
        </w:rPr>
        <w:t>いつしかも　／　袖うちかけむ　／　おとめこか　／　世をへてなつる　／　いはのおひさき</w:t>
      </w:r>
    </w:p>
    <w:p>
      <w:pPr>
        <w:keepNext/>
        <w:spacing w:after="60"/>
      </w:pPr>
      <w:r>
        <w:rPr>
          <w:b w:val="0"/>
          <w:i/>
          <w:color w:val="222B33"/>
          <w:sz w:val="21"/>
        </w:rPr>
        <w:t>When shall I cover</w:t>
        <w:br/>
      </w:r>
      <w:r>
        <w:rPr>
          <w:b w:val="0"/>
          <w:i/>
          <w:color w:val="222B33"/>
          <w:sz w:val="21"/>
        </w:rPr>
        <w:t>with my sleeve the young future</w:t>
        <w:br/>
      </w:r>
      <w:r>
        <w:rPr>
          <w:b w:val="0"/>
          <w:i/>
          <w:color w:val="222B33"/>
          <w:sz w:val="21"/>
        </w:rPr>
        <w:t>of the rock that the maiden</w:t>
        <w:br/>
      </w:r>
      <w:r>
        <w:rPr>
          <w:b w:val="0"/>
          <w:i/>
          <w:color w:val="222B33"/>
          <w:sz w:val="21"/>
        </w:rPr>
        <w:t>strokes</w:t>
        <w:br/>
      </w:r>
      <w:r>
        <w:rPr>
          <w:b w:val="0"/>
          <w:i/>
          <w:color w:val="222B33"/>
          <w:sz w:val="21"/>
        </w:rPr>
        <w:t>through the ages?</w:t>
      </w:r>
    </w:p>
    <w:p>
      <w:pPr>
        <w:spacing w:after="40"/>
      </w:pPr>
      <w:r>
        <w:rPr>
          <w:b w:val="0"/>
          <w:i w:val="0"/>
          <w:color w:val="222B33"/>
          <w:sz w:val="19"/>
        </w:rPr>
        <w:t>The rock worn away by a heavenly maiden’s sleeve, once in an aeon: the daughter’s long life.</w:t>
      </w:r>
    </w:p>
    <w:p>
      <w:pPr>
        <w:spacing w:after="40"/>
      </w:pPr>
      <w:r>
        <w:rPr>
          <w:b w:val="0"/>
          <w:i w:val="0"/>
          <w:color w:val="6A6F75"/>
          <w:sz w:val="18"/>
        </w:rPr>
        <w:t xml:space="preserve">Answered by </w:t>
      </w:r>
      <w:hyperlink w:anchor="p251">
        <w:r>
          <w:rPr>
            <w:color w:val="2E5A80"/>
            <w:u w:val="single"/>
            <w:sz w:val="18"/>
          </w:rPr>
          <w:t xml:space="preserve">No. 251 (Lady Akashi)</w:t>
        </w:r>
      </w:hyperlink>
    </w:p>
    <w:p>
      <w:pPr>
        <w:keepNext/>
        <w:spacing w:after="20" w:before="200"/>
      </w:pPr>
      <w:bookmarkStart w:id="265" w:name="p251"/>
      <w:r>
        <w:rPr>
          <w:b/>
          <w:i w:val="0"/>
          <w:color w:val="222B33"/>
          <w:sz w:val="22"/>
        </w:rPr>
        <w:t>No. 251</w:t>
      </w:r>
      <w:r>
        <w:rPr>
          <w:b w:val="0"/>
          <w:i w:val="0"/>
          <w:color w:val="6A6F75"/>
          <w:sz w:val="18"/>
        </w:rPr>
        <w:t xml:space="preserve">   Lady Akashi → Genji   答 reply</w:t>
      </w:r>
      <w:bookmarkEnd w:id="265"/>
    </w:p>
    <w:p>
      <w:pPr>
        <w:keepNext/>
        <w:spacing w:after="0"/>
      </w:pPr>
      <w:r>
        <w:rPr>
          <w:rFonts w:ascii="Noto Serif CJK JP" w:hAnsi="Noto Serif CJK JP" w:eastAsia="Noto Serif CJK JP"/>
          <w:b w:val="0"/>
          <w:i w:val="0"/>
          <w:color w:val="222B33"/>
          <w:sz w:val="26"/>
        </w:rPr>
        <w:t>ひとりして撫づるは袖のほどなきに覆ふばかりの蔭をしぞ待つ</w:t>
      </w:r>
    </w:p>
    <w:p>
      <w:pPr>
        <w:keepNext/>
        <w:spacing w:after="60"/>
      </w:pPr>
      <w:r>
        <w:rPr>
          <w:rFonts w:ascii="Noto Serif CJK JP" w:hAnsi="Noto Serif CJK JP" w:eastAsia="Noto Serif CJK JP"/>
          <w:b w:val="0"/>
          <w:i w:val="0"/>
          <w:color w:val="6A6F75"/>
          <w:sz w:val="19"/>
        </w:rPr>
        <w:t>ひとりして　／　なつるは袖の　／　ほとなきに　／　おほふはかりの　／　かけをしそまつ</w:t>
      </w:r>
    </w:p>
    <w:p>
      <w:pPr>
        <w:keepNext/>
        <w:spacing w:after="60"/>
      </w:pPr>
      <w:r>
        <w:rPr>
          <w:b w:val="0"/>
          <w:i/>
          <w:color w:val="222B33"/>
          <w:sz w:val="21"/>
        </w:rPr>
        <w:t>Stroking it alone,</w:t>
        <w:br/>
      </w:r>
      <w:r>
        <w:rPr>
          <w:b w:val="0"/>
          <w:i/>
          <w:color w:val="222B33"/>
          <w:sz w:val="21"/>
        </w:rPr>
        <w:t>my sleeve is too small;</w:t>
        <w:br/>
      </w:r>
      <w:r>
        <w:rPr>
          <w:b w:val="0"/>
          <w:i/>
          <w:color w:val="222B33"/>
          <w:sz w:val="21"/>
        </w:rPr>
        <w:t>I wait for a shade</w:t>
        <w:br/>
      </w:r>
      <w:r>
        <w:rPr>
          <w:b w:val="0"/>
          <w:i/>
          <w:color w:val="222B33"/>
          <w:sz w:val="21"/>
        </w:rPr>
        <w:t>broad enough</w:t>
        <w:br/>
      </w:r>
      <w:r>
        <w:rPr>
          <w:b w:val="0"/>
          <w:i/>
          <w:color w:val="222B33"/>
          <w:sz w:val="21"/>
        </w:rPr>
        <w:t>to cover her.</w:t>
      </w:r>
    </w:p>
    <w:p>
      <w:pPr>
        <w:spacing w:after="40"/>
      </w:pPr>
      <w:r>
        <w:rPr>
          <w:b w:val="0"/>
          <w:i w:val="0"/>
          <w:color w:val="6A6F75"/>
          <w:sz w:val="18"/>
        </w:rPr>
        <w:t xml:space="preserve">In reply to </w:t>
      </w:r>
      <w:hyperlink w:anchor="p250">
        <w:r>
          <w:rPr>
            <w:color w:val="2E5A80"/>
            <w:u w:val="single"/>
            <w:sz w:val="18"/>
          </w:rPr>
          <w:t xml:space="preserve">No. 250 (Genji)</w:t>
        </w:r>
      </w:hyperlink>
    </w:p>
    <w:p>
      <w:pPr>
        <w:keepNext/>
        <w:spacing w:after="20" w:before="200"/>
      </w:pPr>
      <w:bookmarkStart w:id="266" w:name="p252"/>
      <w:r>
        <w:rPr>
          <w:b/>
          <w:i w:val="0"/>
          <w:color w:val="222B33"/>
          <w:sz w:val="22"/>
        </w:rPr>
        <w:t>No. 252</w:t>
      </w:r>
      <w:r>
        <w:rPr>
          <w:b w:val="0"/>
          <w:i w:val="0"/>
          <w:color w:val="6A6F75"/>
          <w:sz w:val="18"/>
        </w:rPr>
        <w:t xml:space="preserve">   Murasaki → Genji   贈 sent</w:t>
      </w:r>
      <w:bookmarkEnd w:id="266"/>
    </w:p>
    <w:p>
      <w:pPr>
        <w:keepNext/>
        <w:spacing w:after="40"/>
      </w:pPr>
      <w:r>
        <w:rPr>
          <w:b/>
          <w:i w:val="0"/>
          <w:color w:val="6A6F75"/>
          <w:sz w:val="18"/>
        </w:rPr>
        <w:t xml:space="preserve">Context. </w:t>
      </w:r>
      <w:r>
        <w:rPr>
          <w:b w:val="0"/>
          <w:i w:val="0"/>
          <w:color w:val="6A6F75"/>
          <w:sz w:val="19"/>
        </w:rPr>
        <w:t>Murasaki learns of the child at Akashi; her jealousy and childlessness.</w:t>
      </w:r>
    </w:p>
    <w:p>
      <w:pPr>
        <w:keepNext/>
        <w:spacing w:after="0"/>
      </w:pPr>
      <w:r>
        <w:rPr>
          <w:rFonts w:ascii="Noto Serif CJK JP" w:hAnsi="Noto Serif CJK JP" w:eastAsia="Noto Serif CJK JP"/>
          <w:b w:val="0"/>
          <w:i w:val="0"/>
          <w:color w:val="222B33"/>
          <w:sz w:val="26"/>
        </w:rPr>
        <w:t>思ふどちなびく方にはあらずともわれぞ煙に先立ちなまし</w:t>
      </w:r>
    </w:p>
    <w:p>
      <w:pPr>
        <w:keepNext/>
        <w:spacing w:after="60"/>
      </w:pPr>
      <w:r>
        <w:rPr>
          <w:rFonts w:ascii="Noto Serif CJK JP" w:hAnsi="Noto Serif CJK JP" w:eastAsia="Noto Serif CJK JP"/>
          <w:b w:val="0"/>
          <w:i w:val="0"/>
          <w:color w:val="6A6F75"/>
          <w:sz w:val="19"/>
        </w:rPr>
        <w:t>おもふとち　／　なひくかたには　／　あらすとも　／　われそけふりに　／　さきたちなまし</w:t>
      </w:r>
    </w:p>
    <w:p>
      <w:pPr>
        <w:keepNext/>
        <w:spacing w:after="60"/>
      </w:pPr>
      <w:r>
        <w:rPr>
          <w:b w:val="0"/>
          <w:i/>
          <w:color w:val="222B33"/>
          <w:sz w:val="21"/>
        </w:rPr>
        <w:t>Though we are not</w:t>
        <w:br/>
      </w:r>
      <w:r>
        <w:rPr>
          <w:b w:val="0"/>
          <w:i/>
          <w:color w:val="222B33"/>
          <w:sz w:val="21"/>
        </w:rPr>
        <w:t>smoke bending the same way</w:t>
        <w:br/>
      </w:r>
      <w:r>
        <w:rPr>
          <w:b w:val="0"/>
          <w:i/>
          <w:color w:val="222B33"/>
          <w:sz w:val="21"/>
        </w:rPr>
        <w:t>as those who love each other,</w:t>
        <w:br/>
      </w:r>
      <w:r>
        <w:rPr>
          <w:b w:val="0"/>
          <w:i/>
          <w:color w:val="222B33"/>
          <w:sz w:val="21"/>
        </w:rPr>
        <w:t>I would rather</w:t>
        <w:br/>
      </w:r>
      <w:r>
        <w:rPr>
          <w:b w:val="0"/>
          <w:i/>
          <w:color w:val="222B33"/>
          <w:sz w:val="21"/>
        </w:rPr>
        <w:t>vanish first as smoke.</w:t>
      </w:r>
    </w:p>
    <w:p>
      <w:pPr>
        <w:spacing w:after="40"/>
      </w:pPr>
      <w:r>
        <w:rPr>
          <w:b w:val="0"/>
          <w:i w:val="0"/>
          <w:color w:val="222B33"/>
          <w:sz w:val="19"/>
        </w:rPr>
        <w:t>She has heard of his poem 233 to Lady Akashi.</w:t>
      </w:r>
    </w:p>
    <w:p>
      <w:pPr>
        <w:spacing w:after="40"/>
      </w:pPr>
      <w:r>
        <w:rPr>
          <w:b w:val="0"/>
          <w:i w:val="0"/>
          <w:color w:val="6A6F75"/>
          <w:sz w:val="18"/>
        </w:rPr>
        <w:t xml:space="preserve">Answered by </w:t>
      </w:r>
      <w:hyperlink w:anchor="p253">
        <w:r>
          <w:rPr>
            <w:color w:val="2E5A80"/>
            <w:u w:val="single"/>
            <w:sz w:val="18"/>
          </w:rPr>
          <w:t xml:space="preserve">No. 253 (Genji)</w:t>
        </w:r>
      </w:hyperlink>
    </w:p>
    <w:p>
      <w:pPr>
        <w:keepNext/>
        <w:spacing w:after="20" w:before="200"/>
      </w:pPr>
      <w:bookmarkStart w:id="267" w:name="p253"/>
      <w:r>
        <w:rPr>
          <w:b/>
          <w:i w:val="0"/>
          <w:color w:val="222B33"/>
          <w:sz w:val="22"/>
        </w:rPr>
        <w:t>No. 253</w:t>
      </w:r>
      <w:r>
        <w:rPr>
          <w:b w:val="0"/>
          <w:i w:val="0"/>
          <w:color w:val="6A6F75"/>
          <w:sz w:val="18"/>
        </w:rPr>
        <w:t xml:space="preserve">   Genji → Murasaki   答 reply</w:t>
      </w:r>
      <w:bookmarkEnd w:id="267"/>
    </w:p>
    <w:p>
      <w:pPr>
        <w:keepNext/>
        <w:spacing w:after="0"/>
      </w:pPr>
      <w:r>
        <w:rPr>
          <w:rFonts w:ascii="Noto Serif CJK JP" w:hAnsi="Noto Serif CJK JP" w:eastAsia="Noto Serif CJK JP"/>
          <w:b w:val="0"/>
          <w:i w:val="0"/>
          <w:color w:val="222B33"/>
          <w:sz w:val="26"/>
        </w:rPr>
        <w:t>誰れにより世を海山に行きめぐり絶えぬ涙に浮き沈む身ぞ</w:t>
      </w:r>
    </w:p>
    <w:p>
      <w:pPr>
        <w:keepNext/>
        <w:spacing w:after="60"/>
      </w:pPr>
      <w:r>
        <w:rPr>
          <w:rFonts w:ascii="Noto Serif CJK JP" w:hAnsi="Noto Serif CJK JP" w:eastAsia="Noto Serif CJK JP"/>
          <w:b w:val="0"/>
          <w:i w:val="0"/>
          <w:color w:val="6A6F75"/>
          <w:sz w:val="19"/>
        </w:rPr>
        <w:t>たれにより　／　世をうみ山に　／　行めくり　／　たえぬなみたに　／　うきしつむみそ</w:t>
      </w:r>
    </w:p>
    <w:p>
      <w:pPr>
        <w:keepNext/>
        <w:spacing w:after="60"/>
      </w:pPr>
      <w:r>
        <w:rPr>
          <w:b w:val="0"/>
          <w:i/>
          <w:color w:val="222B33"/>
          <w:sz w:val="21"/>
        </w:rPr>
        <w:t>For whose sake</w:t>
        <w:br/>
      </w:r>
      <w:r>
        <w:rPr>
          <w:b w:val="0"/>
          <w:i/>
          <w:color w:val="222B33"/>
          <w:sz w:val="21"/>
        </w:rPr>
        <w:t>did I wander over sea and mountain,</w:t>
        <w:br/>
      </w:r>
      <w:r>
        <w:rPr>
          <w:b w:val="0"/>
          <w:i/>
          <w:color w:val="222B33"/>
          <w:sz w:val="21"/>
        </w:rPr>
        <w:t>a man who floats and sinks</w:t>
        <w:br/>
      </w:r>
      <w:r>
        <w:rPr>
          <w:b w:val="0"/>
          <w:i/>
          <w:color w:val="222B33"/>
          <w:sz w:val="21"/>
        </w:rPr>
        <w:t>on tears</w:t>
        <w:br/>
      </w:r>
      <w:r>
        <w:rPr>
          <w:b w:val="0"/>
          <w:i/>
          <w:color w:val="222B33"/>
          <w:sz w:val="21"/>
        </w:rPr>
        <w:t>that never end?</w:t>
      </w:r>
    </w:p>
    <w:p>
      <w:pPr>
        <w:spacing w:after="40"/>
      </w:pPr>
      <w:r>
        <w:rPr>
          <w:b w:val="0"/>
          <w:i w:val="0"/>
          <w:color w:val="6A6F75"/>
          <w:sz w:val="18"/>
        </w:rPr>
        <w:t xml:space="preserve">In reply to </w:t>
      </w:r>
      <w:hyperlink w:anchor="p252">
        <w:r>
          <w:rPr>
            <w:color w:val="2E5A80"/>
            <w:u w:val="single"/>
            <w:sz w:val="18"/>
          </w:rPr>
          <w:t xml:space="preserve">No. 252 (Murasaki)</w:t>
        </w:r>
      </w:hyperlink>
    </w:p>
    <w:p>
      <w:pPr>
        <w:keepNext/>
        <w:spacing w:after="20" w:before="200"/>
      </w:pPr>
      <w:bookmarkStart w:id="268" w:name="p254"/>
      <w:r>
        <w:rPr>
          <w:b/>
          <w:i w:val="0"/>
          <w:color w:val="222B33"/>
          <w:sz w:val="22"/>
        </w:rPr>
        <w:t>No. 254</w:t>
      </w:r>
      <w:r>
        <w:rPr>
          <w:b w:val="0"/>
          <w:i w:val="0"/>
          <w:color w:val="6A6F75"/>
          <w:sz w:val="18"/>
        </w:rPr>
        <w:t xml:space="preserve">   Genji → Lady Akashi   贈 sent</w:t>
      </w:r>
      <w:bookmarkEnd w:id="268"/>
    </w:p>
    <w:p>
      <w:pPr>
        <w:keepNext/>
        <w:spacing w:after="40"/>
      </w:pPr>
      <w:r>
        <w:rPr>
          <w:b/>
          <w:i w:val="0"/>
          <w:color w:val="6A6F75"/>
          <w:sz w:val="18"/>
        </w:rPr>
        <w:t xml:space="preserve">Context. </w:t>
      </w:r>
      <w:r>
        <w:rPr>
          <w:b w:val="0"/>
          <w:i w:val="0"/>
          <w:color w:val="6A6F75"/>
          <w:sz w:val="19"/>
        </w:rPr>
        <w:t>Genji to Lady Akashi at the fiftieth-day rites.</w:t>
      </w:r>
    </w:p>
    <w:p>
      <w:pPr>
        <w:keepNext/>
        <w:spacing w:after="0"/>
      </w:pPr>
      <w:r>
        <w:rPr>
          <w:rFonts w:ascii="Noto Serif CJK JP" w:hAnsi="Noto Serif CJK JP" w:eastAsia="Noto Serif CJK JP"/>
          <w:b w:val="0"/>
          <w:i w:val="0"/>
          <w:color w:val="222B33"/>
          <w:sz w:val="26"/>
        </w:rPr>
        <w:t>海松や時ぞともなき蔭にゐて何のあやめもいかにわくらむ</w:t>
      </w:r>
    </w:p>
    <w:p>
      <w:pPr>
        <w:keepNext/>
        <w:spacing w:after="60"/>
      </w:pPr>
      <w:r>
        <w:rPr>
          <w:rFonts w:ascii="Noto Serif CJK JP" w:hAnsi="Noto Serif CJK JP" w:eastAsia="Noto Serif CJK JP"/>
          <w:b w:val="0"/>
          <w:i w:val="0"/>
          <w:color w:val="6A6F75"/>
          <w:sz w:val="19"/>
        </w:rPr>
        <w:t>うみ松や　／　ときそともなき　／　かけにゐて　／　なにのあやめも　／　いかにわくらむ</w:t>
      </w:r>
    </w:p>
    <w:p>
      <w:pPr>
        <w:keepNext/>
        <w:spacing w:after="60"/>
      </w:pPr>
      <w:r>
        <w:rPr>
          <w:b w:val="0"/>
          <w:i/>
          <w:color w:val="222B33"/>
          <w:sz w:val="21"/>
        </w:rPr>
        <w:t>In the shade of the seaweed,</w:t>
        <w:br/>
      </w:r>
      <w:r>
        <w:rPr>
          <w:b w:val="0"/>
          <w:i/>
          <w:color w:val="222B33"/>
          <w:sz w:val="21"/>
        </w:rPr>
        <w:t>where no festival is ever known,</w:t>
        <w:br/>
      </w:r>
      <w:r>
        <w:rPr>
          <w:b w:val="0"/>
          <w:i/>
          <w:color w:val="222B33"/>
          <w:sz w:val="21"/>
        </w:rPr>
        <w:t>how can you tell</w:t>
        <w:br/>
      </w:r>
      <w:r>
        <w:rPr>
          <w:b w:val="0"/>
          <w:i/>
          <w:color w:val="222B33"/>
          <w:sz w:val="21"/>
        </w:rPr>
        <w:t>the Iris Day</w:t>
        <w:br/>
      </w:r>
      <w:r>
        <w:rPr>
          <w:b w:val="0"/>
          <w:i/>
          <w:color w:val="222B33"/>
          <w:sz w:val="21"/>
        </w:rPr>
        <w:t>from any other?</w:t>
      </w:r>
    </w:p>
    <w:p>
      <w:pPr>
        <w:spacing w:after="40"/>
      </w:pPr>
      <w:r>
        <w:rPr>
          <w:b w:val="0"/>
          <w:i w:val="0"/>
          <w:color w:val="222B33"/>
          <w:sz w:val="19"/>
        </w:rPr>
        <w:t>Ayame: “iris” and “distinction”; the Fifth-Month festival is the infant’s fiftieth-day rite.</w:t>
      </w:r>
    </w:p>
    <w:p>
      <w:pPr>
        <w:spacing w:after="40"/>
      </w:pPr>
      <w:r>
        <w:rPr>
          <w:b w:val="0"/>
          <w:i w:val="0"/>
          <w:color w:val="6A6F75"/>
          <w:sz w:val="18"/>
        </w:rPr>
        <w:t xml:space="preserve">Answered by </w:t>
      </w:r>
      <w:hyperlink w:anchor="p255">
        <w:r>
          <w:rPr>
            <w:color w:val="2E5A80"/>
            <w:u w:val="single"/>
            <w:sz w:val="18"/>
          </w:rPr>
          <w:t xml:space="preserve">No. 255 (Lady Akashi)</w:t>
        </w:r>
      </w:hyperlink>
    </w:p>
    <w:p>
      <w:pPr>
        <w:keepNext/>
        <w:spacing w:after="20" w:before="200"/>
      </w:pPr>
      <w:bookmarkStart w:id="269" w:name="p255"/>
      <w:r>
        <w:rPr>
          <w:b/>
          <w:i w:val="0"/>
          <w:color w:val="222B33"/>
          <w:sz w:val="22"/>
        </w:rPr>
        <w:t>No. 255</w:t>
      </w:r>
      <w:r>
        <w:rPr>
          <w:b w:val="0"/>
          <w:i w:val="0"/>
          <w:color w:val="6A6F75"/>
          <w:sz w:val="18"/>
        </w:rPr>
        <w:t xml:space="preserve">   Lady Akashi → Genji   答 reply</w:t>
      </w:r>
      <w:bookmarkEnd w:id="269"/>
    </w:p>
    <w:p>
      <w:pPr>
        <w:keepNext/>
        <w:spacing w:after="0"/>
      </w:pPr>
      <w:r>
        <w:rPr>
          <w:rFonts w:ascii="Noto Serif CJK JP" w:hAnsi="Noto Serif CJK JP" w:eastAsia="Noto Serif CJK JP"/>
          <w:b w:val="0"/>
          <w:i w:val="0"/>
          <w:color w:val="222B33"/>
          <w:sz w:val="26"/>
        </w:rPr>
        <w:t>数ならぬみ島隠れに鳴く鶴を今日もいかにと問ふ人ぞなき</w:t>
      </w:r>
    </w:p>
    <w:p>
      <w:pPr>
        <w:keepNext/>
        <w:spacing w:after="60"/>
      </w:pPr>
      <w:r>
        <w:rPr>
          <w:rFonts w:ascii="Noto Serif CJK JP" w:hAnsi="Noto Serif CJK JP" w:eastAsia="Noto Serif CJK JP"/>
          <w:b w:val="0"/>
          <w:i w:val="0"/>
          <w:color w:val="6A6F75"/>
          <w:sz w:val="19"/>
        </w:rPr>
        <w:t>かすならぬ　／　みしまかくれに　／　なくたつを　／　けふもいかにと　／　ゝふ人そなき</w:t>
      </w:r>
    </w:p>
    <w:p>
      <w:pPr>
        <w:keepNext/>
        <w:spacing w:after="60"/>
      </w:pPr>
      <w:r>
        <w:rPr>
          <w:b w:val="0"/>
          <w:i/>
          <w:color w:val="222B33"/>
          <w:sz w:val="21"/>
        </w:rPr>
        <w:t>Who would ask today</w:t>
        <w:br/>
      </w:r>
      <w:r>
        <w:rPr>
          <w:b w:val="0"/>
          <w:i/>
          <w:color w:val="222B33"/>
          <w:sz w:val="21"/>
        </w:rPr>
        <w:t>how she fares, the crane</w:t>
        <w:br/>
      </w:r>
      <w:r>
        <w:rPr>
          <w:b w:val="0"/>
          <w:i/>
          <w:color w:val="222B33"/>
          <w:sz w:val="21"/>
        </w:rPr>
        <w:t>that cries hidden</w:t>
        <w:br/>
      </w:r>
      <w:r>
        <w:rPr>
          <w:b w:val="0"/>
          <w:i/>
          <w:color w:val="222B33"/>
          <w:sz w:val="21"/>
        </w:rPr>
        <w:t>on an island</w:t>
        <w:br/>
      </w:r>
      <w:r>
        <w:rPr>
          <w:b w:val="0"/>
          <w:i/>
          <w:color w:val="222B33"/>
          <w:sz w:val="21"/>
        </w:rPr>
        <w:t>of no account?</w:t>
      </w:r>
    </w:p>
    <w:p>
      <w:pPr>
        <w:spacing w:after="40"/>
      </w:pPr>
      <w:r>
        <w:rPr>
          <w:b w:val="0"/>
          <w:i w:val="0"/>
          <w:color w:val="6A6F75"/>
          <w:sz w:val="18"/>
        </w:rPr>
        <w:t xml:space="preserve">In reply to </w:t>
      </w:r>
      <w:hyperlink w:anchor="p254">
        <w:r>
          <w:rPr>
            <w:color w:val="2E5A80"/>
            <w:u w:val="single"/>
            <w:sz w:val="18"/>
          </w:rPr>
          <w:t xml:space="preserve">No. 254 (Genji)</w:t>
        </w:r>
      </w:hyperlink>
    </w:p>
    <w:p>
      <w:pPr>
        <w:keepNext/>
        <w:spacing w:after="20" w:before="200"/>
      </w:pPr>
      <w:bookmarkStart w:id="270" w:name="p256"/>
      <w:r>
        <w:rPr>
          <w:b/>
          <w:i w:val="0"/>
          <w:color w:val="222B33"/>
          <w:sz w:val="22"/>
        </w:rPr>
        <w:t>No. 256</w:t>
      </w:r>
      <w:r>
        <w:rPr>
          <w:b w:val="0"/>
          <w:i w:val="0"/>
          <w:color w:val="6A6F75"/>
          <w:sz w:val="18"/>
        </w:rPr>
        <w:t xml:space="preserve">   Hanachirusato → Genji   贈 sent</w:t>
      </w:r>
      <w:bookmarkEnd w:id="270"/>
    </w:p>
    <w:p>
      <w:pPr>
        <w:keepNext/>
        <w:spacing w:after="40"/>
      </w:pPr>
      <w:r>
        <w:rPr>
          <w:b/>
          <w:i w:val="0"/>
          <w:color w:val="6A6F75"/>
          <w:sz w:val="18"/>
        </w:rPr>
        <w:t xml:space="preserve">Context. </w:t>
      </w:r>
      <w:r>
        <w:rPr>
          <w:b w:val="0"/>
          <w:i w:val="0"/>
          <w:color w:val="6A6F75"/>
          <w:sz w:val="19"/>
        </w:rPr>
        <w:t>Genji visits Hanachirusato; her undemanding constancy.</w:t>
      </w:r>
    </w:p>
    <w:p>
      <w:pPr>
        <w:keepNext/>
        <w:spacing w:after="0"/>
      </w:pPr>
      <w:r>
        <w:rPr>
          <w:rFonts w:ascii="Noto Serif CJK JP" w:hAnsi="Noto Serif CJK JP" w:eastAsia="Noto Serif CJK JP"/>
          <w:b w:val="0"/>
          <w:i w:val="0"/>
          <w:color w:val="222B33"/>
          <w:sz w:val="26"/>
        </w:rPr>
        <w:t>水鶏だにおどろかさずはいかにして荒れたる宿に月を入れまし</w:t>
      </w:r>
    </w:p>
    <w:p>
      <w:pPr>
        <w:keepNext/>
        <w:spacing w:after="60"/>
      </w:pPr>
      <w:r>
        <w:rPr>
          <w:rFonts w:ascii="Noto Serif CJK JP" w:hAnsi="Noto Serif CJK JP" w:eastAsia="Noto Serif CJK JP"/>
          <w:b w:val="0"/>
          <w:i w:val="0"/>
          <w:color w:val="6A6F75"/>
          <w:sz w:val="19"/>
        </w:rPr>
        <w:t>くひなたに　／　おとろかさすは　／　いかにして　／　あれたるやとに　／　月をいれまし</w:t>
      </w:r>
    </w:p>
    <w:p>
      <w:pPr>
        <w:keepNext/>
        <w:spacing w:after="60"/>
      </w:pPr>
      <w:r>
        <w:rPr>
          <w:b w:val="0"/>
          <w:i/>
          <w:color w:val="222B33"/>
          <w:sz w:val="21"/>
        </w:rPr>
        <w:t>If even the water rail</w:t>
        <w:br/>
      </w:r>
      <w:r>
        <w:rPr>
          <w:b w:val="0"/>
          <w:i/>
          <w:color w:val="222B33"/>
          <w:sz w:val="21"/>
        </w:rPr>
        <w:t>did not knock to wake me,</w:t>
        <w:br/>
      </w:r>
      <w:r>
        <w:rPr>
          <w:b w:val="0"/>
          <w:i/>
          <w:color w:val="222B33"/>
          <w:sz w:val="21"/>
        </w:rPr>
        <w:t>how could I let the moon</w:t>
        <w:br/>
      </w:r>
      <w:r>
        <w:rPr>
          <w:b w:val="0"/>
          <w:i/>
          <w:color w:val="222B33"/>
          <w:sz w:val="21"/>
        </w:rPr>
        <w:t>into this</w:t>
        <w:br/>
      </w:r>
      <w:r>
        <w:rPr>
          <w:b w:val="0"/>
          <w:i/>
          <w:color w:val="222B33"/>
          <w:sz w:val="21"/>
        </w:rPr>
        <w:t>ruined house?</w:t>
      </w:r>
    </w:p>
    <w:p>
      <w:pPr>
        <w:spacing w:after="40"/>
      </w:pPr>
      <w:r>
        <w:rPr>
          <w:b w:val="0"/>
          <w:i w:val="0"/>
          <w:color w:val="222B33"/>
          <w:sz w:val="19"/>
        </w:rPr>
        <w:t>The water rail’s call sounds like knocking.</w:t>
      </w:r>
    </w:p>
    <w:p>
      <w:pPr>
        <w:spacing w:after="40"/>
      </w:pPr>
      <w:r>
        <w:rPr>
          <w:b w:val="0"/>
          <w:i w:val="0"/>
          <w:color w:val="6A6F75"/>
          <w:sz w:val="18"/>
        </w:rPr>
        <w:t xml:space="preserve">Answered by </w:t>
      </w:r>
      <w:hyperlink w:anchor="p257">
        <w:r>
          <w:rPr>
            <w:color w:val="2E5A80"/>
            <w:u w:val="single"/>
            <w:sz w:val="18"/>
          </w:rPr>
          <w:t xml:space="preserve">No. 257 (Genji)</w:t>
        </w:r>
      </w:hyperlink>
    </w:p>
    <w:p>
      <w:pPr>
        <w:keepNext/>
        <w:spacing w:after="20" w:before="200"/>
      </w:pPr>
      <w:bookmarkStart w:id="271" w:name="p257"/>
      <w:r>
        <w:rPr>
          <w:b/>
          <w:i w:val="0"/>
          <w:color w:val="222B33"/>
          <w:sz w:val="22"/>
        </w:rPr>
        <w:t>No. 257</w:t>
      </w:r>
      <w:r>
        <w:rPr>
          <w:b w:val="0"/>
          <w:i w:val="0"/>
          <w:color w:val="6A6F75"/>
          <w:sz w:val="18"/>
        </w:rPr>
        <w:t xml:space="preserve">   Genji → Hanachirusato   答 reply</w:t>
      </w:r>
      <w:bookmarkEnd w:id="271"/>
    </w:p>
    <w:p>
      <w:pPr>
        <w:keepNext/>
        <w:spacing w:after="0"/>
      </w:pPr>
      <w:r>
        <w:rPr>
          <w:rFonts w:ascii="Noto Serif CJK JP" w:hAnsi="Noto Serif CJK JP" w:eastAsia="Noto Serif CJK JP"/>
          <w:b w:val="0"/>
          <w:i w:val="0"/>
          <w:color w:val="222B33"/>
          <w:sz w:val="26"/>
        </w:rPr>
        <w:t>おしなべてたたく水鶏におどろかばうはの空なる月もこそ入れ</w:t>
      </w:r>
    </w:p>
    <w:p>
      <w:pPr>
        <w:keepNext/>
        <w:spacing w:after="60"/>
      </w:pPr>
      <w:r>
        <w:rPr>
          <w:rFonts w:ascii="Noto Serif CJK JP" w:hAnsi="Noto Serif CJK JP" w:eastAsia="Noto Serif CJK JP"/>
          <w:b w:val="0"/>
          <w:i w:val="0"/>
          <w:color w:val="6A6F75"/>
          <w:sz w:val="19"/>
        </w:rPr>
        <w:t>をしなへて　／　たゝくくひなに　／　おとろかは　／　うはの空なる　／　月もこそいれ</w:t>
      </w:r>
    </w:p>
    <w:p>
      <w:pPr>
        <w:keepNext/>
        <w:spacing w:after="60"/>
      </w:pPr>
      <w:r>
        <w:rPr>
          <w:b w:val="0"/>
          <w:i/>
          <w:color w:val="222B33"/>
          <w:sz w:val="21"/>
        </w:rPr>
        <w:t>If you wake to every</w:t>
        <w:br/>
      </w:r>
      <w:r>
        <w:rPr>
          <w:b w:val="0"/>
          <w:i/>
          <w:color w:val="222B33"/>
          <w:sz w:val="21"/>
        </w:rPr>
        <w:t>water rail that knocks,</w:t>
        <w:br/>
      </w:r>
      <w:r>
        <w:rPr>
          <w:b w:val="0"/>
          <w:i/>
          <w:color w:val="222B33"/>
          <w:sz w:val="21"/>
        </w:rPr>
        <w:t>the moon</w:t>
        <w:br/>
      </w:r>
      <w:r>
        <w:rPr>
          <w:b w:val="0"/>
          <w:i/>
          <w:color w:val="222B33"/>
          <w:sz w:val="21"/>
        </w:rPr>
        <w:t>far in the sky</w:t>
        <w:br/>
      </w:r>
      <w:r>
        <w:rPr>
          <w:b w:val="0"/>
          <w:i/>
          <w:color w:val="222B33"/>
          <w:sz w:val="21"/>
        </w:rPr>
        <w:t>may come in too.</w:t>
      </w:r>
    </w:p>
    <w:p>
      <w:pPr>
        <w:spacing w:after="40"/>
      </w:pPr>
      <w:r>
        <w:rPr>
          <w:b w:val="0"/>
          <w:i w:val="0"/>
          <w:color w:val="222B33"/>
          <w:sz w:val="19"/>
        </w:rPr>
        <w:t>Gentle teasing about other visitors.</w:t>
      </w:r>
    </w:p>
    <w:p>
      <w:pPr>
        <w:spacing w:after="40"/>
      </w:pPr>
      <w:r>
        <w:rPr>
          <w:b w:val="0"/>
          <w:i w:val="0"/>
          <w:color w:val="6A6F75"/>
          <w:sz w:val="18"/>
        </w:rPr>
        <w:t xml:space="preserve">In reply to </w:t>
      </w:r>
      <w:hyperlink w:anchor="p256">
        <w:r>
          <w:rPr>
            <w:color w:val="2E5A80"/>
            <w:u w:val="single"/>
            <w:sz w:val="18"/>
          </w:rPr>
          <w:t xml:space="preserve">No. 256 (Hanachirusato)</w:t>
        </w:r>
      </w:hyperlink>
    </w:p>
    <w:p>
      <w:pPr>
        <w:keepNext/>
        <w:spacing w:after="20" w:before="200"/>
      </w:pPr>
      <w:bookmarkStart w:id="272" w:name="p258"/>
      <w:r>
        <w:rPr>
          <w:b/>
          <w:i w:val="0"/>
          <w:color w:val="222B33"/>
          <w:sz w:val="22"/>
        </w:rPr>
        <w:t>No. 258</w:t>
      </w:r>
      <w:r>
        <w:rPr>
          <w:b w:val="0"/>
          <w:i w:val="0"/>
          <w:color w:val="6A6F75"/>
          <w:sz w:val="18"/>
        </w:rPr>
        <w:t xml:space="preserve">   Koremitsu → Genji   贈 sent</w:t>
      </w:r>
      <w:bookmarkEnd w:id="272"/>
    </w:p>
    <w:p>
      <w:pPr>
        <w:keepNext/>
        <w:spacing w:after="40"/>
      </w:pPr>
      <w:r>
        <w:rPr>
          <w:b/>
          <w:i w:val="0"/>
          <w:color w:val="6A6F75"/>
          <w:sz w:val="18"/>
        </w:rPr>
        <w:t xml:space="preserve">Context. </w:t>
      </w:r>
      <w:r>
        <w:rPr>
          <w:b w:val="0"/>
          <w:i w:val="0"/>
          <w:color w:val="6A6F75"/>
          <w:sz w:val="19"/>
        </w:rPr>
        <w:t>At Genji’s pilgrimage to Sumiyoshi, Koremitsu recalls Suma; Lady Akashi’s boat arrives unseen.</w:t>
      </w:r>
    </w:p>
    <w:p>
      <w:pPr>
        <w:keepNext/>
        <w:spacing w:after="0"/>
      </w:pPr>
      <w:r>
        <w:rPr>
          <w:rFonts w:ascii="Noto Serif CJK JP" w:hAnsi="Noto Serif CJK JP" w:eastAsia="Noto Serif CJK JP"/>
          <w:b w:val="0"/>
          <w:i w:val="0"/>
          <w:color w:val="222B33"/>
          <w:sz w:val="26"/>
        </w:rPr>
        <w:t>住吉の松こそものはかなしけれ神代のことをかけて思へば</w:t>
      </w:r>
    </w:p>
    <w:p>
      <w:pPr>
        <w:keepNext/>
        <w:spacing w:after="60"/>
      </w:pPr>
      <w:r>
        <w:rPr>
          <w:rFonts w:ascii="Noto Serif CJK JP" w:hAnsi="Noto Serif CJK JP" w:eastAsia="Noto Serif CJK JP"/>
          <w:b w:val="0"/>
          <w:i w:val="0"/>
          <w:color w:val="6A6F75"/>
          <w:sz w:val="19"/>
        </w:rPr>
        <w:t>すみよしの　／　まつこそものは　／　かなしけれ　／　神世のことを　／　かけておもへは</w:t>
      </w:r>
    </w:p>
    <w:p>
      <w:pPr>
        <w:keepNext/>
        <w:spacing w:after="60"/>
      </w:pPr>
      <w:r>
        <w:rPr>
          <w:b w:val="0"/>
          <w:i/>
          <w:color w:val="222B33"/>
          <w:sz w:val="21"/>
        </w:rPr>
        <w:t>The pines of Sumiyoshi</w:t>
        <w:br/>
      </w:r>
      <w:r>
        <w:rPr>
          <w:b w:val="0"/>
          <w:i/>
          <w:color w:val="222B33"/>
          <w:sz w:val="21"/>
        </w:rPr>
        <w:t>move me to sorrow,</w:t>
        <w:br/>
      </w:r>
      <w:r>
        <w:rPr>
          <w:b w:val="0"/>
          <w:i/>
          <w:color w:val="222B33"/>
          <w:sz w:val="21"/>
        </w:rPr>
        <w:t>when I think back</w:t>
        <w:br/>
      </w:r>
      <w:r>
        <w:rPr>
          <w:b w:val="0"/>
          <w:i/>
          <w:color w:val="222B33"/>
          <w:sz w:val="21"/>
        </w:rPr>
        <w:t>to the age</w:t>
        <w:br/>
      </w:r>
      <w:r>
        <w:rPr>
          <w:b w:val="0"/>
          <w:i/>
          <w:color w:val="222B33"/>
          <w:sz w:val="21"/>
        </w:rPr>
        <w:t>of the gods.</w:t>
      </w:r>
    </w:p>
    <w:p>
      <w:pPr>
        <w:spacing w:after="40"/>
      </w:pPr>
      <w:r>
        <w:rPr>
          <w:b w:val="0"/>
          <w:i w:val="0"/>
          <w:color w:val="222B33"/>
          <w:sz w:val="19"/>
        </w:rPr>
        <w:t>At the thanksgiving pilgrimage to Sumiyoshi.</w:t>
      </w:r>
    </w:p>
    <w:p>
      <w:pPr>
        <w:spacing w:after="40"/>
      </w:pPr>
      <w:r>
        <w:rPr>
          <w:b w:val="0"/>
          <w:i w:val="0"/>
          <w:color w:val="6A6F75"/>
          <w:sz w:val="18"/>
        </w:rPr>
        <w:t xml:space="preserve">Answered by </w:t>
      </w:r>
      <w:hyperlink w:anchor="p259">
        <w:r>
          <w:rPr>
            <w:color w:val="2E5A80"/>
            <w:u w:val="single"/>
            <w:sz w:val="18"/>
          </w:rPr>
          <w:t xml:space="preserve">No. 259 (Genji)</w:t>
        </w:r>
      </w:hyperlink>
    </w:p>
    <w:p>
      <w:pPr>
        <w:keepNext/>
        <w:spacing w:after="20" w:before="200"/>
      </w:pPr>
      <w:bookmarkStart w:id="273" w:name="p259"/>
      <w:r>
        <w:rPr>
          <w:b/>
          <w:i w:val="0"/>
          <w:color w:val="222B33"/>
          <w:sz w:val="22"/>
        </w:rPr>
        <w:t>No. 259</w:t>
      </w:r>
      <w:r>
        <w:rPr>
          <w:b w:val="0"/>
          <w:i w:val="0"/>
          <w:color w:val="6A6F75"/>
          <w:sz w:val="18"/>
        </w:rPr>
        <w:t xml:space="preserve">   Genji → Koremitsu   答 reply</w:t>
      </w:r>
      <w:bookmarkEnd w:id="273"/>
    </w:p>
    <w:p>
      <w:pPr>
        <w:keepNext/>
        <w:spacing w:after="0"/>
      </w:pPr>
      <w:r>
        <w:rPr>
          <w:rFonts w:ascii="Noto Serif CJK JP" w:hAnsi="Noto Serif CJK JP" w:eastAsia="Noto Serif CJK JP"/>
          <w:b w:val="0"/>
          <w:i w:val="0"/>
          <w:color w:val="222B33"/>
          <w:sz w:val="26"/>
        </w:rPr>
        <w:t>荒かりし波のまよひに住吉の神をばかけて忘れやはする</w:t>
      </w:r>
    </w:p>
    <w:p>
      <w:pPr>
        <w:keepNext/>
        <w:spacing w:after="60"/>
      </w:pPr>
      <w:r>
        <w:rPr>
          <w:rFonts w:ascii="Noto Serif CJK JP" w:hAnsi="Noto Serif CJK JP" w:eastAsia="Noto Serif CJK JP"/>
          <w:b w:val="0"/>
          <w:i w:val="0"/>
          <w:color w:val="6A6F75"/>
          <w:sz w:val="19"/>
        </w:rPr>
        <w:t>あらかりし　／　なみのまよひに　／　住よしの　／　神をはかけて　／　わすれやはする</w:t>
      </w:r>
    </w:p>
    <w:p>
      <w:pPr>
        <w:keepNext/>
        <w:spacing w:after="60"/>
      </w:pPr>
      <w:r>
        <w:rPr>
          <w:b w:val="0"/>
          <w:i/>
          <w:color w:val="222B33"/>
          <w:sz w:val="21"/>
        </w:rPr>
        <w:t>In the confusion</w:t>
        <w:br/>
      </w:r>
      <w:r>
        <w:rPr>
          <w:b w:val="0"/>
          <w:i/>
          <w:color w:val="222B33"/>
          <w:sz w:val="21"/>
        </w:rPr>
        <w:t>of those raging waves,</w:t>
        <w:br/>
      </w:r>
      <w:r>
        <w:rPr>
          <w:b w:val="0"/>
          <w:i/>
          <w:color w:val="222B33"/>
          <w:sz w:val="21"/>
        </w:rPr>
        <w:t>how could I forget</w:t>
        <w:br/>
      </w:r>
      <w:r>
        <w:rPr>
          <w:b w:val="0"/>
          <w:i/>
          <w:color w:val="222B33"/>
          <w:sz w:val="21"/>
        </w:rPr>
        <w:t>the god</w:t>
        <w:br/>
      </w:r>
      <w:r>
        <w:rPr>
          <w:b w:val="0"/>
          <w:i/>
          <w:color w:val="222B33"/>
          <w:sz w:val="21"/>
        </w:rPr>
        <w:t>of Sumiyoshi?</w:t>
      </w:r>
    </w:p>
    <w:p>
      <w:pPr>
        <w:spacing w:after="40"/>
      </w:pPr>
      <w:r>
        <w:rPr>
          <w:b w:val="0"/>
          <w:i w:val="0"/>
          <w:color w:val="6A6F75"/>
          <w:sz w:val="18"/>
        </w:rPr>
        <w:t xml:space="preserve">In reply to </w:t>
      </w:r>
      <w:hyperlink w:anchor="p258">
        <w:r>
          <w:rPr>
            <w:color w:val="2E5A80"/>
            <w:u w:val="single"/>
            <w:sz w:val="18"/>
          </w:rPr>
          <w:t xml:space="preserve">No. 258 (Koremitsu)</w:t>
        </w:r>
      </w:hyperlink>
    </w:p>
    <w:p>
      <w:pPr>
        <w:keepNext/>
        <w:spacing w:after="20" w:before="200"/>
      </w:pPr>
      <w:bookmarkStart w:id="274" w:name="p260"/>
      <w:r>
        <w:rPr>
          <w:b/>
          <w:i w:val="0"/>
          <w:color w:val="222B33"/>
          <w:sz w:val="22"/>
        </w:rPr>
        <w:t>No. 260</w:t>
      </w:r>
      <w:r>
        <w:rPr>
          <w:b w:val="0"/>
          <w:i w:val="0"/>
          <w:color w:val="6A6F75"/>
          <w:sz w:val="18"/>
        </w:rPr>
        <w:t xml:space="preserve">   Genji → Lady Akashi   贈 sent</w:t>
      </w:r>
      <w:bookmarkEnd w:id="274"/>
    </w:p>
    <w:p>
      <w:pPr>
        <w:keepNext/>
        <w:spacing w:after="40"/>
      </w:pPr>
      <w:r>
        <w:rPr>
          <w:b/>
          <w:i w:val="0"/>
          <w:color w:val="6A6F75"/>
          <w:sz w:val="18"/>
        </w:rPr>
        <w:t xml:space="preserve">Context. </w:t>
      </w:r>
      <w:r>
        <w:rPr>
          <w:b w:val="0"/>
          <w:i w:val="0"/>
          <w:color w:val="6A6F75"/>
          <w:sz w:val="19"/>
        </w:rPr>
        <w:t>At Sumiyoshi Genji learns Lady Akashi was there; their bond.</w:t>
      </w:r>
    </w:p>
    <w:p>
      <w:pPr>
        <w:keepNext/>
        <w:spacing w:after="0"/>
      </w:pPr>
      <w:r>
        <w:rPr>
          <w:rFonts w:ascii="Noto Serif CJK JP" w:hAnsi="Noto Serif CJK JP" w:eastAsia="Noto Serif CJK JP"/>
          <w:b w:val="0"/>
          <w:i w:val="0"/>
          <w:color w:val="222B33"/>
          <w:sz w:val="26"/>
        </w:rPr>
        <w:t>みをつくし恋ふるしるしにここまでもめぐり逢ひけるえには深しな</w:t>
      </w:r>
    </w:p>
    <w:p>
      <w:pPr>
        <w:keepNext/>
        <w:spacing w:after="60"/>
      </w:pPr>
      <w:r>
        <w:rPr>
          <w:rFonts w:ascii="Noto Serif CJK JP" w:hAnsi="Noto Serif CJK JP" w:eastAsia="Noto Serif CJK JP"/>
          <w:b w:val="0"/>
          <w:i w:val="0"/>
          <w:color w:val="6A6F75"/>
          <w:sz w:val="19"/>
        </w:rPr>
        <w:t>みをつくし　／　こふるしるしに　／　こゝまても　／　めくりあひける　／　えにはふかしな</w:t>
      </w:r>
    </w:p>
    <w:p>
      <w:pPr>
        <w:keepNext/>
        <w:spacing w:after="60"/>
      </w:pPr>
      <w:r>
        <w:rPr>
          <w:b w:val="0"/>
          <w:i/>
          <w:color w:val="222B33"/>
          <w:sz w:val="21"/>
        </w:rPr>
        <w:t>Giving myself wholly</w:t>
        <w:br/>
      </w:r>
      <w:r>
        <w:rPr>
          <w:b w:val="0"/>
          <w:i/>
          <w:color w:val="222B33"/>
          <w:sz w:val="21"/>
        </w:rPr>
        <w:t>in longing, I have met you</w:t>
        <w:br/>
      </w:r>
      <w:r>
        <w:rPr>
          <w:b w:val="0"/>
          <w:i/>
          <w:color w:val="222B33"/>
          <w:sz w:val="21"/>
        </w:rPr>
        <w:t>even here;</w:t>
        <w:br/>
      </w:r>
      <w:r>
        <w:rPr>
          <w:b w:val="0"/>
          <w:i/>
          <w:color w:val="222B33"/>
          <w:sz w:val="21"/>
        </w:rPr>
        <w:t>deep indeed</w:t>
        <w:br/>
      </w:r>
      <w:r>
        <w:rPr>
          <w:b w:val="0"/>
          <w:i/>
          <w:color w:val="222B33"/>
          <w:sz w:val="21"/>
        </w:rPr>
        <w:t>is the bond.</w:t>
      </w:r>
    </w:p>
    <w:p>
      <w:pPr>
        <w:spacing w:after="40"/>
      </w:pPr>
      <w:r>
        <w:rPr>
          <w:b w:val="0"/>
          <w:i w:val="0"/>
          <w:color w:val="222B33"/>
          <w:sz w:val="19"/>
        </w:rPr>
        <w:t>Miotsukushi: “channel markers” and “to exhaust oneself.” E: “inlet” and “bond.”</w:t>
      </w:r>
    </w:p>
    <w:p>
      <w:pPr>
        <w:spacing w:after="40"/>
      </w:pPr>
      <w:r>
        <w:rPr>
          <w:b w:val="0"/>
          <w:i w:val="0"/>
          <w:color w:val="6A6F75"/>
          <w:sz w:val="18"/>
        </w:rPr>
        <w:t xml:space="preserve">Answered by </w:t>
      </w:r>
      <w:hyperlink w:anchor="p261">
        <w:r>
          <w:rPr>
            <w:color w:val="2E5A80"/>
            <w:u w:val="single"/>
            <w:sz w:val="18"/>
          </w:rPr>
          <w:t xml:space="preserve">No. 261 (Lady Akashi)</w:t>
        </w:r>
      </w:hyperlink>
    </w:p>
    <w:p>
      <w:pPr>
        <w:keepNext/>
        <w:spacing w:after="20" w:before="200"/>
      </w:pPr>
      <w:bookmarkStart w:id="275" w:name="p261"/>
      <w:r>
        <w:rPr>
          <w:b/>
          <w:i w:val="0"/>
          <w:color w:val="222B33"/>
          <w:sz w:val="22"/>
        </w:rPr>
        <w:t>No. 261</w:t>
      </w:r>
      <w:r>
        <w:rPr>
          <w:b w:val="0"/>
          <w:i w:val="0"/>
          <w:color w:val="6A6F75"/>
          <w:sz w:val="18"/>
        </w:rPr>
        <w:t xml:space="preserve">   Lady Akashi → Genji   答 reply</w:t>
      </w:r>
      <w:bookmarkEnd w:id="275"/>
    </w:p>
    <w:p>
      <w:pPr>
        <w:keepNext/>
        <w:spacing w:after="0"/>
      </w:pPr>
      <w:r>
        <w:rPr>
          <w:rFonts w:ascii="Noto Serif CJK JP" w:hAnsi="Noto Serif CJK JP" w:eastAsia="Noto Serif CJK JP"/>
          <w:b w:val="0"/>
          <w:i w:val="0"/>
          <w:color w:val="222B33"/>
          <w:sz w:val="26"/>
        </w:rPr>
        <w:t>数ならで難波のこともかひなきになどみをつくし思ひそめけむ</w:t>
      </w:r>
    </w:p>
    <w:p>
      <w:pPr>
        <w:keepNext/>
        <w:spacing w:after="60"/>
      </w:pPr>
      <w:r>
        <w:rPr>
          <w:rFonts w:ascii="Noto Serif CJK JP" w:hAnsi="Noto Serif CJK JP" w:eastAsia="Noto Serif CJK JP"/>
          <w:b w:val="0"/>
          <w:i w:val="0"/>
          <w:color w:val="6A6F75"/>
          <w:sz w:val="19"/>
        </w:rPr>
        <w:t>かすならて　／　なにはのことも　／　かひなきに　／　なとみをつくし　／　おもひそめけむ</w:t>
      </w:r>
    </w:p>
    <w:p>
      <w:pPr>
        <w:keepNext/>
        <w:spacing w:after="60"/>
      </w:pPr>
      <w:r>
        <w:rPr>
          <w:b w:val="0"/>
          <w:i/>
          <w:color w:val="222B33"/>
          <w:sz w:val="21"/>
        </w:rPr>
        <w:t>I who am nothing,</w:t>
        <w:br/>
      </w:r>
      <w:r>
        <w:rPr>
          <w:b w:val="0"/>
          <w:i/>
          <w:color w:val="222B33"/>
          <w:sz w:val="21"/>
        </w:rPr>
        <w:t>for whom all things at Naniwa are futile,</w:t>
        <w:br/>
      </w:r>
      <w:r>
        <w:rPr>
          <w:b w:val="0"/>
          <w:i/>
          <w:color w:val="222B33"/>
          <w:sz w:val="21"/>
        </w:rPr>
        <w:t>why did I begin</w:t>
        <w:br/>
      </w:r>
      <w:r>
        <w:rPr>
          <w:b w:val="0"/>
          <w:i/>
          <w:color w:val="222B33"/>
          <w:sz w:val="21"/>
        </w:rPr>
        <w:t>to give myself</w:t>
        <w:br/>
      </w:r>
      <w:r>
        <w:rPr>
          <w:b w:val="0"/>
          <w:i/>
          <w:color w:val="222B33"/>
          <w:sz w:val="21"/>
        </w:rPr>
        <w:t>like a channel marker?</w:t>
      </w:r>
    </w:p>
    <w:p>
      <w:pPr>
        <w:spacing w:after="40"/>
      </w:pPr>
      <w:r>
        <w:rPr>
          <w:b w:val="0"/>
          <w:i w:val="0"/>
          <w:color w:val="222B33"/>
          <w:sz w:val="19"/>
        </w:rPr>
        <w:t>She has turned back from Sumiyoshi when she saw his splendid party.</w:t>
      </w:r>
    </w:p>
    <w:p>
      <w:pPr>
        <w:spacing w:after="40"/>
      </w:pPr>
      <w:r>
        <w:rPr>
          <w:b w:val="0"/>
          <w:i w:val="0"/>
          <w:color w:val="6A6F75"/>
          <w:sz w:val="18"/>
        </w:rPr>
        <w:t xml:space="preserve">In reply to </w:t>
      </w:r>
      <w:hyperlink w:anchor="p260">
        <w:r>
          <w:rPr>
            <w:color w:val="2E5A80"/>
            <w:u w:val="single"/>
            <w:sz w:val="18"/>
          </w:rPr>
          <w:t xml:space="preserve">No. 260 (Genji)</w:t>
        </w:r>
      </w:hyperlink>
    </w:p>
    <w:p>
      <w:pPr>
        <w:keepNext/>
        <w:spacing w:after="20" w:before="200"/>
      </w:pPr>
      <w:bookmarkStart w:id="276" w:name="p262"/>
      <w:r>
        <w:rPr>
          <w:b/>
          <w:i w:val="0"/>
          <w:color w:val="222B33"/>
          <w:sz w:val="22"/>
        </w:rPr>
        <w:t>No. 262</w:t>
      </w:r>
      <w:r>
        <w:rPr>
          <w:b w:val="0"/>
          <w:i w:val="0"/>
          <w:color w:val="6A6F75"/>
          <w:sz w:val="18"/>
        </w:rPr>
        <w:t xml:space="preserve">   Genji   独 solo</w:t>
      </w:r>
      <w:bookmarkEnd w:id="276"/>
    </w:p>
    <w:p>
      <w:pPr>
        <w:keepNext/>
        <w:spacing w:after="40"/>
      </w:pPr>
      <w:r>
        <w:rPr>
          <w:b/>
          <w:i w:val="0"/>
          <w:color w:val="6A6F75"/>
          <w:sz w:val="18"/>
        </w:rPr>
        <w:t xml:space="preserve">Context. </w:t>
      </w:r>
      <w:r>
        <w:rPr>
          <w:b w:val="0"/>
          <w:i w:val="0"/>
          <w:color w:val="6A6F75"/>
          <w:sz w:val="19"/>
        </w:rPr>
        <w:t>Leaving Sumiyoshi; the travel robe still wet.</w:t>
      </w:r>
    </w:p>
    <w:p>
      <w:pPr>
        <w:keepNext/>
        <w:spacing w:after="0"/>
      </w:pPr>
      <w:r>
        <w:rPr>
          <w:rFonts w:ascii="Noto Serif CJK JP" w:hAnsi="Noto Serif CJK JP" w:eastAsia="Noto Serif CJK JP"/>
          <w:b w:val="0"/>
          <w:i w:val="0"/>
          <w:color w:val="222B33"/>
          <w:sz w:val="26"/>
        </w:rPr>
        <w:t>露けさの昔に似たる旅衣田蓑の島の名には隠れず</w:t>
      </w:r>
    </w:p>
    <w:p>
      <w:pPr>
        <w:keepNext/>
        <w:spacing w:after="60"/>
      </w:pPr>
      <w:r>
        <w:rPr>
          <w:rFonts w:ascii="Noto Serif CJK JP" w:hAnsi="Noto Serif CJK JP" w:eastAsia="Noto Serif CJK JP"/>
          <w:b w:val="0"/>
          <w:i w:val="0"/>
          <w:color w:val="6A6F75"/>
          <w:sz w:val="19"/>
        </w:rPr>
        <w:t>露けさの　／　むかしににたる　／　たひころも　／　たみのゝしまの　／　なにはかくれす</w:t>
      </w:r>
    </w:p>
    <w:p>
      <w:pPr>
        <w:keepNext/>
        <w:spacing w:after="60"/>
      </w:pPr>
      <w:r>
        <w:rPr>
          <w:b w:val="0"/>
          <w:i/>
          <w:color w:val="222B33"/>
          <w:sz w:val="21"/>
        </w:rPr>
        <w:t>My travel robe, wet</w:t>
        <w:br/>
      </w:r>
      <w:r>
        <w:rPr>
          <w:b w:val="0"/>
          <w:i/>
          <w:color w:val="222B33"/>
          <w:sz w:val="21"/>
        </w:rPr>
        <w:t>as in the past:</w:t>
        <w:br/>
      </w:r>
      <w:r>
        <w:rPr>
          <w:b w:val="0"/>
          <w:i/>
          <w:color w:val="222B33"/>
          <w:sz w:val="21"/>
        </w:rPr>
        <w:t>the name of Tamino Isle,</w:t>
        <w:br/>
      </w:r>
      <w:r>
        <w:rPr>
          <w:b w:val="0"/>
          <w:i/>
          <w:color w:val="222B33"/>
          <w:sz w:val="21"/>
        </w:rPr>
        <w:t>“straw cape,”</w:t>
        <w:br/>
      </w:r>
      <w:r>
        <w:rPr>
          <w:b w:val="0"/>
          <w:i/>
          <w:color w:val="222B33"/>
          <w:sz w:val="21"/>
        </w:rPr>
        <w:t>does not keep me dry.</w:t>
      </w:r>
    </w:p>
    <w:p>
      <w:pPr>
        <w:keepNext/>
        <w:spacing w:after="20" w:before="200"/>
      </w:pPr>
      <w:bookmarkStart w:id="277" w:name="p263"/>
      <w:r>
        <w:rPr>
          <w:b/>
          <w:i w:val="0"/>
          <w:color w:val="222B33"/>
          <w:sz w:val="22"/>
        </w:rPr>
        <w:t>No. 263</w:t>
      </w:r>
      <w:r>
        <w:rPr>
          <w:b w:val="0"/>
          <w:i w:val="0"/>
          <w:color w:val="6A6F75"/>
          <w:sz w:val="18"/>
        </w:rPr>
        <w:t xml:space="preserve">   Genji → the former Ise Priestess   贈 sent</w:t>
      </w:r>
      <w:bookmarkEnd w:id="277"/>
    </w:p>
    <w:p>
      <w:pPr>
        <w:keepNext/>
        <w:spacing w:after="40"/>
      </w:pPr>
      <w:r>
        <w:rPr>
          <w:b/>
          <w:i w:val="0"/>
          <w:color w:val="6A6F75"/>
          <w:sz w:val="18"/>
        </w:rPr>
        <w:t xml:space="preserve">Context. </w:t>
      </w:r>
      <w:r>
        <w:rPr>
          <w:b w:val="0"/>
          <w:i w:val="0"/>
          <w:color w:val="6A6F75"/>
          <w:sz w:val="19"/>
        </w:rPr>
        <w:t>Genji consoles the former Ise Priestess after Rokujō’s death; he will be her guardian.</w:t>
      </w:r>
    </w:p>
    <w:p>
      <w:pPr>
        <w:keepNext/>
        <w:spacing w:after="0"/>
      </w:pPr>
      <w:r>
        <w:rPr>
          <w:rFonts w:ascii="Noto Serif CJK JP" w:hAnsi="Noto Serif CJK JP" w:eastAsia="Noto Serif CJK JP"/>
          <w:b w:val="0"/>
          <w:i w:val="0"/>
          <w:color w:val="222B33"/>
          <w:sz w:val="26"/>
        </w:rPr>
        <w:t>降り乱れひまなき空に亡き人の天翔るらむ宿ぞ悲しき</w:t>
      </w:r>
    </w:p>
    <w:p>
      <w:pPr>
        <w:keepNext/>
        <w:spacing w:after="60"/>
      </w:pPr>
      <w:r>
        <w:rPr>
          <w:rFonts w:ascii="Noto Serif CJK JP" w:hAnsi="Noto Serif CJK JP" w:eastAsia="Noto Serif CJK JP"/>
          <w:b w:val="0"/>
          <w:i w:val="0"/>
          <w:color w:val="6A6F75"/>
          <w:sz w:val="19"/>
        </w:rPr>
        <w:t>ふりみたれ　／　ひまなき空に　／　なき人の　／　あまかけるらむ　／　やとそかなしき</w:t>
      </w:r>
    </w:p>
    <w:p>
      <w:pPr>
        <w:keepNext/>
        <w:spacing w:after="60"/>
      </w:pPr>
      <w:r>
        <w:rPr>
          <w:b w:val="0"/>
          <w:i/>
          <w:color w:val="222B33"/>
          <w:sz w:val="21"/>
        </w:rPr>
        <w:t>In the sky where sleet falls</w:t>
        <w:br/>
      </w:r>
      <w:r>
        <w:rPr>
          <w:b w:val="0"/>
          <w:i/>
          <w:color w:val="222B33"/>
          <w:sz w:val="21"/>
        </w:rPr>
        <w:t>without a break, how sad</w:t>
        <w:br/>
      </w:r>
      <w:r>
        <w:rPr>
          <w:b w:val="0"/>
          <w:i/>
          <w:color w:val="222B33"/>
          <w:sz w:val="21"/>
        </w:rPr>
        <w:t>the house above which</w:t>
        <w:br/>
      </w:r>
      <w:r>
        <w:rPr>
          <w:b w:val="0"/>
          <w:i/>
          <w:color w:val="222B33"/>
          <w:sz w:val="21"/>
        </w:rPr>
        <w:t>the dead one’s spirit</w:t>
        <w:br/>
      </w:r>
      <w:r>
        <w:rPr>
          <w:b w:val="0"/>
          <w:i/>
          <w:color w:val="222B33"/>
          <w:sz w:val="21"/>
        </w:rPr>
        <w:t>must be soaring.</w:t>
      </w:r>
    </w:p>
    <w:p>
      <w:pPr>
        <w:spacing w:after="40"/>
      </w:pPr>
      <w:r>
        <w:rPr>
          <w:b w:val="0"/>
          <w:i w:val="0"/>
          <w:color w:val="222B33"/>
          <w:sz w:val="19"/>
        </w:rPr>
        <w:t>After Lady Rokujō’s death.</w:t>
      </w:r>
    </w:p>
    <w:p>
      <w:pPr>
        <w:spacing w:after="40"/>
      </w:pPr>
      <w:r>
        <w:rPr>
          <w:b w:val="0"/>
          <w:i w:val="0"/>
          <w:color w:val="6A6F75"/>
          <w:sz w:val="18"/>
        </w:rPr>
        <w:t xml:space="preserve">Answered by </w:t>
      </w:r>
      <w:hyperlink w:anchor="p264">
        <w:r>
          <w:rPr>
            <w:color w:val="2E5A80"/>
            <w:u w:val="single"/>
            <w:sz w:val="18"/>
          </w:rPr>
          <w:t xml:space="preserve">No. 264 (the former Ise Priestess)</w:t>
        </w:r>
      </w:hyperlink>
    </w:p>
    <w:p>
      <w:pPr>
        <w:keepNext/>
        <w:spacing w:after="20" w:before="200"/>
      </w:pPr>
      <w:bookmarkStart w:id="278" w:name="p264"/>
      <w:r>
        <w:rPr>
          <w:b/>
          <w:i w:val="0"/>
          <w:color w:val="222B33"/>
          <w:sz w:val="22"/>
        </w:rPr>
        <w:t>No. 264</w:t>
      </w:r>
      <w:r>
        <w:rPr>
          <w:b w:val="0"/>
          <w:i w:val="0"/>
          <w:color w:val="6A6F75"/>
          <w:sz w:val="18"/>
        </w:rPr>
        <w:t xml:space="preserve">   the former Ise Priestess → Genji   答 reply</w:t>
      </w:r>
      <w:bookmarkEnd w:id="278"/>
    </w:p>
    <w:p>
      <w:pPr>
        <w:keepNext/>
        <w:spacing w:after="0"/>
      </w:pPr>
      <w:r>
        <w:rPr>
          <w:rFonts w:ascii="Noto Serif CJK JP" w:hAnsi="Noto Serif CJK JP" w:eastAsia="Noto Serif CJK JP"/>
          <w:b w:val="0"/>
          <w:i w:val="0"/>
          <w:color w:val="222B33"/>
          <w:sz w:val="26"/>
        </w:rPr>
        <w:t>消えがてにふるぞ悲しきかきくらしわが身それとも思ほえぬ世に</w:t>
      </w:r>
    </w:p>
    <w:p>
      <w:pPr>
        <w:keepNext/>
        <w:spacing w:after="60"/>
      </w:pPr>
      <w:r>
        <w:rPr>
          <w:rFonts w:ascii="Noto Serif CJK JP" w:hAnsi="Noto Serif CJK JP" w:eastAsia="Noto Serif CJK JP"/>
          <w:b w:val="0"/>
          <w:i w:val="0"/>
          <w:color w:val="6A6F75"/>
          <w:sz w:val="19"/>
        </w:rPr>
        <w:t>きえかてに　／　ふるそかなしき　／　かきくらし　／　わか身それとも　／　おもほえぬよに</w:t>
      </w:r>
    </w:p>
    <w:p>
      <w:pPr>
        <w:keepNext/>
        <w:spacing w:after="60"/>
      </w:pPr>
      <w:r>
        <w:rPr>
          <w:b w:val="0"/>
          <w:i/>
          <w:color w:val="222B33"/>
          <w:sz w:val="21"/>
        </w:rPr>
        <w:t>How sad to live on,</w:t>
        <w:br/>
      </w:r>
      <w:r>
        <w:rPr>
          <w:b w:val="0"/>
          <w:i/>
          <w:color w:val="222B33"/>
          <w:sz w:val="21"/>
        </w:rPr>
        <w:t>hardly able to vanish,</w:t>
        <w:br/>
      </w:r>
      <w:r>
        <w:rPr>
          <w:b w:val="0"/>
          <w:i/>
          <w:color w:val="222B33"/>
          <w:sz w:val="21"/>
        </w:rPr>
        <w:t>in a darkened world</w:t>
        <w:br/>
      </w:r>
      <w:r>
        <w:rPr>
          <w:b w:val="0"/>
          <w:i/>
          <w:color w:val="222B33"/>
          <w:sz w:val="21"/>
        </w:rPr>
        <w:t>where I scarcely know</w:t>
        <w:br/>
      </w:r>
      <w:r>
        <w:rPr>
          <w:b w:val="0"/>
          <w:i/>
          <w:color w:val="222B33"/>
          <w:sz w:val="21"/>
        </w:rPr>
        <w:t>myself.</w:t>
      </w:r>
    </w:p>
    <w:p>
      <w:pPr>
        <w:spacing w:after="40"/>
      </w:pPr>
      <w:r>
        <w:rPr>
          <w:b w:val="0"/>
          <w:i w:val="0"/>
          <w:color w:val="222B33"/>
          <w:sz w:val="19"/>
        </w:rPr>
        <w:t>Furu: “fall” (sleet) and “live on.” Akikonomu’s first poem to Genji.</w:t>
      </w:r>
    </w:p>
    <w:p>
      <w:pPr>
        <w:spacing w:after="40"/>
      </w:pPr>
      <w:r>
        <w:rPr>
          <w:b w:val="0"/>
          <w:i w:val="0"/>
          <w:color w:val="6A6F75"/>
          <w:sz w:val="18"/>
        </w:rPr>
        <w:t xml:space="preserve">In reply to </w:t>
      </w:r>
      <w:hyperlink w:anchor="p263">
        <w:r>
          <w:rPr>
            <w:color w:val="2E5A80"/>
            <w:u w:val="single"/>
            <w:sz w:val="18"/>
          </w:rPr>
          <w:t xml:space="preserve">No. 263 (Genji)</w:t>
        </w:r>
      </w:hyperlink>
    </w:p>
    <w:p>
      <w:pPr>
        <w:pStyle w:val="Heading1"/>
      </w:pPr>
      <w:bookmarkStart w:id="279" w:name="ch15"/>
      <w:r>
        <w:t>Chapter 15 · Yomogiu 蓬生</w:t>
      </w:r>
      <w:bookmarkEnd w:id="279"/>
    </w:p>
    <w:p>
      <w:pPr>
        <w:keepNext/>
        <w:spacing w:after="20" w:before="200"/>
      </w:pPr>
      <w:bookmarkStart w:id="280" w:name="p265"/>
      <w:r>
        <w:rPr>
          <w:b/>
          <w:i w:val="0"/>
          <w:color w:val="222B33"/>
          <w:sz w:val="22"/>
        </w:rPr>
        <w:t>No. 265</w:t>
      </w:r>
      <w:r>
        <w:rPr>
          <w:b w:val="0"/>
          <w:i w:val="0"/>
          <w:color w:val="6A6F75"/>
          <w:sz w:val="18"/>
        </w:rPr>
        <w:t xml:space="preserve">   Suetsumuhana → Jijū   贈 sent</w:t>
      </w:r>
      <w:bookmarkEnd w:id="280"/>
    </w:p>
    <w:p>
      <w:pPr>
        <w:keepNext/>
        <w:spacing w:after="40"/>
      </w:pPr>
      <w:r>
        <w:rPr>
          <w:b/>
          <w:i w:val="0"/>
          <w:color w:val="6A6F75"/>
          <w:sz w:val="18"/>
        </w:rPr>
        <w:t xml:space="preserve">Context. </w:t>
      </w:r>
      <w:r>
        <w:rPr>
          <w:b w:val="0"/>
          <w:i w:val="0"/>
          <w:color w:val="6A6F75"/>
          <w:sz w:val="19"/>
        </w:rPr>
        <w:t>Suetsumuhana’s last attendant leaves her ruined house; her loneliness in Genji’s absence.</w:t>
      </w:r>
    </w:p>
    <w:p>
      <w:pPr>
        <w:keepNext/>
        <w:spacing w:after="0"/>
      </w:pPr>
      <w:r>
        <w:rPr>
          <w:rFonts w:ascii="Noto Serif CJK JP" w:hAnsi="Noto Serif CJK JP" w:eastAsia="Noto Serif CJK JP"/>
          <w:b w:val="0"/>
          <w:i w:val="0"/>
          <w:color w:val="222B33"/>
          <w:sz w:val="26"/>
        </w:rPr>
        <w:t>絶ゆまじき筋を頼みし玉かづら思ひのほかにかけ離れぬる</w:t>
      </w:r>
    </w:p>
    <w:p>
      <w:pPr>
        <w:keepNext/>
        <w:spacing w:after="60"/>
      </w:pPr>
      <w:r>
        <w:rPr>
          <w:rFonts w:ascii="Noto Serif CJK JP" w:hAnsi="Noto Serif CJK JP" w:eastAsia="Noto Serif CJK JP"/>
          <w:b w:val="0"/>
          <w:i w:val="0"/>
          <w:color w:val="6A6F75"/>
          <w:sz w:val="19"/>
        </w:rPr>
        <w:t>たゆましき　／　すちをたのみし　／　玉かつら　／　思ひのほかに　／　かけはなれぬる</w:t>
      </w:r>
    </w:p>
    <w:p>
      <w:pPr>
        <w:keepNext/>
        <w:spacing w:after="60"/>
      </w:pPr>
      <w:r>
        <w:rPr>
          <w:b w:val="0"/>
          <w:i/>
          <w:color w:val="222B33"/>
          <w:sz w:val="21"/>
        </w:rPr>
        <w:t>The jeweled vine I trusted</w:t>
        <w:br/>
      </w:r>
      <w:r>
        <w:rPr>
          <w:b w:val="0"/>
          <w:i/>
          <w:color w:val="222B33"/>
          <w:sz w:val="21"/>
        </w:rPr>
        <w:t>would never break</w:t>
        <w:br/>
      </w:r>
      <w:r>
        <w:rPr>
          <w:b w:val="0"/>
          <w:i/>
          <w:color w:val="222B33"/>
          <w:sz w:val="21"/>
        </w:rPr>
        <w:t>has parted from me</w:t>
        <w:br/>
      </w:r>
      <w:r>
        <w:rPr>
          <w:b w:val="0"/>
          <w:i/>
          <w:color w:val="222B33"/>
          <w:sz w:val="21"/>
        </w:rPr>
        <w:t>unexpectedly</w:t>
        <w:br/>
      </w:r>
      <w:r>
        <w:rPr>
          <w:b w:val="0"/>
          <w:i/>
          <w:color w:val="222B33"/>
          <w:sz w:val="21"/>
        </w:rPr>
        <w:t>and gone.</w:t>
      </w:r>
    </w:p>
    <w:p>
      <w:pPr>
        <w:spacing w:after="40"/>
      </w:pPr>
      <w:r>
        <w:rPr>
          <w:b w:val="0"/>
          <w:i w:val="0"/>
          <w:color w:val="222B33"/>
          <w:sz w:val="19"/>
        </w:rPr>
        <w:t>Her attendant Jijū leaves for Kyushu.</w:t>
      </w:r>
    </w:p>
    <w:p>
      <w:pPr>
        <w:spacing w:after="40"/>
      </w:pPr>
      <w:r>
        <w:rPr>
          <w:b w:val="0"/>
          <w:i w:val="0"/>
          <w:color w:val="6A6F75"/>
          <w:sz w:val="18"/>
        </w:rPr>
        <w:t xml:space="preserve">Answered by </w:t>
      </w:r>
      <w:hyperlink w:anchor="p266">
        <w:r>
          <w:rPr>
            <w:color w:val="2E5A80"/>
            <w:u w:val="single"/>
            <w:sz w:val="18"/>
          </w:rPr>
          <w:t xml:space="preserve">No. 266 (Jijū)</w:t>
        </w:r>
      </w:hyperlink>
    </w:p>
    <w:p>
      <w:pPr>
        <w:keepNext/>
        <w:spacing w:after="20" w:before="200"/>
      </w:pPr>
      <w:bookmarkStart w:id="281" w:name="p266"/>
      <w:r>
        <w:rPr>
          <w:b/>
          <w:i w:val="0"/>
          <w:color w:val="222B33"/>
          <w:sz w:val="22"/>
        </w:rPr>
        <w:t>No. 266</w:t>
      </w:r>
      <w:r>
        <w:rPr>
          <w:b w:val="0"/>
          <w:i w:val="0"/>
          <w:color w:val="6A6F75"/>
          <w:sz w:val="18"/>
        </w:rPr>
        <w:t xml:space="preserve">   Jijū → Suetsumuhana   答 reply</w:t>
      </w:r>
      <w:bookmarkEnd w:id="281"/>
    </w:p>
    <w:p>
      <w:pPr>
        <w:keepNext/>
        <w:spacing w:after="0"/>
      </w:pPr>
      <w:r>
        <w:rPr>
          <w:rFonts w:ascii="Noto Serif CJK JP" w:hAnsi="Noto Serif CJK JP" w:eastAsia="Noto Serif CJK JP"/>
          <w:b w:val="0"/>
          <w:i w:val="0"/>
          <w:color w:val="222B33"/>
          <w:sz w:val="26"/>
        </w:rPr>
        <w:t>玉かづら絶えてもやまじ行く道の手向の神もかけて誓はむ</w:t>
      </w:r>
    </w:p>
    <w:p>
      <w:pPr>
        <w:keepNext/>
        <w:spacing w:after="60"/>
      </w:pPr>
      <w:r>
        <w:rPr>
          <w:rFonts w:ascii="Noto Serif CJK JP" w:hAnsi="Noto Serif CJK JP" w:eastAsia="Noto Serif CJK JP"/>
          <w:b w:val="0"/>
          <w:i w:val="0"/>
          <w:color w:val="6A6F75"/>
          <w:sz w:val="19"/>
        </w:rPr>
        <w:t>玉かつら　／　たえてもやまし　／　ゆくみちの　／　たむけの神も　／　かけてちかはむ</w:t>
      </w:r>
    </w:p>
    <w:p>
      <w:pPr>
        <w:keepNext/>
        <w:spacing w:after="60"/>
      </w:pPr>
      <w:r>
        <w:rPr>
          <w:b w:val="0"/>
          <w:i/>
          <w:color w:val="222B33"/>
          <w:sz w:val="21"/>
        </w:rPr>
        <w:t>Though the jeweled vine be broken,</w:t>
        <w:br/>
      </w:r>
      <w:r>
        <w:rPr>
          <w:b w:val="0"/>
          <w:i/>
          <w:color w:val="222B33"/>
          <w:sz w:val="21"/>
        </w:rPr>
        <w:t>it will not end;</w:t>
        <w:br/>
      </w:r>
      <w:r>
        <w:rPr>
          <w:b w:val="0"/>
          <w:i/>
          <w:color w:val="222B33"/>
          <w:sz w:val="21"/>
        </w:rPr>
        <w:t>I swear it by the gods</w:t>
        <w:br/>
      </w:r>
      <w:r>
        <w:rPr>
          <w:b w:val="0"/>
          <w:i/>
          <w:color w:val="222B33"/>
          <w:sz w:val="21"/>
        </w:rPr>
        <w:t>who guard the road</w:t>
        <w:br/>
      </w:r>
      <w:r>
        <w:rPr>
          <w:b w:val="0"/>
          <w:i/>
          <w:color w:val="222B33"/>
          <w:sz w:val="21"/>
        </w:rPr>
        <w:t>I take.</w:t>
      </w:r>
    </w:p>
    <w:p>
      <w:pPr>
        <w:spacing w:after="40"/>
      </w:pPr>
      <w:r>
        <w:rPr>
          <w:b w:val="0"/>
          <w:i w:val="0"/>
          <w:color w:val="6A6F75"/>
          <w:sz w:val="18"/>
        </w:rPr>
        <w:t xml:space="preserve">In reply to </w:t>
      </w:r>
      <w:hyperlink w:anchor="p265">
        <w:r>
          <w:rPr>
            <w:color w:val="2E5A80"/>
            <w:u w:val="single"/>
            <w:sz w:val="18"/>
          </w:rPr>
          <w:t xml:space="preserve">No. 265 (Suetsumuhana)</w:t>
        </w:r>
      </w:hyperlink>
    </w:p>
    <w:p>
      <w:pPr>
        <w:keepNext/>
        <w:spacing w:after="20" w:before="200"/>
      </w:pPr>
      <w:bookmarkStart w:id="282" w:name="p267"/>
      <w:r>
        <w:rPr>
          <w:b/>
          <w:i w:val="0"/>
          <w:color w:val="222B33"/>
          <w:sz w:val="22"/>
        </w:rPr>
        <w:t>No. 267</w:t>
      </w:r>
      <w:r>
        <w:rPr>
          <w:b w:val="0"/>
          <w:i w:val="0"/>
          <w:color w:val="6A6F75"/>
          <w:sz w:val="18"/>
        </w:rPr>
        <w:t xml:space="preserve">   Suetsumuhana   独 solo</w:t>
      </w:r>
      <w:bookmarkEnd w:id="282"/>
    </w:p>
    <w:p>
      <w:pPr>
        <w:keepNext/>
        <w:spacing w:after="40"/>
      </w:pPr>
      <w:r>
        <w:rPr>
          <w:b/>
          <w:i w:val="0"/>
          <w:color w:val="6A6F75"/>
          <w:sz w:val="18"/>
        </w:rPr>
        <w:t xml:space="preserve">Context. </w:t>
      </w:r>
      <w:r>
        <w:rPr>
          <w:b w:val="0"/>
          <w:i w:val="0"/>
          <w:color w:val="6A6F75"/>
          <w:sz w:val="19"/>
        </w:rPr>
        <w:t>Suetsumuhana alone in her ruined house; her faith that Genji will return.</w:t>
      </w:r>
    </w:p>
    <w:p>
      <w:pPr>
        <w:keepNext/>
        <w:spacing w:after="0"/>
      </w:pPr>
      <w:r>
        <w:rPr>
          <w:rFonts w:ascii="Noto Serif CJK JP" w:hAnsi="Noto Serif CJK JP" w:eastAsia="Noto Serif CJK JP"/>
          <w:b w:val="0"/>
          <w:i w:val="0"/>
          <w:color w:val="222B33"/>
          <w:sz w:val="26"/>
        </w:rPr>
        <w:t>亡き人を恋ふる袂のひまなきに荒れたる軒のしづくさへ添ふ</w:t>
      </w:r>
    </w:p>
    <w:p>
      <w:pPr>
        <w:keepNext/>
        <w:spacing w:after="60"/>
      </w:pPr>
      <w:r>
        <w:rPr>
          <w:rFonts w:ascii="Noto Serif CJK JP" w:hAnsi="Noto Serif CJK JP" w:eastAsia="Noto Serif CJK JP"/>
          <w:b w:val="0"/>
          <w:i w:val="0"/>
          <w:color w:val="6A6F75"/>
          <w:sz w:val="19"/>
        </w:rPr>
        <w:t>なき人を　／　こふるたもとの　／　ひまなきに　／　あれたるのきの　／　しつくさへそふ</w:t>
      </w:r>
    </w:p>
    <w:p>
      <w:pPr>
        <w:keepNext/>
        <w:spacing w:after="60"/>
      </w:pPr>
      <w:r>
        <w:rPr>
          <w:b w:val="0"/>
          <w:i/>
          <w:color w:val="222B33"/>
          <w:sz w:val="21"/>
        </w:rPr>
        <w:t>With no pause in the sleeves</w:t>
        <w:br/>
      </w:r>
      <w:r>
        <w:rPr>
          <w:b w:val="0"/>
          <w:i/>
          <w:color w:val="222B33"/>
          <w:sz w:val="21"/>
        </w:rPr>
        <w:t>that long for the dead,</w:t>
        <w:br/>
      </w:r>
      <w:r>
        <w:rPr>
          <w:b w:val="0"/>
          <w:i/>
          <w:color w:val="222B33"/>
          <w:sz w:val="21"/>
        </w:rPr>
        <w:t>the drops from the ruined eaves</w:t>
        <w:br/>
      </w:r>
      <w:r>
        <w:rPr>
          <w:b w:val="0"/>
          <w:i/>
          <w:color w:val="222B33"/>
          <w:sz w:val="21"/>
        </w:rPr>
        <w:t>fall on them</w:t>
        <w:br/>
      </w:r>
      <w:r>
        <w:rPr>
          <w:b w:val="0"/>
          <w:i/>
          <w:color w:val="222B33"/>
          <w:sz w:val="21"/>
        </w:rPr>
        <w:t>as well.</w:t>
      </w:r>
    </w:p>
    <w:p>
      <w:pPr>
        <w:keepNext/>
        <w:spacing w:after="20" w:before="200"/>
      </w:pPr>
      <w:bookmarkStart w:id="283" w:name="p268"/>
      <w:r>
        <w:rPr>
          <w:b/>
          <w:i w:val="0"/>
          <w:color w:val="222B33"/>
          <w:sz w:val="22"/>
        </w:rPr>
        <w:t>No. 268</w:t>
      </w:r>
      <w:r>
        <w:rPr>
          <w:b w:val="0"/>
          <w:i w:val="0"/>
          <w:color w:val="6A6F75"/>
          <w:sz w:val="18"/>
        </w:rPr>
        <w:t xml:space="preserve">   Genji   独 solo</w:t>
      </w:r>
      <w:bookmarkEnd w:id="283"/>
    </w:p>
    <w:p>
      <w:pPr>
        <w:keepNext/>
        <w:spacing w:after="40"/>
      </w:pPr>
      <w:r>
        <w:rPr>
          <w:b/>
          <w:i w:val="0"/>
          <w:color w:val="6A6F75"/>
          <w:sz w:val="18"/>
        </w:rPr>
        <w:t xml:space="preserve">Context. </w:t>
      </w:r>
      <w:r>
        <w:rPr>
          <w:b w:val="0"/>
          <w:i w:val="0"/>
          <w:color w:val="6A6F75"/>
          <w:sz w:val="19"/>
        </w:rPr>
        <w:t>Genji finds Suetsumuhana’s ruined house; he resolves to see her.</w:t>
      </w:r>
    </w:p>
    <w:p>
      <w:pPr>
        <w:keepNext/>
        <w:spacing w:after="0"/>
      </w:pPr>
      <w:r>
        <w:rPr>
          <w:rFonts w:ascii="Noto Serif CJK JP" w:hAnsi="Noto Serif CJK JP" w:eastAsia="Noto Serif CJK JP"/>
          <w:b w:val="0"/>
          <w:i w:val="0"/>
          <w:color w:val="222B33"/>
          <w:sz w:val="26"/>
        </w:rPr>
        <w:t>尋ねても我こそ訪はめ道もなく深き蓬のもとの心を</w:t>
      </w:r>
    </w:p>
    <w:p>
      <w:pPr>
        <w:keepNext/>
        <w:spacing w:after="60"/>
      </w:pPr>
      <w:r>
        <w:rPr>
          <w:rFonts w:ascii="Noto Serif CJK JP" w:hAnsi="Noto Serif CJK JP" w:eastAsia="Noto Serif CJK JP"/>
          <w:b w:val="0"/>
          <w:i w:val="0"/>
          <w:color w:val="6A6F75"/>
          <w:sz w:val="19"/>
        </w:rPr>
        <w:t>たつねても　／　われこそとはめ　／　みちもなく　／　ふかきよもきの　／　もとの心を</w:t>
      </w:r>
    </w:p>
    <w:p>
      <w:pPr>
        <w:keepNext/>
        <w:spacing w:after="60"/>
      </w:pPr>
      <w:r>
        <w:rPr>
          <w:b w:val="0"/>
          <w:i/>
          <w:color w:val="222B33"/>
          <w:sz w:val="21"/>
        </w:rPr>
        <w:t>I will be the one</w:t>
        <w:br/>
      </w:r>
      <w:r>
        <w:rPr>
          <w:b w:val="0"/>
          <w:i/>
          <w:color w:val="222B33"/>
          <w:sz w:val="21"/>
        </w:rPr>
        <w:t>to seek her out and ask,</w:t>
        <w:br/>
      </w:r>
      <w:r>
        <w:rPr>
          <w:b w:val="0"/>
          <w:i/>
          <w:color w:val="222B33"/>
          <w:sz w:val="21"/>
        </w:rPr>
        <w:t>though there is no path, of the heart</w:t>
        <w:br/>
      </w:r>
      <w:r>
        <w:rPr>
          <w:b w:val="0"/>
          <w:i/>
          <w:color w:val="222B33"/>
          <w:sz w:val="21"/>
        </w:rPr>
        <w:t>beneath the deep</w:t>
        <w:br/>
      </w:r>
      <w:r>
        <w:rPr>
          <w:b w:val="0"/>
          <w:i/>
          <w:color w:val="222B33"/>
          <w:sz w:val="21"/>
        </w:rPr>
        <w:t>wormwood.</w:t>
      </w:r>
    </w:p>
    <w:p>
      <w:pPr>
        <w:spacing w:after="40"/>
      </w:pPr>
      <w:r>
        <w:rPr>
          <w:b w:val="0"/>
          <w:i w:val="0"/>
          <w:color w:val="222B33"/>
          <w:sz w:val="19"/>
        </w:rPr>
        <w:t>Yomogi, “wormwood,” gives the chapter its name.</w:t>
      </w:r>
    </w:p>
    <w:p>
      <w:pPr>
        <w:keepNext/>
        <w:spacing w:after="20" w:before="200"/>
      </w:pPr>
      <w:bookmarkStart w:id="284" w:name="p269"/>
      <w:r>
        <w:rPr>
          <w:b/>
          <w:i w:val="0"/>
          <w:color w:val="222B33"/>
          <w:sz w:val="22"/>
        </w:rPr>
        <w:t>No. 269</w:t>
      </w:r>
      <w:r>
        <w:rPr>
          <w:b w:val="0"/>
          <w:i w:val="0"/>
          <w:color w:val="6A6F75"/>
          <w:sz w:val="18"/>
        </w:rPr>
        <w:t xml:space="preserve">   Genji → Suetsumuhana   贈 sent</w:t>
      </w:r>
      <w:bookmarkEnd w:id="284"/>
    </w:p>
    <w:p>
      <w:pPr>
        <w:keepNext/>
        <w:spacing w:after="40"/>
      </w:pPr>
      <w:r>
        <w:rPr>
          <w:b/>
          <w:i w:val="0"/>
          <w:color w:val="6A6F75"/>
          <w:sz w:val="18"/>
        </w:rPr>
        <w:t xml:space="preserve">Context. </w:t>
      </w:r>
      <w:r>
        <w:rPr>
          <w:b w:val="0"/>
          <w:i w:val="0"/>
          <w:color w:val="6A6F75"/>
          <w:sz w:val="19"/>
        </w:rPr>
        <w:t>Genji at Suetsumuhana’s wisteria-grown house; her waiting is rewarded.</w:t>
      </w:r>
    </w:p>
    <w:p>
      <w:pPr>
        <w:keepNext/>
        <w:spacing w:after="0"/>
      </w:pPr>
      <w:r>
        <w:rPr>
          <w:rFonts w:ascii="Noto Serif CJK JP" w:hAnsi="Noto Serif CJK JP" w:eastAsia="Noto Serif CJK JP"/>
          <w:b w:val="0"/>
          <w:i w:val="0"/>
          <w:color w:val="222B33"/>
          <w:sz w:val="26"/>
        </w:rPr>
        <w:t>藤波のうち過ぎがたく見えつるは松こそ宿のしるしなりけれ</w:t>
      </w:r>
    </w:p>
    <w:p>
      <w:pPr>
        <w:keepNext/>
        <w:spacing w:after="60"/>
      </w:pPr>
      <w:r>
        <w:rPr>
          <w:rFonts w:ascii="Noto Serif CJK JP" w:hAnsi="Noto Serif CJK JP" w:eastAsia="Noto Serif CJK JP"/>
          <w:b w:val="0"/>
          <w:i w:val="0"/>
          <w:color w:val="6A6F75"/>
          <w:sz w:val="19"/>
        </w:rPr>
        <w:t>ふちなみの　／　うちすきかたく　／　みえつるは　／　まつこそやとの　／　しるしなりけれ</w:t>
      </w:r>
    </w:p>
    <w:p>
      <w:pPr>
        <w:keepNext/>
        <w:spacing w:after="60"/>
      </w:pPr>
      <w:r>
        <w:rPr>
          <w:b w:val="0"/>
          <w:i/>
          <w:color w:val="222B33"/>
          <w:sz w:val="21"/>
        </w:rPr>
        <w:t>What made the wisteria waves</w:t>
        <w:br/>
      </w:r>
      <w:r>
        <w:rPr>
          <w:b w:val="0"/>
          <w:i/>
          <w:color w:val="222B33"/>
          <w:sz w:val="21"/>
        </w:rPr>
        <w:t>so hard to pass by</w:t>
        <w:br/>
      </w:r>
      <w:r>
        <w:rPr>
          <w:b w:val="0"/>
          <w:i/>
          <w:color w:val="222B33"/>
          <w:sz w:val="21"/>
        </w:rPr>
        <w:t>was the pine,</w:t>
        <w:br/>
      </w:r>
      <w:r>
        <w:rPr>
          <w:b w:val="0"/>
          <w:i/>
          <w:color w:val="222B33"/>
          <w:sz w:val="21"/>
        </w:rPr>
        <w:t>a sign</w:t>
        <w:br/>
      </w:r>
      <w:r>
        <w:rPr>
          <w:b w:val="0"/>
          <w:i/>
          <w:color w:val="222B33"/>
          <w:sz w:val="21"/>
        </w:rPr>
        <w:t>of this house.</w:t>
      </w:r>
    </w:p>
    <w:p>
      <w:pPr>
        <w:spacing w:after="40"/>
      </w:pPr>
      <w:r>
        <w:rPr>
          <w:b w:val="0"/>
          <w:i w:val="0"/>
          <w:color w:val="222B33"/>
          <w:sz w:val="19"/>
        </w:rPr>
        <w:t>Matsu: “pine” and “to wait.”</w:t>
      </w:r>
    </w:p>
    <w:p>
      <w:pPr>
        <w:spacing w:after="40"/>
      </w:pPr>
      <w:r>
        <w:rPr>
          <w:b w:val="0"/>
          <w:i w:val="0"/>
          <w:color w:val="6A6F75"/>
          <w:sz w:val="18"/>
        </w:rPr>
        <w:t xml:space="preserve">Answered by </w:t>
      </w:r>
      <w:hyperlink w:anchor="p270">
        <w:r>
          <w:rPr>
            <w:color w:val="2E5A80"/>
            <w:u w:val="single"/>
            <w:sz w:val="18"/>
          </w:rPr>
          <w:t xml:space="preserve">No. 270 (Suetsumuhana)</w:t>
        </w:r>
      </w:hyperlink>
    </w:p>
    <w:p>
      <w:pPr>
        <w:keepNext/>
        <w:spacing w:after="20" w:before="200"/>
      </w:pPr>
      <w:bookmarkStart w:id="285" w:name="p270"/>
      <w:r>
        <w:rPr>
          <w:b/>
          <w:i w:val="0"/>
          <w:color w:val="222B33"/>
          <w:sz w:val="22"/>
        </w:rPr>
        <w:t>No. 270</w:t>
      </w:r>
      <w:r>
        <w:rPr>
          <w:b w:val="0"/>
          <w:i w:val="0"/>
          <w:color w:val="6A6F75"/>
          <w:sz w:val="18"/>
        </w:rPr>
        <w:t xml:space="preserve">   Suetsumuhana → Genji   答 reply</w:t>
      </w:r>
      <w:bookmarkEnd w:id="285"/>
    </w:p>
    <w:p>
      <w:pPr>
        <w:keepNext/>
        <w:spacing w:after="0"/>
      </w:pPr>
      <w:r>
        <w:rPr>
          <w:rFonts w:ascii="Noto Serif CJK JP" w:hAnsi="Noto Serif CJK JP" w:eastAsia="Noto Serif CJK JP"/>
          <w:b w:val="0"/>
          <w:i w:val="0"/>
          <w:color w:val="222B33"/>
          <w:sz w:val="26"/>
        </w:rPr>
        <w:t>年を経て待つしるしなきわが宿を花のたよりに過ぎぬばかりか</w:t>
      </w:r>
    </w:p>
    <w:p>
      <w:pPr>
        <w:keepNext/>
        <w:spacing w:after="60"/>
      </w:pPr>
      <w:r>
        <w:rPr>
          <w:rFonts w:ascii="Noto Serif CJK JP" w:hAnsi="Noto Serif CJK JP" w:eastAsia="Noto Serif CJK JP"/>
          <w:b w:val="0"/>
          <w:i w:val="0"/>
          <w:color w:val="6A6F75"/>
          <w:sz w:val="19"/>
        </w:rPr>
        <w:t>としをへて　／　まつしるしなき　／　わかやとを　／　花のたよりに　／　すきぬはかりか</w:t>
      </w:r>
    </w:p>
    <w:p>
      <w:pPr>
        <w:keepNext/>
        <w:spacing w:after="60"/>
      </w:pPr>
      <w:r>
        <w:rPr>
          <w:b w:val="0"/>
          <w:i/>
          <w:color w:val="222B33"/>
          <w:sz w:val="21"/>
        </w:rPr>
        <w:t>Through all the years</w:t>
        <w:br/>
      </w:r>
      <w:r>
        <w:rPr>
          <w:b w:val="0"/>
          <w:i/>
          <w:color w:val="222B33"/>
          <w:sz w:val="21"/>
        </w:rPr>
        <w:t>I waited for no sign;</w:t>
        <w:br/>
      </w:r>
      <w:r>
        <w:rPr>
          <w:b w:val="0"/>
          <w:i/>
          <w:color w:val="222B33"/>
          <w:sz w:val="21"/>
        </w:rPr>
        <w:t>will you pass by my house,</w:t>
        <w:br/>
      </w:r>
      <w:r>
        <w:rPr>
          <w:b w:val="0"/>
          <w:i/>
          <w:color w:val="222B33"/>
          <w:sz w:val="21"/>
        </w:rPr>
        <w:t>visiting only</w:t>
        <w:br/>
      </w:r>
      <w:r>
        <w:rPr>
          <w:b w:val="0"/>
          <w:i/>
          <w:color w:val="222B33"/>
          <w:sz w:val="21"/>
        </w:rPr>
        <w:t>for the flowers?</w:t>
      </w:r>
    </w:p>
    <w:p>
      <w:pPr>
        <w:spacing w:after="40"/>
      </w:pPr>
      <w:r>
        <w:rPr>
          <w:b w:val="0"/>
          <w:i w:val="0"/>
          <w:color w:val="222B33"/>
          <w:sz w:val="19"/>
        </w:rPr>
        <w:t>She keeps his pine and waiting.</w:t>
      </w:r>
    </w:p>
    <w:p>
      <w:pPr>
        <w:spacing w:after="40"/>
      </w:pPr>
      <w:r>
        <w:rPr>
          <w:b w:val="0"/>
          <w:i w:val="0"/>
          <w:color w:val="6A6F75"/>
          <w:sz w:val="18"/>
        </w:rPr>
        <w:t xml:space="preserve">In reply to </w:t>
      </w:r>
      <w:hyperlink w:anchor="p269">
        <w:r>
          <w:rPr>
            <w:color w:val="2E5A80"/>
            <w:u w:val="single"/>
            <w:sz w:val="18"/>
          </w:rPr>
          <w:t xml:space="preserve">No. 269 (Genji)</w:t>
        </w:r>
      </w:hyperlink>
    </w:p>
    <w:p>
      <w:pPr>
        <w:pStyle w:val="Heading1"/>
      </w:pPr>
      <w:bookmarkStart w:id="286" w:name="ch16"/>
      <w:r>
        <w:t>Chapter 16 · Sekiya 関屋</w:t>
      </w:r>
      <w:bookmarkEnd w:id="286"/>
    </w:p>
    <w:p>
      <w:pPr>
        <w:keepNext/>
        <w:spacing w:after="20" w:before="200"/>
      </w:pPr>
      <w:bookmarkStart w:id="287" w:name="p271"/>
      <w:r>
        <w:rPr>
          <w:b/>
          <w:i w:val="0"/>
          <w:color w:val="222B33"/>
          <w:sz w:val="22"/>
        </w:rPr>
        <w:t>No. 271</w:t>
      </w:r>
      <w:r>
        <w:rPr>
          <w:b w:val="0"/>
          <w:i w:val="0"/>
          <w:color w:val="6A6F75"/>
          <w:sz w:val="18"/>
        </w:rPr>
        <w:t xml:space="preserve">   Utsusemi   独 solo</w:t>
      </w:r>
      <w:bookmarkEnd w:id="287"/>
    </w:p>
    <w:p>
      <w:pPr>
        <w:keepNext/>
        <w:spacing w:after="40"/>
      </w:pPr>
      <w:r>
        <w:rPr>
          <w:b/>
          <w:i w:val="0"/>
          <w:color w:val="6A6F75"/>
          <w:sz w:val="18"/>
        </w:rPr>
        <w:t xml:space="preserve">Context. </w:t>
      </w:r>
      <w:r>
        <w:rPr>
          <w:b w:val="0"/>
          <w:i w:val="0"/>
          <w:color w:val="6A6F75"/>
          <w:sz w:val="19"/>
        </w:rPr>
        <w:t>Utsusemi meets Genji’s procession at Ōsaka barrier; the old affair stirs.</w:t>
      </w:r>
    </w:p>
    <w:p>
      <w:pPr>
        <w:keepNext/>
        <w:spacing w:after="0"/>
      </w:pPr>
      <w:r>
        <w:rPr>
          <w:rFonts w:ascii="Noto Serif CJK JP" w:hAnsi="Noto Serif CJK JP" w:eastAsia="Noto Serif CJK JP"/>
          <w:b w:val="0"/>
          <w:i w:val="0"/>
          <w:color w:val="222B33"/>
          <w:sz w:val="26"/>
        </w:rPr>
        <w:t>行くと来とせき止めがたき涙をや絶えぬ清水と人は見るらむ</w:t>
      </w:r>
    </w:p>
    <w:p>
      <w:pPr>
        <w:keepNext/>
        <w:spacing w:after="60"/>
      </w:pPr>
      <w:r>
        <w:rPr>
          <w:rFonts w:ascii="Noto Serif CJK JP" w:hAnsi="Noto Serif CJK JP" w:eastAsia="Noto Serif CJK JP"/>
          <w:b w:val="0"/>
          <w:i w:val="0"/>
          <w:color w:val="6A6F75"/>
          <w:sz w:val="19"/>
        </w:rPr>
        <w:t>ゆくとくと　／　せきとめかたき　／　涙をや　／　たえぬし水と　／　人はみるらむ</w:t>
      </w:r>
    </w:p>
    <w:p>
      <w:pPr>
        <w:keepNext/>
        <w:spacing w:after="60"/>
      </w:pPr>
      <w:r>
        <w:rPr>
          <w:b w:val="0"/>
          <w:i/>
          <w:color w:val="222B33"/>
          <w:sz w:val="21"/>
        </w:rPr>
        <w:t>My tears I cannot stop</w:t>
        <w:br/>
      </w:r>
      <w:r>
        <w:rPr>
          <w:b w:val="0"/>
          <w:i/>
          <w:color w:val="222B33"/>
          <w:sz w:val="21"/>
        </w:rPr>
        <w:t>at the barrier, going and coming:</w:t>
        <w:br/>
      </w:r>
      <w:r>
        <w:rPr>
          <w:b w:val="0"/>
          <w:i/>
          <w:color w:val="222B33"/>
          <w:sz w:val="21"/>
        </w:rPr>
        <w:t>will people take them</w:t>
        <w:br/>
      </w:r>
      <w:r>
        <w:rPr>
          <w:b w:val="0"/>
          <w:i/>
          <w:color w:val="222B33"/>
          <w:sz w:val="21"/>
        </w:rPr>
        <w:t>for its spring</w:t>
        <w:br/>
      </w:r>
      <w:r>
        <w:rPr>
          <w:b w:val="0"/>
          <w:i/>
          <w:color w:val="222B33"/>
          <w:sz w:val="21"/>
        </w:rPr>
        <w:t>that never ceases?</w:t>
      </w:r>
    </w:p>
    <w:p>
      <w:pPr>
        <w:spacing w:after="40"/>
      </w:pPr>
      <w:r>
        <w:rPr>
          <w:b w:val="0"/>
          <w:i w:val="0"/>
          <w:color w:val="222B33"/>
          <w:sz w:val="19"/>
        </w:rPr>
        <w:t>At the Ōsaka barrier, meeting Genji’s procession by chance.</w:t>
      </w:r>
    </w:p>
    <w:p>
      <w:pPr>
        <w:keepNext/>
        <w:spacing w:after="20" w:before="200"/>
      </w:pPr>
      <w:bookmarkStart w:id="288" w:name="p272"/>
      <w:r>
        <w:rPr>
          <w:b/>
          <w:i w:val="0"/>
          <w:color w:val="222B33"/>
          <w:sz w:val="22"/>
        </w:rPr>
        <w:t>No. 272</w:t>
      </w:r>
      <w:r>
        <w:rPr>
          <w:b w:val="0"/>
          <w:i w:val="0"/>
          <w:color w:val="6A6F75"/>
          <w:sz w:val="18"/>
        </w:rPr>
        <w:t xml:space="preserve">   Genji → Utsusemi   贈 sent</w:t>
      </w:r>
      <w:bookmarkEnd w:id="288"/>
    </w:p>
    <w:p>
      <w:pPr>
        <w:keepNext/>
        <w:spacing w:after="40"/>
      </w:pPr>
      <w:r>
        <w:rPr>
          <w:b/>
          <w:i w:val="0"/>
          <w:color w:val="6A6F75"/>
          <w:sz w:val="18"/>
        </w:rPr>
        <w:t xml:space="preserve">Context. </w:t>
      </w:r>
      <w:r>
        <w:rPr>
          <w:b w:val="0"/>
          <w:i w:val="0"/>
          <w:color w:val="6A6F75"/>
          <w:sz w:val="19"/>
        </w:rPr>
        <w:t>Genji writes to Utsusemi after the barrier meeting; she will become a nun.</w:t>
      </w:r>
    </w:p>
    <w:p>
      <w:pPr>
        <w:keepNext/>
        <w:spacing w:after="0"/>
      </w:pPr>
      <w:r>
        <w:rPr>
          <w:rFonts w:ascii="Noto Serif CJK JP" w:hAnsi="Noto Serif CJK JP" w:eastAsia="Noto Serif CJK JP"/>
          <w:b w:val="0"/>
          <w:i w:val="0"/>
          <w:color w:val="222B33"/>
          <w:sz w:val="26"/>
        </w:rPr>
        <w:t>わくらばに行き逢ふ道を頼みしもなほかひなしや潮ならぬ海</w:t>
      </w:r>
    </w:p>
    <w:p>
      <w:pPr>
        <w:keepNext/>
        <w:spacing w:after="60"/>
      </w:pPr>
      <w:r>
        <w:rPr>
          <w:rFonts w:ascii="Noto Serif CJK JP" w:hAnsi="Noto Serif CJK JP" w:eastAsia="Noto Serif CJK JP"/>
          <w:b w:val="0"/>
          <w:i w:val="0"/>
          <w:color w:val="6A6F75"/>
          <w:sz w:val="19"/>
        </w:rPr>
        <w:t>わくらはに　／　ゆきあふ道を　／　たのみしも　／　猶かひなしや　／　しほならぬうみ</w:t>
      </w:r>
    </w:p>
    <w:p>
      <w:pPr>
        <w:keepNext/>
        <w:spacing w:after="60"/>
      </w:pPr>
      <w:r>
        <w:rPr>
          <w:b w:val="0"/>
          <w:i/>
          <w:color w:val="222B33"/>
          <w:sz w:val="21"/>
        </w:rPr>
        <w:t>I trusted this road</w:t>
        <w:br/>
      </w:r>
      <w:r>
        <w:rPr>
          <w:b w:val="0"/>
          <w:i/>
          <w:color w:val="222B33"/>
          <w:sz w:val="21"/>
        </w:rPr>
        <w:t>where we met by chance,</w:t>
        <w:br/>
      </w:r>
      <w:r>
        <w:rPr>
          <w:b w:val="0"/>
          <w:i/>
          <w:color w:val="222B33"/>
          <w:sz w:val="21"/>
        </w:rPr>
        <w:t>yet still it is useless:</w:t>
        <w:br/>
      </w:r>
      <w:r>
        <w:rPr>
          <w:b w:val="0"/>
          <w:i/>
          <w:color w:val="222B33"/>
          <w:sz w:val="21"/>
        </w:rPr>
        <w:t>a sea</w:t>
        <w:br/>
      </w:r>
      <w:r>
        <w:rPr>
          <w:b w:val="0"/>
          <w:i/>
          <w:color w:val="222B33"/>
          <w:sz w:val="21"/>
        </w:rPr>
        <w:t>without salt.</w:t>
      </w:r>
    </w:p>
    <w:p>
      <w:pPr>
        <w:spacing w:after="40"/>
      </w:pPr>
      <w:r>
        <w:rPr>
          <w:b w:val="0"/>
          <w:i w:val="0"/>
          <w:color w:val="222B33"/>
          <w:sz w:val="19"/>
        </w:rPr>
        <w:t>Lake Ōmi, a sea without salt: shiogai, “seashells,” and kai, “worth.”</w:t>
      </w:r>
    </w:p>
    <w:p>
      <w:pPr>
        <w:spacing w:after="40"/>
      </w:pPr>
      <w:r>
        <w:rPr>
          <w:b w:val="0"/>
          <w:i w:val="0"/>
          <w:color w:val="6A6F75"/>
          <w:sz w:val="18"/>
        </w:rPr>
        <w:t xml:space="preserve">Answered by </w:t>
      </w:r>
      <w:hyperlink w:anchor="p273">
        <w:r>
          <w:rPr>
            <w:color w:val="2E5A80"/>
            <w:u w:val="single"/>
            <w:sz w:val="18"/>
          </w:rPr>
          <w:t xml:space="preserve">No. 273 (Utsusemi)</w:t>
        </w:r>
      </w:hyperlink>
    </w:p>
    <w:p>
      <w:pPr>
        <w:keepNext/>
        <w:spacing w:after="20" w:before="200"/>
      </w:pPr>
      <w:bookmarkStart w:id="289" w:name="p273"/>
      <w:r>
        <w:rPr>
          <w:b/>
          <w:i w:val="0"/>
          <w:color w:val="222B33"/>
          <w:sz w:val="22"/>
        </w:rPr>
        <w:t>No. 273</w:t>
      </w:r>
      <w:r>
        <w:rPr>
          <w:b w:val="0"/>
          <w:i w:val="0"/>
          <w:color w:val="6A6F75"/>
          <w:sz w:val="18"/>
        </w:rPr>
        <w:t xml:space="preserve">   Utsusemi → Genji   答 reply</w:t>
      </w:r>
      <w:bookmarkEnd w:id="289"/>
    </w:p>
    <w:p>
      <w:pPr>
        <w:keepNext/>
        <w:spacing w:after="0"/>
      </w:pPr>
      <w:r>
        <w:rPr>
          <w:rFonts w:ascii="Noto Serif CJK JP" w:hAnsi="Noto Serif CJK JP" w:eastAsia="Noto Serif CJK JP"/>
          <w:b w:val="0"/>
          <w:i w:val="0"/>
          <w:color w:val="222B33"/>
          <w:sz w:val="26"/>
        </w:rPr>
        <w:t>逢坂の関やいかなる関なればしげき嘆きの仲を分くらむ</w:t>
      </w:r>
    </w:p>
    <w:p>
      <w:pPr>
        <w:keepNext/>
        <w:spacing w:after="60"/>
      </w:pPr>
      <w:r>
        <w:rPr>
          <w:rFonts w:ascii="Noto Serif CJK JP" w:hAnsi="Noto Serif CJK JP" w:eastAsia="Noto Serif CJK JP"/>
          <w:b w:val="0"/>
          <w:i w:val="0"/>
          <w:color w:val="6A6F75"/>
          <w:sz w:val="19"/>
        </w:rPr>
        <w:t>あふさかの　／　関やいかなる　／　せきなれは　／　しけきなけきの　／　中をわくらん</w:t>
      </w:r>
    </w:p>
    <w:p>
      <w:pPr>
        <w:keepNext/>
        <w:spacing w:after="60"/>
      </w:pPr>
      <w:r>
        <w:rPr>
          <w:b w:val="0"/>
          <w:i/>
          <w:color w:val="222B33"/>
          <w:sz w:val="21"/>
        </w:rPr>
        <w:t>What barrier is it,</w:t>
        <w:br/>
      </w:r>
      <w:r>
        <w:rPr>
          <w:b w:val="0"/>
          <w:i/>
          <w:color w:val="222B33"/>
          <w:sz w:val="21"/>
        </w:rPr>
        <w:t>Ōsaka, “meeting slope,”</w:t>
        <w:br/>
      </w:r>
      <w:r>
        <w:rPr>
          <w:b w:val="0"/>
          <w:i/>
          <w:color w:val="222B33"/>
          <w:sz w:val="21"/>
        </w:rPr>
        <w:t>that divides</w:t>
        <w:br/>
      </w:r>
      <w:r>
        <w:rPr>
          <w:b w:val="0"/>
          <w:i/>
          <w:color w:val="222B33"/>
          <w:sz w:val="21"/>
        </w:rPr>
        <w:t>a bond</w:t>
        <w:br/>
      </w:r>
      <w:r>
        <w:rPr>
          <w:b w:val="0"/>
          <w:i/>
          <w:color w:val="222B33"/>
          <w:sz w:val="21"/>
        </w:rPr>
        <w:t>so thick with sighs?</w:t>
      </w:r>
    </w:p>
    <w:p>
      <w:pPr>
        <w:spacing w:after="40"/>
      </w:pPr>
      <w:r>
        <w:rPr>
          <w:b w:val="0"/>
          <w:i w:val="0"/>
          <w:color w:val="222B33"/>
          <w:sz w:val="19"/>
        </w:rPr>
        <w:t>Shigeki, “thick,” suggests the barrier’s woods.</w:t>
      </w:r>
    </w:p>
    <w:p>
      <w:pPr>
        <w:spacing w:after="40"/>
      </w:pPr>
      <w:r>
        <w:rPr>
          <w:b w:val="0"/>
          <w:i w:val="0"/>
          <w:color w:val="6A6F75"/>
          <w:sz w:val="18"/>
        </w:rPr>
        <w:t xml:space="preserve">In reply to </w:t>
      </w:r>
      <w:hyperlink w:anchor="p272">
        <w:r>
          <w:rPr>
            <w:color w:val="2E5A80"/>
            <w:u w:val="single"/>
            <w:sz w:val="18"/>
          </w:rPr>
          <w:t xml:space="preserve">No. 272 (Genji)</w:t>
        </w:r>
      </w:hyperlink>
    </w:p>
    <w:p>
      <w:pPr>
        <w:pStyle w:val="Heading1"/>
      </w:pPr>
      <w:bookmarkStart w:id="290" w:name="ch17"/>
      <w:r>
        <w:t>Chapter 17 · E Awase 絵合</w:t>
      </w:r>
      <w:bookmarkEnd w:id="290"/>
    </w:p>
    <w:p>
      <w:pPr>
        <w:keepNext/>
        <w:spacing w:after="20" w:before="200"/>
      </w:pPr>
      <w:bookmarkStart w:id="291" w:name="p274"/>
      <w:r>
        <w:rPr>
          <w:b/>
          <w:i w:val="0"/>
          <w:color w:val="222B33"/>
          <w:sz w:val="22"/>
        </w:rPr>
        <w:t>No. 274</w:t>
      </w:r>
      <w:r>
        <w:rPr>
          <w:b w:val="0"/>
          <w:i w:val="0"/>
          <w:color w:val="6A6F75"/>
          <w:sz w:val="18"/>
        </w:rPr>
        <w:t xml:space="preserve">   Suzaku Emperor → the former Ise Priestess   贈 sent</w:t>
      </w:r>
      <w:bookmarkEnd w:id="291"/>
    </w:p>
    <w:p>
      <w:pPr>
        <w:keepNext/>
        <w:spacing w:after="40"/>
      </w:pPr>
      <w:r>
        <w:rPr>
          <w:b/>
          <w:i w:val="0"/>
          <w:color w:val="6A6F75"/>
          <w:sz w:val="18"/>
        </w:rPr>
        <w:t xml:space="preserve">Context. </w:t>
      </w:r>
      <w:r>
        <w:rPr>
          <w:b w:val="0"/>
          <w:i w:val="0"/>
          <w:color w:val="6A6F75"/>
          <w:sz w:val="19"/>
        </w:rPr>
        <w:t>Suzaku to Akikonomu, entering Reizei’s court; he loved her from the Ise departure.</w:t>
      </w:r>
    </w:p>
    <w:p>
      <w:pPr>
        <w:keepNext/>
        <w:spacing w:after="0"/>
      </w:pPr>
      <w:r>
        <w:rPr>
          <w:rFonts w:ascii="Noto Serif CJK JP" w:hAnsi="Noto Serif CJK JP" w:eastAsia="Noto Serif CJK JP"/>
          <w:b w:val="0"/>
          <w:i w:val="0"/>
          <w:color w:val="222B33"/>
          <w:sz w:val="26"/>
        </w:rPr>
        <w:t>別れ路に添へし小櫛をかことにて遥けき仲と神やいさめし</w:t>
      </w:r>
    </w:p>
    <w:p>
      <w:pPr>
        <w:keepNext/>
        <w:spacing w:after="60"/>
      </w:pPr>
      <w:r>
        <w:rPr>
          <w:rFonts w:ascii="Noto Serif CJK JP" w:hAnsi="Noto Serif CJK JP" w:eastAsia="Noto Serif CJK JP"/>
          <w:b w:val="0"/>
          <w:i w:val="0"/>
          <w:color w:val="6A6F75"/>
          <w:sz w:val="19"/>
        </w:rPr>
        <w:t>わかれ路に　／　そへしをくしを　／　かことにて　／　はるけき中と　／　神やいさめし</w:t>
      </w:r>
    </w:p>
    <w:p>
      <w:pPr>
        <w:keepNext/>
        <w:spacing w:after="60"/>
      </w:pPr>
      <w:r>
        <w:rPr>
          <w:b w:val="0"/>
          <w:i/>
          <w:color w:val="222B33"/>
          <w:sz w:val="21"/>
        </w:rPr>
        <w:t>Did the gods forbid it,</w:t>
        <w:br/>
      </w:r>
      <w:r>
        <w:rPr>
          <w:b w:val="0"/>
          <w:i/>
          <w:color w:val="222B33"/>
          <w:sz w:val="21"/>
        </w:rPr>
        <w:t>pleading the comb I gave</w:t>
        <w:br/>
      </w:r>
      <w:r>
        <w:rPr>
          <w:b w:val="0"/>
          <w:i/>
          <w:color w:val="222B33"/>
          <w:sz w:val="21"/>
        </w:rPr>
        <w:t>on the road of parting,</w:t>
        <w:br/>
      </w:r>
      <w:r>
        <w:rPr>
          <w:b w:val="0"/>
          <w:i/>
          <w:color w:val="222B33"/>
          <w:sz w:val="21"/>
        </w:rPr>
        <w:t>and make our bond</w:t>
        <w:br/>
      </w:r>
      <w:r>
        <w:rPr>
          <w:b w:val="0"/>
          <w:i/>
          <w:color w:val="222B33"/>
          <w:sz w:val="21"/>
        </w:rPr>
        <w:t>so far?</w:t>
      </w:r>
    </w:p>
    <w:p>
      <w:pPr>
        <w:spacing w:after="40"/>
      </w:pPr>
      <w:r>
        <w:rPr>
          <w:b w:val="0"/>
          <w:i w:val="0"/>
          <w:color w:val="222B33"/>
          <w:sz w:val="19"/>
        </w:rPr>
        <w:t>At her installation in Ise he had set a comb in her hair, saying “do not return.”</w:t>
      </w:r>
    </w:p>
    <w:p>
      <w:pPr>
        <w:spacing w:after="40"/>
      </w:pPr>
      <w:r>
        <w:rPr>
          <w:b w:val="0"/>
          <w:i w:val="0"/>
          <w:color w:val="6A6F75"/>
          <w:sz w:val="18"/>
        </w:rPr>
        <w:t xml:space="preserve">Answered by </w:t>
      </w:r>
      <w:hyperlink w:anchor="p275">
        <w:r>
          <w:rPr>
            <w:color w:val="2E5A80"/>
            <w:u w:val="single"/>
            <w:sz w:val="18"/>
          </w:rPr>
          <w:t xml:space="preserve">No. 275 (the former Ise Priestess)</w:t>
        </w:r>
      </w:hyperlink>
      <w:r>
        <w:rPr>
          <w:b w:val="0"/>
          <w:i w:val="0"/>
          <w:color w:val="6A6F75"/>
          <w:sz w:val="18"/>
        </w:rPr>
        <w:t xml:space="preserve">   ·   </w:t>
      </w:r>
      <w:r>
        <w:rPr>
          <w:b w:val="0"/>
          <w:i w:val="0"/>
          <w:color w:val="6A6F75"/>
          <w:sz w:val="18"/>
        </w:rPr>
        <w:t xml:space="preserve">Echo, The comb of parting: </w:t>
      </w:r>
      <w:hyperlink w:anchor="p459">
        <w:r>
          <w:rPr>
            <w:color w:val="2E5A80"/>
            <w:u w:val="single"/>
            <w:sz w:val="18"/>
          </w:rPr>
          <w:t xml:space="preserve">No. 459</w:t>
        </w:r>
      </w:hyperlink>
      <w:r>
        <w:rPr>
          <w:b w:val="0"/>
          <w:i w:val="0"/>
          <w:color w:val="6A6F75"/>
          <w:sz w:val="18"/>
        </w:rPr>
        <w:t xml:space="preserve">, </w:t>
      </w:r>
      <w:hyperlink w:anchor="p460">
        <w:r>
          <w:rPr>
            <w:color w:val="2E5A80"/>
            <w:u w:val="single"/>
            <w:sz w:val="18"/>
          </w:rPr>
          <w:t xml:space="preserve">No. 460</w:t>
        </w:r>
      </w:hyperlink>
    </w:p>
    <w:p>
      <w:pPr>
        <w:keepNext/>
        <w:spacing w:after="20" w:before="200"/>
      </w:pPr>
      <w:bookmarkStart w:id="292" w:name="p275"/>
      <w:r>
        <w:rPr>
          <w:b/>
          <w:i w:val="0"/>
          <w:color w:val="222B33"/>
          <w:sz w:val="22"/>
        </w:rPr>
        <w:t>No. 275</w:t>
      </w:r>
      <w:r>
        <w:rPr>
          <w:b w:val="0"/>
          <w:i w:val="0"/>
          <w:color w:val="6A6F75"/>
          <w:sz w:val="18"/>
        </w:rPr>
        <w:t xml:space="preserve">   the former Ise Priestess → Suzaku Emperor   答 reply</w:t>
      </w:r>
      <w:bookmarkEnd w:id="292"/>
    </w:p>
    <w:p>
      <w:pPr>
        <w:keepNext/>
        <w:spacing w:after="0"/>
      </w:pPr>
      <w:r>
        <w:rPr>
          <w:rFonts w:ascii="Noto Serif CJK JP" w:hAnsi="Noto Serif CJK JP" w:eastAsia="Noto Serif CJK JP"/>
          <w:b w:val="0"/>
          <w:i w:val="0"/>
          <w:color w:val="222B33"/>
          <w:sz w:val="26"/>
        </w:rPr>
        <w:t>別るとて遥かに言ひし一言もかへりてものは今ぞ悲しき</w:t>
      </w:r>
    </w:p>
    <w:p>
      <w:pPr>
        <w:keepNext/>
        <w:spacing w:after="60"/>
      </w:pPr>
      <w:r>
        <w:rPr>
          <w:rFonts w:ascii="Noto Serif CJK JP" w:hAnsi="Noto Serif CJK JP" w:eastAsia="Noto Serif CJK JP"/>
          <w:b w:val="0"/>
          <w:i w:val="0"/>
          <w:color w:val="6A6F75"/>
          <w:sz w:val="19"/>
        </w:rPr>
        <w:t>わかるとて　／　はるかにいひし　／　ひとことも　／　かへりてものは　／　いまそかなしき</w:t>
      </w:r>
    </w:p>
    <w:p>
      <w:pPr>
        <w:keepNext/>
        <w:spacing w:after="60"/>
      </w:pPr>
      <w:r>
        <w:rPr>
          <w:b w:val="0"/>
          <w:i/>
          <w:color w:val="222B33"/>
          <w:sz w:val="21"/>
        </w:rPr>
        <w:t>That one word you spoke,</w:t>
        <w:br/>
      </w:r>
      <w:r>
        <w:rPr>
          <w:b w:val="0"/>
          <w:i/>
          <w:color w:val="222B33"/>
          <w:sz w:val="21"/>
        </w:rPr>
        <w:t>“far away,” as we parted,</w:t>
        <w:br/>
      </w:r>
      <w:r>
        <w:rPr>
          <w:b w:val="0"/>
          <w:i/>
          <w:color w:val="222B33"/>
          <w:sz w:val="21"/>
        </w:rPr>
        <w:t>now turns round</w:t>
        <w:br/>
      </w:r>
      <w:r>
        <w:rPr>
          <w:b w:val="0"/>
          <w:i/>
          <w:color w:val="222B33"/>
          <w:sz w:val="21"/>
        </w:rPr>
        <w:t>and is all</w:t>
        <w:br/>
      </w:r>
      <w:r>
        <w:rPr>
          <w:b w:val="0"/>
          <w:i/>
          <w:color w:val="222B33"/>
          <w:sz w:val="21"/>
        </w:rPr>
        <w:t>the sadder.</w:t>
      </w:r>
    </w:p>
    <w:p>
      <w:pPr>
        <w:spacing w:after="40"/>
      </w:pPr>
      <w:r>
        <w:rPr>
          <w:b w:val="0"/>
          <w:i w:val="0"/>
          <w:color w:val="6A6F75"/>
          <w:sz w:val="18"/>
        </w:rPr>
        <w:t xml:space="preserve">In reply to </w:t>
      </w:r>
      <w:hyperlink w:anchor="p274">
        <w:r>
          <w:rPr>
            <w:color w:val="2E5A80"/>
            <w:u w:val="single"/>
            <w:sz w:val="18"/>
          </w:rPr>
          <w:t xml:space="preserve">No. 274 (Suzaku Emperor)</w:t>
        </w:r>
      </w:hyperlink>
    </w:p>
    <w:p>
      <w:pPr>
        <w:keepNext/>
        <w:spacing w:after="20" w:before="200"/>
      </w:pPr>
      <w:bookmarkStart w:id="293" w:name="p276"/>
      <w:r>
        <w:rPr>
          <w:b/>
          <w:i w:val="0"/>
          <w:color w:val="222B33"/>
          <w:sz w:val="22"/>
        </w:rPr>
        <w:t>No. 276</w:t>
      </w:r>
      <w:r>
        <w:rPr>
          <w:b w:val="0"/>
          <w:i w:val="0"/>
          <w:color w:val="6A6F75"/>
          <w:sz w:val="18"/>
        </w:rPr>
        <w:t xml:space="preserve">   Murasaki → Genji   贈 sent</w:t>
      </w:r>
      <w:bookmarkEnd w:id="293"/>
    </w:p>
    <w:p>
      <w:pPr>
        <w:keepNext/>
        <w:spacing w:after="40"/>
      </w:pPr>
      <w:r>
        <w:rPr>
          <w:b/>
          <w:i w:val="0"/>
          <w:color w:val="6A6F75"/>
          <w:sz w:val="18"/>
        </w:rPr>
        <w:t xml:space="preserve">Context. </w:t>
      </w:r>
      <w:r>
        <w:rPr>
          <w:b w:val="0"/>
          <w:i w:val="0"/>
          <w:color w:val="6A6F75"/>
          <w:sz w:val="19"/>
        </w:rPr>
        <w:t>Murasaki, seeing Genji’s Suma diary, regrets not having shared exile; the picture contest.</w:t>
      </w:r>
    </w:p>
    <w:p>
      <w:pPr>
        <w:keepNext/>
        <w:spacing w:after="0"/>
      </w:pPr>
      <w:r>
        <w:rPr>
          <w:rFonts w:ascii="Noto Serif CJK JP" w:hAnsi="Noto Serif CJK JP" w:eastAsia="Noto Serif CJK JP"/>
          <w:b w:val="0"/>
          <w:i w:val="0"/>
          <w:color w:val="222B33"/>
          <w:sz w:val="26"/>
        </w:rPr>
        <w:t>一人ゐて嘆きしよりは海人の住むかたをかくてぞ見るべかりける</w:t>
      </w:r>
    </w:p>
    <w:p>
      <w:pPr>
        <w:keepNext/>
        <w:spacing w:after="60"/>
      </w:pPr>
      <w:r>
        <w:rPr>
          <w:rFonts w:ascii="Noto Serif CJK JP" w:hAnsi="Noto Serif CJK JP" w:eastAsia="Noto Serif CJK JP"/>
          <w:b w:val="0"/>
          <w:i w:val="0"/>
          <w:color w:val="6A6F75"/>
          <w:sz w:val="19"/>
        </w:rPr>
        <w:t>ひとりゐて　／　なけきしよりは　／　あまのすむ　／　かたをかくてそ　／　みるへかりける</w:t>
      </w:r>
    </w:p>
    <w:p>
      <w:pPr>
        <w:keepNext/>
        <w:spacing w:after="60"/>
      </w:pPr>
      <w:r>
        <w:rPr>
          <w:b w:val="0"/>
          <w:i/>
          <w:color w:val="222B33"/>
          <w:sz w:val="21"/>
        </w:rPr>
        <w:t>Rather than grieving</w:t>
        <w:br/>
      </w:r>
      <w:r>
        <w:rPr>
          <w:b w:val="0"/>
          <w:i/>
          <w:color w:val="222B33"/>
          <w:sz w:val="21"/>
        </w:rPr>
        <w:t>alone, I should have seen</w:t>
        <w:br/>
      </w:r>
      <w:r>
        <w:rPr>
          <w:b w:val="0"/>
          <w:i/>
          <w:color w:val="222B33"/>
          <w:sz w:val="21"/>
        </w:rPr>
        <w:t>the place</w:t>
        <w:br/>
      </w:r>
      <w:r>
        <w:rPr>
          <w:b w:val="0"/>
          <w:i/>
          <w:color w:val="222B33"/>
          <w:sz w:val="21"/>
        </w:rPr>
        <w:t>where fishers dwell</w:t>
        <w:br/>
      </w:r>
      <w:r>
        <w:rPr>
          <w:b w:val="0"/>
          <w:i/>
          <w:color w:val="222B33"/>
          <w:sz w:val="21"/>
        </w:rPr>
        <w:t>like this.</w:t>
      </w:r>
    </w:p>
    <w:p>
      <w:pPr>
        <w:spacing w:after="40"/>
      </w:pPr>
      <w:r>
        <w:rPr>
          <w:b w:val="0"/>
          <w:i w:val="0"/>
          <w:color w:val="222B33"/>
          <w:sz w:val="19"/>
        </w:rPr>
        <w:t>On seeing his Suma paintings.</w:t>
      </w:r>
    </w:p>
    <w:p>
      <w:pPr>
        <w:spacing w:after="40"/>
      </w:pPr>
      <w:r>
        <w:rPr>
          <w:b w:val="0"/>
          <w:i w:val="0"/>
          <w:color w:val="6A6F75"/>
          <w:sz w:val="18"/>
        </w:rPr>
        <w:t xml:space="preserve">Answered by </w:t>
      </w:r>
      <w:hyperlink w:anchor="p277">
        <w:r>
          <w:rPr>
            <w:color w:val="2E5A80"/>
            <w:u w:val="single"/>
            <w:sz w:val="18"/>
          </w:rPr>
          <w:t xml:space="preserve">No. 277 (Genji)</w:t>
        </w:r>
      </w:hyperlink>
    </w:p>
    <w:p>
      <w:pPr>
        <w:keepNext/>
        <w:spacing w:after="20" w:before="200"/>
      </w:pPr>
      <w:bookmarkStart w:id="294" w:name="p277"/>
      <w:r>
        <w:rPr>
          <w:b/>
          <w:i w:val="0"/>
          <w:color w:val="222B33"/>
          <w:sz w:val="22"/>
        </w:rPr>
        <w:t>No. 277</w:t>
      </w:r>
      <w:r>
        <w:rPr>
          <w:b w:val="0"/>
          <w:i w:val="0"/>
          <w:color w:val="6A6F75"/>
          <w:sz w:val="18"/>
        </w:rPr>
        <w:t xml:space="preserve">   Genji → Murasaki   答 reply</w:t>
      </w:r>
      <w:bookmarkEnd w:id="294"/>
    </w:p>
    <w:p>
      <w:pPr>
        <w:keepNext/>
        <w:spacing w:after="0"/>
      </w:pPr>
      <w:r>
        <w:rPr>
          <w:rFonts w:ascii="Noto Serif CJK JP" w:hAnsi="Noto Serif CJK JP" w:eastAsia="Noto Serif CJK JP"/>
          <w:b w:val="0"/>
          <w:i w:val="0"/>
          <w:color w:val="222B33"/>
          <w:sz w:val="26"/>
        </w:rPr>
        <w:t>憂きめ見しその折よりも今日はまた過ぎにしかたにかへる涙か</w:t>
      </w:r>
    </w:p>
    <w:p>
      <w:pPr>
        <w:keepNext/>
        <w:spacing w:after="60"/>
      </w:pPr>
      <w:r>
        <w:rPr>
          <w:rFonts w:ascii="Noto Serif CJK JP" w:hAnsi="Noto Serif CJK JP" w:eastAsia="Noto Serif CJK JP"/>
          <w:b w:val="0"/>
          <w:i w:val="0"/>
          <w:color w:val="6A6F75"/>
          <w:sz w:val="19"/>
        </w:rPr>
        <w:t>うきめみし　／　そのおりよりも　／　けふはまた　／　すきにしかたに　／　かへる涙か</w:t>
      </w:r>
    </w:p>
    <w:p>
      <w:pPr>
        <w:keepNext/>
        <w:spacing w:after="60"/>
      </w:pPr>
      <w:r>
        <w:rPr>
          <w:b w:val="0"/>
          <w:i/>
          <w:color w:val="222B33"/>
          <w:sz w:val="21"/>
        </w:rPr>
        <w:t>Even more than at the time</w:t>
        <w:br/>
      </w:r>
      <w:r>
        <w:rPr>
          <w:b w:val="0"/>
          <w:i/>
          <w:color w:val="222B33"/>
          <w:sz w:val="21"/>
        </w:rPr>
        <w:t>I saw such misery,</w:t>
        <w:br/>
      </w:r>
      <w:r>
        <w:rPr>
          <w:b w:val="0"/>
          <w:i/>
          <w:color w:val="222B33"/>
          <w:sz w:val="21"/>
        </w:rPr>
        <w:t>today my tears</w:t>
        <w:br/>
      </w:r>
      <w:r>
        <w:rPr>
          <w:b w:val="0"/>
          <w:i/>
          <w:color w:val="222B33"/>
          <w:sz w:val="21"/>
        </w:rPr>
        <w:t>go back</w:t>
        <w:br/>
      </w:r>
      <w:r>
        <w:rPr>
          <w:b w:val="0"/>
          <w:i/>
          <w:color w:val="222B33"/>
          <w:sz w:val="21"/>
        </w:rPr>
        <w:t>to the past.</w:t>
      </w:r>
    </w:p>
    <w:p>
      <w:pPr>
        <w:spacing w:after="40"/>
      </w:pPr>
      <w:r>
        <w:rPr>
          <w:b w:val="0"/>
          <w:i w:val="0"/>
          <w:color w:val="6A6F75"/>
          <w:sz w:val="18"/>
        </w:rPr>
        <w:t xml:space="preserve">In reply to </w:t>
      </w:r>
      <w:hyperlink w:anchor="p276">
        <w:r>
          <w:rPr>
            <w:color w:val="2E5A80"/>
            <w:u w:val="single"/>
            <w:sz w:val="18"/>
          </w:rPr>
          <w:t xml:space="preserve">No. 276 (Murasaki)</w:t>
        </w:r>
      </w:hyperlink>
    </w:p>
    <w:p>
      <w:pPr>
        <w:keepNext/>
        <w:spacing w:after="20" w:before="200"/>
      </w:pPr>
      <w:bookmarkStart w:id="295" w:name="p278"/>
      <w:r>
        <w:rPr>
          <w:b/>
          <w:i w:val="0"/>
          <w:color w:val="222B33"/>
          <w:sz w:val="22"/>
        </w:rPr>
        <w:t>No. 278</w:t>
      </w:r>
      <w:r>
        <w:rPr>
          <w:b w:val="0"/>
          <w:i w:val="0"/>
          <w:color w:val="6A6F75"/>
          <w:sz w:val="18"/>
        </w:rPr>
        <w:t xml:space="preserve">   Heinaishi (Left side)   唱:贈 group exchange / sent</w:t>
      </w:r>
      <w:bookmarkEnd w:id="295"/>
    </w:p>
    <w:p>
      <w:pPr>
        <w:keepNext/>
        <w:spacing w:after="40"/>
      </w:pPr>
      <w:r>
        <w:rPr>
          <w:b/>
          <w:i w:val="0"/>
          <w:color w:val="6A6F75"/>
          <w:sz w:val="18"/>
        </w:rPr>
        <w:t xml:space="preserve">Context. </w:t>
      </w:r>
      <w:r>
        <w:rPr>
          <w:b w:val="0"/>
          <w:i w:val="0"/>
          <w:color w:val="6A6F75"/>
          <w:sz w:val="19"/>
        </w:rPr>
        <w:t>The picture contest at court: the Left and Right sides debate the Ise tale.</w:t>
      </w:r>
    </w:p>
    <w:p>
      <w:pPr>
        <w:keepNext/>
        <w:spacing w:after="0"/>
      </w:pPr>
      <w:r>
        <w:rPr>
          <w:rFonts w:ascii="Noto Serif CJK JP" w:hAnsi="Noto Serif CJK JP" w:eastAsia="Noto Serif CJK JP"/>
          <w:b w:val="0"/>
          <w:i w:val="0"/>
          <w:color w:val="222B33"/>
          <w:sz w:val="26"/>
        </w:rPr>
        <w:t>伊勢の海の深き心をたどらずてふりにし跡と波や消つべき</w:t>
      </w:r>
    </w:p>
    <w:p>
      <w:pPr>
        <w:keepNext/>
        <w:spacing w:after="60"/>
      </w:pPr>
      <w:r>
        <w:rPr>
          <w:rFonts w:ascii="Noto Serif CJK JP" w:hAnsi="Noto Serif CJK JP" w:eastAsia="Noto Serif CJK JP"/>
          <w:b w:val="0"/>
          <w:i w:val="0"/>
          <w:color w:val="6A6F75"/>
          <w:sz w:val="19"/>
        </w:rPr>
        <w:t>いせのうみの　／　ふかき心を　／　たとらすて　／　ふりにしあとゝ　／　なみやけつへき</w:t>
      </w:r>
    </w:p>
    <w:p>
      <w:pPr>
        <w:keepNext/>
        <w:spacing w:after="60"/>
      </w:pPr>
      <w:r>
        <w:rPr>
          <w:b w:val="0"/>
          <w:i/>
          <w:color w:val="222B33"/>
          <w:sz w:val="21"/>
        </w:rPr>
        <w:t>Shall we, not tracing</w:t>
        <w:br/>
      </w:r>
      <w:r>
        <w:rPr>
          <w:b w:val="0"/>
          <w:i/>
          <w:color w:val="222B33"/>
          <w:sz w:val="21"/>
        </w:rPr>
        <w:t>the deep heart of the sea of Ise,</w:t>
        <w:br/>
      </w:r>
      <w:r>
        <w:rPr>
          <w:b w:val="0"/>
          <w:i/>
          <w:color w:val="222B33"/>
          <w:sz w:val="21"/>
        </w:rPr>
        <w:t>let the waves wash out</w:t>
        <w:br/>
      </w:r>
      <w:r>
        <w:rPr>
          <w:b w:val="0"/>
          <w:i/>
          <w:color w:val="222B33"/>
          <w:sz w:val="21"/>
        </w:rPr>
        <w:t>an old trace</w:t>
        <w:br/>
      </w:r>
      <w:r>
        <w:rPr>
          <w:b w:val="0"/>
          <w:i/>
          <w:color w:val="222B33"/>
          <w:sz w:val="21"/>
        </w:rPr>
        <w:t>as faded?</w:t>
      </w:r>
    </w:p>
    <w:p>
      <w:pPr>
        <w:spacing w:after="40"/>
      </w:pPr>
      <w:r>
        <w:rPr>
          <w:b w:val="0"/>
          <w:i w:val="0"/>
          <w:color w:val="222B33"/>
          <w:sz w:val="19"/>
        </w:rPr>
        <w:t>At the picture contest, defending the Tales of Ise.</w:t>
      </w:r>
    </w:p>
    <w:p>
      <w:pPr>
        <w:spacing w:after="40"/>
      </w:pPr>
      <w:r>
        <w:rPr>
          <w:b w:val="0"/>
          <w:i w:val="0"/>
          <w:color w:val="6A6F75"/>
          <w:sz w:val="18"/>
        </w:rPr>
        <w:t xml:space="preserve">Answered by </w:t>
      </w:r>
      <w:hyperlink w:anchor="p279">
        <w:r>
          <w:rPr>
            <w:color w:val="2E5A80"/>
            <w:u w:val="single"/>
            <w:sz w:val="18"/>
          </w:rPr>
          <w:t xml:space="preserve">No. 279 (Daini no Naishi no Suke (Right side))</w:t>
        </w:r>
      </w:hyperlink>
    </w:p>
    <w:p>
      <w:pPr>
        <w:keepNext/>
        <w:spacing w:after="20" w:before="200"/>
      </w:pPr>
      <w:bookmarkStart w:id="296" w:name="p279"/>
      <w:r>
        <w:rPr>
          <w:b/>
          <w:i w:val="0"/>
          <w:color w:val="222B33"/>
          <w:sz w:val="22"/>
        </w:rPr>
        <w:t>No. 279</w:t>
      </w:r>
      <w:r>
        <w:rPr>
          <w:b w:val="0"/>
          <w:i w:val="0"/>
          <w:color w:val="6A6F75"/>
          <w:sz w:val="18"/>
        </w:rPr>
        <w:t xml:space="preserve">   Daini no Naishi no Suke (Right side)   唱:答 group exchange / reply</w:t>
      </w:r>
      <w:bookmarkEnd w:id="296"/>
    </w:p>
    <w:p>
      <w:pPr>
        <w:keepNext/>
        <w:spacing w:after="0"/>
      </w:pPr>
      <w:r>
        <w:rPr>
          <w:rFonts w:ascii="Noto Serif CJK JP" w:hAnsi="Noto Serif CJK JP" w:eastAsia="Noto Serif CJK JP"/>
          <w:b w:val="0"/>
          <w:i w:val="0"/>
          <w:color w:val="222B33"/>
          <w:sz w:val="26"/>
        </w:rPr>
        <w:t>雲の上に思ひのぼれる心には千尋の底もはるかにぞ見る</w:t>
      </w:r>
    </w:p>
    <w:p>
      <w:pPr>
        <w:keepNext/>
        <w:spacing w:after="60"/>
      </w:pPr>
      <w:r>
        <w:rPr>
          <w:rFonts w:ascii="Noto Serif CJK JP" w:hAnsi="Noto Serif CJK JP" w:eastAsia="Noto Serif CJK JP"/>
          <w:b w:val="0"/>
          <w:i w:val="0"/>
          <w:color w:val="6A6F75"/>
          <w:sz w:val="19"/>
        </w:rPr>
        <w:t>雲のうへに　／　思ひのほれる　／　こゝろには　／　ちいろのそこも　／　はるかにそみる</w:t>
      </w:r>
    </w:p>
    <w:p>
      <w:pPr>
        <w:keepNext/>
        <w:spacing w:after="60"/>
      </w:pPr>
      <w:r>
        <w:rPr>
          <w:b w:val="0"/>
          <w:i/>
          <w:color w:val="222B33"/>
          <w:sz w:val="21"/>
        </w:rPr>
        <w:t>To a heart risen</w:t>
        <w:br/>
      </w:r>
      <w:r>
        <w:rPr>
          <w:b w:val="0"/>
          <w:i/>
          <w:color w:val="222B33"/>
          <w:sz w:val="21"/>
        </w:rPr>
        <w:t>high above the clouds,</w:t>
        <w:br/>
      </w:r>
      <w:r>
        <w:rPr>
          <w:b w:val="0"/>
          <w:i/>
          <w:color w:val="222B33"/>
          <w:sz w:val="21"/>
        </w:rPr>
        <w:t>even the thousand-fathom depths</w:t>
        <w:br/>
      </w:r>
      <w:r>
        <w:rPr>
          <w:b w:val="0"/>
          <w:i/>
          <w:color w:val="222B33"/>
          <w:sz w:val="21"/>
        </w:rPr>
        <w:t>look</w:t>
        <w:br/>
      </w:r>
      <w:r>
        <w:rPr>
          <w:b w:val="0"/>
          <w:i/>
          <w:color w:val="222B33"/>
          <w:sz w:val="21"/>
        </w:rPr>
        <w:t>far below.</w:t>
      </w:r>
    </w:p>
    <w:p>
      <w:pPr>
        <w:spacing w:after="40"/>
      </w:pPr>
      <w:r>
        <w:rPr>
          <w:b w:val="0"/>
          <w:i w:val="0"/>
          <w:color w:val="6A6F75"/>
          <w:sz w:val="18"/>
        </w:rPr>
        <w:t xml:space="preserve">In reply to </w:t>
      </w:r>
      <w:hyperlink w:anchor="p278">
        <w:r>
          <w:rPr>
            <w:color w:val="2E5A80"/>
            <w:u w:val="single"/>
            <w:sz w:val="18"/>
          </w:rPr>
          <w:t xml:space="preserve">No. 278 (Heinaishi (Left side))</w:t>
        </w:r>
      </w:hyperlink>
      <w:r>
        <w:rPr>
          <w:b w:val="0"/>
          <w:i w:val="0"/>
          <w:color w:val="6A6F75"/>
          <w:sz w:val="18"/>
        </w:rPr>
        <w:t xml:space="preserve">   ·   </w:t>
      </w:r>
      <w:r>
        <w:rPr>
          <w:b w:val="0"/>
          <w:i w:val="0"/>
          <w:color w:val="6A6F75"/>
          <w:sz w:val="18"/>
        </w:rPr>
        <w:t xml:space="preserve">Answered by </w:t>
      </w:r>
      <w:hyperlink w:anchor="p280">
        <w:r>
          <w:rPr>
            <w:color w:val="2E5A80"/>
            <w:u w:val="single"/>
            <w:sz w:val="18"/>
          </w:rPr>
          <w:t xml:space="preserve">No. 280 (Fujitsubo)</w:t>
        </w:r>
      </w:hyperlink>
    </w:p>
    <w:p>
      <w:pPr>
        <w:keepNext/>
        <w:spacing w:after="20" w:before="200"/>
      </w:pPr>
      <w:bookmarkStart w:id="297" w:name="p280"/>
      <w:r>
        <w:rPr>
          <w:b/>
          <w:i w:val="0"/>
          <w:color w:val="222B33"/>
          <w:sz w:val="22"/>
        </w:rPr>
        <w:t>No. 280</w:t>
      </w:r>
      <w:r>
        <w:rPr>
          <w:b w:val="0"/>
          <w:i w:val="0"/>
          <w:color w:val="6A6F75"/>
          <w:sz w:val="18"/>
        </w:rPr>
        <w:t xml:space="preserve">   Fujitsubo   唱:答 group exchange / reply</w:t>
      </w:r>
      <w:bookmarkEnd w:id="297"/>
    </w:p>
    <w:p>
      <w:pPr>
        <w:keepNext/>
        <w:spacing w:after="0"/>
      </w:pPr>
      <w:r>
        <w:rPr>
          <w:rFonts w:ascii="Noto Serif CJK JP" w:hAnsi="Noto Serif CJK JP" w:eastAsia="Noto Serif CJK JP"/>
          <w:b w:val="0"/>
          <w:i w:val="0"/>
          <w:color w:val="222B33"/>
          <w:sz w:val="26"/>
        </w:rPr>
        <w:t>みるめこそうらふりぬらめ年経にし伊勢をの海人の名をや沈めむ</w:t>
      </w:r>
    </w:p>
    <w:p>
      <w:pPr>
        <w:keepNext/>
        <w:spacing w:after="60"/>
      </w:pPr>
      <w:r>
        <w:rPr>
          <w:rFonts w:ascii="Noto Serif CJK JP" w:hAnsi="Noto Serif CJK JP" w:eastAsia="Noto Serif CJK JP"/>
          <w:b w:val="0"/>
          <w:i w:val="0"/>
          <w:color w:val="6A6F75"/>
          <w:sz w:val="19"/>
        </w:rPr>
        <w:t>みるめこそ　／　うらふりぬらめ　／　としへにし　／　いせをのあまの　／　なをやしつめむ</w:t>
      </w:r>
    </w:p>
    <w:p>
      <w:pPr>
        <w:keepNext/>
        <w:spacing w:after="60"/>
      </w:pPr>
      <w:r>
        <w:rPr>
          <w:b w:val="0"/>
          <w:i/>
          <w:color w:val="222B33"/>
          <w:sz w:val="21"/>
        </w:rPr>
        <w:t>The seaweed of that bay</w:t>
        <w:br/>
      </w:r>
      <w:r>
        <w:rPr>
          <w:b w:val="0"/>
          <w:i/>
          <w:color w:val="222B33"/>
          <w:sz w:val="21"/>
        </w:rPr>
        <w:t>may look old,</w:t>
        <w:br/>
      </w:r>
      <w:r>
        <w:rPr>
          <w:b w:val="0"/>
          <w:i/>
          <w:color w:val="222B33"/>
          <w:sz w:val="21"/>
        </w:rPr>
        <w:t>but shall we sink the name</w:t>
        <w:br/>
      </w:r>
      <w:r>
        <w:rPr>
          <w:b w:val="0"/>
          <w:i/>
          <w:color w:val="222B33"/>
          <w:sz w:val="21"/>
        </w:rPr>
        <w:t>of the fisher of Ise,</w:t>
        <w:br/>
      </w:r>
      <w:r>
        <w:rPr>
          <w:b w:val="0"/>
          <w:i/>
          <w:color w:val="222B33"/>
          <w:sz w:val="21"/>
        </w:rPr>
        <w:t>so long renowned?</w:t>
      </w:r>
    </w:p>
    <w:p>
      <w:pPr>
        <w:spacing w:after="40"/>
      </w:pPr>
      <w:r>
        <w:rPr>
          <w:b w:val="0"/>
          <w:i w:val="0"/>
          <w:color w:val="222B33"/>
          <w:sz w:val="19"/>
        </w:rPr>
        <w:t>Mirume: “seaweed” and “appearance.” Her judgment ends the round.</w:t>
      </w:r>
    </w:p>
    <w:p>
      <w:pPr>
        <w:spacing w:after="40"/>
      </w:pPr>
      <w:r>
        <w:rPr>
          <w:b/>
          <w:i w:val="0"/>
          <w:color w:val="8A4B1C"/>
          <w:sz w:val="18"/>
        </w:rPr>
        <w:t xml:space="preserve">Attribution uncertain. </w:t>
      </w:r>
      <w:r>
        <w:rPr>
          <w:b w:val="0"/>
          <w:i w:val="0"/>
          <w:sz w:val="19"/>
        </w:rPr>
        <w:t>Usually attributed to Fujitsubo (the common view 通説); another reading gives it to the Ise Priestess’s side (the Left) in the contest.</w:t>
      </w:r>
    </w:p>
    <w:p>
      <w:pPr>
        <w:spacing w:after="40"/>
      </w:pPr>
      <w:r>
        <w:rPr>
          <w:b w:val="0"/>
          <w:i w:val="0"/>
          <w:color w:val="6A6F75"/>
          <w:sz w:val="18"/>
        </w:rPr>
        <w:t xml:space="preserve">In reply to </w:t>
      </w:r>
      <w:hyperlink w:anchor="p279">
        <w:r>
          <w:rPr>
            <w:color w:val="2E5A80"/>
            <w:u w:val="single"/>
            <w:sz w:val="18"/>
          </w:rPr>
          <w:t xml:space="preserve">No. 279 (Daini no Naishi no Suke (Right side))</w:t>
        </w:r>
      </w:hyperlink>
    </w:p>
    <w:p>
      <w:pPr>
        <w:keepNext/>
        <w:spacing w:after="20" w:before="200"/>
      </w:pPr>
      <w:bookmarkStart w:id="298" w:name="p281"/>
      <w:r>
        <w:rPr>
          <w:b/>
          <w:i w:val="0"/>
          <w:color w:val="222B33"/>
          <w:sz w:val="22"/>
        </w:rPr>
        <w:t>No. 281</w:t>
      </w:r>
      <w:r>
        <w:rPr>
          <w:b w:val="0"/>
          <w:i w:val="0"/>
          <w:color w:val="6A6F75"/>
          <w:sz w:val="18"/>
        </w:rPr>
        <w:t xml:space="preserve">   Suzaku Emperor → the former Ise Priestess   贈 sent</w:t>
      </w:r>
      <w:bookmarkEnd w:id="298"/>
    </w:p>
    <w:p>
      <w:pPr>
        <w:keepNext/>
        <w:spacing w:after="40"/>
      </w:pPr>
      <w:r>
        <w:rPr>
          <w:b/>
          <w:i w:val="0"/>
          <w:color w:val="6A6F75"/>
          <w:sz w:val="18"/>
        </w:rPr>
        <w:t xml:space="preserve">Context. </w:t>
      </w:r>
      <w:r>
        <w:rPr>
          <w:b w:val="0"/>
          <w:i w:val="0"/>
          <w:color w:val="6A6F75"/>
          <w:sz w:val="19"/>
        </w:rPr>
        <w:t>Suzaku writes to Akikonomu during the picture contest; his lingering love.</w:t>
      </w:r>
    </w:p>
    <w:p>
      <w:pPr>
        <w:keepNext/>
        <w:spacing w:after="0"/>
      </w:pPr>
      <w:r>
        <w:rPr>
          <w:rFonts w:ascii="Noto Serif CJK JP" w:hAnsi="Noto Serif CJK JP" w:eastAsia="Noto Serif CJK JP"/>
          <w:b w:val="0"/>
          <w:i w:val="0"/>
          <w:color w:val="222B33"/>
          <w:sz w:val="26"/>
        </w:rPr>
        <w:t>身こそかくしめの外なれそのかみの心のうちを忘れしもせず</w:t>
      </w:r>
    </w:p>
    <w:p>
      <w:pPr>
        <w:keepNext/>
        <w:spacing w:after="60"/>
      </w:pPr>
      <w:r>
        <w:rPr>
          <w:rFonts w:ascii="Noto Serif CJK JP" w:hAnsi="Noto Serif CJK JP" w:eastAsia="Noto Serif CJK JP"/>
          <w:b w:val="0"/>
          <w:i w:val="0"/>
          <w:color w:val="6A6F75"/>
          <w:sz w:val="19"/>
        </w:rPr>
        <w:t>みこそかく　／　しめのほかなれ　／　そのかみの　／　心のうちを　／　わすれしもせす</w:t>
      </w:r>
    </w:p>
    <w:p>
      <w:pPr>
        <w:keepNext/>
        <w:spacing w:after="60"/>
      </w:pPr>
      <w:r>
        <w:rPr>
          <w:b w:val="0"/>
          <w:i/>
          <w:color w:val="222B33"/>
          <w:sz w:val="21"/>
        </w:rPr>
        <w:t>Though I stand, as you see,</w:t>
        <w:br/>
      </w:r>
      <w:r>
        <w:rPr>
          <w:b w:val="0"/>
          <w:i/>
          <w:color w:val="222B33"/>
          <w:sz w:val="21"/>
        </w:rPr>
        <w:t>outside the sacred rope,</w:t>
        <w:br/>
      </w:r>
      <w:r>
        <w:rPr>
          <w:b w:val="0"/>
          <w:i/>
          <w:color w:val="222B33"/>
          <w:sz w:val="21"/>
        </w:rPr>
        <w:t>I have never forgotten</w:t>
        <w:br/>
      </w:r>
      <w:r>
        <w:rPr>
          <w:b w:val="0"/>
          <w:i/>
          <w:color w:val="222B33"/>
          <w:sz w:val="21"/>
        </w:rPr>
        <w:t>what was in my heart</w:t>
        <w:br/>
      </w:r>
      <w:r>
        <w:rPr>
          <w:b w:val="0"/>
          <w:i/>
          <w:color w:val="222B33"/>
          <w:sz w:val="21"/>
        </w:rPr>
        <w:t>in those days.</w:t>
      </w:r>
    </w:p>
    <w:p>
      <w:pPr>
        <w:spacing w:after="40"/>
      </w:pPr>
      <w:r>
        <w:rPr>
          <w:b w:val="0"/>
          <w:i w:val="0"/>
          <w:color w:val="6A6F75"/>
          <w:sz w:val="18"/>
        </w:rPr>
        <w:t xml:space="preserve">Answered by </w:t>
      </w:r>
      <w:hyperlink w:anchor="p282">
        <w:r>
          <w:rPr>
            <w:color w:val="2E5A80"/>
            <w:u w:val="single"/>
            <w:sz w:val="18"/>
          </w:rPr>
          <w:t xml:space="preserve">No. 282 (the former Ise Priestess)</w:t>
        </w:r>
      </w:hyperlink>
    </w:p>
    <w:p>
      <w:pPr>
        <w:keepNext/>
        <w:spacing w:after="20" w:before="200"/>
      </w:pPr>
      <w:bookmarkStart w:id="299" w:name="p282"/>
      <w:r>
        <w:rPr>
          <w:b/>
          <w:i w:val="0"/>
          <w:color w:val="222B33"/>
          <w:sz w:val="22"/>
        </w:rPr>
        <w:t>No. 282</w:t>
      </w:r>
      <w:r>
        <w:rPr>
          <w:b w:val="0"/>
          <w:i w:val="0"/>
          <w:color w:val="6A6F75"/>
          <w:sz w:val="18"/>
        </w:rPr>
        <w:t xml:space="preserve">   the former Ise Priestess → Suzaku Emperor   答 reply</w:t>
      </w:r>
      <w:bookmarkEnd w:id="299"/>
    </w:p>
    <w:p>
      <w:pPr>
        <w:keepNext/>
        <w:spacing w:after="0"/>
      </w:pPr>
      <w:r>
        <w:rPr>
          <w:rFonts w:ascii="Noto Serif CJK JP" w:hAnsi="Noto Serif CJK JP" w:eastAsia="Noto Serif CJK JP"/>
          <w:b w:val="0"/>
          <w:i w:val="0"/>
          <w:color w:val="222B33"/>
          <w:sz w:val="26"/>
        </w:rPr>
        <w:t>しめのうちは昔にあらぬ心地して神代のことも今ぞ恋しき</w:t>
      </w:r>
    </w:p>
    <w:p>
      <w:pPr>
        <w:keepNext/>
        <w:spacing w:after="60"/>
      </w:pPr>
      <w:r>
        <w:rPr>
          <w:rFonts w:ascii="Noto Serif CJK JP" w:hAnsi="Noto Serif CJK JP" w:eastAsia="Noto Serif CJK JP"/>
          <w:b w:val="0"/>
          <w:i w:val="0"/>
          <w:color w:val="6A6F75"/>
          <w:sz w:val="19"/>
        </w:rPr>
        <w:t>しめのうちは　／　むかしにあらぬ　／　こゝちして　／　神よの事も　／　いまそ恋しき</w:t>
      </w:r>
    </w:p>
    <w:p>
      <w:pPr>
        <w:keepNext/>
        <w:spacing w:after="60"/>
      </w:pPr>
      <w:r>
        <w:rPr>
          <w:b w:val="0"/>
          <w:i/>
          <w:color w:val="222B33"/>
          <w:sz w:val="21"/>
        </w:rPr>
        <w:t>Within the rope</w:t>
        <w:br/>
      </w:r>
      <w:r>
        <w:rPr>
          <w:b w:val="0"/>
          <w:i/>
          <w:color w:val="222B33"/>
          <w:sz w:val="21"/>
        </w:rPr>
        <w:t>I feel nothing is as it was,</w:t>
        <w:br/>
      </w:r>
      <w:r>
        <w:rPr>
          <w:b w:val="0"/>
          <w:i/>
          <w:color w:val="222B33"/>
          <w:sz w:val="21"/>
        </w:rPr>
        <w:t>and the age of the gods</w:t>
        <w:br/>
      </w:r>
      <w:r>
        <w:rPr>
          <w:b w:val="0"/>
          <w:i/>
          <w:color w:val="222B33"/>
          <w:sz w:val="21"/>
        </w:rPr>
        <w:t>is what</w:t>
        <w:br/>
      </w:r>
      <w:r>
        <w:rPr>
          <w:b w:val="0"/>
          <w:i/>
          <w:color w:val="222B33"/>
          <w:sz w:val="21"/>
        </w:rPr>
        <w:t>I long for now.</w:t>
      </w:r>
    </w:p>
    <w:p>
      <w:pPr>
        <w:spacing w:after="40"/>
      </w:pPr>
      <w:r>
        <w:rPr>
          <w:b w:val="0"/>
          <w:i w:val="0"/>
          <w:color w:val="6A6F75"/>
          <w:sz w:val="18"/>
        </w:rPr>
        <w:t xml:space="preserve">In reply to </w:t>
      </w:r>
      <w:hyperlink w:anchor="p281">
        <w:r>
          <w:rPr>
            <w:color w:val="2E5A80"/>
            <w:u w:val="single"/>
            <w:sz w:val="18"/>
          </w:rPr>
          <w:t xml:space="preserve">No. 281 (Suzaku Emperor)</w:t>
        </w:r>
      </w:hyperlink>
    </w:p>
    <w:p>
      <w:pPr>
        <w:pStyle w:val="Heading1"/>
      </w:pPr>
      <w:bookmarkStart w:id="300" w:name="ch18"/>
      <w:r>
        <w:t>Chapter 18 · Matsukaze 松風</w:t>
      </w:r>
      <w:bookmarkEnd w:id="300"/>
    </w:p>
    <w:p>
      <w:pPr>
        <w:keepNext/>
        <w:spacing w:after="20" w:before="200"/>
      </w:pPr>
      <w:bookmarkStart w:id="301" w:name="p283"/>
      <w:r>
        <w:rPr>
          <w:b/>
          <w:i w:val="0"/>
          <w:color w:val="222B33"/>
          <w:sz w:val="22"/>
        </w:rPr>
        <w:t>No. 283</w:t>
      </w:r>
      <w:r>
        <w:rPr>
          <w:b w:val="0"/>
          <w:i w:val="0"/>
          <w:color w:val="6A6F75"/>
          <w:sz w:val="18"/>
        </w:rPr>
        <w:t xml:space="preserve">   Akashi Novice   唱 group exchange</w:t>
      </w:r>
      <w:bookmarkEnd w:id="301"/>
    </w:p>
    <w:p>
      <w:pPr>
        <w:keepNext/>
        <w:spacing w:after="40"/>
      </w:pPr>
      <w:r>
        <w:rPr>
          <w:b/>
          <w:i w:val="0"/>
          <w:color w:val="6A6F75"/>
          <w:sz w:val="18"/>
        </w:rPr>
        <w:t xml:space="preserve">Context. </w:t>
      </w:r>
      <w:r>
        <w:rPr>
          <w:b w:val="0"/>
          <w:i w:val="0"/>
          <w:color w:val="6A6F75"/>
          <w:sz w:val="19"/>
        </w:rPr>
        <w:t>Lady Akashi leaves Akashi for the capital; the Novice stays behind.</w:t>
      </w:r>
    </w:p>
    <w:p>
      <w:pPr>
        <w:keepNext/>
        <w:spacing w:after="0"/>
      </w:pPr>
      <w:r>
        <w:rPr>
          <w:rFonts w:ascii="Noto Serif CJK JP" w:hAnsi="Noto Serif CJK JP" w:eastAsia="Noto Serif CJK JP"/>
          <w:b w:val="0"/>
          <w:i w:val="0"/>
          <w:color w:val="222B33"/>
          <w:sz w:val="26"/>
        </w:rPr>
        <w:t>行く先をはるかに祈る別れ路に堪へぬは老いの涙なりけり</w:t>
      </w:r>
    </w:p>
    <w:p>
      <w:pPr>
        <w:keepNext/>
        <w:spacing w:after="60"/>
      </w:pPr>
      <w:r>
        <w:rPr>
          <w:rFonts w:ascii="Noto Serif CJK JP" w:hAnsi="Noto Serif CJK JP" w:eastAsia="Noto Serif CJK JP"/>
          <w:b w:val="0"/>
          <w:i w:val="0"/>
          <w:color w:val="6A6F75"/>
          <w:sz w:val="19"/>
        </w:rPr>
        <w:t>ゆくさきを　／　はるかにいのる　／　わかれちに　／　たえぬはおいの　／　涙なりけり</w:t>
      </w:r>
    </w:p>
    <w:p>
      <w:pPr>
        <w:keepNext/>
        <w:spacing w:after="60"/>
      </w:pPr>
      <w:r>
        <w:rPr>
          <w:b w:val="0"/>
          <w:i/>
          <w:color w:val="222B33"/>
          <w:sz w:val="21"/>
        </w:rPr>
        <w:t>On the road of parting,</w:t>
        <w:br/>
      </w:r>
      <w:r>
        <w:rPr>
          <w:b w:val="0"/>
          <w:i/>
          <w:color w:val="222B33"/>
          <w:sz w:val="21"/>
        </w:rPr>
        <w:t>as I pray for your future,</w:t>
        <w:br/>
      </w:r>
      <w:r>
        <w:rPr>
          <w:b w:val="0"/>
          <w:i/>
          <w:color w:val="222B33"/>
          <w:sz w:val="21"/>
        </w:rPr>
        <w:t>what I cannot hold back</w:t>
        <w:br/>
      </w:r>
      <w:r>
        <w:rPr>
          <w:b w:val="0"/>
          <w:i/>
          <w:color w:val="222B33"/>
          <w:sz w:val="21"/>
        </w:rPr>
        <w:t>are an old man’s</w:t>
        <w:br/>
      </w:r>
      <w:r>
        <w:rPr>
          <w:b w:val="0"/>
          <w:i/>
          <w:color w:val="222B33"/>
          <w:sz w:val="21"/>
        </w:rPr>
        <w:t>tears.</w:t>
      </w:r>
    </w:p>
    <w:p>
      <w:pPr>
        <w:spacing w:after="40"/>
      </w:pPr>
      <w:r>
        <w:rPr>
          <w:b w:val="0"/>
          <w:i w:val="0"/>
          <w:color w:val="222B33"/>
          <w:sz w:val="19"/>
        </w:rPr>
        <w:t>His daughter and granddaughter leave for the capital.</w:t>
      </w:r>
    </w:p>
    <w:p>
      <w:pPr>
        <w:spacing w:after="40"/>
      </w:pPr>
      <w:r>
        <w:rPr>
          <w:b w:val="0"/>
          <w:i w:val="0"/>
          <w:color w:val="6A6F75"/>
          <w:sz w:val="18"/>
        </w:rPr>
        <w:t xml:space="preserve">Answered by </w:t>
      </w:r>
      <w:hyperlink w:anchor="p284">
        <w:r>
          <w:rPr>
            <w:color w:val="2E5A80"/>
            <w:u w:val="single"/>
            <w:sz w:val="18"/>
          </w:rPr>
          <w:t xml:space="preserve">No. 284 (Akashi Nun)</w:t>
        </w:r>
      </w:hyperlink>
      <w:r>
        <w:rPr>
          <w:b w:val="0"/>
          <w:i w:val="0"/>
          <w:color w:val="6A6F75"/>
          <w:sz w:val="18"/>
        </w:rPr>
        <w:t xml:space="preserve">, </w:t>
      </w:r>
      <w:hyperlink w:anchor="p285">
        <w:r>
          <w:rPr>
            <w:color w:val="2E5A80"/>
            <w:u w:val="single"/>
            <w:sz w:val="18"/>
          </w:rPr>
          <w:t xml:space="preserve">No. 285 (Lady Akashi)</w:t>
        </w:r>
      </w:hyperlink>
    </w:p>
    <w:p>
      <w:pPr>
        <w:keepNext/>
        <w:spacing w:after="20" w:before="200"/>
      </w:pPr>
      <w:bookmarkStart w:id="302" w:name="p284"/>
      <w:r>
        <w:rPr>
          <w:b/>
          <w:i w:val="0"/>
          <w:color w:val="222B33"/>
          <w:sz w:val="22"/>
        </w:rPr>
        <w:t>No. 284</w:t>
      </w:r>
      <w:r>
        <w:rPr>
          <w:b w:val="0"/>
          <w:i w:val="0"/>
          <w:color w:val="6A6F75"/>
          <w:sz w:val="18"/>
        </w:rPr>
        <w:t xml:space="preserve">   Akashi Nun   唱 group exchange</w:t>
      </w:r>
      <w:bookmarkEnd w:id="302"/>
    </w:p>
    <w:p>
      <w:pPr>
        <w:keepNext/>
        <w:spacing w:after="0"/>
      </w:pPr>
      <w:r>
        <w:rPr>
          <w:rFonts w:ascii="Noto Serif CJK JP" w:hAnsi="Noto Serif CJK JP" w:eastAsia="Noto Serif CJK JP"/>
          <w:b w:val="0"/>
          <w:i w:val="0"/>
          <w:color w:val="222B33"/>
          <w:sz w:val="26"/>
        </w:rPr>
        <w:t>もろともに都は出で来このたびやひとり野中の道に惑はむ</w:t>
      </w:r>
    </w:p>
    <w:p>
      <w:pPr>
        <w:keepNext/>
        <w:spacing w:after="60"/>
      </w:pPr>
      <w:r>
        <w:rPr>
          <w:rFonts w:ascii="Noto Serif CJK JP" w:hAnsi="Noto Serif CJK JP" w:eastAsia="Noto Serif CJK JP"/>
          <w:b w:val="0"/>
          <w:i w:val="0"/>
          <w:color w:val="6A6F75"/>
          <w:sz w:val="19"/>
        </w:rPr>
        <w:t>もろともに　／　みやこはいてき　／　このたひや　／　ひとり野中の　／　みちにまとはん</w:t>
      </w:r>
    </w:p>
    <w:p>
      <w:pPr>
        <w:keepNext/>
        <w:spacing w:after="60"/>
      </w:pPr>
      <w:r>
        <w:rPr>
          <w:b w:val="0"/>
          <w:i/>
          <w:color w:val="222B33"/>
          <w:sz w:val="21"/>
        </w:rPr>
        <w:t>We came from the capital together;</w:t>
        <w:br/>
      </w:r>
      <w:r>
        <w:rPr>
          <w:b w:val="0"/>
          <w:i/>
          <w:color w:val="222B33"/>
          <w:sz w:val="21"/>
        </w:rPr>
        <w:t>this time,</w:t>
        <w:br/>
      </w:r>
      <w:r>
        <w:rPr>
          <w:b w:val="0"/>
          <w:i/>
          <w:color w:val="222B33"/>
          <w:sz w:val="21"/>
        </w:rPr>
        <w:t>shall I wander alone</w:t>
        <w:br/>
      </w:r>
      <w:r>
        <w:rPr>
          <w:b w:val="0"/>
          <w:i/>
          <w:color w:val="222B33"/>
          <w:sz w:val="21"/>
        </w:rPr>
        <w:t>on the road</w:t>
        <w:br/>
      </w:r>
      <w:r>
        <w:rPr>
          <w:b w:val="0"/>
          <w:i/>
          <w:color w:val="222B33"/>
          <w:sz w:val="21"/>
        </w:rPr>
        <w:t>through the moor?</w:t>
      </w:r>
    </w:p>
    <w:p>
      <w:pPr>
        <w:spacing w:after="40"/>
      </w:pPr>
      <w:r>
        <w:rPr>
          <w:b w:val="0"/>
          <w:i w:val="0"/>
          <w:color w:val="6A6F75"/>
          <w:sz w:val="18"/>
        </w:rPr>
        <w:t xml:space="preserve">In reply to </w:t>
      </w:r>
      <w:hyperlink w:anchor="p283">
        <w:r>
          <w:rPr>
            <w:color w:val="2E5A80"/>
            <w:u w:val="single"/>
            <w:sz w:val="18"/>
          </w:rPr>
          <w:t xml:space="preserve">No. 283 (Akashi Novice)</w:t>
        </w:r>
      </w:hyperlink>
    </w:p>
    <w:p>
      <w:pPr>
        <w:keepNext/>
        <w:spacing w:after="20" w:before="200"/>
      </w:pPr>
      <w:bookmarkStart w:id="303" w:name="p285"/>
      <w:r>
        <w:rPr>
          <w:b/>
          <w:i w:val="0"/>
          <w:color w:val="222B33"/>
          <w:sz w:val="22"/>
        </w:rPr>
        <w:t>No. 285</w:t>
      </w:r>
      <w:r>
        <w:rPr>
          <w:b w:val="0"/>
          <w:i w:val="0"/>
          <w:color w:val="6A6F75"/>
          <w:sz w:val="18"/>
        </w:rPr>
        <w:t xml:space="preserve">   Lady Akashi   唱 group exchange</w:t>
      </w:r>
      <w:bookmarkEnd w:id="303"/>
    </w:p>
    <w:p>
      <w:pPr>
        <w:keepNext/>
        <w:spacing w:after="0"/>
      </w:pPr>
      <w:r>
        <w:rPr>
          <w:rFonts w:ascii="Noto Serif CJK JP" w:hAnsi="Noto Serif CJK JP" w:eastAsia="Noto Serif CJK JP"/>
          <w:b w:val="0"/>
          <w:i w:val="0"/>
          <w:color w:val="222B33"/>
          <w:sz w:val="26"/>
        </w:rPr>
        <w:t>いきてまたあひ見むことをいつとてか限りも知らぬ世をば頼まむ</w:t>
      </w:r>
    </w:p>
    <w:p>
      <w:pPr>
        <w:keepNext/>
        <w:spacing w:after="60"/>
      </w:pPr>
      <w:r>
        <w:rPr>
          <w:rFonts w:ascii="Noto Serif CJK JP" w:hAnsi="Noto Serif CJK JP" w:eastAsia="Noto Serif CJK JP"/>
          <w:b w:val="0"/>
          <w:i w:val="0"/>
          <w:color w:val="6A6F75"/>
          <w:sz w:val="19"/>
        </w:rPr>
        <w:t>いきてまた　／　あひみむことを　／　いつとてか　／　ゝきりもしらぬ　／　よをはたのまむ</w:t>
      </w:r>
    </w:p>
    <w:p>
      <w:pPr>
        <w:keepNext/>
        <w:spacing w:after="60"/>
      </w:pPr>
      <w:r>
        <w:rPr>
          <w:b w:val="0"/>
          <w:i/>
          <w:color w:val="222B33"/>
          <w:sz w:val="21"/>
        </w:rPr>
        <w:t>When can I trust</w:t>
        <w:br/>
      </w:r>
      <w:r>
        <w:rPr>
          <w:b w:val="0"/>
          <w:i/>
          <w:color w:val="222B33"/>
          <w:sz w:val="21"/>
        </w:rPr>
        <w:t>we shall live to meet again,</w:t>
        <w:br/>
      </w:r>
      <w:r>
        <w:rPr>
          <w:b w:val="0"/>
          <w:i/>
          <w:color w:val="222B33"/>
          <w:sz w:val="21"/>
        </w:rPr>
        <w:t>in a world</w:t>
        <w:br/>
      </w:r>
      <w:r>
        <w:rPr>
          <w:b w:val="0"/>
          <w:i/>
          <w:color w:val="222B33"/>
          <w:sz w:val="21"/>
        </w:rPr>
        <w:t>that knows no limit</w:t>
        <w:br/>
      </w:r>
      <w:r>
        <w:rPr>
          <w:b w:val="0"/>
          <w:i/>
          <w:color w:val="222B33"/>
          <w:sz w:val="21"/>
        </w:rPr>
        <w:t>to its days?</w:t>
      </w:r>
    </w:p>
    <w:p>
      <w:pPr>
        <w:spacing w:after="40"/>
      </w:pPr>
      <w:r>
        <w:rPr>
          <w:b w:val="0"/>
          <w:i w:val="0"/>
          <w:color w:val="222B33"/>
          <w:sz w:val="19"/>
        </w:rPr>
        <w:t>Iki: “live” and “go.”</w:t>
      </w:r>
    </w:p>
    <w:p>
      <w:pPr>
        <w:spacing w:after="40"/>
      </w:pPr>
      <w:r>
        <w:rPr>
          <w:b w:val="0"/>
          <w:i w:val="0"/>
          <w:color w:val="6A6F75"/>
          <w:sz w:val="18"/>
        </w:rPr>
        <w:t xml:space="preserve">In reply to </w:t>
      </w:r>
      <w:hyperlink w:anchor="p283">
        <w:r>
          <w:rPr>
            <w:color w:val="2E5A80"/>
            <w:u w:val="single"/>
            <w:sz w:val="18"/>
          </w:rPr>
          <w:t xml:space="preserve">No. 283 (Akashi Novice)</w:t>
        </w:r>
      </w:hyperlink>
    </w:p>
    <w:p>
      <w:pPr>
        <w:keepNext/>
        <w:spacing w:after="20" w:before="200"/>
      </w:pPr>
      <w:bookmarkStart w:id="304" w:name="p286"/>
      <w:r>
        <w:rPr>
          <w:b/>
          <w:i w:val="0"/>
          <w:color w:val="222B33"/>
          <w:sz w:val="22"/>
        </w:rPr>
        <w:t>No. 286</w:t>
      </w:r>
      <w:r>
        <w:rPr>
          <w:b w:val="0"/>
          <w:i w:val="0"/>
          <w:color w:val="6A6F75"/>
          <w:sz w:val="18"/>
        </w:rPr>
        <w:t xml:space="preserve">   Akashi Nun → Lady Akashi   贈 sent</w:t>
      </w:r>
      <w:bookmarkEnd w:id="304"/>
    </w:p>
    <w:p>
      <w:pPr>
        <w:keepNext/>
        <w:spacing w:after="40"/>
      </w:pPr>
      <w:r>
        <w:rPr>
          <w:b/>
          <w:i w:val="0"/>
          <w:color w:val="6A6F75"/>
          <w:sz w:val="18"/>
        </w:rPr>
        <w:t xml:space="preserve">Context. </w:t>
      </w:r>
      <w:r>
        <w:rPr>
          <w:b w:val="0"/>
          <w:i w:val="0"/>
          <w:color w:val="6A6F75"/>
          <w:sz w:val="19"/>
        </w:rPr>
        <w:t>The Akashi Nun and her daughter on the boat to the capital.</w:t>
      </w:r>
    </w:p>
    <w:p>
      <w:pPr>
        <w:keepNext/>
        <w:spacing w:after="0"/>
      </w:pPr>
      <w:r>
        <w:rPr>
          <w:rFonts w:ascii="Noto Serif CJK JP" w:hAnsi="Noto Serif CJK JP" w:eastAsia="Noto Serif CJK JP"/>
          <w:b w:val="0"/>
          <w:i w:val="0"/>
          <w:color w:val="222B33"/>
          <w:sz w:val="26"/>
        </w:rPr>
        <w:t>かの岸に心寄りにし海人舟の背きし方に漕ぎ帰るかな</w:t>
      </w:r>
    </w:p>
    <w:p>
      <w:pPr>
        <w:keepNext/>
        <w:spacing w:after="60"/>
      </w:pPr>
      <w:r>
        <w:rPr>
          <w:rFonts w:ascii="Noto Serif CJK JP" w:hAnsi="Noto Serif CJK JP" w:eastAsia="Noto Serif CJK JP"/>
          <w:b w:val="0"/>
          <w:i w:val="0"/>
          <w:color w:val="6A6F75"/>
          <w:sz w:val="19"/>
        </w:rPr>
        <w:t>かのきしに　／　心よりにし　／　あま舟の　／　そむきしかたに　／　こきかへる哉</w:t>
      </w:r>
    </w:p>
    <w:p>
      <w:pPr>
        <w:keepNext/>
        <w:spacing w:after="60"/>
      </w:pPr>
      <w:r>
        <w:rPr>
          <w:b w:val="0"/>
          <w:i/>
          <w:color w:val="222B33"/>
          <w:sz w:val="21"/>
        </w:rPr>
        <w:t>The fishing boat</w:t>
        <w:br/>
      </w:r>
      <w:r>
        <w:rPr>
          <w:b w:val="0"/>
          <w:i/>
          <w:color w:val="222B33"/>
          <w:sz w:val="21"/>
        </w:rPr>
        <w:t>whose heart turned to that other shore</w:t>
        <w:br/>
      </w:r>
      <w:r>
        <w:rPr>
          <w:b w:val="0"/>
          <w:i/>
          <w:color w:val="222B33"/>
          <w:sz w:val="21"/>
        </w:rPr>
        <w:t>now rows back</w:t>
        <w:br/>
      </w:r>
      <w:r>
        <w:rPr>
          <w:b w:val="0"/>
          <w:i/>
          <w:color w:val="222B33"/>
          <w:sz w:val="21"/>
        </w:rPr>
        <w:t>to the place</w:t>
        <w:br/>
      </w:r>
      <w:r>
        <w:rPr>
          <w:b w:val="0"/>
          <w:i/>
          <w:color w:val="222B33"/>
          <w:sz w:val="21"/>
        </w:rPr>
        <w:t>it left.</w:t>
      </w:r>
    </w:p>
    <w:p>
      <w:pPr>
        <w:spacing w:after="40"/>
      </w:pPr>
      <w:r>
        <w:rPr>
          <w:b w:val="0"/>
          <w:i w:val="0"/>
          <w:color w:val="222B33"/>
          <w:sz w:val="19"/>
        </w:rPr>
        <w:t>Kano kishi: “that shore” and the further shore of enlightenment.</w:t>
      </w:r>
    </w:p>
    <w:p>
      <w:pPr>
        <w:spacing w:after="40"/>
      </w:pPr>
      <w:r>
        <w:rPr>
          <w:b w:val="0"/>
          <w:i w:val="0"/>
          <w:color w:val="6A6F75"/>
          <w:sz w:val="18"/>
        </w:rPr>
        <w:t xml:space="preserve">Answered by </w:t>
      </w:r>
      <w:hyperlink w:anchor="p287">
        <w:r>
          <w:rPr>
            <w:color w:val="2E5A80"/>
            <w:u w:val="single"/>
            <w:sz w:val="18"/>
          </w:rPr>
          <w:t xml:space="preserve">No. 287 (Lady Akashi)</w:t>
        </w:r>
      </w:hyperlink>
    </w:p>
    <w:p>
      <w:pPr>
        <w:keepNext/>
        <w:spacing w:after="20" w:before="200"/>
      </w:pPr>
      <w:bookmarkStart w:id="305" w:name="p287"/>
      <w:r>
        <w:rPr>
          <w:b/>
          <w:i w:val="0"/>
          <w:color w:val="222B33"/>
          <w:sz w:val="22"/>
        </w:rPr>
        <w:t>No. 287</w:t>
      </w:r>
      <w:r>
        <w:rPr>
          <w:b w:val="0"/>
          <w:i w:val="0"/>
          <w:color w:val="6A6F75"/>
          <w:sz w:val="18"/>
        </w:rPr>
        <w:t xml:space="preserve">   Lady Akashi → Akashi Nun   答 reply</w:t>
      </w:r>
      <w:bookmarkEnd w:id="305"/>
    </w:p>
    <w:p>
      <w:pPr>
        <w:keepNext/>
        <w:spacing w:after="0"/>
      </w:pPr>
      <w:r>
        <w:rPr>
          <w:rFonts w:ascii="Noto Serif CJK JP" w:hAnsi="Noto Serif CJK JP" w:eastAsia="Noto Serif CJK JP"/>
          <w:b w:val="0"/>
          <w:i w:val="0"/>
          <w:color w:val="222B33"/>
          <w:sz w:val="26"/>
        </w:rPr>
        <w:t>いくかへり行きかふ秋を過ぐしつつ浮木に乗りてわれ帰るらむ</w:t>
      </w:r>
    </w:p>
    <w:p>
      <w:pPr>
        <w:keepNext/>
        <w:spacing w:after="60"/>
      </w:pPr>
      <w:r>
        <w:rPr>
          <w:rFonts w:ascii="Noto Serif CJK JP" w:hAnsi="Noto Serif CJK JP" w:eastAsia="Noto Serif CJK JP"/>
          <w:b w:val="0"/>
          <w:i w:val="0"/>
          <w:color w:val="6A6F75"/>
          <w:sz w:val="19"/>
        </w:rPr>
        <w:t>いくかへり　／　ゆきかふ秋を　／　すくしつゝ　／　うき木にのりて　／　われかへるらん</w:t>
      </w:r>
    </w:p>
    <w:p>
      <w:pPr>
        <w:keepNext/>
        <w:spacing w:after="60"/>
      </w:pPr>
      <w:r>
        <w:rPr>
          <w:b w:val="0"/>
          <w:i/>
          <w:color w:val="222B33"/>
          <w:sz w:val="21"/>
        </w:rPr>
        <w:t>How many times</w:t>
        <w:br/>
      </w:r>
      <w:r>
        <w:rPr>
          <w:b w:val="0"/>
          <w:i/>
          <w:color w:val="222B33"/>
          <w:sz w:val="21"/>
        </w:rPr>
        <w:t>have I passed the autumns</w:t>
        <w:br/>
      </w:r>
      <w:r>
        <w:rPr>
          <w:b w:val="0"/>
          <w:i/>
          <w:color w:val="222B33"/>
          <w:sz w:val="21"/>
        </w:rPr>
        <w:t>coming and going?</w:t>
        <w:br/>
      </w:r>
      <w:r>
        <w:rPr>
          <w:b w:val="0"/>
          <w:i/>
          <w:color w:val="222B33"/>
          <w:sz w:val="21"/>
        </w:rPr>
        <w:t>I return</w:t>
        <w:br/>
      </w:r>
      <w:r>
        <w:rPr>
          <w:b w:val="0"/>
          <w:i/>
          <w:color w:val="222B33"/>
          <w:sz w:val="21"/>
        </w:rPr>
        <w:t>on a floating log.</w:t>
      </w:r>
    </w:p>
    <w:p>
      <w:pPr>
        <w:spacing w:after="40"/>
      </w:pPr>
      <w:r>
        <w:rPr>
          <w:b w:val="0"/>
          <w:i w:val="0"/>
          <w:color w:val="6A6F75"/>
          <w:sz w:val="18"/>
        </w:rPr>
        <w:t xml:space="preserve">In reply to </w:t>
      </w:r>
      <w:hyperlink w:anchor="p286">
        <w:r>
          <w:rPr>
            <w:color w:val="2E5A80"/>
            <w:u w:val="single"/>
            <w:sz w:val="18"/>
          </w:rPr>
          <w:t xml:space="preserve">No. 286 (Akashi Nun)</w:t>
        </w:r>
      </w:hyperlink>
    </w:p>
    <w:p>
      <w:pPr>
        <w:keepNext/>
        <w:spacing w:after="20" w:before="200"/>
      </w:pPr>
      <w:bookmarkStart w:id="306" w:name="p288"/>
      <w:r>
        <w:rPr>
          <w:b/>
          <w:i w:val="0"/>
          <w:color w:val="222B33"/>
          <w:sz w:val="22"/>
        </w:rPr>
        <w:t>No. 288</w:t>
      </w:r>
      <w:r>
        <w:rPr>
          <w:b w:val="0"/>
          <w:i w:val="0"/>
          <w:color w:val="6A6F75"/>
          <w:sz w:val="18"/>
        </w:rPr>
        <w:t xml:space="preserve">   Akashi Nun → Lady Akashi   贈 sent</w:t>
      </w:r>
      <w:bookmarkEnd w:id="306"/>
    </w:p>
    <w:p>
      <w:pPr>
        <w:keepNext/>
        <w:spacing w:after="40"/>
      </w:pPr>
      <w:r>
        <w:rPr>
          <w:b/>
          <w:i w:val="0"/>
          <w:color w:val="6A6F75"/>
          <w:sz w:val="18"/>
        </w:rPr>
        <w:t xml:space="preserve">Context. </w:t>
      </w:r>
      <w:r>
        <w:rPr>
          <w:b w:val="0"/>
          <w:i w:val="0"/>
          <w:color w:val="6A6F75"/>
          <w:sz w:val="19"/>
        </w:rPr>
        <w:t>At Ōi, on the move to the capital; the Nun returns to her old home.</w:t>
      </w:r>
    </w:p>
    <w:p>
      <w:pPr>
        <w:keepNext/>
        <w:spacing w:after="0"/>
      </w:pPr>
      <w:r>
        <w:rPr>
          <w:rFonts w:ascii="Noto Serif CJK JP" w:hAnsi="Noto Serif CJK JP" w:eastAsia="Noto Serif CJK JP"/>
          <w:b w:val="0"/>
          <w:i w:val="0"/>
          <w:color w:val="222B33"/>
          <w:sz w:val="26"/>
        </w:rPr>
        <w:t>身を変へて一人帰れる山里に聞きしに似たる松風ぞ吹く</w:t>
      </w:r>
    </w:p>
    <w:p>
      <w:pPr>
        <w:keepNext/>
        <w:spacing w:after="60"/>
      </w:pPr>
      <w:r>
        <w:rPr>
          <w:rFonts w:ascii="Noto Serif CJK JP" w:hAnsi="Noto Serif CJK JP" w:eastAsia="Noto Serif CJK JP"/>
          <w:b w:val="0"/>
          <w:i w:val="0"/>
          <w:color w:val="6A6F75"/>
          <w:sz w:val="19"/>
        </w:rPr>
        <w:t>身をかへて　／　ひとりかへれる　／　山さとに　／　きゝしににたる　／　松風そふく</w:t>
      </w:r>
    </w:p>
    <w:p>
      <w:pPr>
        <w:keepNext/>
        <w:spacing w:after="60"/>
      </w:pPr>
      <w:r>
        <w:rPr>
          <w:b w:val="0"/>
          <w:i/>
          <w:color w:val="222B33"/>
          <w:sz w:val="21"/>
        </w:rPr>
        <w:t>To the mountain village</w:t>
        <w:br/>
      </w:r>
      <w:r>
        <w:rPr>
          <w:b w:val="0"/>
          <w:i/>
          <w:color w:val="222B33"/>
          <w:sz w:val="21"/>
        </w:rPr>
        <w:t>I return alone, transformed:</w:t>
        <w:br/>
      </w:r>
      <w:r>
        <w:rPr>
          <w:b w:val="0"/>
          <w:i/>
          <w:color w:val="222B33"/>
          <w:sz w:val="21"/>
        </w:rPr>
        <w:t>the wind in the pines blows</w:t>
        <w:br/>
      </w:r>
      <w:r>
        <w:rPr>
          <w:b w:val="0"/>
          <w:i/>
          <w:color w:val="222B33"/>
          <w:sz w:val="21"/>
        </w:rPr>
        <w:t>as I heard it</w:t>
        <w:br/>
      </w:r>
      <w:r>
        <w:rPr>
          <w:b w:val="0"/>
          <w:i/>
          <w:color w:val="222B33"/>
          <w:sz w:val="21"/>
        </w:rPr>
        <w:t>long ago.</w:t>
      </w:r>
    </w:p>
    <w:p>
      <w:pPr>
        <w:spacing w:after="40"/>
      </w:pPr>
      <w:r>
        <w:rPr>
          <w:b w:val="0"/>
          <w:i w:val="0"/>
          <w:color w:val="222B33"/>
          <w:sz w:val="19"/>
        </w:rPr>
        <w:t>At Ōi, her old family villa.</w:t>
      </w:r>
    </w:p>
    <w:p>
      <w:pPr>
        <w:spacing w:after="40"/>
      </w:pPr>
      <w:r>
        <w:rPr>
          <w:b w:val="0"/>
          <w:i w:val="0"/>
          <w:color w:val="6A6F75"/>
          <w:sz w:val="18"/>
        </w:rPr>
        <w:t xml:space="preserve">Answered by </w:t>
      </w:r>
      <w:hyperlink w:anchor="p289">
        <w:r>
          <w:rPr>
            <w:color w:val="2E5A80"/>
            <w:u w:val="single"/>
            <w:sz w:val="18"/>
          </w:rPr>
          <w:t xml:space="preserve">No. 289 (Lady Akashi)</w:t>
        </w:r>
      </w:hyperlink>
    </w:p>
    <w:p>
      <w:pPr>
        <w:keepNext/>
        <w:spacing w:after="20" w:before="200"/>
      </w:pPr>
      <w:bookmarkStart w:id="307" w:name="p289"/>
      <w:r>
        <w:rPr>
          <w:b/>
          <w:i w:val="0"/>
          <w:color w:val="222B33"/>
          <w:sz w:val="22"/>
        </w:rPr>
        <w:t>No. 289</w:t>
      </w:r>
      <w:r>
        <w:rPr>
          <w:b w:val="0"/>
          <w:i w:val="0"/>
          <w:color w:val="6A6F75"/>
          <w:sz w:val="18"/>
        </w:rPr>
        <w:t xml:space="preserve">   Lady Akashi → Akashi Nun   答 reply</w:t>
      </w:r>
      <w:bookmarkEnd w:id="307"/>
    </w:p>
    <w:p>
      <w:pPr>
        <w:keepNext/>
        <w:spacing w:after="0"/>
      </w:pPr>
      <w:r>
        <w:rPr>
          <w:rFonts w:ascii="Noto Serif CJK JP" w:hAnsi="Noto Serif CJK JP" w:eastAsia="Noto Serif CJK JP"/>
          <w:b w:val="0"/>
          <w:i w:val="0"/>
          <w:color w:val="222B33"/>
          <w:sz w:val="26"/>
        </w:rPr>
        <w:t>故里に見し世の友を恋ひわびてさへづることを誰れか分くらむ</w:t>
      </w:r>
    </w:p>
    <w:p>
      <w:pPr>
        <w:keepNext/>
        <w:spacing w:after="60"/>
      </w:pPr>
      <w:r>
        <w:rPr>
          <w:rFonts w:ascii="Noto Serif CJK JP" w:hAnsi="Noto Serif CJK JP" w:eastAsia="Noto Serif CJK JP"/>
          <w:b w:val="0"/>
          <w:i w:val="0"/>
          <w:color w:val="6A6F75"/>
          <w:sz w:val="19"/>
        </w:rPr>
        <w:t>ふるさとに　／　みしよのともを　／　こひわひて　／　さえつることを　／　たれかわくらん</w:t>
      </w:r>
    </w:p>
    <w:p>
      <w:pPr>
        <w:keepNext/>
        <w:spacing w:after="60"/>
      </w:pPr>
      <w:r>
        <w:rPr>
          <w:b w:val="0"/>
          <w:i/>
          <w:color w:val="222B33"/>
          <w:sz w:val="21"/>
        </w:rPr>
        <w:t>Longing for the friends</w:t>
        <w:br/>
      </w:r>
      <w:r>
        <w:rPr>
          <w:b w:val="0"/>
          <w:i/>
          <w:color w:val="222B33"/>
          <w:sz w:val="21"/>
        </w:rPr>
        <w:t>of the old place where I lived,</w:t>
        <w:br/>
      </w:r>
      <w:r>
        <w:rPr>
          <w:b w:val="0"/>
          <w:i/>
          <w:color w:val="222B33"/>
          <w:sz w:val="21"/>
        </w:rPr>
        <w:t>who would understand</w:t>
        <w:br/>
      </w:r>
      <w:r>
        <w:rPr>
          <w:b w:val="0"/>
          <w:i/>
          <w:color w:val="222B33"/>
          <w:sz w:val="21"/>
        </w:rPr>
        <w:t>what the koto</w:t>
        <w:br/>
      </w:r>
      <w:r>
        <w:rPr>
          <w:b w:val="0"/>
          <w:i/>
          <w:color w:val="222B33"/>
          <w:sz w:val="21"/>
        </w:rPr>
        <w:t>is saying?</w:t>
      </w:r>
    </w:p>
    <w:p>
      <w:pPr>
        <w:spacing w:after="40"/>
      </w:pPr>
      <w:r>
        <w:rPr>
          <w:b w:val="0"/>
          <w:i w:val="0"/>
          <w:color w:val="6A6F75"/>
          <w:sz w:val="18"/>
        </w:rPr>
        <w:t xml:space="preserve">In reply to </w:t>
      </w:r>
      <w:hyperlink w:anchor="p288">
        <w:r>
          <w:rPr>
            <w:color w:val="2E5A80"/>
            <w:u w:val="single"/>
            <w:sz w:val="18"/>
          </w:rPr>
          <w:t xml:space="preserve">No. 288 (Akashi Nun)</w:t>
        </w:r>
      </w:hyperlink>
    </w:p>
    <w:p>
      <w:pPr>
        <w:keepNext/>
        <w:spacing w:after="20" w:before="200"/>
      </w:pPr>
      <w:bookmarkStart w:id="308" w:name="p290"/>
      <w:r>
        <w:rPr>
          <w:b/>
          <w:i w:val="0"/>
          <w:color w:val="222B33"/>
          <w:sz w:val="22"/>
        </w:rPr>
        <w:t>No. 290</w:t>
      </w:r>
      <w:r>
        <w:rPr>
          <w:b w:val="0"/>
          <w:i w:val="0"/>
          <w:color w:val="6A6F75"/>
          <w:sz w:val="18"/>
        </w:rPr>
        <w:t xml:space="preserve">   Akashi Nun → Genji   贈 sent</w:t>
      </w:r>
      <w:bookmarkEnd w:id="308"/>
    </w:p>
    <w:p>
      <w:pPr>
        <w:keepNext/>
        <w:spacing w:after="40"/>
      </w:pPr>
      <w:r>
        <w:rPr>
          <w:b/>
          <w:i w:val="0"/>
          <w:color w:val="6A6F75"/>
          <w:sz w:val="18"/>
        </w:rPr>
        <w:t xml:space="preserve">Context. </w:t>
      </w:r>
      <w:r>
        <w:rPr>
          <w:b w:val="0"/>
          <w:i w:val="0"/>
          <w:color w:val="6A6F75"/>
          <w:sz w:val="19"/>
        </w:rPr>
        <w:t>The Akashi Nun to Genji at Ōi, her grandfather’s old estate; she returns to it as a stranger.</w:t>
      </w:r>
    </w:p>
    <w:p>
      <w:pPr>
        <w:keepNext/>
        <w:spacing w:after="0"/>
      </w:pPr>
      <w:r>
        <w:rPr>
          <w:rFonts w:ascii="Noto Serif CJK JP" w:hAnsi="Noto Serif CJK JP" w:eastAsia="Noto Serif CJK JP"/>
          <w:b w:val="0"/>
          <w:i w:val="0"/>
          <w:color w:val="222B33"/>
          <w:sz w:val="26"/>
        </w:rPr>
        <w:t>住み馴れし人は帰りてたどれども清水は宿の主人顔なる</w:t>
      </w:r>
    </w:p>
    <w:p>
      <w:pPr>
        <w:keepNext/>
        <w:spacing w:after="60"/>
      </w:pPr>
      <w:r>
        <w:rPr>
          <w:rFonts w:ascii="Noto Serif CJK JP" w:hAnsi="Noto Serif CJK JP" w:eastAsia="Noto Serif CJK JP"/>
          <w:b w:val="0"/>
          <w:i w:val="0"/>
          <w:color w:val="6A6F75"/>
          <w:sz w:val="19"/>
        </w:rPr>
        <w:t>すみなれし　／　人はかへりて　／　たとれとも　／　しみつはやとの　／　あるしかほなる</w:t>
      </w:r>
    </w:p>
    <w:p>
      <w:pPr>
        <w:keepNext/>
        <w:spacing w:after="60"/>
      </w:pPr>
      <w:r>
        <w:rPr>
          <w:b w:val="0"/>
          <w:i/>
          <w:color w:val="222B33"/>
          <w:sz w:val="21"/>
        </w:rPr>
        <w:t>The one who lived here long</w:t>
        <w:br/>
      </w:r>
      <w:r>
        <w:rPr>
          <w:b w:val="0"/>
          <w:i/>
          <w:color w:val="222B33"/>
          <w:sz w:val="21"/>
        </w:rPr>
        <w:t>comes back and gropes her way;</w:t>
        <w:br/>
      </w:r>
      <w:r>
        <w:rPr>
          <w:b w:val="0"/>
          <w:i/>
          <w:color w:val="222B33"/>
          <w:sz w:val="21"/>
        </w:rPr>
        <w:t>the spring water</w:t>
        <w:br/>
      </w:r>
      <w:r>
        <w:rPr>
          <w:b w:val="0"/>
          <w:i/>
          <w:color w:val="222B33"/>
          <w:sz w:val="21"/>
        </w:rPr>
        <w:t>wears the look</w:t>
        <w:br/>
      </w:r>
      <w:r>
        <w:rPr>
          <w:b w:val="0"/>
          <w:i/>
          <w:color w:val="222B33"/>
          <w:sz w:val="21"/>
        </w:rPr>
        <w:t>of master of the house.</w:t>
      </w:r>
    </w:p>
    <w:p>
      <w:pPr>
        <w:spacing w:after="40"/>
      </w:pPr>
      <w:r>
        <w:rPr>
          <w:b w:val="0"/>
          <w:i w:val="0"/>
          <w:color w:val="6A6F75"/>
          <w:sz w:val="18"/>
        </w:rPr>
        <w:t xml:space="preserve">Answered by </w:t>
      </w:r>
      <w:hyperlink w:anchor="p291">
        <w:r>
          <w:rPr>
            <w:color w:val="2E5A80"/>
            <w:u w:val="single"/>
            <w:sz w:val="18"/>
          </w:rPr>
          <w:t xml:space="preserve">No. 291 (Genji)</w:t>
        </w:r>
      </w:hyperlink>
    </w:p>
    <w:p>
      <w:pPr>
        <w:keepNext/>
        <w:spacing w:after="20" w:before="200"/>
      </w:pPr>
      <w:bookmarkStart w:id="309" w:name="p291"/>
      <w:r>
        <w:rPr>
          <w:b/>
          <w:i w:val="0"/>
          <w:color w:val="222B33"/>
          <w:sz w:val="22"/>
        </w:rPr>
        <w:t>No. 291</w:t>
      </w:r>
      <w:r>
        <w:rPr>
          <w:b w:val="0"/>
          <w:i w:val="0"/>
          <w:color w:val="6A6F75"/>
          <w:sz w:val="18"/>
        </w:rPr>
        <w:t xml:space="preserve">   Genji → Akashi Nun   答 reply</w:t>
      </w:r>
      <w:bookmarkEnd w:id="309"/>
    </w:p>
    <w:p>
      <w:pPr>
        <w:keepNext/>
        <w:spacing w:after="0"/>
      </w:pPr>
      <w:r>
        <w:rPr>
          <w:rFonts w:ascii="Noto Serif CJK JP" w:hAnsi="Noto Serif CJK JP" w:eastAsia="Noto Serif CJK JP"/>
          <w:b w:val="0"/>
          <w:i w:val="0"/>
          <w:color w:val="222B33"/>
          <w:sz w:val="26"/>
        </w:rPr>
        <w:t>いさらゐははやくのことも忘れじをもとの主人や面変はりせる</w:t>
      </w:r>
    </w:p>
    <w:p>
      <w:pPr>
        <w:keepNext/>
        <w:spacing w:after="60"/>
      </w:pPr>
      <w:r>
        <w:rPr>
          <w:rFonts w:ascii="Noto Serif CJK JP" w:hAnsi="Noto Serif CJK JP" w:eastAsia="Noto Serif CJK JP"/>
          <w:b w:val="0"/>
          <w:i w:val="0"/>
          <w:color w:val="6A6F75"/>
          <w:sz w:val="19"/>
        </w:rPr>
        <w:t>いさらゐは　／　ゝやくのことも　／　わすれしを　／　もとのあるしや　／　おもかはりせる</w:t>
      </w:r>
    </w:p>
    <w:p>
      <w:pPr>
        <w:keepNext/>
        <w:spacing w:after="60"/>
      </w:pPr>
      <w:r>
        <w:rPr>
          <w:b w:val="0"/>
          <w:i/>
          <w:color w:val="222B33"/>
          <w:sz w:val="21"/>
        </w:rPr>
        <w:t>The little spring</w:t>
        <w:br/>
      </w:r>
      <w:r>
        <w:rPr>
          <w:b w:val="0"/>
          <w:i/>
          <w:color w:val="222B33"/>
          <w:sz w:val="21"/>
        </w:rPr>
        <w:t>will not have forgotten the past;</w:t>
        <w:br/>
      </w:r>
      <w:r>
        <w:rPr>
          <w:b w:val="0"/>
          <w:i/>
          <w:color w:val="222B33"/>
          <w:sz w:val="21"/>
        </w:rPr>
        <w:t>is it the former mistress</w:t>
        <w:br/>
      </w:r>
      <w:r>
        <w:rPr>
          <w:b w:val="0"/>
          <w:i/>
          <w:color w:val="222B33"/>
          <w:sz w:val="21"/>
        </w:rPr>
        <w:t>whose face</w:t>
        <w:br/>
      </w:r>
      <w:r>
        <w:rPr>
          <w:b w:val="0"/>
          <w:i/>
          <w:color w:val="222B33"/>
          <w:sz w:val="21"/>
        </w:rPr>
        <w:t>has changed?</w:t>
      </w:r>
    </w:p>
    <w:p>
      <w:pPr>
        <w:spacing w:after="40"/>
      </w:pPr>
      <w:r>
        <w:rPr>
          <w:b w:val="0"/>
          <w:i w:val="0"/>
          <w:color w:val="6A6F75"/>
          <w:sz w:val="18"/>
        </w:rPr>
        <w:t xml:space="preserve">In reply to </w:t>
      </w:r>
      <w:hyperlink w:anchor="p290">
        <w:r>
          <w:rPr>
            <w:color w:val="2E5A80"/>
            <w:u w:val="single"/>
            <w:sz w:val="18"/>
          </w:rPr>
          <w:t xml:space="preserve">No. 290 (Akashi Nun)</w:t>
        </w:r>
      </w:hyperlink>
    </w:p>
    <w:p>
      <w:pPr>
        <w:keepNext/>
        <w:spacing w:after="20" w:before="200"/>
      </w:pPr>
      <w:bookmarkStart w:id="310" w:name="p292"/>
      <w:r>
        <w:rPr>
          <w:b/>
          <w:i w:val="0"/>
          <w:color w:val="222B33"/>
          <w:sz w:val="22"/>
        </w:rPr>
        <w:t>No. 292</w:t>
      </w:r>
      <w:r>
        <w:rPr>
          <w:b w:val="0"/>
          <w:i w:val="0"/>
          <w:color w:val="6A6F75"/>
          <w:sz w:val="18"/>
        </w:rPr>
        <w:t xml:space="preserve">   Genji → Lady Akashi   贈 sent</w:t>
      </w:r>
      <w:bookmarkEnd w:id="310"/>
    </w:p>
    <w:p>
      <w:pPr>
        <w:keepNext/>
        <w:spacing w:after="40"/>
      </w:pPr>
      <w:r>
        <w:rPr>
          <w:b/>
          <w:i w:val="0"/>
          <w:color w:val="6A6F75"/>
          <w:sz w:val="18"/>
        </w:rPr>
        <w:t xml:space="preserve">Context. </w:t>
      </w:r>
      <w:r>
        <w:rPr>
          <w:b w:val="0"/>
          <w:i w:val="0"/>
          <w:color w:val="6A6F75"/>
          <w:sz w:val="19"/>
        </w:rPr>
        <w:t>Genji visits Lady Akashi at Ōi; the koto he left her.</w:t>
      </w:r>
    </w:p>
    <w:p>
      <w:pPr>
        <w:keepNext/>
        <w:spacing w:after="0"/>
      </w:pPr>
      <w:r>
        <w:rPr>
          <w:rFonts w:ascii="Noto Serif CJK JP" w:hAnsi="Noto Serif CJK JP" w:eastAsia="Noto Serif CJK JP"/>
          <w:b w:val="0"/>
          <w:i w:val="0"/>
          <w:color w:val="222B33"/>
          <w:sz w:val="26"/>
        </w:rPr>
        <w:t>契りしに変はらぬ琴の調べにて絶えぬ心のほどは知りきや</w:t>
      </w:r>
    </w:p>
    <w:p>
      <w:pPr>
        <w:keepNext/>
        <w:spacing w:after="60"/>
      </w:pPr>
      <w:r>
        <w:rPr>
          <w:rFonts w:ascii="Noto Serif CJK JP" w:hAnsi="Noto Serif CJK JP" w:eastAsia="Noto Serif CJK JP"/>
          <w:b w:val="0"/>
          <w:i w:val="0"/>
          <w:color w:val="6A6F75"/>
          <w:sz w:val="19"/>
        </w:rPr>
        <w:t>ちきりしに　／　かはらぬことの　／　しらへにて　／　たえぬ心の　／　ほとはしりきや</w:t>
      </w:r>
    </w:p>
    <w:p>
      <w:pPr>
        <w:keepNext/>
        <w:spacing w:after="60"/>
      </w:pPr>
      <w:r>
        <w:rPr>
          <w:b w:val="0"/>
          <w:i/>
          <w:color w:val="222B33"/>
          <w:sz w:val="21"/>
        </w:rPr>
        <w:t>In the tuning of the koto</w:t>
        <w:br/>
      </w:r>
      <w:r>
        <w:rPr>
          <w:b w:val="0"/>
          <w:i/>
          <w:color w:val="222B33"/>
          <w:sz w:val="21"/>
        </w:rPr>
        <w:t>that has not changed since our pledge,</w:t>
        <w:br/>
      </w:r>
      <w:r>
        <w:rPr>
          <w:b w:val="0"/>
          <w:i/>
          <w:color w:val="222B33"/>
          <w:sz w:val="21"/>
        </w:rPr>
        <w:t>did you know the depth</w:t>
        <w:br/>
      </w:r>
      <w:r>
        <w:rPr>
          <w:b w:val="0"/>
          <w:i/>
          <w:color w:val="222B33"/>
          <w:sz w:val="21"/>
        </w:rPr>
        <w:t>of a heart</w:t>
        <w:br/>
      </w:r>
      <w:r>
        <w:rPr>
          <w:b w:val="0"/>
          <w:i/>
          <w:color w:val="222B33"/>
          <w:sz w:val="21"/>
        </w:rPr>
        <w:t>that never ends?</w:t>
      </w:r>
    </w:p>
    <w:p>
      <w:pPr>
        <w:spacing w:after="40"/>
      </w:pPr>
      <w:r>
        <w:rPr>
          <w:b w:val="0"/>
          <w:i w:val="0"/>
          <w:color w:val="6A6F75"/>
          <w:sz w:val="18"/>
        </w:rPr>
        <w:t xml:space="preserve">Answered by </w:t>
      </w:r>
      <w:hyperlink w:anchor="p293">
        <w:r>
          <w:rPr>
            <w:color w:val="2E5A80"/>
            <w:u w:val="single"/>
            <w:sz w:val="18"/>
          </w:rPr>
          <w:t xml:space="preserve">No. 293 (Lady Akashi)</w:t>
        </w:r>
      </w:hyperlink>
    </w:p>
    <w:p>
      <w:pPr>
        <w:keepNext/>
        <w:spacing w:after="20" w:before="200"/>
      </w:pPr>
      <w:bookmarkStart w:id="311" w:name="p293"/>
      <w:r>
        <w:rPr>
          <w:b/>
          <w:i w:val="0"/>
          <w:color w:val="222B33"/>
          <w:sz w:val="22"/>
        </w:rPr>
        <w:t>No. 293</w:t>
      </w:r>
      <w:r>
        <w:rPr>
          <w:b w:val="0"/>
          <w:i w:val="0"/>
          <w:color w:val="6A6F75"/>
          <w:sz w:val="18"/>
        </w:rPr>
        <w:t xml:space="preserve">   Lady Akashi → Genji   答 reply</w:t>
      </w:r>
      <w:bookmarkEnd w:id="311"/>
    </w:p>
    <w:p>
      <w:pPr>
        <w:keepNext/>
        <w:spacing w:after="0"/>
      </w:pPr>
      <w:r>
        <w:rPr>
          <w:rFonts w:ascii="Noto Serif CJK JP" w:hAnsi="Noto Serif CJK JP" w:eastAsia="Noto Serif CJK JP"/>
          <w:b w:val="0"/>
          <w:i w:val="0"/>
          <w:color w:val="222B33"/>
          <w:sz w:val="26"/>
        </w:rPr>
        <w:t>変はらじと契りしことを頼みにて松の響きに音を添へしかな</w:t>
      </w:r>
    </w:p>
    <w:p>
      <w:pPr>
        <w:keepNext/>
        <w:spacing w:after="60"/>
      </w:pPr>
      <w:r>
        <w:rPr>
          <w:rFonts w:ascii="Noto Serif CJK JP" w:hAnsi="Noto Serif CJK JP" w:eastAsia="Noto Serif CJK JP"/>
          <w:b w:val="0"/>
          <w:i w:val="0"/>
          <w:color w:val="6A6F75"/>
          <w:sz w:val="19"/>
        </w:rPr>
        <w:t>かはらしと　／　契しことを　／　たのみにて　／　まつのひゝきに　／　ねをそへしかな</w:t>
      </w:r>
    </w:p>
    <w:p>
      <w:pPr>
        <w:keepNext/>
        <w:spacing w:after="60"/>
      </w:pPr>
      <w:r>
        <w:rPr>
          <w:b w:val="0"/>
          <w:i/>
          <w:color w:val="222B33"/>
          <w:sz w:val="21"/>
        </w:rPr>
        <w:t>Trusting the pledge</w:t>
        <w:br/>
      </w:r>
      <w:r>
        <w:rPr>
          <w:b w:val="0"/>
          <w:i/>
          <w:color w:val="222B33"/>
          <w:sz w:val="21"/>
        </w:rPr>
        <w:t>that nothing would change,</w:t>
        <w:br/>
      </w:r>
      <w:r>
        <w:rPr>
          <w:b w:val="0"/>
          <w:i/>
          <w:color w:val="222B33"/>
          <w:sz w:val="21"/>
        </w:rPr>
        <w:t>I joined my weeping</w:t>
        <w:br/>
      </w:r>
      <w:r>
        <w:rPr>
          <w:b w:val="0"/>
          <w:i/>
          <w:color w:val="222B33"/>
          <w:sz w:val="21"/>
        </w:rPr>
        <w:t>to the sound</w:t>
        <w:br/>
      </w:r>
      <w:r>
        <w:rPr>
          <w:b w:val="0"/>
          <w:i/>
          <w:color w:val="222B33"/>
          <w:sz w:val="21"/>
        </w:rPr>
        <w:t>of the pines.</w:t>
      </w:r>
    </w:p>
    <w:p>
      <w:pPr>
        <w:spacing w:after="40"/>
      </w:pPr>
      <w:r>
        <w:rPr>
          <w:b w:val="0"/>
          <w:i w:val="0"/>
          <w:color w:val="6A6F75"/>
          <w:sz w:val="18"/>
        </w:rPr>
        <w:t xml:space="preserve">In reply to </w:t>
      </w:r>
      <w:hyperlink w:anchor="p292">
        <w:r>
          <w:rPr>
            <w:color w:val="2E5A80"/>
            <w:u w:val="single"/>
            <w:sz w:val="18"/>
          </w:rPr>
          <w:t xml:space="preserve">No. 292 (Genji)</w:t>
        </w:r>
      </w:hyperlink>
    </w:p>
    <w:p>
      <w:pPr>
        <w:keepNext/>
        <w:spacing w:after="20" w:before="200"/>
      </w:pPr>
      <w:bookmarkStart w:id="312" w:name="p294"/>
      <w:r>
        <w:rPr>
          <w:b/>
          <w:i w:val="0"/>
          <w:color w:val="222B33"/>
          <w:sz w:val="22"/>
        </w:rPr>
        <w:t>No. 294</w:t>
      </w:r>
      <w:r>
        <w:rPr>
          <w:b w:val="0"/>
          <w:i w:val="0"/>
          <w:color w:val="6A6F75"/>
          <w:sz w:val="18"/>
        </w:rPr>
        <w:t xml:space="preserve">   Reizei Emperor → Genji   贈 sent</w:t>
      </w:r>
      <w:bookmarkEnd w:id="312"/>
    </w:p>
    <w:p>
      <w:pPr>
        <w:keepNext/>
        <w:spacing w:after="40"/>
      </w:pPr>
      <w:r>
        <w:rPr>
          <w:b/>
          <w:i w:val="0"/>
          <w:color w:val="6A6F75"/>
          <w:sz w:val="18"/>
        </w:rPr>
        <w:t xml:space="preserve">Context. </w:t>
      </w:r>
      <w:r>
        <w:rPr>
          <w:b w:val="0"/>
          <w:i w:val="0"/>
          <w:color w:val="6A6F75"/>
          <w:sz w:val="19"/>
        </w:rPr>
        <w:t>Reizei writes to Genji at his Katsura villa; father and secret son exchange courtesies.</w:t>
      </w:r>
    </w:p>
    <w:p>
      <w:pPr>
        <w:keepNext/>
        <w:spacing w:after="0"/>
      </w:pPr>
      <w:r>
        <w:rPr>
          <w:rFonts w:ascii="Noto Serif CJK JP" w:hAnsi="Noto Serif CJK JP" w:eastAsia="Noto Serif CJK JP"/>
          <w:b w:val="0"/>
          <w:i w:val="0"/>
          <w:color w:val="222B33"/>
          <w:sz w:val="26"/>
        </w:rPr>
        <w:t>月のすむ川のをちなる里なれば桂の影はのどけかるらむ</w:t>
      </w:r>
    </w:p>
    <w:p>
      <w:pPr>
        <w:keepNext/>
        <w:spacing w:after="60"/>
      </w:pPr>
      <w:r>
        <w:rPr>
          <w:rFonts w:ascii="Noto Serif CJK JP" w:hAnsi="Noto Serif CJK JP" w:eastAsia="Noto Serif CJK JP"/>
          <w:b w:val="0"/>
          <w:i w:val="0"/>
          <w:color w:val="6A6F75"/>
          <w:sz w:val="19"/>
        </w:rPr>
        <w:t>月のすむ　／　かはのをちなる　／　里なれは　／　かつらのかけは　／　のとけかるらむ</w:t>
      </w:r>
    </w:p>
    <w:p>
      <w:pPr>
        <w:keepNext/>
        <w:spacing w:after="60"/>
      </w:pPr>
      <w:r>
        <w:rPr>
          <w:b w:val="0"/>
          <w:i/>
          <w:color w:val="222B33"/>
          <w:sz w:val="21"/>
        </w:rPr>
        <w:t>A village beyond the river</w:t>
        <w:br/>
      </w:r>
      <w:r>
        <w:rPr>
          <w:b w:val="0"/>
          <w:i/>
          <w:color w:val="222B33"/>
          <w:sz w:val="21"/>
        </w:rPr>
        <w:t>where the moon dwells clear:</w:t>
        <w:br/>
      </w:r>
      <w:r>
        <w:rPr>
          <w:b w:val="0"/>
          <w:i/>
          <w:color w:val="222B33"/>
          <w:sz w:val="21"/>
        </w:rPr>
        <w:t>the light of the katsura tree</w:t>
        <w:br/>
      </w:r>
      <w:r>
        <w:rPr>
          <w:b w:val="0"/>
          <w:i/>
          <w:color w:val="222B33"/>
          <w:sz w:val="21"/>
        </w:rPr>
        <w:t>must be</w:t>
        <w:br/>
      </w:r>
      <w:r>
        <w:rPr>
          <w:b w:val="0"/>
          <w:i/>
          <w:color w:val="222B33"/>
          <w:sz w:val="21"/>
        </w:rPr>
        <w:t>serene.</w:t>
      </w:r>
    </w:p>
    <w:p>
      <w:pPr>
        <w:spacing w:after="40"/>
      </w:pPr>
      <w:r>
        <w:rPr>
          <w:b w:val="0"/>
          <w:i w:val="0"/>
          <w:color w:val="222B33"/>
          <w:sz w:val="19"/>
        </w:rPr>
        <w:t>Katsura, the tree of the moon, is also the place name.</w:t>
      </w:r>
    </w:p>
    <w:p>
      <w:pPr>
        <w:spacing w:after="40"/>
      </w:pPr>
      <w:r>
        <w:rPr>
          <w:b w:val="0"/>
          <w:i w:val="0"/>
          <w:color w:val="6A6F75"/>
          <w:sz w:val="18"/>
        </w:rPr>
        <w:t xml:space="preserve">Answered by </w:t>
      </w:r>
      <w:hyperlink w:anchor="p295">
        <w:r>
          <w:rPr>
            <w:color w:val="2E5A80"/>
            <w:u w:val="single"/>
            <w:sz w:val="18"/>
          </w:rPr>
          <w:t xml:space="preserve">No. 295 (Genji)</w:t>
        </w:r>
      </w:hyperlink>
    </w:p>
    <w:p>
      <w:pPr>
        <w:keepNext/>
        <w:spacing w:after="20" w:before="200"/>
      </w:pPr>
      <w:bookmarkStart w:id="313" w:name="p295"/>
      <w:r>
        <w:rPr>
          <w:b/>
          <w:i w:val="0"/>
          <w:color w:val="222B33"/>
          <w:sz w:val="22"/>
        </w:rPr>
        <w:t>No. 295</w:t>
      </w:r>
      <w:r>
        <w:rPr>
          <w:b w:val="0"/>
          <w:i w:val="0"/>
          <w:color w:val="6A6F75"/>
          <w:sz w:val="18"/>
        </w:rPr>
        <w:t xml:space="preserve">   Genji → Reizei Emperor   答 reply</w:t>
      </w:r>
      <w:bookmarkEnd w:id="313"/>
    </w:p>
    <w:p>
      <w:pPr>
        <w:keepNext/>
        <w:spacing w:after="0"/>
      </w:pPr>
      <w:r>
        <w:rPr>
          <w:rFonts w:ascii="Noto Serif CJK JP" w:hAnsi="Noto Serif CJK JP" w:eastAsia="Noto Serif CJK JP"/>
          <w:b w:val="0"/>
          <w:i w:val="0"/>
          <w:color w:val="222B33"/>
          <w:sz w:val="26"/>
        </w:rPr>
        <w:t>久方の光に近き名のみして朝夕霧も晴れぬ山里</w:t>
      </w:r>
    </w:p>
    <w:p>
      <w:pPr>
        <w:keepNext/>
        <w:spacing w:after="60"/>
      </w:pPr>
      <w:r>
        <w:rPr>
          <w:rFonts w:ascii="Noto Serif CJK JP" w:hAnsi="Noto Serif CJK JP" w:eastAsia="Noto Serif CJK JP"/>
          <w:b w:val="0"/>
          <w:i w:val="0"/>
          <w:color w:val="6A6F75"/>
          <w:sz w:val="19"/>
        </w:rPr>
        <w:t>ひさかたの　／　ひかりにちかき　／　名のみして　／　あさゆふきりも　／　はれぬ山里</w:t>
      </w:r>
    </w:p>
    <w:p>
      <w:pPr>
        <w:keepNext/>
        <w:spacing w:after="60"/>
      </w:pPr>
      <w:r>
        <w:rPr>
          <w:b w:val="0"/>
          <w:i/>
          <w:color w:val="222B33"/>
          <w:sz w:val="21"/>
        </w:rPr>
        <w:t>Its name only is near</w:t>
        <w:br/>
      </w:r>
      <w:r>
        <w:rPr>
          <w:b w:val="0"/>
          <w:i/>
          <w:color w:val="222B33"/>
          <w:sz w:val="21"/>
        </w:rPr>
        <w:t>the light of the heavens:</w:t>
        <w:br/>
      </w:r>
      <w:r>
        <w:rPr>
          <w:b w:val="0"/>
          <w:i/>
          <w:color w:val="222B33"/>
          <w:sz w:val="21"/>
        </w:rPr>
        <w:t>a mountain village where mists</w:t>
        <w:br/>
      </w:r>
      <w:r>
        <w:rPr>
          <w:b w:val="0"/>
          <w:i/>
          <w:color w:val="222B33"/>
          <w:sz w:val="21"/>
        </w:rPr>
        <w:t>never clear,</w:t>
        <w:br/>
      </w:r>
      <w:r>
        <w:rPr>
          <w:b w:val="0"/>
          <w:i/>
          <w:color w:val="222B33"/>
          <w:sz w:val="21"/>
        </w:rPr>
        <w:t>morning or evening.</w:t>
      </w:r>
    </w:p>
    <w:p>
      <w:pPr>
        <w:spacing w:after="40"/>
      </w:pPr>
      <w:r>
        <w:rPr>
          <w:b w:val="0"/>
          <w:i w:val="0"/>
          <w:color w:val="6A6F75"/>
          <w:sz w:val="18"/>
        </w:rPr>
        <w:t xml:space="preserve">In reply to </w:t>
      </w:r>
      <w:hyperlink w:anchor="p294">
        <w:r>
          <w:rPr>
            <w:color w:val="2E5A80"/>
            <w:u w:val="single"/>
            <w:sz w:val="18"/>
          </w:rPr>
          <w:t xml:space="preserve">No. 294 (Reizei Emperor)</w:t>
        </w:r>
      </w:hyperlink>
    </w:p>
    <w:p>
      <w:pPr>
        <w:keepNext/>
        <w:spacing w:after="20" w:before="200"/>
      </w:pPr>
      <w:bookmarkStart w:id="314" w:name="p296"/>
      <w:r>
        <w:rPr>
          <w:b/>
          <w:i w:val="0"/>
          <w:color w:val="222B33"/>
          <w:sz w:val="22"/>
        </w:rPr>
        <w:t>No. 296</w:t>
      </w:r>
      <w:r>
        <w:rPr>
          <w:b w:val="0"/>
          <w:i w:val="0"/>
          <w:color w:val="6A6F75"/>
          <w:sz w:val="18"/>
        </w:rPr>
        <w:t xml:space="preserve">   Genji → his guests   唱 group exchange</w:t>
      </w:r>
      <w:bookmarkEnd w:id="314"/>
    </w:p>
    <w:p>
      <w:pPr>
        <w:keepNext/>
        <w:spacing w:after="40"/>
      </w:pPr>
      <w:r>
        <w:rPr>
          <w:b/>
          <w:i w:val="0"/>
          <w:color w:val="6A6F75"/>
          <w:sz w:val="18"/>
        </w:rPr>
        <w:t xml:space="preserve">Context. </w:t>
      </w:r>
      <w:r>
        <w:rPr>
          <w:b w:val="0"/>
          <w:i w:val="0"/>
          <w:color w:val="6A6F75"/>
          <w:sz w:val="19"/>
        </w:rPr>
        <w:t>A moon-viewing party at Genji’s Katsura villa; he is now at the height of his power.</w:t>
      </w:r>
    </w:p>
    <w:p>
      <w:pPr>
        <w:keepNext/>
        <w:spacing w:after="0"/>
      </w:pPr>
      <w:r>
        <w:rPr>
          <w:rFonts w:ascii="Noto Serif CJK JP" w:hAnsi="Noto Serif CJK JP" w:eastAsia="Noto Serif CJK JP"/>
          <w:b w:val="0"/>
          <w:i w:val="0"/>
          <w:color w:val="222B33"/>
          <w:sz w:val="26"/>
        </w:rPr>
        <w:t>めぐり来て手に取るばかりさやけきや淡路の島のあはと見し月</w:t>
      </w:r>
    </w:p>
    <w:p>
      <w:pPr>
        <w:keepNext/>
        <w:spacing w:after="60"/>
      </w:pPr>
      <w:r>
        <w:rPr>
          <w:rFonts w:ascii="Noto Serif CJK JP" w:hAnsi="Noto Serif CJK JP" w:eastAsia="Noto Serif CJK JP"/>
          <w:b w:val="0"/>
          <w:i w:val="0"/>
          <w:color w:val="6A6F75"/>
          <w:sz w:val="19"/>
        </w:rPr>
        <w:t>めくりきて　／　ゝにとるはかり　／　さやけきや　／　あはちのしまの　／　あはとみし月</w:t>
      </w:r>
    </w:p>
    <w:p>
      <w:pPr>
        <w:keepNext/>
        <w:spacing w:after="60"/>
      </w:pPr>
      <w:r>
        <w:rPr>
          <w:b w:val="0"/>
          <w:i/>
          <w:color w:val="222B33"/>
          <w:sz w:val="21"/>
        </w:rPr>
        <w:t>Come round again, so clear</w:t>
        <w:br/>
      </w:r>
      <w:r>
        <w:rPr>
          <w:b w:val="0"/>
          <w:i/>
          <w:color w:val="222B33"/>
          <w:sz w:val="21"/>
        </w:rPr>
        <w:t>it seems I could take it in hand,</w:t>
        <w:br/>
      </w:r>
      <w:r>
        <w:rPr>
          <w:b w:val="0"/>
          <w:i/>
          <w:color w:val="222B33"/>
          <w:sz w:val="21"/>
        </w:rPr>
        <w:t>the moon I saw as foam</w:t>
        <w:br/>
      </w:r>
      <w:r>
        <w:rPr>
          <w:b w:val="0"/>
          <w:i/>
          <w:color w:val="222B33"/>
          <w:sz w:val="21"/>
        </w:rPr>
        <w:t>over Awaji</w:t>
        <w:br/>
      </w:r>
      <w:r>
        <w:rPr>
          <w:b w:val="0"/>
          <w:i/>
          <w:color w:val="222B33"/>
          <w:sz w:val="21"/>
        </w:rPr>
        <w:t>Isle.</w:t>
      </w:r>
    </w:p>
    <w:p>
      <w:pPr>
        <w:spacing w:after="40"/>
      </w:pPr>
      <w:r>
        <w:rPr>
          <w:b w:val="0"/>
          <w:i w:val="0"/>
          <w:color w:val="222B33"/>
          <w:sz w:val="19"/>
        </w:rPr>
        <w:t>Recalls 221. A group of three poems.</w:t>
      </w:r>
    </w:p>
    <w:p>
      <w:pPr>
        <w:spacing w:after="40"/>
      </w:pPr>
      <w:r>
        <w:rPr>
          <w:b w:val="0"/>
          <w:i w:val="0"/>
          <w:color w:val="6A6F75"/>
          <w:sz w:val="18"/>
        </w:rPr>
        <w:t xml:space="preserve">Answered by </w:t>
      </w:r>
      <w:hyperlink w:anchor="p297">
        <w:r>
          <w:rPr>
            <w:color w:val="2E5A80"/>
            <w:u w:val="single"/>
            <w:sz w:val="18"/>
          </w:rPr>
          <w:t xml:space="preserve">No. 297 (Tō no Chūjō)</w:t>
        </w:r>
      </w:hyperlink>
      <w:r>
        <w:rPr>
          <w:b w:val="0"/>
          <w:i w:val="0"/>
          <w:color w:val="6A6F75"/>
          <w:sz w:val="18"/>
        </w:rPr>
        <w:t xml:space="preserve">, </w:t>
      </w:r>
      <w:hyperlink w:anchor="p298">
        <w:r>
          <w:rPr>
            <w:color w:val="2E5A80"/>
            <w:u w:val="single"/>
            <w:sz w:val="18"/>
          </w:rPr>
          <w:t xml:space="preserve">No. 298 (Controller of the Left)</w:t>
        </w:r>
      </w:hyperlink>
    </w:p>
    <w:p>
      <w:pPr>
        <w:keepNext/>
        <w:spacing w:after="20" w:before="200"/>
      </w:pPr>
      <w:bookmarkStart w:id="315" w:name="p297"/>
      <w:r>
        <w:rPr>
          <w:b/>
          <w:i w:val="0"/>
          <w:color w:val="222B33"/>
          <w:sz w:val="22"/>
        </w:rPr>
        <w:t>No. 297</w:t>
      </w:r>
      <w:r>
        <w:rPr>
          <w:b w:val="0"/>
          <w:i w:val="0"/>
          <w:color w:val="6A6F75"/>
          <w:sz w:val="18"/>
        </w:rPr>
        <w:t xml:space="preserve">   Tō no Chūjō → Genji   唱 group exchange</w:t>
      </w:r>
      <w:bookmarkEnd w:id="315"/>
    </w:p>
    <w:p>
      <w:pPr>
        <w:keepNext/>
        <w:spacing w:after="0"/>
      </w:pPr>
      <w:r>
        <w:rPr>
          <w:rFonts w:ascii="Noto Serif CJK JP" w:hAnsi="Noto Serif CJK JP" w:eastAsia="Noto Serif CJK JP"/>
          <w:b w:val="0"/>
          <w:i w:val="0"/>
          <w:color w:val="222B33"/>
          <w:sz w:val="26"/>
        </w:rPr>
        <w:t>浮雲にしばしまがひし月影のすみはつる夜ぞのどけかるべき</w:t>
      </w:r>
    </w:p>
    <w:p>
      <w:pPr>
        <w:keepNext/>
        <w:spacing w:after="60"/>
      </w:pPr>
      <w:r>
        <w:rPr>
          <w:rFonts w:ascii="Noto Serif CJK JP" w:hAnsi="Noto Serif CJK JP" w:eastAsia="Noto Serif CJK JP"/>
          <w:b w:val="0"/>
          <w:i w:val="0"/>
          <w:color w:val="6A6F75"/>
          <w:sz w:val="19"/>
        </w:rPr>
        <w:t>うき雲に　／　しはしまかひし　／　月かけの　／　すみはつるよそ　／　のとけかるへき</w:t>
      </w:r>
    </w:p>
    <w:p>
      <w:pPr>
        <w:keepNext/>
        <w:spacing w:after="60"/>
      </w:pPr>
      <w:r>
        <w:rPr>
          <w:b w:val="0"/>
          <w:i/>
          <w:color w:val="222B33"/>
          <w:sz w:val="21"/>
        </w:rPr>
        <w:t>The moonlight, for a while</w:t>
        <w:br/>
      </w:r>
      <w:r>
        <w:rPr>
          <w:b w:val="0"/>
          <w:i/>
          <w:color w:val="222B33"/>
          <w:sz w:val="21"/>
        </w:rPr>
        <w:t>confused with drifting clouds,</w:t>
        <w:br/>
      </w:r>
      <w:r>
        <w:rPr>
          <w:b w:val="0"/>
          <w:i/>
          <w:color w:val="222B33"/>
          <w:sz w:val="21"/>
        </w:rPr>
        <w:t>shines clear at last:</w:t>
        <w:br/>
      </w:r>
      <w:r>
        <w:rPr>
          <w:b w:val="0"/>
          <w:i/>
          <w:color w:val="222B33"/>
          <w:sz w:val="21"/>
        </w:rPr>
        <w:t>this night should be</w:t>
        <w:br/>
      </w:r>
      <w:r>
        <w:rPr>
          <w:b w:val="0"/>
          <w:i/>
          <w:color w:val="222B33"/>
          <w:sz w:val="21"/>
        </w:rPr>
        <w:t>serene.</w:t>
      </w:r>
    </w:p>
    <w:p>
      <w:pPr>
        <w:spacing w:after="40"/>
      </w:pPr>
      <w:r>
        <w:rPr>
          <w:b w:val="0"/>
          <w:i w:val="0"/>
          <w:color w:val="222B33"/>
          <w:sz w:val="19"/>
        </w:rPr>
        <w:t>The speaker’s identity is debated.</w:t>
      </w:r>
    </w:p>
    <w:p>
      <w:pPr>
        <w:spacing w:after="40"/>
      </w:pPr>
      <w:r>
        <w:rPr>
          <w:b w:val="0"/>
          <w:i w:val="0"/>
          <w:color w:val="6A6F75"/>
          <w:sz w:val="18"/>
        </w:rPr>
        <w:t xml:space="preserve">In reply to </w:t>
      </w:r>
      <w:hyperlink w:anchor="p296">
        <w:r>
          <w:rPr>
            <w:color w:val="2E5A80"/>
            <w:u w:val="single"/>
            <w:sz w:val="18"/>
          </w:rPr>
          <w:t xml:space="preserve">No. 296 (Genji)</w:t>
        </w:r>
      </w:hyperlink>
    </w:p>
    <w:p>
      <w:pPr>
        <w:keepNext/>
        <w:spacing w:after="20" w:before="200"/>
      </w:pPr>
      <w:bookmarkStart w:id="316" w:name="p298"/>
      <w:r>
        <w:rPr>
          <w:b/>
          <w:i w:val="0"/>
          <w:color w:val="222B33"/>
          <w:sz w:val="22"/>
        </w:rPr>
        <w:t>No. 298</w:t>
      </w:r>
      <w:r>
        <w:rPr>
          <w:b w:val="0"/>
          <w:i w:val="0"/>
          <w:color w:val="6A6F75"/>
          <w:sz w:val="18"/>
        </w:rPr>
        <w:t xml:space="preserve">   Controller of the Left → Genji   唱 group exchange</w:t>
      </w:r>
      <w:bookmarkEnd w:id="316"/>
    </w:p>
    <w:p>
      <w:pPr>
        <w:keepNext/>
        <w:spacing w:after="0"/>
      </w:pPr>
      <w:r>
        <w:rPr>
          <w:rFonts w:ascii="Noto Serif CJK JP" w:hAnsi="Noto Serif CJK JP" w:eastAsia="Noto Serif CJK JP"/>
          <w:b w:val="0"/>
          <w:i w:val="0"/>
          <w:color w:val="222B33"/>
          <w:sz w:val="26"/>
        </w:rPr>
        <w:t>雲の上のすみかを捨てて夜半の月いづれの谷にかげ隠しけむ</w:t>
      </w:r>
    </w:p>
    <w:p>
      <w:pPr>
        <w:keepNext/>
        <w:spacing w:after="60"/>
      </w:pPr>
      <w:r>
        <w:rPr>
          <w:rFonts w:ascii="Noto Serif CJK JP" w:hAnsi="Noto Serif CJK JP" w:eastAsia="Noto Serif CJK JP"/>
          <w:b w:val="0"/>
          <w:i w:val="0"/>
          <w:color w:val="6A6F75"/>
          <w:sz w:val="19"/>
        </w:rPr>
        <w:t>雲のうへの　／　すみかをすてゝ　／　よはの月　／　いつれのたにゝ　／　かけかくしけむ</w:t>
      </w:r>
    </w:p>
    <w:p>
      <w:pPr>
        <w:keepNext/>
        <w:spacing w:after="60"/>
      </w:pPr>
      <w:r>
        <w:rPr>
          <w:b w:val="0"/>
          <w:i/>
          <w:color w:val="222B33"/>
          <w:sz w:val="21"/>
        </w:rPr>
        <w:t>Abandoning its dwelling</w:t>
        <w:br/>
      </w:r>
      <w:r>
        <w:rPr>
          <w:b w:val="0"/>
          <w:i/>
          <w:color w:val="222B33"/>
          <w:sz w:val="21"/>
        </w:rPr>
        <w:t>above the clouds, the midnight moon:</w:t>
        <w:br/>
      </w:r>
      <w:r>
        <w:rPr>
          <w:b w:val="0"/>
          <w:i/>
          <w:color w:val="222B33"/>
          <w:sz w:val="21"/>
        </w:rPr>
        <w:t>into what valley</w:t>
        <w:br/>
      </w:r>
      <w:r>
        <w:rPr>
          <w:b w:val="0"/>
          <w:i/>
          <w:color w:val="222B33"/>
          <w:sz w:val="21"/>
        </w:rPr>
        <w:t>did it hide</w:t>
        <w:br/>
      </w:r>
      <w:r>
        <w:rPr>
          <w:b w:val="0"/>
          <w:i/>
          <w:color w:val="222B33"/>
          <w:sz w:val="21"/>
        </w:rPr>
        <w:t>its light?</w:t>
      </w:r>
    </w:p>
    <w:p>
      <w:pPr>
        <w:spacing w:after="40"/>
      </w:pPr>
      <w:r>
        <w:rPr>
          <w:b w:val="0"/>
          <w:i w:val="0"/>
          <w:color w:val="222B33"/>
          <w:sz w:val="19"/>
        </w:rPr>
        <w:t>Mourning the Kiritsubo Emperor.</w:t>
      </w:r>
    </w:p>
    <w:p>
      <w:pPr>
        <w:spacing w:after="40"/>
      </w:pPr>
      <w:r>
        <w:rPr>
          <w:b w:val="0"/>
          <w:i w:val="0"/>
          <w:color w:val="6A6F75"/>
          <w:sz w:val="18"/>
        </w:rPr>
        <w:t xml:space="preserve">In reply to </w:t>
      </w:r>
      <w:hyperlink w:anchor="p296">
        <w:r>
          <w:rPr>
            <w:color w:val="2E5A80"/>
            <w:u w:val="single"/>
            <w:sz w:val="18"/>
          </w:rPr>
          <w:t xml:space="preserve">No. 296 (Genji)</w:t>
        </w:r>
      </w:hyperlink>
    </w:p>
    <w:p>
      <w:pPr>
        <w:pStyle w:val="Heading1"/>
      </w:pPr>
      <w:bookmarkStart w:id="317" w:name="ch19"/>
      <w:r>
        <w:t>Chapter 19 · Usugumo 薄雲</w:t>
      </w:r>
      <w:bookmarkEnd w:id="317"/>
    </w:p>
    <w:p>
      <w:pPr>
        <w:keepNext/>
        <w:spacing w:after="20" w:before="200"/>
      </w:pPr>
      <w:bookmarkStart w:id="318" w:name="p299"/>
      <w:r>
        <w:rPr>
          <w:b/>
          <w:i w:val="0"/>
          <w:color w:val="222B33"/>
          <w:sz w:val="22"/>
        </w:rPr>
        <w:t>No. 299</w:t>
      </w:r>
      <w:r>
        <w:rPr>
          <w:b w:val="0"/>
          <w:i w:val="0"/>
          <w:color w:val="6A6F75"/>
          <w:sz w:val="18"/>
        </w:rPr>
        <w:t xml:space="preserve">   Lady Akashi → the Akashi Princess’s nurse   贈 sent</w:t>
      </w:r>
      <w:bookmarkEnd w:id="318"/>
    </w:p>
    <w:p>
      <w:pPr>
        <w:keepNext/>
        <w:spacing w:after="40"/>
      </w:pPr>
      <w:r>
        <w:rPr>
          <w:b/>
          <w:i w:val="0"/>
          <w:color w:val="6A6F75"/>
          <w:sz w:val="18"/>
        </w:rPr>
        <w:t xml:space="preserve">Context. </w:t>
      </w:r>
      <w:r>
        <w:rPr>
          <w:b w:val="0"/>
          <w:i w:val="0"/>
          <w:color w:val="6A6F75"/>
          <w:sz w:val="19"/>
        </w:rPr>
        <w:t>Lady Akashi to the nurse as she prepares to give up her daughter to Murasaki.</w:t>
      </w:r>
    </w:p>
    <w:p>
      <w:pPr>
        <w:keepNext/>
        <w:spacing w:after="0"/>
      </w:pPr>
      <w:r>
        <w:rPr>
          <w:rFonts w:ascii="Noto Serif CJK JP" w:hAnsi="Noto Serif CJK JP" w:eastAsia="Noto Serif CJK JP"/>
          <w:b w:val="0"/>
          <w:i w:val="0"/>
          <w:color w:val="222B33"/>
          <w:sz w:val="26"/>
        </w:rPr>
        <w:t>雪深み深山の道は晴れずともなほ文かよへ跡絶えずして</w:t>
      </w:r>
    </w:p>
    <w:p>
      <w:pPr>
        <w:keepNext/>
        <w:spacing w:after="60"/>
      </w:pPr>
      <w:r>
        <w:rPr>
          <w:rFonts w:ascii="Noto Serif CJK JP" w:hAnsi="Noto Serif CJK JP" w:eastAsia="Noto Serif CJK JP"/>
          <w:b w:val="0"/>
          <w:i w:val="0"/>
          <w:color w:val="6A6F75"/>
          <w:sz w:val="19"/>
        </w:rPr>
        <w:t>雪ふかみ　／　み山のみちは　／　はれすとも　／　猶ふみかよへ　／　あとたえすして</w:t>
      </w:r>
    </w:p>
    <w:p>
      <w:pPr>
        <w:keepNext/>
        <w:spacing w:after="60"/>
      </w:pPr>
      <w:r>
        <w:rPr>
          <w:b w:val="0"/>
          <w:i/>
          <w:color w:val="222B33"/>
          <w:sz w:val="21"/>
        </w:rPr>
        <w:t>Though the mountain paths</w:t>
        <w:br/>
      </w:r>
      <w:r>
        <w:rPr>
          <w:b w:val="0"/>
          <w:i/>
          <w:color w:val="222B33"/>
          <w:sz w:val="21"/>
        </w:rPr>
        <w:t>will never clear, so deep the snow,</w:t>
        <w:br/>
      </w:r>
      <w:r>
        <w:rPr>
          <w:b w:val="0"/>
          <w:i/>
          <w:color w:val="222B33"/>
          <w:sz w:val="21"/>
        </w:rPr>
        <w:t>still send letters,</w:t>
        <w:br/>
      </w:r>
      <w:r>
        <w:rPr>
          <w:b w:val="0"/>
          <w:i/>
          <w:color w:val="222B33"/>
          <w:sz w:val="21"/>
        </w:rPr>
        <w:t>let your tracks</w:t>
        <w:br/>
      </w:r>
      <w:r>
        <w:rPr>
          <w:b w:val="0"/>
          <w:i/>
          <w:color w:val="222B33"/>
          <w:sz w:val="21"/>
        </w:rPr>
        <w:t>never cease.</w:t>
      </w:r>
    </w:p>
    <w:p>
      <w:pPr>
        <w:spacing w:after="40"/>
      </w:pPr>
      <w:r>
        <w:rPr>
          <w:b w:val="0"/>
          <w:i w:val="0"/>
          <w:color w:val="222B33"/>
          <w:sz w:val="19"/>
        </w:rPr>
        <w:t>Before giving up her daughter to Murasaki.</w:t>
      </w:r>
    </w:p>
    <w:p>
      <w:pPr>
        <w:spacing w:after="40"/>
      </w:pPr>
      <w:r>
        <w:rPr>
          <w:b w:val="0"/>
          <w:i w:val="0"/>
          <w:color w:val="6A6F75"/>
          <w:sz w:val="18"/>
        </w:rPr>
        <w:t xml:space="preserve">Answered by </w:t>
      </w:r>
      <w:hyperlink w:anchor="p300">
        <w:r>
          <w:rPr>
            <w:color w:val="2E5A80"/>
            <w:u w:val="single"/>
            <w:sz w:val="18"/>
          </w:rPr>
          <w:t xml:space="preserve">No. 300 (the Akashi Princess’s nurse)</w:t>
        </w:r>
      </w:hyperlink>
    </w:p>
    <w:p>
      <w:pPr>
        <w:keepNext/>
        <w:spacing w:after="20" w:before="200"/>
      </w:pPr>
      <w:bookmarkStart w:id="319" w:name="p300"/>
      <w:r>
        <w:rPr>
          <w:b/>
          <w:i w:val="0"/>
          <w:color w:val="222B33"/>
          <w:sz w:val="22"/>
        </w:rPr>
        <w:t>No. 300</w:t>
      </w:r>
      <w:r>
        <w:rPr>
          <w:b w:val="0"/>
          <w:i w:val="0"/>
          <w:color w:val="6A6F75"/>
          <w:sz w:val="18"/>
        </w:rPr>
        <w:t xml:space="preserve">   the Akashi Princess’s nurse → Lady Akashi   答 reply</w:t>
      </w:r>
      <w:bookmarkEnd w:id="319"/>
    </w:p>
    <w:p>
      <w:pPr>
        <w:keepNext/>
        <w:spacing w:after="0"/>
      </w:pPr>
      <w:r>
        <w:rPr>
          <w:rFonts w:ascii="Noto Serif CJK JP" w:hAnsi="Noto Serif CJK JP" w:eastAsia="Noto Serif CJK JP"/>
          <w:b w:val="0"/>
          <w:i w:val="0"/>
          <w:color w:val="222B33"/>
          <w:sz w:val="26"/>
        </w:rPr>
        <w:t>雪間なき吉野の山を訪ねても心のかよふ跡絶えめやは</w:t>
      </w:r>
    </w:p>
    <w:p>
      <w:pPr>
        <w:keepNext/>
        <w:spacing w:after="60"/>
      </w:pPr>
      <w:r>
        <w:rPr>
          <w:rFonts w:ascii="Noto Serif CJK JP" w:hAnsi="Noto Serif CJK JP" w:eastAsia="Noto Serif CJK JP"/>
          <w:b w:val="0"/>
          <w:i w:val="0"/>
          <w:color w:val="6A6F75"/>
          <w:sz w:val="19"/>
        </w:rPr>
        <w:t>ゆきまなき　／　よしのゝ山を　／　たつねても　／　心のかよふ　／　あとたえめやは</w:t>
      </w:r>
    </w:p>
    <w:p>
      <w:pPr>
        <w:keepNext/>
        <w:spacing w:after="60"/>
      </w:pPr>
      <w:r>
        <w:rPr>
          <w:b w:val="0"/>
          <w:i/>
          <w:color w:val="222B33"/>
          <w:sz w:val="21"/>
        </w:rPr>
        <w:t>Even if I must seek you</w:t>
        <w:br/>
      </w:r>
      <w:r>
        <w:rPr>
          <w:b w:val="0"/>
          <w:i/>
          <w:color w:val="222B33"/>
          <w:sz w:val="21"/>
        </w:rPr>
        <w:t>in the snowbound mountains of Yoshino,</w:t>
        <w:br/>
      </w:r>
      <w:r>
        <w:rPr>
          <w:b w:val="0"/>
          <w:i/>
          <w:color w:val="222B33"/>
          <w:sz w:val="21"/>
        </w:rPr>
        <w:t>how could the tracks</w:t>
        <w:br/>
      </w:r>
      <w:r>
        <w:rPr>
          <w:b w:val="0"/>
          <w:i/>
          <w:color w:val="222B33"/>
          <w:sz w:val="21"/>
        </w:rPr>
        <w:t>of hearts that pass between us</w:t>
        <w:br/>
      </w:r>
      <w:r>
        <w:rPr>
          <w:b w:val="0"/>
          <w:i/>
          <w:color w:val="222B33"/>
          <w:sz w:val="21"/>
        </w:rPr>
        <w:t>ever cease?</w:t>
      </w:r>
    </w:p>
    <w:p>
      <w:pPr>
        <w:spacing w:after="40"/>
      </w:pPr>
      <w:r>
        <w:rPr>
          <w:b w:val="0"/>
          <w:i w:val="0"/>
          <w:color w:val="6A6F75"/>
          <w:sz w:val="18"/>
        </w:rPr>
        <w:t xml:space="preserve">In reply to </w:t>
      </w:r>
      <w:hyperlink w:anchor="p299">
        <w:r>
          <w:rPr>
            <w:color w:val="2E5A80"/>
            <w:u w:val="single"/>
            <w:sz w:val="18"/>
          </w:rPr>
          <w:t xml:space="preserve">No. 299 (Lady Akashi)</w:t>
        </w:r>
      </w:hyperlink>
    </w:p>
    <w:p>
      <w:pPr>
        <w:keepNext/>
        <w:spacing w:after="20" w:before="200"/>
      </w:pPr>
      <w:bookmarkStart w:id="320" w:name="p301"/>
      <w:r>
        <w:rPr>
          <w:b/>
          <w:i w:val="0"/>
          <w:color w:val="222B33"/>
          <w:sz w:val="22"/>
        </w:rPr>
        <w:t>No. 301</w:t>
      </w:r>
      <w:r>
        <w:rPr>
          <w:b w:val="0"/>
          <w:i w:val="0"/>
          <w:color w:val="6A6F75"/>
          <w:sz w:val="18"/>
        </w:rPr>
        <w:t xml:space="preserve">   Lady Akashi → Genji   贈 sent</w:t>
      </w:r>
      <w:bookmarkEnd w:id="320"/>
    </w:p>
    <w:p>
      <w:pPr>
        <w:keepNext/>
        <w:spacing w:after="40"/>
      </w:pPr>
      <w:r>
        <w:rPr>
          <w:b/>
          <w:i w:val="0"/>
          <w:color w:val="6A6F75"/>
          <w:sz w:val="18"/>
        </w:rPr>
        <w:t xml:space="preserve">Context. </w:t>
      </w:r>
      <w:r>
        <w:rPr>
          <w:b w:val="0"/>
          <w:i w:val="0"/>
          <w:color w:val="6A6F75"/>
          <w:sz w:val="19"/>
        </w:rPr>
        <w:t>Lady Akashi gives up the child; the two-leaved pine.</w:t>
      </w:r>
    </w:p>
    <w:p>
      <w:pPr>
        <w:keepNext/>
        <w:spacing w:after="0"/>
      </w:pPr>
      <w:r>
        <w:rPr>
          <w:rFonts w:ascii="Noto Serif CJK JP" w:hAnsi="Noto Serif CJK JP" w:eastAsia="Noto Serif CJK JP"/>
          <w:b w:val="0"/>
          <w:i w:val="0"/>
          <w:color w:val="222B33"/>
          <w:sz w:val="26"/>
        </w:rPr>
        <w:t>末遠き二葉の松に引き別れいつか木高きかげを見るべき</w:t>
      </w:r>
    </w:p>
    <w:p>
      <w:pPr>
        <w:keepNext/>
        <w:spacing w:after="60"/>
      </w:pPr>
      <w:r>
        <w:rPr>
          <w:rFonts w:ascii="Noto Serif CJK JP" w:hAnsi="Noto Serif CJK JP" w:eastAsia="Noto Serif CJK JP"/>
          <w:b w:val="0"/>
          <w:i w:val="0"/>
          <w:color w:val="6A6F75"/>
          <w:sz w:val="19"/>
        </w:rPr>
        <w:t>すゑとをき　／　ふたはの松に　／　ひきわかれ　／　いつかこたかき　／　かけをみるへき</w:t>
      </w:r>
    </w:p>
    <w:p>
      <w:pPr>
        <w:keepNext/>
        <w:spacing w:after="60"/>
      </w:pPr>
      <w:r>
        <w:rPr>
          <w:b w:val="0"/>
          <w:i/>
          <w:color w:val="222B33"/>
          <w:sz w:val="21"/>
        </w:rPr>
        <w:t>Parted from the two-leaved pine</w:t>
        <w:br/>
      </w:r>
      <w:r>
        <w:rPr>
          <w:b w:val="0"/>
          <w:i/>
          <w:color w:val="222B33"/>
          <w:sz w:val="21"/>
        </w:rPr>
        <w:t>with its far future,</w:t>
        <w:br/>
      </w:r>
      <w:r>
        <w:rPr>
          <w:b w:val="0"/>
          <w:i/>
          <w:color w:val="222B33"/>
          <w:sz w:val="21"/>
        </w:rPr>
        <w:t>when shall I see</w:t>
        <w:br/>
      </w:r>
      <w:r>
        <w:rPr>
          <w:b w:val="0"/>
          <w:i/>
          <w:color w:val="222B33"/>
          <w:sz w:val="21"/>
        </w:rPr>
        <w:t>its shade</w:t>
        <w:br/>
      </w:r>
      <w:r>
        <w:rPr>
          <w:b w:val="0"/>
          <w:i/>
          <w:color w:val="222B33"/>
          <w:sz w:val="21"/>
        </w:rPr>
        <w:t>grown tall?</w:t>
      </w:r>
    </w:p>
    <w:p>
      <w:pPr>
        <w:spacing w:after="40"/>
      </w:pPr>
      <w:r>
        <w:rPr>
          <w:b w:val="0"/>
          <w:i w:val="0"/>
          <w:color w:val="6A6F75"/>
          <w:sz w:val="18"/>
        </w:rPr>
        <w:t xml:space="preserve">Answered by </w:t>
      </w:r>
      <w:hyperlink w:anchor="p302">
        <w:r>
          <w:rPr>
            <w:color w:val="2E5A80"/>
            <w:u w:val="single"/>
            <w:sz w:val="18"/>
          </w:rPr>
          <w:t xml:space="preserve">No. 302 (Genji)</w:t>
        </w:r>
      </w:hyperlink>
    </w:p>
    <w:p>
      <w:pPr>
        <w:keepNext/>
        <w:spacing w:after="20" w:before="200"/>
      </w:pPr>
      <w:bookmarkStart w:id="321" w:name="p302"/>
      <w:r>
        <w:rPr>
          <w:b/>
          <w:i w:val="0"/>
          <w:color w:val="222B33"/>
          <w:sz w:val="22"/>
        </w:rPr>
        <w:t>No. 302</w:t>
      </w:r>
      <w:r>
        <w:rPr>
          <w:b w:val="0"/>
          <w:i w:val="0"/>
          <w:color w:val="6A6F75"/>
          <w:sz w:val="18"/>
        </w:rPr>
        <w:t xml:space="preserve">   Genji → Lady Akashi   答 reply</w:t>
      </w:r>
      <w:bookmarkEnd w:id="321"/>
    </w:p>
    <w:p>
      <w:pPr>
        <w:keepNext/>
        <w:spacing w:after="0"/>
      </w:pPr>
      <w:r>
        <w:rPr>
          <w:rFonts w:ascii="Noto Serif CJK JP" w:hAnsi="Noto Serif CJK JP" w:eastAsia="Noto Serif CJK JP"/>
          <w:b w:val="0"/>
          <w:i w:val="0"/>
          <w:color w:val="222B33"/>
          <w:sz w:val="26"/>
        </w:rPr>
        <w:t>生ひそめし根も深ければ武隈の松に小松の千代をならべむ</w:t>
      </w:r>
    </w:p>
    <w:p>
      <w:pPr>
        <w:keepNext/>
        <w:spacing w:after="60"/>
      </w:pPr>
      <w:r>
        <w:rPr>
          <w:rFonts w:ascii="Noto Serif CJK JP" w:hAnsi="Noto Serif CJK JP" w:eastAsia="Noto Serif CJK JP"/>
          <w:b w:val="0"/>
          <w:i w:val="0"/>
          <w:color w:val="6A6F75"/>
          <w:sz w:val="19"/>
        </w:rPr>
        <w:t>おひそめし　／　ねもふかけれは　／　たけくまの　／　松にこまつの　／　ちよをならへん</w:t>
      </w:r>
    </w:p>
    <w:p>
      <w:pPr>
        <w:keepNext/>
        <w:spacing w:after="60"/>
      </w:pPr>
      <w:r>
        <w:rPr>
          <w:b w:val="0"/>
          <w:i/>
          <w:color w:val="222B33"/>
          <w:sz w:val="21"/>
        </w:rPr>
        <w:t>Since the root it first grew from</w:t>
        <w:br/>
      </w:r>
      <w:r>
        <w:rPr>
          <w:b w:val="0"/>
          <w:i/>
          <w:color w:val="222B33"/>
          <w:sz w:val="21"/>
        </w:rPr>
        <w:t>is deep, the little pine</w:t>
        <w:br/>
      </w:r>
      <w:r>
        <w:rPr>
          <w:b w:val="0"/>
          <w:i/>
          <w:color w:val="222B33"/>
          <w:sz w:val="21"/>
        </w:rPr>
        <w:t>will stand beside the twin pine</w:t>
        <w:br/>
      </w:r>
      <w:r>
        <w:rPr>
          <w:b w:val="0"/>
          <w:i/>
          <w:color w:val="222B33"/>
          <w:sz w:val="21"/>
        </w:rPr>
        <w:t>of Takekuma</w:t>
        <w:br/>
      </w:r>
      <w:r>
        <w:rPr>
          <w:b w:val="0"/>
          <w:i/>
          <w:color w:val="222B33"/>
          <w:sz w:val="21"/>
        </w:rPr>
        <w:t>a thousand ages.</w:t>
      </w:r>
    </w:p>
    <w:p>
      <w:pPr>
        <w:spacing w:after="40"/>
      </w:pPr>
      <w:r>
        <w:rPr>
          <w:b w:val="0"/>
          <w:i w:val="0"/>
          <w:color w:val="6A6F75"/>
          <w:sz w:val="18"/>
        </w:rPr>
        <w:t xml:space="preserve">In reply to </w:t>
      </w:r>
      <w:hyperlink w:anchor="p301">
        <w:r>
          <w:rPr>
            <w:color w:val="2E5A80"/>
            <w:u w:val="single"/>
            <w:sz w:val="18"/>
          </w:rPr>
          <w:t xml:space="preserve">No. 301 (Lady Akashi)</w:t>
        </w:r>
      </w:hyperlink>
    </w:p>
    <w:p>
      <w:pPr>
        <w:keepNext/>
        <w:spacing w:after="20" w:before="200"/>
      </w:pPr>
      <w:bookmarkStart w:id="322" w:name="p303"/>
      <w:r>
        <w:rPr>
          <w:b/>
          <w:i w:val="0"/>
          <w:color w:val="222B33"/>
          <w:sz w:val="22"/>
        </w:rPr>
        <w:t>No. 303</w:t>
      </w:r>
      <w:r>
        <w:rPr>
          <w:b w:val="0"/>
          <w:i w:val="0"/>
          <w:color w:val="6A6F75"/>
          <w:sz w:val="18"/>
        </w:rPr>
        <w:t xml:space="preserve">   Murasaki → Genji   贈 sent</w:t>
      </w:r>
      <w:bookmarkEnd w:id="322"/>
    </w:p>
    <w:p>
      <w:pPr>
        <w:keepNext/>
        <w:spacing w:after="40"/>
      </w:pPr>
      <w:r>
        <w:rPr>
          <w:b/>
          <w:i w:val="0"/>
          <w:color w:val="6A6F75"/>
          <w:sz w:val="18"/>
        </w:rPr>
        <w:t xml:space="preserve">Context. </w:t>
      </w:r>
      <w:r>
        <w:rPr>
          <w:b w:val="0"/>
          <w:i w:val="0"/>
          <w:color w:val="6A6F75"/>
          <w:sz w:val="19"/>
        </w:rPr>
        <w:t>Murasaki on Genji’s visits to Ōi; she now raises the Akashi daughter.</w:t>
      </w:r>
    </w:p>
    <w:p>
      <w:pPr>
        <w:keepNext/>
        <w:spacing w:after="0"/>
      </w:pPr>
      <w:r>
        <w:rPr>
          <w:rFonts w:ascii="Noto Serif CJK JP" w:hAnsi="Noto Serif CJK JP" w:eastAsia="Noto Serif CJK JP"/>
          <w:b w:val="0"/>
          <w:i w:val="0"/>
          <w:color w:val="222B33"/>
          <w:sz w:val="26"/>
        </w:rPr>
        <w:t>舟とむる遠方人のなくはこそ明日帰り来む夫と待ち見め</w:t>
      </w:r>
    </w:p>
    <w:p>
      <w:pPr>
        <w:keepNext/>
        <w:spacing w:after="60"/>
      </w:pPr>
      <w:r>
        <w:rPr>
          <w:rFonts w:ascii="Noto Serif CJK JP" w:hAnsi="Noto Serif CJK JP" w:eastAsia="Noto Serif CJK JP"/>
          <w:b w:val="0"/>
          <w:i w:val="0"/>
          <w:color w:val="6A6F75"/>
          <w:sz w:val="19"/>
        </w:rPr>
        <w:t>舟とむる　／　をちかた人の　／　なくはこそ　／　あすかへりこむ　／　せなとまちみめ</w:t>
      </w:r>
    </w:p>
    <w:p>
      <w:pPr>
        <w:keepNext/>
        <w:spacing w:after="60"/>
      </w:pPr>
      <w:r>
        <w:rPr>
          <w:b w:val="0"/>
          <w:i/>
          <w:color w:val="222B33"/>
          <w:sz w:val="21"/>
        </w:rPr>
        <w:t>If there were no one far away</w:t>
        <w:br/>
      </w:r>
      <w:r>
        <w:rPr>
          <w:b w:val="0"/>
          <w:i/>
          <w:color w:val="222B33"/>
          <w:sz w:val="21"/>
        </w:rPr>
        <w:t>to hold your boat,</w:t>
        <w:br/>
      </w:r>
      <w:r>
        <w:rPr>
          <w:b w:val="0"/>
          <w:i/>
          <w:color w:val="222B33"/>
          <w:sz w:val="21"/>
        </w:rPr>
        <w:t>I might wait for you</w:t>
        <w:br/>
      </w:r>
      <w:r>
        <w:rPr>
          <w:b w:val="0"/>
          <w:i/>
          <w:color w:val="222B33"/>
          <w:sz w:val="21"/>
        </w:rPr>
        <w:t>as a husband</w:t>
        <w:br/>
      </w:r>
      <w:r>
        <w:rPr>
          <w:b w:val="0"/>
          <w:i/>
          <w:color w:val="222B33"/>
          <w:sz w:val="21"/>
        </w:rPr>
        <w:t>who returns tomorrow.</w:t>
      </w:r>
    </w:p>
    <w:p>
      <w:pPr>
        <w:spacing w:after="40"/>
      </w:pPr>
      <w:r>
        <w:rPr>
          <w:b w:val="0"/>
          <w:i w:val="0"/>
          <w:color w:val="222B33"/>
          <w:sz w:val="19"/>
        </w:rPr>
        <w:t>He goes to Ōi.</w:t>
      </w:r>
    </w:p>
    <w:p>
      <w:pPr>
        <w:spacing w:after="40"/>
      </w:pPr>
      <w:r>
        <w:rPr>
          <w:b w:val="0"/>
          <w:i w:val="0"/>
          <w:color w:val="6A6F75"/>
          <w:sz w:val="18"/>
        </w:rPr>
        <w:t xml:space="preserve">Answered by </w:t>
      </w:r>
      <w:hyperlink w:anchor="p304">
        <w:r>
          <w:rPr>
            <w:color w:val="2E5A80"/>
            <w:u w:val="single"/>
            <w:sz w:val="18"/>
          </w:rPr>
          <w:t xml:space="preserve">No. 304 (Genji)</w:t>
        </w:r>
      </w:hyperlink>
    </w:p>
    <w:p>
      <w:pPr>
        <w:keepNext/>
        <w:spacing w:after="20" w:before="200"/>
      </w:pPr>
      <w:bookmarkStart w:id="323" w:name="p304"/>
      <w:r>
        <w:rPr>
          <w:b/>
          <w:i w:val="0"/>
          <w:color w:val="222B33"/>
          <w:sz w:val="22"/>
        </w:rPr>
        <w:t>No. 304</w:t>
      </w:r>
      <w:r>
        <w:rPr>
          <w:b w:val="0"/>
          <w:i w:val="0"/>
          <w:color w:val="6A6F75"/>
          <w:sz w:val="18"/>
        </w:rPr>
        <w:t xml:space="preserve">   Genji → Murasaki   答 reply</w:t>
      </w:r>
      <w:bookmarkEnd w:id="323"/>
    </w:p>
    <w:p>
      <w:pPr>
        <w:keepNext/>
        <w:spacing w:after="0"/>
      </w:pPr>
      <w:r>
        <w:rPr>
          <w:rFonts w:ascii="Noto Serif CJK JP" w:hAnsi="Noto Serif CJK JP" w:eastAsia="Noto Serif CJK JP"/>
          <w:b w:val="0"/>
          <w:i w:val="0"/>
          <w:color w:val="222B33"/>
          <w:sz w:val="26"/>
        </w:rPr>
        <w:t>行きて見て明日もさね来むなかなかに遠方人は心置くとも</w:t>
      </w:r>
    </w:p>
    <w:p>
      <w:pPr>
        <w:keepNext/>
        <w:spacing w:after="60"/>
      </w:pPr>
      <w:r>
        <w:rPr>
          <w:rFonts w:ascii="Noto Serif CJK JP" w:hAnsi="Noto Serif CJK JP" w:eastAsia="Noto Serif CJK JP"/>
          <w:b w:val="0"/>
          <w:i w:val="0"/>
          <w:color w:val="6A6F75"/>
          <w:sz w:val="19"/>
        </w:rPr>
        <w:t>行てみて　／　あすもさねこむ　／　中々に　／　をちかた人は　／　心をくとも</w:t>
      </w:r>
    </w:p>
    <w:p>
      <w:pPr>
        <w:keepNext/>
        <w:spacing w:after="60"/>
      </w:pPr>
      <w:r>
        <w:rPr>
          <w:b w:val="0"/>
          <w:i/>
          <w:color w:val="222B33"/>
          <w:sz w:val="21"/>
        </w:rPr>
        <w:t>I will go and see,</w:t>
        <w:br/>
      </w:r>
      <w:r>
        <w:rPr>
          <w:b w:val="0"/>
          <w:i/>
          <w:color w:val="222B33"/>
          <w:sz w:val="21"/>
        </w:rPr>
        <w:t>and surely come tomorrow,</w:t>
        <w:br/>
      </w:r>
      <w:r>
        <w:rPr>
          <w:b w:val="0"/>
          <w:i/>
          <w:color w:val="222B33"/>
          <w:sz w:val="21"/>
        </w:rPr>
        <w:t>even if the one far away</w:t>
        <w:br/>
      </w:r>
      <w:r>
        <w:rPr>
          <w:b w:val="0"/>
          <w:i/>
          <w:color w:val="222B33"/>
          <w:sz w:val="21"/>
        </w:rPr>
        <w:t>should take it</w:t>
        <w:br/>
      </w:r>
      <w:r>
        <w:rPr>
          <w:b w:val="0"/>
          <w:i/>
          <w:color w:val="222B33"/>
          <w:sz w:val="21"/>
        </w:rPr>
        <w:t>ill.</w:t>
      </w:r>
    </w:p>
    <w:p>
      <w:pPr>
        <w:spacing w:after="40"/>
      </w:pPr>
      <w:r>
        <w:rPr>
          <w:b w:val="0"/>
          <w:i w:val="0"/>
          <w:color w:val="6A6F75"/>
          <w:sz w:val="18"/>
        </w:rPr>
        <w:t xml:space="preserve">In reply to </w:t>
      </w:r>
      <w:hyperlink w:anchor="p303">
        <w:r>
          <w:rPr>
            <w:color w:val="2E5A80"/>
            <w:u w:val="single"/>
            <w:sz w:val="18"/>
          </w:rPr>
          <w:t xml:space="preserve">No. 303 (Murasaki)</w:t>
        </w:r>
      </w:hyperlink>
    </w:p>
    <w:p>
      <w:pPr>
        <w:keepNext/>
        <w:spacing w:after="20" w:before="200"/>
      </w:pPr>
      <w:bookmarkStart w:id="324" w:name="p305"/>
      <w:r>
        <w:rPr>
          <w:b/>
          <w:i w:val="0"/>
          <w:color w:val="222B33"/>
          <w:sz w:val="22"/>
        </w:rPr>
        <w:t>No. 305</w:t>
      </w:r>
      <w:r>
        <w:rPr>
          <w:b w:val="0"/>
          <w:i w:val="0"/>
          <w:color w:val="6A6F75"/>
          <w:sz w:val="18"/>
        </w:rPr>
        <w:t xml:space="preserve">   Genji   独 solo</w:t>
      </w:r>
      <w:bookmarkEnd w:id="324"/>
    </w:p>
    <w:p>
      <w:pPr>
        <w:keepNext/>
        <w:spacing w:after="40"/>
      </w:pPr>
      <w:r>
        <w:rPr>
          <w:b/>
          <w:i w:val="0"/>
          <w:color w:val="6A6F75"/>
          <w:sz w:val="18"/>
        </w:rPr>
        <w:t xml:space="preserve">Context. </w:t>
      </w:r>
      <w:r>
        <w:rPr>
          <w:b w:val="0"/>
          <w:i w:val="0"/>
          <w:color w:val="6A6F75"/>
          <w:sz w:val="19"/>
        </w:rPr>
        <w:t>Fujitsubo’s death; Genji’s grief, kept private.</w:t>
      </w:r>
    </w:p>
    <w:p>
      <w:pPr>
        <w:keepNext/>
        <w:spacing w:after="0"/>
      </w:pPr>
      <w:r>
        <w:rPr>
          <w:rFonts w:ascii="Noto Serif CJK JP" w:hAnsi="Noto Serif CJK JP" w:eastAsia="Noto Serif CJK JP"/>
          <w:b w:val="0"/>
          <w:i w:val="0"/>
          <w:color w:val="222B33"/>
          <w:sz w:val="26"/>
        </w:rPr>
        <w:t>入り日さす峰にたなびく薄雲はもの思ふ袖に色やまがへる</w:t>
      </w:r>
    </w:p>
    <w:p>
      <w:pPr>
        <w:keepNext/>
        <w:spacing w:after="60"/>
      </w:pPr>
      <w:r>
        <w:rPr>
          <w:rFonts w:ascii="Noto Serif CJK JP" w:hAnsi="Noto Serif CJK JP" w:eastAsia="Noto Serif CJK JP"/>
          <w:b w:val="0"/>
          <w:i w:val="0"/>
          <w:color w:val="6A6F75"/>
          <w:sz w:val="19"/>
        </w:rPr>
        <w:t>入日さす　／　みねにたなひく　／　うす雲は　／　もの思ふ袖に　／　色やまかへる</w:t>
      </w:r>
    </w:p>
    <w:p>
      <w:pPr>
        <w:keepNext/>
        <w:spacing w:after="60"/>
      </w:pPr>
      <w:r>
        <w:rPr>
          <w:b w:val="0"/>
          <w:i/>
          <w:color w:val="222B33"/>
          <w:sz w:val="21"/>
        </w:rPr>
        <w:t>The thin clouds trailing</w:t>
        <w:br/>
      </w:r>
      <w:r>
        <w:rPr>
          <w:b w:val="0"/>
          <w:i/>
          <w:color w:val="222B33"/>
          <w:sz w:val="21"/>
        </w:rPr>
        <w:t>on the peak in the sunset:</w:t>
        <w:br/>
      </w:r>
      <w:r>
        <w:rPr>
          <w:b w:val="0"/>
          <w:i/>
          <w:color w:val="222B33"/>
          <w:sz w:val="21"/>
        </w:rPr>
        <w:t>do they borrow their color</w:t>
        <w:br/>
      </w:r>
      <w:r>
        <w:rPr>
          <w:b w:val="0"/>
          <w:i/>
          <w:color w:val="222B33"/>
          <w:sz w:val="21"/>
        </w:rPr>
        <w:t>from the sleeves</w:t>
        <w:br/>
      </w:r>
      <w:r>
        <w:rPr>
          <w:b w:val="0"/>
          <w:i/>
          <w:color w:val="222B33"/>
          <w:sz w:val="21"/>
        </w:rPr>
        <w:t>of one in grief?</w:t>
      </w:r>
    </w:p>
    <w:p>
      <w:pPr>
        <w:spacing w:after="40"/>
      </w:pPr>
      <w:r>
        <w:rPr>
          <w:b w:val="0"/>
          <w:i w:val="0"/>
          <w:color w:val="222B33"/>
          <w:sz w:val="19"/>
        </w:rPr>
        <w:t>Mourning grey for Fujitsubo’s death. Usugumo names the chapter.</w:t>
      </w:r>
    </w:p>
    <w:p>
      <w:pPr>
        <w:keepNext/>
        <w:spacing w:after="20" w:before="200"/>
      </w:pPr>
      <w:bookmarkStart w:id="325" w:name="p306"/>
      <w:r>
        <w:rPr>
          <w:b/>
          <w:i w:val="0"/>
          <w:color w:val="222B33"/>
          <w:sz w:val="22"/>
        </w:rPr>
        <w:t>No. 306</w:t>
      </w:r>
      <w:r>
        <w:rPr>
          <w:b w:val="0"/>
          <w:i w:val="0"/>
          <w:color w:val="6A6F75"/>
          <w:sz w:val="18"/>
        </w:rPr>
        <w:t xml:space="preserve">   Genji → Akikonomu   贈:独 sent / solo</w:t>
      </w:r>
      <w:bookmarkEnd w:id="325"/>
    </w:p>
    <w:p>
      <w:pPr>
        <w:keepNext/>
        <w:spacing w:after="40"/>
      </w:pPr>
      <w:r>
        <w:rPr>
          <w:b/>
          <w:i w:val="0"/>
          <w:color w:val="6A6F75"/>
          <w:sz w:val="18"/>
        </w:rPr>
        <w:t xml:space="preserve">Context. </w:t>
      </w:r>
      <w:r>
        <w:rPr>
          <w:b w:val="0"/>
          <w:i w:val="0"/>
          <w:color w:val="6A6F75"/>
          <w:sz w:val="19"/>
        </w:rPr>
        <w:t>Genji to Akikonomu in autumn; he makes advances to his ward, rebuffed.</w:t>
      </w:r>
    </w:p>
    <w:p>
      <w:pPr>
        <w:keepNext/>
        <w:spacing w:after="0"/>
      </w:pPr>
      <w:r>
        <w:rPr>
          <w:rFonts w:ascii="Noto Serif CJK JP" w:hAnsi="Noto Serif CJK JP" w:eastAsia="Noto Serif CJK JP"/>
          <w:b w:val="0"/>
          <w:i w:val="0"/>
          <w:color w:val="222B33"/>
          <w:sz w:val="26"/>
        </w:rPr>
        <w:t>君もさはあはれを交はせ人知れずわが身にしむる秋の夕風</w:t>
      </w:r>
    </w:p>
    <w:p>
      <w:pPr>
        <w:keepNext/>
        <w:spacing w:after="60"/>
      </w:pPr>
      <w:r>
        <w:rPr>
          <w:rFonts w:ascii="Noto Serif CJK JP" w:hAnsi="Noto Serif CJK JP" w:eastAsia="Noto Serif CJK JP"/>
          <w:b w:val="0"/>
          <w:i w:val="0"/>
          <w:color w:val="6A6F75"/>
          <w:sz w:val="19"/>
        </w:rPr>
        <w:t>君もさは　／　あはれをかはせ　／　人しれす　／　わか身にしむる　／　秋のゆふ風</w:t>
      </w:r>
    </w:p>
    <w:p>
      <w:pPr>
        <w:keepNext/>
        <w:spacing w:after="60"/>
      </w:pPr>
      <w:r>
        <w:rPr>
          <w:b w:val="0"/>
          <w:i/>
          <w:color w:val="222B33"/>
          <w:sz w:val="21"/>
        </w:rPr>
        <w:t>Then share these feelings</w:t>
        <w:br/>
      </w:r>
      <w:r>
        <w:rPr>
          <w:b w:val="0"/>
          <w:i/>
          <w:color w:val="222B33"/>
          <w:sz w:val="21"/>
        </w:rPr>
        <w:t>with me, you too:</w:t>
        <w:br/>
      </w:r>
      <w:r>
        <w:rPr>
          <w:b w:val="0"/>
          <w:i/>
          <w:color w:val="222B33"/>
          <w:sz w:val="21"/>
        </w:rPr>
        <w:t>the autumn evening wind</w:t>
        <w:br/>
      </w:r>
      <w:r>
        <w:rPr>
          <w:b w:val="0"/>
          <w:i/>
          <w:color w:val="222B33"/>
          <w:sz w:val="21"/>
        </w:rPr>
        <w:t>that pierces me</w:t>
        <w:br/>
      </w:r>
      <w:r>
        <w:rPr>
          <w:b w:val="0"/>
          <w:i/>
          <w:color w:val="222B33"/>
          <w:sz w:val="21"/>
        </w:rPr>
        <w:t>in secret.</w:t>
      </w:r>
    </w:p>
    <w:p>
      <w:pPr>
        <w:spacing w:after="40"/>
      </w:pPr>
      <w:r>
        <w:rPr>
          <w:b w:val="0"/>
          <w:i w:val="0"/>
          <w:color w:val="222B33"/>
          <w:sz w:val="19"/>
        </w:rPr>
        <w:t>She has chosen autumn over spring.</w:t>
      </w:r>
    </w:p>
    <w:p>
      <w:pPr>
        <w:keepNext/>
        <w:spacing w:after="20" w:before="200"/>
      </w:pPr>
      <w:bookmarkStart w:id="326" w:name="p307"/>
      <w:r>
        <w:rPr>
          <w:b/>
          <w:i w:val="0"/>
          <w:color w:val="222B33"/>
          <w:sz w:val="22"/>
        </w:rPr>
        <w:t>No. 307</w:t>
      </w:r>
      <w:r>
        <w:rPr>
          <w:b w:val="0"/>
          <w:i w:val="0"/>
          <w:color w:val="6A6F75"/>
          <w:sz w:val="18"/>
        </w:rPr>
        <w:t xml:space="preserve">   Lady Akashi → Genji   贈 sent</w:t>
      </w:r>
      <w:bookmarkEnd w:id="326"/>
    </w:p>
    <w:p>
      <w:pPr>
        <w:keepNext/>
        <w:spacing w:after="40"/>
      </w:pPr>
      <w:r>
        <w:rPr>
          <w:b/>
          <w:i w:val="0"/>
          <w:color w:val="6A6F75"/>
          <w:sz w:val="18"/>
        </w:rPr>
        <w:t xml:space="preserve">Context. </w:t>
      </w:r>
      <w:r>
        <w:rPr>
          <w:b w:val="0"/>
          <w:i w:val="0"/>
          <w:color w:val="6A6F75"/>
          <w:sz w:val="19"/>
        </w:rPr>
        <w:t>Lady Akashi recalls Akashi; the cormorant fires on the river.</w:t>
      </w:r>
    </w:p>
    <w:p>
      <w:pPr>
        <w:keepNext/>
        <w:spacing w:after="0"/>
      </w:pPr>
      <w:r>
        <w:rPr>
          <w:rFonts w:ascii="Noto Serif CJK JP" w:hAnsi="Noto Serif CJK JP" w:eastAsia="Noto Serif CJK JP"/>
          <w:b w:val="0"/>
          <w:i w:val="0"/>
          <w:color w:val="222B33"/>
          <w:sz w:val="26"/>
        </w:rPr>
        <w:t>漁りせし影忘られぬ篝火は身の浮舟や慕ひ来にけむ</w:t>
      </w:r>
    </w:p>
    <w:p>
      <w:pPr>
        <w:keepNext/>
        <w:spacing w:after="60"/>
      </w:pPr>
      <w:r>
        <w:rPr>
          <w:rFonts w:ascii="Noto Serif CJK JP" w:hAnsi="Noto Serif CJK JP" w:eastAsia="Noto Serif CJK JP"/>
          <w:b w:val="0"/>
          <w:i w:val="0"/>
          <w:color w:val="6A6F75"/>
          <w:sz w:val="19"/>
        </w:rPr>
        <w:t>いさりせし　／　かけわすられぬ　／　かゝり火は　／　身のうき舟や　／　したひきにけん</w:t>
      </w:r>
    </w:p>
    <w:p>
      <w:pPr>
        <w:keepNext/>
        <w:spacing w:after="60"/>
      </w:pPr>
      <w:r>
        <w:rPr>
          <w:b w:val="0"/>
          <w:i/>
          <w:color w:val="222B33"/>
          <w:sz w:val="21"/>
        </w:rPr>
        <w:t>Did the cormorant fires</w:t>
        <w:br/>
      </w:r>
      <w:r>
        <w:rPr>
          <w:b w:val="0"/>
          <w:i/>
          <w:color w:val="222B33"/>
          <w:sz w:val="21"/>
        </w:rPr>
        <w:t>whose light I cannot forget</w:t>
        <w:br/>
      </w:r>
      <w:r>
        <w:rPr>
          <w:b w:val="0"/>
          <w:i/>
          <w:color w:val="222B33"/>
          <w:sz w:val="21"/>
        </w:rPr>
        <w:t>follow the floating boat</w:t>
        <w:br/>
      </w:r>
      <w:r>
        <w:rPr>
          <w:b w:val="0"/>
          <w:i/>
          <w:color w:val="222B33"/>
          <w:sz w:val="21"/>
        </w:rPr>
        <w:t>of my</w:t>
        <w:br/>
      </w:r>
      <w:r>
        <w:rPr>
          <w:b w:val="0"/>
          <w:i/>
          <w:color w:val="222B33"/>
          <w:sz w:val="21"/>
        </w:rPr>
        <w:t>wretched self?</w:t>
      </w:r>
    </w:p>
    <w:p>
      <w:pPr>
        <w:spacing w:after="40"/>
      </w:pPr>
      <w:r>
        <w:rPr>
          <w:b w:val="0"/>
          <w:i w:val="0"/>
          <w:color w:val="6A6F75"/>
          <w:sz w:val="18"/>
        </w:rPr>
        <w:t xml:space="preserve">Answered by </w:t>
      </w:r>
      <w:hyperlink w:anchor="p308">
        <w:r>
          <w:rPr>
            <w:color w:val="2E5A80"/>
            <w:u w:val="single"/>
            <w:sz w:val="18"/>
          </w:rPr>
          <w:t xml:space="preserve">No. 308 (Genji)</w:t>
        </w:r>
      </w:hyperlink>
    </w:p>
    <w:p>
      <w:pPr>
        <w:keepNext/>
        <w:spacing w:after="20" w:before="200"/>
      </w:pPr>
      <w:bookmarkStart w:id="327" w:name="p308"/>
      <w:r>
        <w:rPr>
          <w:b/>
          <w:i w:val="0"/>
          <w:color w:val="222B33"/>
          <w:sz w:val="22"/>
        </w:rPr>
        <w:t>No. 308</w:t>
      </w:r>
      <w:r>
        <w:rPr>
          <w:b w:val="0"/>
          <w:i w:val="0"/>
          <w:color w:val="6A6F75"/>
          <w:sz w:val="18"/>
        </w:rPr>
        <w:t xml:space="preserve">   Genji → Lady Akashi   答 reply</w:t>
      </w:r>
      <w:bookmarkEnd w:id="327"/>
    </w:p>
    <w:p>
      <w:pPr>
        <w:keepNext/>
        <w:spacing w:after="0"/>
      </w:pPr>
      <w:r>
        <w:rPr>
          <w:rFonts w:ascii="Noto Serif CJK JP" w:hAnsi="Noto Serif CJK JP" w:eastAsia="Noto Serif CJK JP"/>
          <w:b w:val="0"/>
          <w:i w:val="0"/>
          <w:color w:val="222B33"/>
          <w:sz w:val="26"/>
        </w:rPr>
        <w:t>浅からぬしたの思ひを知らねばやなほ篝火の影は騒げる</w:t>
      </w:r>
    </w:p>
    <w:p>
      <w:pPr>
        <w:keepNext/>
        <w:spacing w:after="60"/>
      </w:pPr>
      <w:r>
        <w:rPr>
          <w:rFonts w:ascii="Noto Serif CJK JP" w:hAnsi="Noto Serif CJK JP" w:eastAsia="Noto Serif CJK JP"/>
          <w:b w:val="0"/>
          <w:i w:val="0"/>
          <w:color w:val="6A6F75"/>
          <w:sz w:val="19"/>
        </w:rPr>
        <w:t>あさからぬ　／　したの思ひを　／　しらねはや　／　猶かゝり火の　／　かけはさはける</w:t>
      </w:r>
    </w:p>
    <w:p>
      <w:pPr>
        <w:keepNext/>
        <w:spacing w:after="60"/>
      </w:pPr>
      <w:r>
        <w:rPr>
          <w:b w:val="0"/>
          <w:i/>
          <w:color w:val="222B33"/>
          <w:sz w:val="21"/>
        </w:rPr>
        <w:t>Is it because they do not know</w:t>
        <w:br/>
      </w:r>
      <w:r>
        <w:rPr>
          <w:b w:val="0"/>
          <w:i/>
          <w:color w:val="222B33"/>
          <w:sz w:val="21"/>
        </w:rPr>
        <w:t>the depth of my hidden love</w:t>
        <w:br/>
      </w:r>
      <w:r>
        <w:rPr>
          <w:b w:val="0"/>
          <w:i/>
          <w:color w:val="222B33"/>
          <w:sz w:val="21"/>
        </w:rPr>
        <w:t>that the cormorant fires</w:t>
        <w:br/>
      </w:r>
      <w:r>
        <w:rPr>
          <w:b w:val="0"/>
          <w:i/>
          <w:color w:val="222B33"/>
          <w:sz w:val="21"/>
        </w:rPr>
        <w:t>still</w:t>
        <w:br/>
      </w:r>
      <w:r>
        <w:rPr>
          <w:b w:val="0"/>
          <w:i/>
          <w:color w:val="222B33"/>
          <w:sz w:val="21"/>
        </w:rPr>
        <w:t>flicker so?</w:t>
      </w:r>
    </w:p>
    <w:p>
      <w:pPr>
        <w:spacing w:after="40"/>
      </w:pPr>
      <w:r>
        <w:rPr>
          <w:b w:val="0"/>
          <w:i w:val="0"/>
          <w:color w:val="6A6F75"/>
          <w:sz w:val="18"/>
        </w:rPr>
        <w:t xml:space="preserve">In reply to </w:t>
      </w:r>
      <w:hyperlink w:anchor="p307">
        <w:r>
          <w:rPr>
            <w:color w:val="2E5A80"/>
            <w:u w:val="single"/>
            <w:sz w:val="18"/>
          </w:rPr>
          <w:t xml:space="preserve">No. 307 (Lady Akashi)</w:t>
        </w:r>
      </w:hyperlink>
    </w:p>
    <w:p>
      <w:pPr>
        <w:pStyle w:val="Heading1"/>
      </w:pPr>
      <w:bookmarkStart w:id="328" w:name="ch20"/>
      <w:r>
        <w:t>Chapter 20 · Asagao 朝顔</w:t>
      </w:r>
      <w:bookmarkEnd w:id="328"/>
    </w:p>
    <w:p>
      <w:pPr>
        <w:keepNext/>
        <w:spacing w:after="20" w:before="200"/>
      </w:pPr>
      <w:bookmarkStart w:id="329" w:name="p309"/>
      <w:r>
        <w:rPr>
          <w:b/>
          <w:i w:val="0"/>
          <w:color w:val="222B33"/>
          <w:sz w:val="22"/>
        </w:rPr>
        <w:t>No. 309</w:t>
      </w:r>
      <w:r>
        <w:rPr>
          <w:b w:val="0"/>
          <w:i w:val="0"/>
          <w:color w:val="6A6F75"/>
          <w:sz w:val="18"/>
        </w:rPr>
        <w:t xml:space="preserve">   Genji → Princess Asagao   贈 sent</w:t>
      </w:r>
      <w:bookmarkEnd w:id="329"/>
    </w:p>
    <w:p>
      <w:pPr>
        <w:keepNext/>
        <w:spacing w:after="40"/>
      </w:pPr>
      <w:r>
        <w:rPr>
          <w:b/>
          <w:i w:val="0"/>
          <w:color w:val="6A6F75"/>
          <w:sz w:val="18"/>
        </w:rPr>
        <w:t xml:space="preserve">Context. </w:t>
      </w:r>
      <w:r>
        <w:rPr>
          <w:b w:val="0"/>
          <w:i w:val="0"/>
          <w:color w:val="6A6F75"/>
          <w:sz w:val="19"/>
        </w:rPr>
        <w:t>Genji courts Princess Asagao again, now released from Kamo service.</w:t>
      </w:r>
    </w:p>
    <w:p>
      <w:pPr>
        <w:keepNext/>
        <w:spacing w:after="0"/>
      </w:pPr>
      <w:r>
        <w:rPr>
          <w:rFonts w:ascii="Noto Serif CJK JP" w:hAnsi="Noto Serif CJK JP" w:eastAsia="Noto Serif CJK JP"/>
          <w:b w:val="0"/>
          <w:i w:val="0"/>
          <w:color w:val="222B33"/>
          <w:sz w:val="26"/>
        </w:rPr>
        <w:t>人知れず神の許しを待ちし間にここらつれなき世を過ぐすかな</w:t>
      </w:r>
    </w:p>
    <w:p>
      <w:pPr>
        <w:keepNext/>
        <w:spacing w:after="60"/>
      </w:pPr>
      <w:r>
        <w:rPr>
          <w:rFonts w:ascii="Noto Serif CJK JP" w:hAnsi="Noto Serif CJK JP" w:eastAsia="Noto Serif CJK JP"/>
          <w:b w:val="0"/>
          <w:i w:val="0"/>
          <w:color w:val="6A6F75"/>
          <w:sz w:val="19"/>
        </w:rPr>
        <w:t>人しれす　／　神のゆるしを　／　まちしまに　／　こゝらつれなき　／　世をすくすかな</w:t>
      </w:r>
    </w:p>
    <w:p>
      <w:pPr>
        <w:keepNext/>
        <w:spacing w:after="60"/>
      </w:pPr>
      <w:r>
        <w:rPr>
          <w:b w:val="0"/>
          <w:i/>
          <w:color w:val="222B33"/>
          <w:sz w:val="21"/>
        </w:rPr>
        <w:t>While in secret I waited</w:t>
        <w:br/>
      </w:r>
      <w:r>
        <w:rPr>
          <w:b w:val="0"/>
          <w:i/>
          <w:color w:val="222B33"/>
          <w:sz w:val="21"/>
        </w:rPr>
        <w:t>for the gods’ permission,</w:t>
        <w:br/>
      </w:r>
      <w:r>
        <w:rPr>
          <w:b w:val="0"/>
          <w:i/>
          <w:color w:val="222B33"/>
          <w:sz w:val="21"/>
        </w:rPr>
        <w:t>how many years I have spent</w:t>
        <w:br/>
      </w:r>
      <w:r>
        <w:rPr>
          <w:b w:val="0"/>
          <w:i/>
          <w:color w:val="222B33"/>
          <w:sz w:val="21"/>
        </w:rPr>
        <w:t>in this</w:t>
        <w:br/>
      </w:r>
      <w:r>
        <w:rPr>
          <w:b w:val="0"/>
          <w:i/>
          <w:color w:val="222B33"/>
          <w:sz w:val="21"/>
        </w:rPr>
        <w:t>unfeeling world.</w:t>
      </w:r>
    </w:p>
    <w:p>
      <w:pPr>
        <w:spacing w:after="40"/>
      </w:pPr>
      <w:r>
        <w:rPr>
          <w:b w:val="0"/>
          <w:i w:val="0"/>
          <w:color w:val="222B33"/>
          <w:sz w:val="19"/>
        </w:rPr>
        <w:t>She has left service as Kamo Priestess.</w:t>
      </w:r>
    </w:p>
    <w:p>
      <w:pPr>
        <w:spacing w:after="40"/>
      </w:pPr>
      <w:r>
        <w:rPr>
          <w:b w:val="0"/>
          <w:i w:val="0"/>
          <w:color w:val="6A6F75"/>
          <w:sz w:val="18"/>
        </w:rPr>
        <w:t xml:space="preserve">Answered by </w:t>
      </w:r>
      <w:hyperlink w:anchor="p310">
        <w:r>
          <w:rPr>
            <w:color w:val="2E5A80"/>
            <w:u w:val="single"/>
            <w:sz w:val="18"/>
          </w:rPr>
          <w:t xml:space="preserve">No. 310 (Princess Asagao)</w:t>
        </w:r>
      </w:hyperlink>
    </w:p>
    <w:p>
      <w:pPr>
        <w:keepNext/>
        <w:spacing w:after="20" w:before="200"/>
      </w:pPr>
      <w:bookmarkStart w:id="330" w:name="p310"/>
      <w:r>
        <w:rPr>
          <w:b/>
          <w:i w:val="0"/>
          <w:color w:val="222B33"/>
          <w:sz w:val="22"/>
        </w:rPr>
        <w:t>No. 310</w:t>
      </w:r>
      <w:r>
        <w:rPr>
          <w:b w:val="0"/>
          <w:i w:val="0"/>
          <w:color w:val="6A6F75"/>
          <w:sz w:val="18"/>
        </w:rPr>
        <w:t xml:space="preserve">   Princess Asagao → Genji   答 reply</w:t>
      </w:r>
      <w:bookmarkEnd w:id="330"/>
    </w:p>
    <w:p>
      <w:pPr>
        <w:keepNext/>
        <w:spacing w:after="0"/>
      </w:pPr>
      <w:r>
        <w:rPr>
          <w:rFonts w:ascii="Noto Serif CJK JP" w:hAnsi="Noto Serif CJK JP" w:eastAsia="Noto Serif CJK JP"/>
          <w:b w:val="0"/>
          <w:i w:val="0"/>
          <w:color w:val="222B33"/>
          <w:sz w:val="26"/>
        </w:rPr>
        <w:t>なべて世のあはればかりを問ふからに誓ひしことと神やいさめむ</w:t>
      </w:r>
    </w:p>
    <w:p>
      <w:pPr>
        <w:keepNext/>
        <w:spacing w:after="60"/>
      </w:pPr>
      <w:r>
        <w:rPr>
          <w:rFonts w:ascii="Noto Serif CJK JP" w:hAnsi="Noto Serif CJK JP" w:eastAsia="Noto Serif CJK JP"/>
          <w:b w:val="0"/>
          <w:i w:val="0"/>
          <w:color w:val="6A6F75"/>
          <w:sz w:val="19"/>
        </w:rPr>
        <w:t>なへてよの　／　あはれはかりを　／　とふからに　／　ちかひしことゝ　／　神やいさめむ</w:t>
      </w:r>
    </w:p>
    <w:p>
      <w:pPr>
        <w:keepNext/>
        <w:spacing w:after="60"/>
      </w:pPr>
      <w:r>
        <w:rPr>
          <w:b w:val="0"/>
          <w:i/>
          <w:color w:val="222B33"/>
          <w:sz w:val="21"/>
        </w:rPr>
        <w:t>If I ask only</w:t>
        <w:br/>
      </w:r>
      <w:r>
        <w:rPr>
          <w:b w:val="0"/>
          <w:i/>
          <w:color w:val="222B33"/>
          <w:sz w:val="21"/>
        </w:rPr>
        <w:t>of the world’s common sorrows,</w:t>
        <w:br/>
      </w:r>
      <w:r>
        <w:rPr>
          <w:b w:val="0"/>
          <w:i/>
          <w:color w:val="222B33"/>
          <w:sz w:val="21"/>
        </w:rPr>
        <w:t>would the gods reprove it</w:t>
        <w:br/>
      </w:r>
      <w:r>
        <w:rPr>
          <w:b w:val="0"/>
          <w:i/>
          <w:color w:val="222B33"/>
          <w:sz w:val="21"/>
        </w:rPr>
        <w:t>as breaking</w:t>
        <w:br/>
      </w:r>
      <w:r>
        <w:rPr>
          <w:b w:val="0"/>
          <w:i/>
          <w:color w:val="222B33"/>
          <w:sz w:val="21"/>
        </w:rPr>
        <w:t>my vow?</w:t>
      </w:r>
    </w:p>
    <w:p>
      <w:pPr>
        <w:spacing w:after="40"/>
      </w:pPr>
      <w:r>
        <w:rPr>
          <w:b w:val="0"/>
          <w:i w:val="0"/>
          <w:color w:val="6A6F75"/>
          <w:sz w:val="18"/>
        </w:rPr>
        <w:t xml:space="preserve">In reply to </w:t>
      </w:r>
      <w:hyperlink w:anchor="p309">
        <w:r>
          <w:rPr>
            <w:color w:val="2E5A80"/>
            <w:u w:val="single"/>
            <w:sz w:val="18"/>
          </w:rPr>
          <w:t xml:space="preserve">No. 309 (Genji)</w:t>
        </w:r>
      </w:hyperlink>
    </w:p>
    <w:p>
      <w:pPr>
        <w:keepNext/>
        <w:spacing w:after="20" w:before="200"/>
      </w:pPr>
      <w:bookmarkStart w:id="331" w:name="p311"/>
      <w:r>
        <w:rPr>
          <w:b/>
          <w:i w:val="0"/>
          <w:color w:val="222B33"/>
          <w:sz w:val="22"/>
        </w:rPr>
        <w:t>No. 311</w:t>
      </w:r>
      <w:r>
        <w:rPr>
          <w:b w:val="0"/>
          <w:i w:val="0"/>
          <w:color w:val="6A6F75"/>
          <w:sz w:val="18"/>
        </w:rPr>
        <w:t xml:space="preserve">   Genji → Princess Asagao   贈 sent</w:t>
      </w:r>
      <w:bookmarkEnd w:id="331"/>
    </w:p>
    <w:p>
      <w:pPr>
        <w:keepNext/>
        <w:spacing w:after="40"/>
      </w:pPr>
      <w:r>
        <w:rPr>
          <w:b/>
          <w:i w:val="0"/>
          <w:color w:val="6A6F75"/>
          <w:sz w:val="18"/>
        </w:rPr>
        <w:t xml:space="preserve">Context. </w:t>
      </w:r>
      <w:r>
        <w:rPr>
          <w:b w:val="0"/>
          <w:i w:val="0"/>
          <w:color w:val="6A6F75"/>
          <w:sz w:val="19"/>
        </w:rPr>
        <w:t>Genji continues to court Princess Asagao; she refuses him, as always.</w:t>
      </w:r>
    </w:p>
    <w:p>
      <w:pPr>
        <w:keepNext/>
        <w:spacing w:after="0"/>
      </w:pPr>
      <w:r>
        <w:rPr>
          <w:rFonts w:ascii="Noto Serif CJK JP" w:hAnsi="Noto Serif CJK JP" w:eastAsia="Noto Serif CJK JP"/>
          <w:b w:val="0"/>
          <w:i w:val="0"/>
          <w:color w:val="222B33"/>
          <w:sz w:val="26"/>
        </w:rPr>
        <w:t>見し折のつゆ忘られぬ朝顔の花の盛りは過ぎやしぬらむ</w:t>
      </w:r>
    </w:p>
    <w:p>
      <w:pPr>
        <w:keepNext/>
        <w:spacing w:after="60"/>
      </w:pPr>
      <w:r>
        <w:rPr>
          <w:rFonts w:ascii="Noto Serif CJK JP" w:hAnsi="Noto Serif CJK JP" w:eastAsia="Noto Serif CJK JP"/>
          <w:b w:val="0"/>
          <w:i w:val="0"/>
          <w:color w:val="6A6F75"/>
          <w:sz w:val="19"/>
        </w:rPr>
        <w:t>みしおりの　／　露わすられぬ　／　あさかほの　／　はなのさかりは　／　すきやしぬらん</w:t>
      </w:r>
    </w:p>
    <w:p>
      <w:pPr>
        <w:keepNext/>
        <w:spacing w:after="60"/>
      </w:pPr>
      <w:r>
        <w:rPr>
          <w:b w:val="0"/>
          <w:i/>
          <w:color w:val="222B33"/>
          <w:sz w:val="21"/>
        </w:rPr>
        <w:t>The morning glory I saw once</w:t>
        <w:br/>
      </w:r>
      <w:r>
        <w:rPr>
          <w:b w:val="0"/>
          <w:i/>
          <w:color w:val="222B33"/>
          <w:sz w:val="21"/>
        </w:rPr>
        <w:t>and cannot forget at all:</w:t>
        <w:br/>
      </w:r>
      <w:r>
        <w:rPr>
          <w:b w:val="0"/>
          <w:i/>
          <w:color w:val="222B33"/>
          <w:sz w:val="21"/>
        </w:rPr>
        <w:t>has the flower’s prime</w:t>
        <w:br/>
      </w:r>
      <w:r>
        <w:rPr>
          <w:b w:val="0"/>
          <w:i/>
          <w:color w:val="222B33"/>
          <w:sz w:val="21"/>
        </w:rPr>
        <w:t>already</w:t>
        <w:br/>
      </w:r>
      <w:r>
        <w:rPr>
          <w:b w:val="0"/>
          <w:i/>
          <w:color w:val="222B33"/>
          <w:sz w:val="21"/>
        </w:rPr>
        <w:t>passed?</w:t>
      </w:r>
    </w:p>
    <w:p>
      <w:pPr>
        <w:spacing w:after="40"/>
      </w:pPr>
      <w:r>
        <w:rPr>
          <w:b w:val="0"/>
          <w:i w:val="0"/>
          <w:color w:val="6A6F75"/>
          <w:sz w:val="18"/>
        </w:rPr>
        <w:t xml:space="preserve">Answered by </w:t>
      </w:r>
      <w:hyperlink w:anchor="p312">
        <w:r>
          <w:rPr>
            <w:color w:val="2E5A80"/>
            <w:u w:val="single"/>
            <w:sz w:val="18"/>
          </w:rPr>
          <w:t xml:space="preserve">No. 312 (Princess Asagao)</w:t>
        </w:r>
      </w:hyperlink>
    </w:p>
    <w:p>
      <w:pPr>
        <w:keepNext/>
        <w:spacing w:after="20" w:before="200"/>
      </w:pPr>
      <w:bookmarkStart w:id="332" w:name="p312"/>
      <w:r>
        <w:rPr>
          <w:b/>
          <w:i w:val="0"/>
          <w:color w:val="222B33"/>
          <w:sz w:val="22"/>
        </w:rPr>
        <w:t>No. 312</w:t>
      </w:r>
      <w:r>
        <w:rPr>
          <w:b w:val="0"/>
          <w:i w:val="0"/>
          <w:color w:val="6A6F75"/>
          <w:sz w:val="18"/>
        </w:rPr>
        <w:t xml:space="preserve">   Princess Asagao → Genji   答 reply</w:t>
      </w:r>
      <w:bookmarkEnd w:id="332"/>
    </w:p>
    <w:p>
      <w:pPr>
        <w:keepNext/>
        <w:spacing w:after="0"/>
      </w:pPr>
      <w:r>
        <w:rPr>
          <w:rFonts w:ascii="Noto Serif CJK JP" w:hAnsi="Noto Serif CJK JP" w:eastAsia="Noto Serif CJK JP"/>
          <w:b w:val="0"/>
          <w:i w:val="0"/>
          <w:color w:val="222B33"/>
          <w:sz w:val="26"/>
        </w:rPr>
        <w:t>秋果てて霧の籬にむすぼほれあるかなきかに移る朝顔</w:t>
      </w:r>
    </w:p>
    <w:p>
      <w:pPr>
        <w:keepNext/>
        <w:spacing w:after="60"/>
      </w:pPr>
      <w:r>
        <w:rPr>
          <w:rFonts w:ascii="Noto Serif CJK JP" w:hAnsi="Noto Serif CJK JP" w:eastAsia="Noto Serif CJK JP"/>
          <w:b w:val="0"/>
          <w:i w:val="0"/>
          <w:color w:val="6A6F75"/>
          <w:sz w:val="19"/>
        </w:rPr>
        <w:t>あきはてゝ　／　きりのまかきに　／　むすほゝれ　／　あるかなきかに　／　うつるあさかほ</w:t>
      </w:r>
    </w:p>
    <w:p>
      <w:pPr>
        <w:keepNext/>
        <w:spacing w:after="60"/>
      </w:pPr>
      <w:r>
        <w:rPr>
          <w:b w:val="0"/>
          <w:i/>
          <w:color w:val="222B33"/>
          <w:sz w:val="21"/>
        </w:rPr>
        <w:t>Autumn over, bound fast</w:t>
        <w:br/>
      </w:r>
      <w:r>
        <w:rPr>
          <w:b w:val="0"/>
          <w:i/>
          <w:color w:val="222B33"/>
          <w:sz w:val="21"/>
        </w:rPr>
        <w:t>in the misty fence,</w:t>
        <w:br/>
      </w:r>
      <w:r>
        <w:rPr>
          <w:b w:val="0"/>
          <w:i/>
          <w:color w:val="222B33"/>
          <w:sz w:val="21"/>
        </w:rPr>
        <w:t>the morning glory</w:t>
        <w:br/>
      </w:r>
      <w:r>
        <w:rPr>
          <w:b w:val="0"/>
          <w:i/>
          <w:color w:val="222B33"/>
          <w:sz w:val="21"/>
        </w:rPr>
        <w:t>fades, scarcely</w:t>
        <w:br/>
      </w:r>
      <w:r>
        <w:rPr>
          <w:b w:val="0"/>
          <w:i/>
          <w:color w:val="222B33"/>
          <w:sz w:val="21"/>
        </w:rPr>
        <w:t>there at all.</w:t>
      </w:r>
    </w:p>
    <w:p>
      <w:pPr>
        <w:spacing w:after="40"/>
      </w:pPr>
      <w:r>
        <w:rPr>
          <w:b w:val="0"/>
          <w:i w:val="0"/>
          <w:color w:val="222B33"/>
          <w:sz w:val="19"/>
        </w:rPr>
        <w:t>She accepts his image and withdraws into it.</w:t>
      </w:r>
    </w:p>
    <w:p>
      <w:pPr>
        <w:spacing w:after="40"/>
      </w:pPr>
      <w:r>
        <w:rPr>
          <w:b w:val="0"/>
          <w:i w:val="0"/>
          <w:color w:val="6A6F75"/>
          <w:sz w:val="18"/>
        </w:rPr>
        <w:t xml:space="preserve">In reply to </w:t>
      </w:r>
      <w:hyperlink w:anchor="p311">
        <w:r>
          <w:rPr>
            <w:color w:val="2E5A80"/>
            <w:u w:val="single"/>
            <w:sz w:val="18"/>
          </w:rPr>
          <w:t xml:space="preserve">No. 311 (Genji)</w:t>
        </w:r>
      </w:hyperlink>
    </w:p>
    <w:p>
      <w:pPr>
        <w:keepNext/>
        <w:spacing w:after="20" w:before="200"/>
      </w:pPr>
      <w:bookmarkStart w:id="333" w:name="p313"/>
      <w:r>
        <w:rPr>
          <w:b/>
          <w:i w:val="0"/>
          <w:color w:val="222B33"/>
          <w:sz w:val="22"/>
        </w:rPr>
        <w:t>No. 313</w:t>
      </w:r>
      <w:r>
        <w:rPr>
          <w:b w:val="0"/>
          <w:i w:val="0"/>
          <w:color w:val="6A6F75"/>
          <w:sz w:val="18"/>
        </w:rPr>
        <w:t xml:space="preserve">   Genji   独 solo</w:t>
      </w:r>
      <w:bookmarkEnd w:id="333"/>
    </w:p>
    <w:p>
      <w:pPr>
        <w:keepNext/>
        <w:spacing w:after="40"/>
      </w:pPr>
      <w:r>
        <w:rPr>
          <w:b/>
          <w:i w:val="0"/>
          <w:color w:val="6A6F75"/>
          <w:sz w:val="18"/>
        </w:rPr>
        <w:t xml:space="preserve">Context. </w:t>
      </w:r>
      <w:r>
        <w:rPr>
          <w:b w:val="0"/>
          <w:i w:val="0"/>
          <w:color w:val="6A6F75"/>
          <w:sz w:val="19"/>
        </w:rPr>
        <w:t>At the Momozono residence, where Princess Asagao lives with her aged aunt; the house in winter decay.</w:t>
      </w:r>
    </w:p>
    <w:p>
      <w:pPr>
        <w:keepNext/>
        <w:spacing w:after="0"/>
      </w:pPr>
      <w:r>
        <w:rPr>
          <w:rFonts w:ascii="Noto Serif CJK JP" w:hAnsi="Noto Serif CJK JP" w:eastAsia="Noto Serif CJK JP"/>
          <w:b w:val="0"/>
          <w:i w:val="0"/>
          <w:color w:val="222B33"/>
          <w:sz w:val="26"/>
        </w:rPr>
        <w:t>いつのまに蓬がもととむすぼほれ雪降る里と荒れし垣根ぞ</w:t>
      </w:r>
    </w:p>
    <w:p>
      <w:pPr>
        <w:keepNext/>
        <w:spacing w:after="60"/>
      </w:pPr>
      <w:r>
        <w:rPr>
          <w:rFonts w:ascii="Noto Serif CJK JP" w:hAnsi="Noto Serif CJK JP" w:eastAsia="Noto Serif CJK JP"/>
          <w:b w:val="0"/>
          <w:i w:val="0"/>
          <w:color w:val="6A6F75"/>
          <w:sz w:val="19"/>
        </w:rPr>
        <w:t>いつのまに　／　よもきかもとゝ　／　むすほゝれ　／　ゆきふるさとゝ　／　あれしかきねそ</w:t>
      </w:r>
    </w:p>
    <w:p>
      <w:pPr>
        <w:keepNext/>
        <w:spacing w:after="60"/>
      </w:pPr>
      <w:r>
        <w:rPr>
          <w:b w:val="0"/>
          <w:i/>
          <w:color w:val="222B33"/>
          <w:sz w:val="21"/>
        </w:rPr>
        <w:t>When did it become</w:t>
        <w:br/>
      </w:r>
      <w:r>
        <w:rPr>
          <w:b w:val="0"/>
          <w:i/>
          <w:color w:val="222B33"/>
          <w:sz w:val="21"/>
        </w:rPr>
        <w:t>so tangled in wormwood,</w:t>
        <w:br/>
      </w:r>
      <w:r>
        <w:rPr>
          <w:b w:val="0"/>
          <w:i/>
          <w:color w:val="222B33"/>
          <w:sz w:val="21"/>
        </w:rPr>
        <w:t>this hedge gone to ruin</w:t>
        <w:br/>
      </w:r>
      <w:r>
        <w:rPr>
          <w:b w:val="0"/>
          <w:i/>
          <w:color w:val="222B33"/>
          <w:sz w:val="21"/>
        </w:rPr>
        <w:t>in the village</w:t>
        <w:br/>
      </w:r>
      <w:r>
        <w:rPr>
          <w:b w:val="0"/>
          <w:i/>
          <w:color w:val="222B33"/>
          <w:sz w:val="21"/>
        </w:rPr>
        <w:t>where snow falls?</w:t>
      </w:r>
    </w:p>
    <w:p>
      <w:pPr>
        <w:spacing w:after="40"/>
      </w:pPr>
      <w:r>
        <w:rPr>
          <w:b w:val="0"/>
          <w:i w:val="0"/>
          <w:color w:val="222B33"/>
          <w:sz w:val="19"/>
        </w:rPr>
        <w:t>At the dilapidated house of Princess Onna Gosan.</w:t>
      </w:r>
    </w:p>
    <w:p>
      <w:pPr>
        <w:keepNext/>
        <w:spacing w:after="20" w:before="200"/>
      </w:pPr>
      <w:bookmarkStart w:id="334" w:name="p314"/>
      <w:r>
        <w:rPr>
          <w:b/>
          <w:i w:val="0"/>
          <w:color w:val="222B33"/>
          <w:sz w:val="22"/>
        </w:rPr>
        <w:t>No. 314</w:t>
      </w:r>
      <w:r>
        <w:rPr>
          <w:b w:val="0"/>
          <w:i w:val="0"/>
          <w:color w:val="6A6F75"/>
          <w:sz w:val="18"/>
        </w:rPr>
        <w:t xml:space="preserve">   Gen no Naishi → Genji   贈 sent</w:t>
      </w:r>
      <w:bookmarkEnd w:id="334"/>
    </w:p>
    <w:p>
      <w:pPr>
        <w:keepNext/>
        <w:spacing w:after="40"/>
      </w:pPr>
      <w:r>
        <w:rPr>
          <w:b/>
          <w:i w:val="0"/>
          <w:color w:val="6A6F75"/>
          <w:sz w:val="18"/>
        </w:rPr>
        <w:t xml:space="preserve">Context. </w:t>
      </w:r>
      <w:r>
        <w:rPr>
          <w:b w:val="0"/>
          <w:i w:val="0"/>
          <w:color w:val="6A6F75"/>
          <w:sz w:val="19"/>
        </w:rPr>
        <w:t>Gen no Naishi, now a nun, reminds Genji of their old affair.</w:t>
      </w:r>
    </w:p>
    <w:p>
      <w:pPr>
        <w:keepNext/>
        <w:spacing w:after="0"/>
      </w:pPr>
      <w:r>
        <w:rPr>
          <w:rFonts w:ascii="Noto Serif CJK JP" w:hAnsi="Noto Serif CJK JP" w:eastAsia="Noto Serif CJK JP"/>
          <w:b w:val="0"/>
          <w:i w:val="0"/>
          <w:color w:val="222B33"/>
          <w:sz w:val="26"/>
        </w:rPr>
        <w:t>年経れどこの契りこそ忘られね親の親とか言ひし一言</w:t>
      </w:r>
    </w:p>
    <w:p>
      <w:pPr>
        <w:keepNext/>
        <w:spacing w:after="60"/>
      </w:pPr>
      <w:r>
        <w:rPr>
          <w:rFonts w:ascii="Noto Serif CJK JP" w:hAnsi="Noto Serif CJK JP" w:eastAsia="Noto Serif CJK JP"/>
          <w:b w:val="0"/>
          <w:i w:val="0"/>
          <w:color w:val="6A6F75"/>
          <w:sz w:val="19"/>
        </w:rPr>
        <w:t>としふれと　／　この契こそ　／　わすられね　／　おやのおやとか　／　いひしひとこと</w:t>
      </w:r>
    </w:p>
    <w:p>
      <w:pPr>
        <w:keepNext/>
        <w:spacing w:after="60"/>
      </w:pPr>
      <w:r>
        <w:rPr>
          <w:b w:val="0"/>
          <w:i/>
          <w:color w:val="222B33"/>
          <w:sz w:val="21"/>
        </w:rPr>
        <w:t>Years have passed, yet I</w:t>
        <w:br/>
      </w:r>
      <w:r>
        <w:rPr>
          <w:b w:val="0"/>
          <w:i/>
          <w:color w:val="222B33"/>
          <w:sz w:val="21"/>
        </w:rPr>
        <w:t>cannot forget our bond:</w:t>
        <w:br/>
      </w:r>
      <w:r>
        <w:rPr>
          <w:b w:val="0"/>
          <w:i/>
          <w:color w:val="222B33"/>
          <w:sz w:val="21"/>
        </w:rPr>
        <w:t>that one word</w:t>
        <w:br/>
      </w:r>
      <w:r>
        <w:rPr>
          <w:b w:val="0"/>
          <w:i/>
          <w:color w:val="222B33"/>
          <w:sz w:val="21"/>
        </w:rPr>
        <w:t>of yours,</w:t>
        <w:br/>
      </w:r>
      <w:r>
        <w:rPr>
          <w:b w:val="0"/>
          <w:i/>
          <w:color w:val="222B33"/>
          <w:sz w:val="21"/>
        </w:rPr>
        <w:t>“a parent’s parent.”</w:t>
      </w:r>
    </w:p>
    <w:p>
      <w:pPr>
        <w:spacing w:after="40"/>
      </w:pPr>
      <w:r>
        <w:rPr>
          <w:b w:val="0"/>
          <w:i w:val="0"/>
          <w:color w:val="222B33"/>
          <w:sz w:val="19"/>
        </w:rPr>
        <w:t>Now a nun of seventy, she recalls his jest that she was like a grandmother.</w:t>
      </w:r>
    </w:p>
    <w:p>
      <w:pPr>
        <w:spacing w:after="40"/>
      </w:pPr>
      <w:r>
        <w:rPr>
          <w:b w:val="0"/>
          <w:i w:val="0"/>
          <w:color w:val="6A6F75"/>
          <w:sz w:val="18"/>
        </w:rPr>
        <w:t xml:space="preserve">Answered by </w:t>
      </w:r>
      <w:hyperlink w:anchor="p315">
        <w:r>
          <w:rPr>
            <w:color w:val="2E5A80"/>
            <w:u w:val="single"/>
            <w:sz w:val="18"/>
          </w:rPr>
          <w:t xml:space="preserve">No. 315 (Genji)</w:t>
        </w:r>
      </w:hyperlink>
    </w:p>
    <w:p>
      <w:pPr>
        <w:keepNext/>
        <w:spacing w:after="20" w:before="200"/>
      </w:pPr>
      <w:bookmarkStart w:id="335" w:name="p315"/>
      <w:r>
        <w:rPr>
          <w:b/>
          <w:i w:val="0"/>
          <w:color w:val="222B33"/>
          <w:sz w:val="22"/>
        </w:rPr>
        <w:t>No. 315</w:t>
      </w:r>
      <w:r>
        <w:rPr>
          <w:b w:val="0"/>
          <w:i w:val="0"/>
          <w:color w:val="6A6F75"/>
          <w:sz w:val="18"/>
        </w:rPr>
        <w:t xml:space="preserve">   Genji → Gen no Naishi   答 reply</w:t>
      </w:r>
      <w:bookmarkEnd w:id="335"/>
    </w:p>
    <w:p>
      <w:pPr>
        <w:keepNext/>
        <w:spacing w:after="0"/>
      </w:pPr>
      <w:r>
        <w:rPr>
          <w:rFonts w:ascii="Noto Serif CJK JP" w:hAnsi="Noto Serif CJK JP" w:eastAsia="Noto Serif CJK JP"/>
          <w:b w:val="0"/>
          <w:i w:val="0"/>
          <w:color w:val="222B33"/>
          <w:sz w:val="26"/>
        </w:rPr>
        <w:t>身を変へて後も待ち見よこの世にて親を忘るるためしありやと</w:t>
      </w:r>
    </w:p>
    <w:p>
      <w:pPr>
        <w:keepNext/>
        <w:spacing w:after="60"/>
      </w:pPr>
      <w:r>
        <w:rPr>
          <w:rFonts w:ascii="Noto Serif CJK JP" w:hAnsi="Noto Serif CJK JP" w:eastAsia="Noto Serif CJK JP"/>
          <w:b w:val="0"/>
          <w:i w:val="0"/>
          <w:color w:val="6A6F75"/>
          <w:sz w:val="19"/>
        </w:rPr>
        <w:t>身をかへて　／　後もまちみよ　／　このよにて　／　おやをわするゝ　／　ためしありや</w:t>
      </w:r>
    </w:p>
    <w:p>
      <w:pPr>
        <w:keepNext/>
        <w:spacing w:after="60"/>
      </w:pPr>
      <w:r>
        <w:rPr>
          <w:b w:val="0"/>
          <w:i/>
          <w:color w:val="222B33"/>
          <w:sz w:val="21"/>
        </w:rPr>
        <w:t>Wait and see, even</w:t>
        <w:br/>
      </w:r>
      <w:r>
        <w:rPr>
          <w:b w:val="0"/>
          <w:i/>
          <w:color w:val="222B33"/>
          <w:sz w:val="21"/>
        </w:rPr>
        <w:t>after I have changed my life:</w:t>
        <w:br/>
      </w:r>
      <w:r>
        <w:rPr>
          <w:b w:val="0"/>
          <w:i/>
          <w:color w:val="222B33"/>
          <w:sz w:val="21"/>
        </w:rPr>
        <w:t>was there ever a case</w:t>
        <w:br/>
      </w:r>
      <w:r>
        <w:rPr>
          <w:b w:val="0"/>
          <w:i/>
          <w:color w:val="222B33"/>
          <w:sz w:val="21"/>
        </w:rPr>
        <w:t>of forgetting a parent</w:t>
        <w:br/>
      </w:r>
      <w:r>
        <w:rPr>
          <w:b w:val="0"/>
          <w:i/>
          <w:color w:val="222B33"/>
          <w:sz w:val="21"/>
        </w:rPr>
        <w:t>in this world?</w:t>
      </w:r>
    </w:p>
    <w:p>
      <w:pPr>
        <w:spacing w:after="40"/>
      </w:pPr>
      <w:r>
        <w:rPr>
          <w:b w:val="0"/>
          <w:i w:val="0"/>
          <w:color w:val="6A6F75"/>
          <w:sz w:val="18"/>
        </w:rPr>
        <w:t xml:space="preserve">In reply to </w:t>
      </w:r>
      <w:hyperlink w:anchor="p314">
        <w:r>
          <w:rPr>
            <w:color w:val="2E5A80"/>
            <w:u w:val="single"/>
            <w:sz w:val="18"/>
          </w:rPr>
          <w:t xml:space="preserve">No. 314 (Gen no Naishi)</w:t>
        </w:r>
      </w:hyperlink>
    </w:p>
    <w:p>
      <w:pPr>
        <w:keepNext/>
        <w:spacing w:after="20" w:before="200"/>
      </w:pPr>
      <w:bookmarkStart w:id="336" w:name="p316"/>
      <w:r>
        <w:rPr>
          <w:b/>
          <w:i w:val="0"/>
          <w:color w:val="222B33"/>
          <w:sz w:val="22"/>
        </w:rPr>
        <w:t>No. 316</w:t>
      </w:r>
      <w:r>
        <w:rPr>
          <w:b w:val="0"/>
          <w:i w:val="0"/>
          <w:color w:val="6A6F75"/>
          <w:sz w:val="18"/>
        </w:rPr>
        <w:t xml:space="preserve">   Genji → Princess Asagao   贈 sent</w:t>
      </w:r>
      <w:bookmarkEnd w:id="336"/>
    </w:p>
    <w:p>
      <w:pPr>
        <w:keepNext/>
        <w:spacing w:after="40"/>
      </w:pPr>
      <w:r>
        <w:rPr>
          <w:b/>
          <w:i w:val="0"/>
          <w:color w:val="6A6F75"/>
          <w:sz w:val="18"/>
        </w:rPr>
        <w:t xml:space="preserve">Context. </w:t>
      </w:r>
      <w:r>
        <w:rPr>
          <w:b w:val="0"/>
          <w:i w:val="0"/>
          <w:color w:val="6A6F75"/>
          <w:sz w:val="19"/>
        </w:rPr>
        <w:t>Genji renews his suit to Princess Asagao; she remains unmoved.</w:t>
      </w:r>
    </w:p>
    <w:p>
      <w:pPr>
        <w:keepNext/>
        <w:spacing w:after="0"/>
      </w:pPr>
      <w:r>
        <w:rPr>
          <w:rFonts w:ascii="Noto Serif CJK JP" w:hAnsi="Noto Serif CJK JP" w:eastAsia="Noto Serif CJK JP"/>
          <w:b w:val="0"/>
          <w:i w:val="0"/>
          <w:color w:val="222B33"/>
          <w:sz w:val="26"/>
        </w:rPr>
        <w:t>つれなさを昔に懲りぬ心こそ人のつらきに添へてつらけれ</w:t>
      </w:r>
    </w:p>
    <w:p>
      <w:pPr>
        <w:keepNext/>
        <w:spacing w:after="60"/>
      </w:pPr>
      <w:r>
        <w:rPr>
          <w:rFonts w:ascii="Noto Serif CJK JP" w:hAnsi="Noto Serif CJK JP" w:eastAsia="Noto Serif CJK JP"/>
          <w:b w:val="0"/>
          <w:i w:val="0"/>
          <w:color w:val="6A6F75"/>
          <w:sz w:val="19"/>
        </w:rPr>
        <w:t>つれなさを　／　むかしにこりぬ　／　心こそ　／　人のつらきに　／　そへてつらけれ</w:t>
      </w:r>
    </w:p>
    <w:p>
      <w:pPr>
        <w:keepNext/>
        <w:spacing w:after="60"/>
      </w:pPr>
      <w:r>
        <w:rPr>
          <w:b w:val="0"/>
          <w:i/>
          <w:color w:val="222B33"/>
          <w:sz w:val="21"/>
        </w:rPr>
        <w:t>My heart, never cured</w:t>
        <w:br/>
      </w:r>
      <w:r>
        <w:rPr>
          <w:b w:val="0"/>
          <w:i/>
          <w:color w:val="222B33"/>
          <w:sz w:val="21"/>
        </w:rPr>
        <w:t>of your old coldness,</w:t>
        <w:br/>
      </w:r>
      <w:r>
        <w:rPr>
          <w:b w:val="0"/>
          <w:i/>
          <w:color w:val="222B33"/>
          <w:sz w:val="21"/>
        </w:rPr>
        <w:t>adds its own cruelty</w:t>
        <w:br/>
      </w:r>
      <w:r>
        <w:rPr>
          <w:b w:val="0"/>
          <w:i/>
          <w:color w:val="222B33"/>
          <w:sz w:val="21"/>
        </w:rPr>
        <w:t>to the cruelty</w:t>
        <w:br/>
      </w:r>
      <w:r>
        <w:rPr>
          <w:b w:val="0"/>
          <w:i/>
          <w:color w:val="222B33"/>
          <w:sz w:val="21"/>
        </w:rPr>
        <w:t>you show me.</w:t>
      </w:r>
    </w:p>
    <w:p>
      <w:pPr>
        <w:spacing w:after="40"/>
      </w:pPr>
      <w:r>
        <w:rPr>
          <w:b w:val="0"/>
          <w:i w:val="0"/>
          <w:color w:val="6A6F75"/>
          <w:sz w:val="18"/>
        </w:rPr>
        <w:t xml:space="preserve">Answered by </w:t>
      </w:r>
      <w:hyperlink w:anchor="p317">
        <w:r>
          <w:rPr>
            <w:color w:val="2E5A80"/>
            <w:u w:val="single"/>
            <w:sz w:val="18"/>
          </w:rPr>
          <w:t xml:space="preserve">No. 317 (Princess Asagao)</w:t>
        </w:r>
      </w:hyperlink>
    </w:p>
    <w:p>
      <w:pPr>
        <w:keepNext/>
        <w:spacing w:after="20" w:before="200"/>
      </w:pPr>
      <w:bookmarkStart w:id="337" w:name="p317"/>
      <w:r>
        <w:rPr>
          <w:b/>
          <w:i w:val="0"/>
          <w:color w:val="222B33"/>
          <w:sz w:val="22"/>
        </w:rPr>
        <w:t>No. 317</w:t>
      </w:r>
      <w:r>
        <w:rPr>
          <w:b w:val="0"/>
          <w:i w:val="0"/>
          <w:color w:val="6A6F75"/>
          <w:sz w:val="18"/>
        </w:rPr>
        <w:t xml:space="preserve">   Princess Asagao → Genji   答 reply</w:t>
      </w:r>
      <w:bookmarkEnd w:id="337"/>
    </w:p>
    <w:p>
      <w:pPr>
        <w:keepNext/>
        <w:spacing w:after="0"/>
      </w:pPr>
      <w:r>
        <w:rPr>
          <w:rFonts w:ascii="Noto Serif CJK JP" w:hAnsi="Noto Serif CJK JP" w:eastAsia="Noto Serif CJK JP"/>
          <w:b w:val="0"/>
          <w:i w:val="0"/>
          <w:color w:val="222B33"/>
          <w:sz w:val="26"/>
        </w:rPr>
        <w:t>あらためて何かは見えむ人のうへにかかりと聞きし心変はりを</w:t>
      </w:r>
    </w:p>
    <w:p>
      <w:pPr>
        <w:keepNext/>
        <w:spacing w:after="60"/>
      </w:pPr>
      <w:r>
        <w:rPr>
          <w:rFonts w:ascii="Noto Serif CJK JP" w:hAnsi="Noto Serif CJK JP" w:eastAsia="Noto Serif CJK JP"/>
          <w:b w:val="0"/>
          <w:i w:val="0"/>
          <w:color w:val="6A6F75"/>
          <w:sz w:val="19"/>
        </w:rPr>
        <w:t>あらためて　／　なにかはみえむ　／　人のうへに　／　かゝりときゝし　／　心かはりを</w:t>
      </w:r>
    </w:p>
    <w:p>
      <w:pPr>
        <w:keepNext/>
        <w:spacing w:after="60"/>
      </w:pPr>
      <w:r>
        <w:rPr>
          <w:b w:val="0"/>
          <w:i/>
          <w:color w:val="222B33"/>
          <w:sz w:val="21"/>
        </w:rPr>
        <w:t>Why should I change now</w:t>
        <w:br/>
      </w:r>
      <w:r>
        <w:rPr>
          <w:b w:val="0"/>
          <w:i/>
          <w:color w:val="222B33"/>
          <w:sz w:val="21"/>
        </w:rPr>
        <w:t>and see you, when I hear</w:t>
        <w:br/>
      </w:r>
      <w:r>
        <w:rPr>
          <w:b w:val="0"/>
          <w:i/>
          <w:color w:val="222B33"/>
          <w:sz w:val="21"/>
        </w:rPr>
        <w:t>of such change of heart</w:t>
        <w:br/>
      </w:r>
      <w:r>
        <w:rPr>
          <w:b w:val="0"/>
          <w:i/>
          <w:color w:val="222B33"/>
          <w:sz w:val="21"/>
        </w:rPr>
        <w:t>in others</w:t>
        <w:br/>
      </w:r>
      <w:r>
        <w:rPr>
          <w:b w:val="0"/>
          <w:i/>
          <w:color w:val="222B33"/>
          <w:sz w:val="21"/>
        </w:rPr>
        <w:t>toward you?</w:t>
      </w:r>
    </w:p>
    <w:p>
      <w:pPr>
        <w:spacing w:after="40"/>
      </w:pPr>
      <w:r>
        <w:rPr>
          <w:b w:val="0"/>
          <w:i w:val="0"/>
          <w:color w:val="6A6F75"/>
          <w:sz w:val="18"/>
        </w:rPr>
        <w:t xml:space="preserve">In reply to </w:t>
      </w:r>
      <w:hyperlink w:anchor="p316">
        <w:r>
          <w:rPr>
            <w:color w:val="2E5A80"/>
            <w:u w:val="single"/>
            <w:sz w:val="18"/>
          </w:rPr>
          <w:t xml:space="preserve">No. 316 (Genji)</w:t>
        </w:r>
      </w:hyperlink>
    </w:p>
    <w:p>
      <w:pPr>
        <w:keepNext/>
        <w:spacing w:after="20" w:before="200"/>
      </w:pPr>
      <w:bookmarkStart w:id="338" w:name="p318"/>
      <w:r>
        <w:rPr>
          <w:b/>
          <w:i w:val="0"/>
          <w:color w:val="222B33"/>
          <w:sz w:val="22"/>
        </w:rPr>
        <w:t>No. 318</w:t>
      </w:r>
      <w:r>
        <w:rPr>
          <w:b w:val="0"/>
          <w:i w:val="0"/>
          <w:color w:val="6A6F75"/>
          <w:sz w:val="18"/>
        </w:rPr>
        <w:t xml:space="preserve">   Murasaki → Genji   贈 sent</w:t>
      </w:r>
      <w:bookmarkEnd w:id="338"/>
    </w:p>
    <w:p>
      <w:pPr>
        <w:keepNext/>
        <w:spacing w:after="40"/>
      </w:pPr>
      <w:r>
        <w:rPr>
          <w:b/>
          <w:i w:val="0"/>
          <w:color w:val="6A6F75"/>
          <w:sz w:val="18"/>
        </w:rPr>
        <w:t xml:space="preserve">Context. </w:t>
      </w:r>
      <w:r>
        <w:rPr>
          <w:b w:val="0"/>
          <w:i w:val="0"/>
          <w:color w:val="6A6F75"/>
          <w:sz w:val="19"/>
        </w:rPr>
        <w:t>Murasaki and Genji on a winter night; she fears Asagao will displace her.</w:t>
      </w:r>
    </w:p>
    <w:p>
      <w:pPr>
        <w:keepNext/>
        <w:spacing w:after="0"/>
      </w:pPr>
      <w:r>
        <w:rPr>
          <w:rFonts w:ascii="Noto Serif CJK JP" w:hAnsi="Noto Serif CJK JP" w:eastAsia="Noto Serif CJK JP"/>
          <w:b w:val="0"/>
          <w:i w:val="0"/>
          <w:color w:val="222B33"/>
          <w:sz w:val="26"/>
        </w:rPr>
        <w:t>氷閉ぢ石間の水は行きなやみ空澄む月の影ぞ流るる</w:t>
      </w:r>
    </w:p>
    <w:p>
      <w:pPr>
        <w:keepNext/>
        <w:spacing w:after="60"/>
      </w:pPr>
      <w:r>
        <w:rPr>
          <w:rFonts w:ascii="Noto Serif CJK JP" w:hAnsi="Noto Serif CJK JP" w:eastAsia="Noto Serif CJK JP"/>
          <w:b w:val="0"/>
          <w:i w:val="0"/>
          <w:color w:val="6A6F75"/>
          <w:sz w:val="19"/>
        </w:rPr>
        <w:t>こほりとち　／　いしまの水は　／　ゆきなやみ　／　空すむ月の　／　かけそなかるゝ</w:t>
      </w:r>
    </w:p>
    <w:p>
      <w:pPr>
        <w:keepNext/>
        <w:spacing w:after="60"/>
      </w:pPr>
      <w:r>
        <w:rPr>
          <w:b w:val="0"/>
          <w:i/>
          <w:color w:val="222B33"/>
          <w:sz w:val="21"/>
        </w:rPr>
        <w:t>The water among the stones,</w:t>
        <w:br/>
      </w:r>
      <w:r>
        <w:rPr>
          <w:b w:val="0"/>
          <w:i/>
          <w:color w:val="222B33"/>
          <w:sz w:val="21"/>
        </w:rPr>
        <w:t>shut in by ice, hardly flows,</w:t>
        <w:br/>
      </w:r>
      <w:r>
        <w:rPr>
          <w:b w:val="0"/>
          <w:i/>
          <w:color w:val="222B33"/>
          <w:sz w:val="21"/>
        </w:rPr>
        <w:t>and the moonlight from the clear sky</w:t>
        <w:br/>
      </w:r>
      <w:r>
        <w:rPr>
          <w:b w:val="0"/>
          <w:i/>
          <w:color w:val="222B33"/>
          <w:sz w:val="21"/>
        </w:rPr>
        <w:t>streams</w:t>
        <w:br/>
      </w:r>
      <w:r>
        <w:rPr>
          <w:b w:val="0"/>
          <w:i/>
          <w:color w:val="222B33"/>
          <w:sz w:val="21"/>
        </w:rPr>
        <w:t>onward.</w:t>
      </w:r>
    </w:p>
    <w:p>
      <w:pPr>
        <w:spacing w:after="40"/>
      </w:pPr>
      <w:r>
        <w:rPr>
          <w:b w:val="0"/>
          <w:i w:val="0"/>
          <w:color w:val="222B33"/>
          <w:sz w:val="19"/>
        </w:rPr>
        <w:t>A winter night in the snow; she feels her position slipping.</w:t>
      </w:r>
    </w:p>
    <w:p>
      <w:pPr>
        <w:spacing w:after="40"/>
      </w:pPr>
      <w:r>
        <w:rPr>
          <w:b w:val="0"/>
          <w:i w:val="0"/>
          <w:color w:val="6A6F75"/>
          <w:sz w:val="18"/>
        </w:rPr>
        <w:t xml:space="preserve">Answered by </w:t>
      </w:r>
      <w:hyperlink w:anchor="p319">
        <w:r>
          <w:rPr>
            <w:color w:val="2E5A80"/>
            <w:u w:val="single"/>
            <w:sz w:val="18"/>
          </w:rPr>
          <w:t xml:space="preserve">No. 319 (Genji)</w:t>
        </w:r>
      </w:hyperlink>
    </w:p>
    <w:p>
      <w:pPr>
        <w:keepNext/>
        <w:spacing w:after="20" w:before="200"/>
      </w:pPr>
      <w:bookmarkStart w:id="339" w:name="p319"/>
      <w:r>
        <w:rPr>
          <w:b/>
          <w:i w:val="0"/>
          <w:color w:val="222B33"/>
          <w:sz w:val="22"/>
        </w:rPr>
        <w:t>No. 319</w:t>
      </w:r>
      <w:r>
        <w:rPr>
          <w:b w:val="0"/>
          <w:i w:val="0"/>
          <w:color w:val="6A6F75"/>
          <w:sz w:val="18"/>
        </w:rPr>
        <w:t xml:space="preserve">   Genji → Murasaki   答 reply</w:t>
      </w:r>
      <w:bookmarkEnd w:id="339"/>
    </w:p>
    <w:p>
      <w:pPr>
        <w:keepNext/>
        <w:spacing w:after="0"/>
      </w:pPr>
      <w:r>
        <w:rPr>
          <w:rFonts w:ascii="Noto Serif CJK JP" w:hAnsi="Noto Serif CJK JP" w:eastAsia="Noto Serif CJK JP"/>
          <w:b w:val="0"/>
          <w:i w:val="0"/>
          <w:color w:val="222B33"/>
          <w:sz w:val="26"/>
        </w:rPr>
        <w:t>かきつめて昔恋しき雪もよにあはれを添ふる鴛鴦の浮寝か</w:t>
      </w:r>
    </w:p>
    <w:p>
      <w:pPr>
        <w:keepNext/>
        <w:spacing w:after="60"/>
      </w:pPr>
      <w:r>
        <w:rPr>
          <w:rFonts w:ascii="Noto Serif CJK JP" w:hAnsi="Noto Serif CJK JP" w:eastAsia="Noto Serif CJK JP"/>
          <w:b w:val="0"/>
          <w:i w:val="0"/>
          <w:color w:val="6A6F75"/>
          <w:sz w:val="19"/>
        </w:rPr>
        <w:t>かきつめて　／　むかし恋しき　／　ゆきもよに　／　あはれをそふる　／　をしのうきねか</w:t>
      </w:r>
    </w:p>
    <w:p>
      <w:pPr>
        <w:keepNext/>
        <w:spacing w:after="60"/>
      </w:pPr>
      <w:r>
        <w:rPr>
          <w:b w:val="0"/>
          <w:i/>
          <w:color w:val="222B33"/>
          <w:sz w:val="21"/>
        </w:rPr>
        <w:t>In the snowfall that gathers</w:t>
        <w:br/>
      </w:r>
      <w:r>
        <w:rPr>
          <w:b w:val="0"/>
          <w:i/>
          <w:color w:val="222B33"/>
          <w:sz w:val="21"/>
        </w:rPr>
        <w:t>all my longing for the past,</w:t>
        <w:br/>
      </w:r>
      <w:r>
        <w:rPr>
          <w:b w:val="0"/>
          <w:i/>
          <w:color w:val="222B33"/>
          <w:sz w:val="21"/>
        </w:rPr>
        <w:t>does the mandarin duck’s</w:t>
        <w:br/>
      </w:r>
      <w:r>
        <w:rPr>
          <w:b w:val="0"/>
          <w:i/>
          <w:color w:val="222B33"/>
          <w:sz w:val="21"/>
        </w:rPr>
        <w:t>floating sleep</w:t>
        <w:br/>
      </w:r>
      <w:r>
        <w:rPr>
          <w:b w:val="0"/>
          <w:i/>
          <w:color w:val="222B33"/>
          <w:sz w:val="21"/>
        </w:rPr>
        <w:t>add to the sorrow?</w:t>
      </w:r>
    </w:p>
    <w:p>
      <w:pPr>
        <w:spacing w:after="40"/>
      </w:pPr>
      <w:r>
        <w:rPr>
          <w:b w:val="0"/>
          <w:i w:val="0"/>
          <w:color w:val="6A6F75"/>
          <w:sz w:val="18"/>
        </w:rPr>
        <w:t xml:space="preserve">In reply to </w:t>
      </w:r>
      <w:hyperlink w:anchor="p318">
        <w:r>
          <w:rPr>
            <w:color w:val="2E5A80"/>
            <w:u w:val="single"/>
            <w:sz w:val="18"/>
          </w:rPr>
          <w:t xml:space="preserve">No. 318 (Murasaki)</w:t>
        </w:r>
      </w:hyperlink>
    </w:p>
    <w:p>
      <w:pPr>
        <w:keepNext/>
        <w:spacing w:after="20" w:before="200"/>
      </w:pPr>
      <w:bookmarkStart w:id="340" w:name="p320"/>
      <w:r>
        <w:rPr>
          <w:b/>
          <w:i w:val="0"/>
          <w:color w:val="222B33"/>
          <w:sz w:val="22"/>
        </w:rPr>
        <w:t>No. 320</w:t>
      </w:r>
      <w:r>
        <w:rPr>
          <w:b w:val="0"/>
          <w:i w:val="0"/>
          <w:color w:val="6A6F75"/>
          <w:sz w:val="18"/>
        </w:rPr>
        <w:t xml:space="preserve">   Genji   独 solo</w:t>
      </w:r>
      <w:bookmarkEnd w:id="340"/>
    </w:p>
    <w:p>
      <w:pPr>
        <w:keepNext/>
        <w:spacing w:after="40"/>
      </w:pPr>
      <w:r>
        <w:rPr>
          <w:b/>
          <w:i w:val="0"/>
          <w:color w:val="6A6F75"/>
          <w:sz w:val="18"/>
        </w:rPr>
        <w:t xml:space="preserve">Context. </w:t>
      </w:r>
      <w:r>
        <w:rPr>
          <w:b w:val="0"/>
          <w:i w:val="0"/>
          <w:color w:val="6A6F75"/>
          <w:sz w:val="19"/>
        </w:rPr>
        <w:t>Fujitsubo appears to Genji in a dream, reproaching him for speaking of her.</w:t>
      </w:r>
    </w:p>
    <w:p>
      <w:pPr>
        <w:keepNext/>
        <w:spacing w:after="0"/>
      </w:pPr>
      <w:r>
        <w:rPr>
          <w:rFonts w:ascii="Noto Serif CJK JP" w:hAnsi="Noto Serif CJK JP" w:eastAsia="Noto Serif CJK JP"/>
          <w:b w:val="0"/>
          <w:i w:val="0"/>
          <w:color w:val="222B33"/>
          <w:sz w:val="26"/>
        </w:rPr>
        <w:t>とけて寝ぬ寝覚さびしき冬の夜にむすぼほれつる夢の短さ</w:t>
      </w:r>
    </w:p>
    <w:p>
      <w:pPr>
        <w:keepNext/>
        <w:spacing w:after="60"/>
      </w:pPr>
      <w:r>
        <w:rPr>
          <w:rFonts w:ascii="Noto Serif CJK JP" w:hAnsi="Noto Serif CJK JP" w:eastAsia="Noto Serif CJK JP"/>
          <w:b w:val="0"/>
          <w:i w:val="0"/>
          <w:color w:val="6A6F75"/>
          <w:sz w:val="19"/>
        </w:rPr>
        <w:t>とけてねぬ　／　ねさめさひしき　／　冬の夜に　／　むすほゝれつる　／　夢のみしかさ</w:t>
      </w:r>
    </w:p>
    <w:p>
      <w:pPr>
        <w:keepNext/>
        <w:spacing w:after="60"/>
      </w:pPr>
      <w:r>
        <w:rPr>
          <w:b w:val="0"/>
          <w:i/>
          <w:color w:val="222B33"/>
          <w:sz w:val="21"/>
        </w:rPr>
        <w:t>On a winter night of fitful waking,</w:t>
        <w:br/>
      </w:r>
      <w:r>
        <w:rPr>
          <w:b w:val="0"/>
          <w:i/>
          <w:color w:val="222B33"/>
          <w:sz w:val="21"/>
        </w:rPr>
        <w:t>not sleeping at ease,</w:t>
        <w:br/>
      </w:r>
      <w:r>
        <w:rPr>
          <w:b w:val="0"/>
          <w:i/>
          <w:color w:val="222B33"/>
          <w:sz w:val="21"/>
        </w:rPr>
        <w:t>how short the dream</w:t>
        <w:br/>
      </w:r>
      <w:r>
        <w:rPr>
          <w:b w:val="0"/>
          <w:i/>
          <w:color w:val="222B33"/>
          <w:sz w:val="21"/>
        </w:rPr>
        <w:t>I was</w:t>
        <w:br/>
      </w:r>
      <w:r>
        <w:rPr>
          <w:b w:val="0"/>
          <w:i/>
          <w:color w:val="222B33"/>
          <w:sz w:val="21"/>
        </w:rPr>
        <w:t>bound into.</w:t>
      </w:r>
    </w:p>
    <w:p>
      <w:pPr>
        <w:spacing w:after="40"/>
      </w:pPr>
      <w:r>
        <w:rPr>
          <w:b w:val="0"/>
          <w:i w:val="0"/>
          <w:color w:val="222B33"/>
          <w:sz w:val="19"/>
        </w:rPr>
        <w:t>Fujitsubo has appeared to him in a dream.</w:t>
      </w:r>
    </w:p>
    <w:p>
      <w:pPr>
        <w:keepNext/>
        <w:spacing w:after="20" w:before="200"/>
      </w:pPr>
      <w:bookmarkStart w:id="341" w:name="p321"/>
      <w:r>
        <w:rPr>
          <w:b/>
          <w:i w:val="0"/>
          <w:color w:val="222B33"/>
          <w:sz w:val="22"/>
        </w:rPr>
        <w:t>No. 321</w:t>
      </w:r>
      <w:r>
        <w:rPr>
          <w:b w:val="0"/>
          <w:i w:val="0"/>
          <w:color w:val="6A6F75"/>
          <w:sz w:val="18"/>
        </w:rPr>
        <w:t xml:space="preserve">   Genji   独 solo</w:t>
      </w:r>
      <w:bookmarkEnd w:id="341"/>
    </w:p>
    <w:p>
      <w:pPr>
        <w:keepNext/>
        <w:spacing w:after="40"/>
      </w:pPr>
      <w:r>
        <w:rPr>
          <w:b/>
          <w:i w:val="0"/>
          <w:color w:val="6A6F75"/>
          <w:sz w:val="18"/>
        </w:rPr>
        <w:t xml:space="preserve">Context. </w:t>
      </w:r>
      <w:r>
        <w:rPr>
          <w:b w:val="0"/>
          <w:i w:val="0"/>
          <w:color w:val="6A6F75"/>
          <w:sz w:val="19"/>
        </w:rPr>
        <w:t>Genji after the dream of Fujitsubo; he prays for her.</w:t>
      </w:r>
    </w:p>
    <w:p>
      <w:pPr>
        <w:keepNext/>
        <w:spacing w:after="0"/>
      </w:pPr>
      <w:r>
        <w:rPr>
          <w:rFonts w:ascii="Noto Serif CJK JP" w:hAnsi="Noto Serif CJK JP" w:eastAsia="Noto Serif CJK JP"/>
          <w:b w:val="0"/>
          <w:i w:val="0"/>
          <w:color w:val="222B33"/>
          <w:sz w:val="26"/>
        </w:rPr>
        <w:t>亡き人を慕ふ心にまかせても影見ぬ三つの瀬にや惑はむ</w:t>
      </w:r>
    </w:p>
    <w:p>
      <w:pPr>
        <w:keepNext/>
        <w:spacing w:after="60"/>
      </w:pPr>
      <w:r>
        <w:rPr>
          <w:rFonts w:ascii="Noto Serif CJK JP" w:hAnsi="Noto Serif CJK JP" w:eastAsia="Noto Serif CJK JP"/>
          <w:b w:val="0"/>
          <w:i w:val="0"/>
          <w:color w:val="6A6F75"/>
          <w:sz w:val="19"/>
        </w:rPr>
        <w:t>なき人を　／　したふ心に　／　まかせても　／　かけみぬみつの　／　せにやまとはむ</w:t>
      </w:r>
    </w:p>
    <w:p>
      <w:pPr>
        <w:keepNext/>
        <w:spacing w:after="60"/>
      </w:pPr>
      <w:r>
        <w:rPr>
          <w:b w:val="0"/>
          <w:i/>
          <w:color w:val="222B33"/>
          <w:sz w:val="21"/>
        </w:rPr>
        <w:t>Even if I let my heart</w:t>
        <w:br/>
      </w:r>
      <w:r>
        <w:rPr>
          <w:b w:val="0"/>
          <w:i/>
          <w:color w:val="222B33"/>
          <w:sz w:val="21"/>
        </w:rPr>
        <w:t>follow the one who is gone,</w:t>
        <w:br/>
      </w:r>
      <w:r>
        <w:rPr>
          <w:b w:val="0"/>
          <w:i/>
          <w:color w:val="222B33"/>
          <w:sz w:val="21"/>
        </w:rPr>
        <w:t>shall I wander lost, not seeing her,</w:t>
        <w:br/>
      </w:r>
      <w:r>
        <w:rPr>
          <w:b w:val="0"/>
          <w:i/>
          <w:color w:val="222B33"/>
          <w:sz w:val="21"/>
        </w:rPr>
        <w:t>at the river</w:t>
        <w:br/>
      </w:r>
      <w:r>
        <w:rPr>
          <w:b w:val="0"/>
          <w:i/>
          <w:color w:val="222B33"/>
          <w:sz w:val="21"/>
        </w:rPr>
        <w:t>of the three crossings?</w:t>
      </w:r>
    </w:p>
    <w:p>
      <w:pPr>
        <w:spacing w:after="40"/>
      </w:pPr>
      <w:r>
        <w:rPr>
          <w:b w:val="0"/>
          <w:i w:val="0"/>
          <w:color w:val="222B33"/>
          <w:sz w:val="19"/>
        </w:rPr>
        <w:t>The river of the dead: Fujitsubo’s sin is his doing.</w:t>
      </w:r>
    </w:p>
    <w:p>
      <w:pPr>
        <w:pStyle w:val="Heading1"/>
      </w:pPr>
      <w:bookmarkStart w:id="342" w:name="ch21"/>
      <w:r>
        <w:t>Chapter 21 · Otome 乙女</w:t>
      </w:r>
      <w:bookmarkEnd w:id="342"/>
    </w:p>
    <w:p>
      <w:pPr>
        <w:keepNext/>
        <w:spacing w:after="20" w:before="200"/>
      </w:pPr>
      <w:bookmarkStart w:id="343" w:name="p322"/>
      <w:r>
        <w:rPr>
          <w:b/>
          <w:i w:val="0"/>
          <w:color w:val="222B33"/>
          <w:sz w:val="22"/>
        </w:rPr>
        <w:t>No. 322</w:t>
      </w:r>
      <w:r>
        <w:rPr>
          <w:b w:val="0"/>
          <w:i w:val="0"/>
          <w:color w:val="6A6F75"/>
          <w:sz w:val="18"/>
        </w:rPr>
        <w:t xml:space="preserve">   Genji → Princess Asagao   贈 sent</w:t>
      </w:r>
      <w:bookmarkEnd w:id="343"/>
    </w:p>
    <w:p>
      <w:pPr>
        <w:keepNext/>
        <w:spacing w:after="40"/>
      </w:pPr>
      <w:r>
        <w:rPr>
          <w:b/>
          <w:i w:val="0"/>
          <w:color w:val="6A6F75"/>
          <w:sz w:val="18"/>
        </w:rPr>
        <w:t xml:space="preserve">Context. </w:t>
      </w:r>
      <w:r>
        <w:rPr>
          <w:b w:val="0"/>
          <w:i w:val="0"/>
          <w:color w:val="6A6F75"/>
          <w:sz w:val="19"/>
        </w:rPr>
        <w:t>Genji to Princess Asagao; the last of the suit.</w:t>
      </w:r>
    </w:p>
    <w:p>
      <w:pPr>
        <w:keepNext/>
        <w:spacing w:after="0"/>
      </w:pPr>
      <w:r>
        <w:rPr>
          <w:rFonts w:ascii="Noto Serif CJK JP" w:hAnsi="Noto Serif CJK JP" w:eastAsia="Noto Serif CJK JP"/>
          <w:b w:val="0"/>
          <w:i w:val="0"/>
          <w:color w:val="222B33"/>
          <w:sz w:val="26"/>
        </w:rPr>
        <w:t>かけきやは川瀬の波もたちかへり君が禊の藤のやつれを</w:t>
      </w:r>
    </w:p>
    <w:p>
      <w:pPr>
        <w:keepNext/>
        <w:spacing w:after="60"/>
      </w:pPr>
      <w:r>
        <w:rPr>
          <w:rFonts w:ascii="Noto Serif CJK JP" w:hAnsi="Noto Serif CJK JP" w:eastAsia="Noto Serif CJK JP"/>
          <w:b w:val="0"/>
          <w:i w:val="0"/>
          <w:color w:val="6A6F75"/>
          <w:sz w:val="19"/>
        </w:rPr>
        <w:t>かけきやは　／　かはせのなみも　／　たちかへり　／　君かみそきの　／　ふちのやつれを</w:t>
      </w:r>
    </w:p>
    <w:p>
      <w:pPr>
        <w:keepNext/>
        <w:spacing w:after="60"/>
      </w:pPr>
      <w:r>
        <w:rPr>
          <w:b w:val="0"/>
          <w:i/>
          <w:color w:val="222B33"/>
          <w:sz w:val="21"/>
        </w:rPr>
        <w:t>Could I have thought</w:t>
        <w:br/>
      </w:r>
      <w:r>
        <w:rPr>
          <w:b w:val="0"/>
          <w:i/>
          <w:color w:val="222B33"/>
          <w:sz w:val="21"/>
        </w:rPr>
        <w:t>the waves would turn back in the shallows,</w:t>
        <w:br/>
      </w:r>
      <w:r>
        <w:rPr>
          <w:b w:val="0"/>
          <w:i/>
          <w:color w:val="222B33"/>
          <w:sz w:val="21"/>
        </w:rPr>
        <w:t>to your lustration</w:t>
        <w:br/>
      </w:r>
      <w:r>
        <w:rPr>
          <w:b w:val="0"/>
          <w:i/>
          <w:color w:val="222B33"/>
          <w:sz w:val="21"/>
        </w:rPr>
        <w:t>in wisteria</w:t>
        <w:br/>
      </w:r>
      <w:r>
        <w:rPr>
          <w:b w:val="0"/>
          <w:i/>
          <w:color w:val="222B33"/>
          <w:sz w:val="21"/>
        </w:rPr>
        <w:t>mourning?</w:t>
      </w:r>
    </w:p>
    <w:p>
      <w:pPr>
        <w:spacing w:after="40"/>
      </w:pPr>
      <w:r>
        <w:rPr>
          <w:b w:val="0"/>
          <w:i w:val="0"/>
          <w:color w:val="222B33"/>
          <w:sz w:val="19"/>
        </w:rPr>
        <w:t>She ends mourning for her father.</w:t>
      </w:r>
    </w:p>
    <w:p>
      <w:pPr>
        <w:spacing w:after="40"/>
      </w:pPr>
      <w:r>
        <w:rPr>
          <w:b w:val="0"/>
          <w:i w:val="0"/>
          <w:color w:val="6A6F75"/>
          <w:sz w:val="18"/>
        </w:rPr>
        <w:t xml:space="preserve">Answered by </w:t>
      </w:r>
      <w:hyperlink w:anchor="p323">
        <w:r>
          <w:rPr>
            <w:color w:val="2E5A80"/>
            <w:u w:val="single"/>
            <w:sz w:val="18"/>
          </w:rPr>
          <w:t xml:space="preserve">No. 323 (Princess Asagao)</w:t>
        </w:r>
      </w:hyperlink>
    </w:p>
    <w:p>
      <w:pPr>
        <w:keepNext/>
        <w:spacing w:after="20" w:before="200"/>
      </w:pPr>
      <w:bookmarkStart w:id="344" w:name="p323"/>
      <w:r>
        <w:rPr>
          <w:b/>
          <w:i w:val="0"/>
          <w:color w:val="222B33"/>
          <w:sz w:val="22"/>
        </w:rPr>
        <w:t>No. 323</w:t>
      </w:r>
      <w:r>
        <w:rPr>
          <w:b w:val="0"/>
          <w:i w:val="0"/>
          <w:color w:val="6A6F75"/>
          <w:sz w:val="18"/>
        </w:rPr>
        <w:t xml:space="preserve">   Princess Asagao → Genji   答 reply</w:t>
      </w:r>
      <w:bookmarkEnd w:id="344"/>
    </w:p>
    <w:p>
      <w:pPr>
        <w:keepNext/>
        <w:spacing w:after="0"/>
      </w:pPr>
      <w:r>
        <w:rPr>
          <w:rFonts w:ascii="Noto Serif CJK JP" w:hAnsi="Noto Serif CJK JP" w:eastAsia="Noto Serif CJK JP"/>
          <w:b w:val="0"/>
          <w:i w:val="0"/>
          <w:color w:val="222B33"/>
          <w:sz w:val="26"/>
        </w:rPr>
        <w:t>藤衣着しは昨日と思ふまに今日は禊の瀬にかはる世を</w:t>
      </w:r>
    </w:p>
    <w:p>
      <w:pPr>
        <w:keepNext/>
        <w:spacing w:after="60"/>
      </w:pPr>
      <w:r>
        <w:rPr>
          <w:rFonts w:ascii="Noto Serif CJK JP" w:hAnsi="Noto Serif CJK JP" w:eastAsia="Noto Serif CJK JP"/>
          <w:b w:val="0"/>
          <w:i w:val="0"/>
          <w:color w:val="6A6F75"/>
          <w:sz w:val="19"/>
        </w:rPr>
        <w:t>ふちころも　／　きしはきのふと　／　思ふまに　／　けふはみそきの　／　せにかはる世を</w:t>
      </w:r>
    </w:p>
    <w:p>
      <w:pPr>
        <w:keepNext/>
        <w:spacing w:after="60"/>
      </w:pPr>
      <w:r>
        <w:rPr>
          <w:b w:val="0"/>
          <w:i/>
          <w:color w:val="222B33"/>
          <w:sz w:val="21"/>
        </w:rPr>
        <w:t>Mourning robes of wisteria:</w:t>
        <w:br/>
      </w:r>
      <w:r>
        <w:rPr>
          <w:b w:val="0"/>
          <w:i/>
          <w:color w:val="222B33"/>
          <w:sz w:val="21"/>
        </w:rPr>
        <w:t>I thought I wore them only yesterday,</w:t>
        <w:br/>
      </w:r>
      <w:r>
        <w:rPr>
          <w:b w:val="0"/>
          <w:i/>
          <w:color w:val="222B33"/>
          <w:sz w:val="21"/>
        </w:rPr>
        <w:t>and today the world</w:t>
        <w:br/>
      </w:r>
      <w:r>
        <w:rPr>
          <w:b w:val="0"/>
          <w:i/>
          <w:color w:val="222B33"/>
          <w:sz w:val="21"/>
        </w:rPr>
        <w:t>changes to the shallows</w:t>
        <w:br/>
      </w:r>
      <w:r>
        <w:rPr>
          <w:b w:val="0"/>
          <w:i/>
          <w:color w:val="222B33"/>
          <w:sz w:val="21"/>
        </w:rPr>
        <w:t>of lustration.</w:t>
      </w:r>
    </w:p>
    <w:p>
      <w:pPr>
        <w:spacing w:after="40"/>
      </w:pPr>
      <w:r>
        <w:rPr>
          <w:b w:val="0"/>
          <w:i w:val="0"/>
          <w:color w:val="6A6F75"/>
          <w:sz w:val="18"/>
        </w:rPr>
        <w:t xml:space="preserve">In reply to </w:t>
      </w:r>
      <w:hyperlink w:anchor="p322">
        <w:r>
          <w:rPr>
            <w:color w:val="2E5A80"/>
            <w:u w:val="single"/>
            <w:sz w:val="18"/>
          </w:rPr>
          <w:t xml:space="preserve">No. 322 (Genji)</w:t>
        </w:r>
      </w:hyperlink>
    </w:p>
    <w:p>
      <w:pPr>
        <w:keepNext/>
        <w:spacing w:after="20" w:before="200"/>
      </w:pPr>
      <w:bookmarkStart w:id="345" w:name="p324"/>
      <w:r>
        <w:rPr>
          <w:b/>
          <w:i w:val="0"/>
          <w:color w:val="222B33"/>
          <w:sz w:val="22"/>
        </w:rPr>
        <w:t>No. 324</w:t>
      </w:r>
      <w:r>
        <w:rPr>
          <w:b w:val="0"/>
          <w:i w:val="0"/>
          <w:color w:val="6A6F75"/>
          <w:sz w:val="18"/>
        </w:rPr>
        <w:t xml:space="preserve">   Yūgiri   独 solo</w:t>
      </w:r>
      <w:bookmarkEnd w:id="345"/>
    </w:p>
    <w:p>
      <w:pPr>
        <w:keepNext/>
        <w:spacing w:after="40"/>
      </w:pPr>
      <w:r>
        <w:rPr>
          <w:b/>
          <w:i w:val="0"/>
          <w:color w:val="6A6F75"/>
          <w:sz w:val="18"/>
        </w:rPr>
        <w:t xml:space="preserve">Context. </w:t>
      </w:r>
      <w:r>
        <w:rPr>
          <w:b w:val="0"/>
          <w:i w:val="0"/>
          <w:color w:val="6A6F75"/>
          <w:sz w:val="19"/>
        </w:rPr>
        <w:t>Yūgiri, separated from Kumoi no Kari by her father, hears geese at night.</w:t>
      </w:r>
    </w:p>
    <w:p>
      <w:pPr>
        <w:keepNext/>
        <w:spacing w:after="0"/>
      </w:pPr>
      <w:r>
        <w:rPr>
          <w:rFonts w:ascii="Noto Serif CJK JP" w:hAnsi="Noto Serif CJK JP" w:eastAsia="Noto Serif CJK JP"/>
          <w:b w:val="0"/>
          <w:i w:val="0"/>
          <w:color w:val="222B33"/>
          <w:sz w:val="26"/>
        </w:rPr>
        <w:t>さ夜中に友呼びわたる雁が音にうたて吹き添ふ荻の上風</w:t>
      </w:r>
    </w:p>
    <w:p>
      <w:pPr>
        <w:keepNext/>
        <w:spacing w:after="60"/>
      </w:pPr>
      <w:r>
        <w:rPr>
          <w:rFonts w:ascii="Noto Serif CJK JP" w:hAnsi="Noto Serif CJK JP" w:eastAsia="Noto Serif CJK JP"/>
          <w:b w:val="0"/>
          <w:i w:val="0"/>
          <w:color w:val="6A6F75"/>
          <w:sz w:val="19"/>
        </w:rPr>
        <w:t>さ夜中に　／　ともよひわたる　／　かりかねに　／　うたてふきそふ　／　荻のうはかせ</w:t>
      </w:r>
    </w:p>
    <w:p>
      <w:pPr>
        <w:keepNext/>
        <w:spacing w:after="60"/>
      </w:pPr>
      <w:r>
        <w:rPr>
          <w:b w:val="0"/>
          <w:i/>
          <w:color w:val="222B33"/>
          <w:sz w:val="21"/>
        </w:rPr>
        <w:t>In the middle of the night</w:t>
        <w:br/>
      </w:r>
      <w:r>
        <w:rPr>
          <w:b w:val="0"/>
          <w:i/>
          <w:color w:val="222B33"/>
          <w:sz w:val="21"/>
        </w:rPr>
        <w:t>to the geese that call their friends,</w:t>
        <w:br/>
      </w:r>
      <w:r>
        <w:rPr>
          <w:b w:val="0"/>
          <w:i/>
          <w:color w:val="222B33"/>
          <w:sz w:val="21"/>
        </w:rPr>
        <w:t>how sadly</w:t>
        <w:br/>
      </w:r>
      <w:r>
        <w:rPr>
          <w:b w:val="0"/>
          <w:i/>
          <w:color w:val="222B33"/>
          <w:sz w:val="21"/>
        </w:rPr>
        <w:t>the wind on the reeds</w:t>
        <w:br/>
      </w:r>
      <w:r>
        <w:rPr>
          <w:b w:val="0"/>
          <w:i/>
          <w:color w:val="222B33"/>
          <w:sz w:val="21"/>
        </w:rPr>
        <w:t>joins in.</w:t>
      </w:r>
    </w:p>
    <w:p>
      <w:pPr>
        <w:spacing w:after="40"/>
      </w:pPr>
      <w:r>
        <w:rPr>
          <w:b w:val="0"/>
          <w:i w:val="0"/>
          <w:color w:val="222B33"/>
          <w:sz w:val="19"/>
        </w:rPr>
        <w:t>Separated from Kumoi no Kari.</w:t>
      </w:r>
    </w:p>
    <w:p>
      <w:pPr>
        <w:keepNext/>
        <w:spacing w:after="20" w:before="200"/>
      </w:pPr>
      <w:bookmarkStart w:id="346" w:name="p325"/>
      <w:r>
        <w:rPr>
          <w:b/>
          <w:i w:val="0"/>
          <w:color w:val="222B33"/>
          <w:sz w:val="22"/>
        </w:rPr>
        <w:t>No. 325</w:t>
      </w:r>
      <w:r>
        <w:rPr>
          <w:b w:val="0"/>
          <w:i w:val="0"/>
          <w:color w:val="6A6F75"/>
          <w:sz w:val="18"/>
        </w:rPr>
        <w:t xml:space="preserve">   Yūgiri → Kumoi no Kari   贈 sent</w:t>
      </w:r>
      <w:bookmarkEnd w:id="346"/>
    </w:p>
    <w:p>
      <w:pPr>
        <w:keepNext/>
        <w:spacing w:after="40"/>
      </w:pPr>
      <w:r>
        <w:rPr>
          <w:b/>
          <w:i w:val="0"/>
          <w:color w:val="6A6F75"/>
          <w:sz w:val="18"/>
        </w:rPr>
        <w:t xml:space="preserve">Context. </w:t>
      </w:r>
      <w:r>
        <w:rPr>
          <w:b w:val="0"/>
          <w:i w:val="0"/>
          <w:color w:val="6A6F75"/>
          <w:sz w:val="19"/>
        </w:rPr>
        <w:t>Yūgiri to Kumoi no Kari, after being parted; his low rank shames him.</w:t>
      </w:r>
    </w:p>
    <w:p>
      <w:pPr>
        <w:keepNext/>
        <w:spacing w:after="0"/>
      </w:pPr>
      <w:r>
        <w:rPr>
          <w:rFonts w:ascii="Noto Serif CJK JP" w:hAnsi="Noto Serif CJK JP" w:eastAsia="Noto Serif CJK JP"/>
          <w:b w:val="0"/>
          <w:i w:val="0"/>
          <w:color w:val="222B33"/>
          <w:sz w:val="26"/>
        </w:rPr>
        <w:t>くれなゐの涙に深き袖の色を浅緑にや言ひしをるべき</w:t>
      </w:r>
    </w:p>
    <w:p>
      <w:pPr>
        <w:keepNext/>
        <w:spacing w:after="60"/>
      </w:pPr>
      <w:r>
        <w:rPr>
          <w:rFonts w:ascii="Noto Serif CJK JP" w:hAnsi="Noto Serif CJK JP" w:eastAsia="Noto Serif CJK JP"/>
          <w:b w:val="0"/>
          <w:i w:val="0"/>
          <w:color w:val="6A6F75"/>
          <w:sz w:val="19"/>
        </w:rPr>
        <w:t>くれなゐの　／　なみたにふかき　／　袖の色を　／　あさみとりにや　／　いひしほるへき</w:t>
      </w:r>
    </w:p>
    <w:p>
      <w:pPr>
        <w:keepNext/>
        <w:spacing w:after="60"/>
      </w:pPr>
      <w:r>
        <w:rPr>
          <w:b w:val="0"/>
          <w:i/>
          <w:color w:val="222B33"/>
          <w:sz w:val="21"/>
        </w:rPr>
        <w:t>Must my sleeves,</w:t>
        <w:br/>
      </w:r>
      <w:r>
        <w:rPr>
          <w:b w:val="0"/>
          <w:i/>
          <w:color w:val="222B33"/>
          <w:sz w:val="21"/>
        </w:rPr>
        <w:t>deep in tears of crimson,</w:t>
        <w:br/>
      </w:r>
      <w:r>
        <w:rPr>
          <w:b w:val="0"/>
          <w:i/>
          <w:color w:val="222B33"/>
          <w:sz w:val="21"/>
        </w:rPr>
        <w:t>be trampled down</w:t>
        <w:br/>
      </w:r>
      <w:r>
        <w:rPr>
          <w:b w:val="0"/>
          <w:i/>
          <w:color w:val="222B33"/>
          <w:sz w:val="21"/>
        </w:rPr>
        <w:t>for their color,</w:t>
        <w:br/>
      </w:r>
      <w:r>
        <w:rPr>
          <w:b w:val="0"/>
          <w:i/>
          <w:color w:val="222B33"/>
          <w:sz w:val="21"/>
        </w:rPr>
        <w:t>pale green?</w:t>
      </w:r>
    </w:p>
    <w:p>
      <w:pPr>
        <w:spacing w:after="40"/>
      </w:pPr>
      <w:r>
        <w:rPr>
          <w:b w:val="0"/>
          <w:i w:val="0"/>
          <w:color w:val="222B33"/>
          <w:sz w:val="19"/>
        </w:rPr>
        <w:t>Pale green is the robe of the sixth rank, a humiliation.</w:t>
      </w:r>
    </w:p>
    <w:p>
      <w:pPr>
        <w:spacing w:after="40"/>
      </w:pPr>
      <w:r>
        <w:rPr>
          <w:b w:val="0"/>
          <w:i w:val="0"/>
          <w:color w:val="6A6F75"/>
          <w:sz w:val="18"/>
        </w:rPr>
        <w:t xml:space="preserve">Answered by </w:t>
      </w:r>
      <w:hyperlink w:anchor="p326">
        <w:r>
          <w:rPr>
            <w:color w:val="2E5A80"/>
            <w:u w:val="single"/>
            <w:sz w:val="18"/>
          </w:rPr>
          <w:t xml:space="preserve">No. 326 (Kumoi no Kari)</w:t>
        </w:r>
      </w:hyperlink>
    </w:p>
    <w:p>
      <w:pPr>
        <w:keepNext/>
        <w:spacing w:after="20" w:before="200"/>
      </w:pPr>
      <w:bookmarkStart w:id="347" w:name="p326"/>
      <w:r>
        <w:rPr>
          <w:b/>
          <w:i w:val="0"/>
          <w:color w:val="222B33"/>
          <w:sz w:val="22"/>
        </w:rPr>
        <w:t>No. 326</w:t>
      </w:r>
      <w:r>
        <w:rPr>
          <w:b w:val="0"/>
          <w:i w:val="0"/>
          <w:color w:val="6A6F75"/>
          <w:sz w:val="18"/>
        </w:rPr>
        <w:t xml:space="preserve">   Kumoi no Kari → Yūgiri   答 reply</w:t>
      </w:r>
      <w:bookmarkEnd w:id="347"/>
    </w:p>
    <w:p>
      <w:pPr>
        <w:keepNext/>
        <w:spacing w:after="0"/>
      </w:pPr>
      <w:r>
        <w:rPr>
          <w:rFonts w:ascii="Noto Serif CJK JP" w:hAnsi="Noto Serif CJK JP" w:eastAsia="Noto Serif CJK JP"/>
          <w:b w:val="0"/>
          <w:i w:val="0"/>
          <w:color w:val="222B33"/>
          <w:sz w:val="26"/>
        </w:rPr>
        <w:t>いろいろに身の憂きほどの知らるるはいかに染めける中の衣ぞ</w:t>
      </w:r>
    </w:p>
    <w:p>
      <w:pPr>
        <w:keepNext/>
        <w:spacing w:after="60"/>
      </w:pPr>
      <w:r>
        <w:rPr>
          <w:rFonts w:ascii="Noto Serif CJK JP" w:hAnsi="Noto Serif CJK JP" w:eastAsia="Noto Serif CJK JP"/>
          <w:b w:val="0"/>
          <w:i w:val="0"/>
          <w:color w:val="6A6F75"/>
          <w:sz w:val="19"/>
        </w:rPr>
        <w:t>いろいろに　／　身のうきほとの　／　しらるゝは　／　いかにそめける　／　中のころもそ</w:t>
      </w:r>
    </w:p>
    <w:p>
      <w:pPr>
        <w:keepNext/>
        <w:spacing w:after="60"/>
      </w:pPr>
      <w:r>
        <w:rPr>
          <w:b w:val="0"/>
          <w:i/>
          <w:color w:val="222B33"/>
          <w:sz w:val="21"/>
        </w:rPr>
        <w:t>What dye has colored</w:t>
        <w:br/>
      </w:r>
      <w:r>
        <w:rPr>
          <w:b w:val="0"/>
          <w:i/>
          <w:color w:val="222B33"/>
          <w:sz w:val="21"/>
        </w:rPr>
        <w:t>the robe between us,</w:t>
        <w:br/>
      </w:r>
      <w:r>
        <w:rPr>
          <w:b w:val="0"/>
          <w:i/>
          <w:color w:val="222B33"/>
          <w:sz w:val="21"/>
        </w:rPr>
        <w:t>that I learn in so many ways</w:t>
        <w:br/>
      </w:r>
      <w:r>
        <w:rPr>
          <w:b w:val="0"/>
          <w:i/>
          <w:color w:val="222B33"/>
          <w:sz w:val="21"/>
        </w:rPr>
        <w:t>how wretched</w:t>
        <w:br/>
      </w:r>
      <w:r>
        <w:rPr>
          <w:b w:val="0"/>
          <w:i/>
          <w:color w:val="222B33"/>
          <w:sz w:val="21"/>
        </w:rPr>
        <w:t>I am?</w:t>
      </w:r>
    </w:p>
    <w:p>
      <w:pPr>
        <w:spacing w:after="40"/>
      </w:pPr>
      <w:r>
        <w:rPr>
          <w:b w:val="0"/>
          <w:i w:val="0"/>
          <w:color w:val="6A6F75"/>
          <w:sz w:val="18"/>
        </w:rPr>
        <w:t xml:space="preserve">In reply to </w:t>
      </w:r>
      <w:hyperlink w:anchor="p325">
        <w:r>
          <w:rPr>
            <w:color w:val="2E5A80"/>
            <w:u w:val="single"/>
            <w:sz w:val="18"/>
          </w:rPr>
          <w:t xml:space="preserve">No. 325 (Yūgiri)</w:t>
        </w:r>
      </w:hyperlink>
    </w:p>
    <w:p>
      <w:pPr>
        <w:keepNext/>
        <w:spacing w:after="20" w:before="200"/>
      </w:pPr>
      <w:bookmarkStart w:id="348" w:name="p327"/>
      <w:r>
        <w:rPr>
          <w:b/>
          <w:i w:val="0"/>
          <w:color w:val="222B33"/>
          <w:sz w:val="22"/>
        </w:rPr>
        <w:t>No. 327</w:t>
      </w:r>
      <w:r>
        <w:rPr>
          <w:b w:val="0"/>
          <w:i w:val="0"/>
          <w:color w:val="6A6F75"/>
          <w:sz w:val="18"/>
        </w:rPr>
        <w:t xml:space="preserve">   Yūgiri   独 solo</w:t>
      </w:r>
      <w:bookmarkEnd w:id="348"/>
    </w:p>
    <w:p>
      <w:pPr>
        <w:keepNext/>
        <w:spacing w:after="40"/>
      </w:pPr>
      <w:r>
        <w:rPr>
          <w:b/>
          <w:i w:val="0"/>
          <w:color w:val="6A6F75"/>
          <w:sz w:val="18"/>
        </w:rPr>
        <w:t xml:space="preserve">Context. </w:t>
      </w:r>
      <w:r>
        <w:rPr>
          <w:b w:val="0"/>
          <w:i w:val="0"/>
          <w:color w:val="6A6F75"/>
          <w:sz w:val="19"/>
        </w:rPr>
        <w:t>Yūgiri alone after being parted from Kumoi no Kari; he resolves to study and rise.</w:t>
      </w:r>
    </w:p>
    <w:p>
      <w:pPr>
        <w:keepNext/>
        <w:spacing w:after="0"/>
      </w:pPr>
      <w:r>
        <w:rPr>
          <w:rFonts w:ascii="Noto Serif CJK JP" w:hAnsi="Noto Serif CJK JP" w:eastAsia="Noto Serif CJK JP"/>
          <w:b w:val="0"/>
          <w:i w:val="0"/>
          <w:color w:val="222B33"/>
          <w:sz w:val="26"/>
        </w:rPr>
        <w:t>霜氷うたてむすべる明けぐれの空かきくらし降る涙かな</w:t>
      </w:r>
    </w:p>
    <w:p>
      <w:pPr>
        <w:keepNext/>
        <w:spacing w:after="60"/>
      </w:pPr>
      <w:r>
        <w:rPr>
          <w:rFonts w:ascii="Noto Serif CJK JP" w:hAnsi="Noto Serif CJK JP" w:eastAsia="Noto Serif CJK JP"/>
          <w:b w:val="0"/>
          <w:i w:val="0"/>
          <w:color w:val="6A6F75"/>
          <w:sz w:val="19"/>
        </w:rPr>
        <w:t>しもこほり　／　うたてむすへる　／　あけくれの　／　そらかきくらし　／　ふるなみたかな</w:t>
      </w:r>
    </w:p>
    <w:p>
      <w:pPr>
        <w:keepNext/>
        <w:spacing w:after="60"/>
      </w:pPr>
      <w:r>
        <w:rPr>
          <w:b w:val="0"/>
          <w:i/>
          <w:color w:val="222B33"/>
          <w:sz w:val="21"/>
        </w:rPr>
        <w:t>Frost and ice</w:t>
        <w:br/>
      </w:r>
      <w:r>
        <w:rPr>
          <w:b w:val="0"/>
          <w:i/>
          <w:color w:val="222B33"/>
          <w:sz w:val="21"/>
        </w:rPr>
        <w:t>dismally bound in the dawn dark:</w:t>
        <w:br/>
      </w:r>
      <w:r>
        <w:rPr>
          <w:b w:val="0"/>
          <w:i/>
          <w:color w:val="222B33"/>
          <w:sz w:val="21"/>
        </w:rPr>
        <w:t>the sky grows black</w:t>
        <w:br/>
      </w:r>
      <w:r>
        <w:rPr>
          <w:b w:val="0"/>
          <w:i/>
          <w:color w:val="222B33"/>
          <w:sz w:val="21"/>
        </w:rPr>
        <w:t>as my tears</w:t>
        <w:br/>
      </w:r>
      <w:r>
        <w:rPr>
          <w:b w:val="0"/>
          <w:i/>
          <w:color w:val="222B33"/>
          <w:sz w:val="21"/>
        </w:rPr>
        <w:t>fall.</w:t>
      </w:r>
    </w:p>
    <w:p>
      <w:pPr>
        <w:keepNext/>
        <w:spacing w:after="20" w:before="200"/>
      </w:pPr>
      <w:bookmarkStart w:id="349" w:name="p328"/>
      <w:r>
        <w:rPr>
          <w:b/>
          <w:i w:val="0"/>
          <w:color w:val="222B33"/>
          <w:sz w:val="22"/>
        </w:rPr>
        <w:t>No. 328</w:t>
      </w:r>
      <w:r>
        <w:rPr>
          <w:b w:val="0"/>
          <w:i w:val="0"/>
          <w:color w:val="6A6F75"/>
          <w:sz w:val="18"/>
        </w:rPr>
        <w:t xml:space="preserve">   Yūgiri → Koremitsu’s daughter   贈:独 sent / solo</w:t>
      </w:r>
      <w:bookmarkEnd w:id="349"/>
    </w:p>
    <w:p>
      <w:pPr>
        <w:keepNext/>
        <w:spacing w:after="40"/>
      </w:pPr>
      <w:r>
        <w:rPr>
          <w:b/>
          <w:i w:val="0"/>
          <w:color w:val="6A6F75"/>
          <w:sz w:val="18"/>
        </w:rPr>
        <w:t xml:space="preserve">Context. </w:t>
      </w:r>
      <w:r>
        <w:rPr>
          <w:b w:val="0"/>
          <w:i w:val="0"/>
          <w:color w:val="6A6F75"/>
          <w:sz w:val="19"/>
        </w:rPr>
        <w:t>Yūgiri to Koremitsu’s daughter, a Gosechi dancer; his first secret love.</w:t>
      </w:r>
    </w:p>
    <w:p>
      <w:pPr>
        <w:keepNext/>
        <w:spacing w:after="0"/>
      </w:pPr>
      <w:r>
        <w:rPr>
          <w:rFonts w:ascii="Noto Serif CJK JP" w:hAnsi="Noto Serif CJK JP" w:eastAsia="Noto Serif CJK JP"/>
          <w:b w:val="0"/>
          <w:i w:val="0"/>
          <w:color w:val="222B33"/>
          <w:sz w:val="26"/>
        </w:rPr>
        <w:t>天にます豊岡姫の宮人もわが心ざすしめを忘るな</w:t>
      </w:r>
    </w:p>
    <w:p>
      <w:pPr>
        <w:keepNext/>
        <w:spacing w:after="60"/>
      </w:pPr>
      <w:r>
        <w:rPr>
          <w:rFonts w:ascii="Noto Serif CJK JP" w:hAnsi="Noto Serif CJK JP" w:eastAsia="Noto Serif CJK JP"/>
          <w:b w:val="0"/>
          <w:i w:val="0"/>
          <w:color w:val="6A6F75"/>
          <w:sz w:val="19"/>
        </w:rPr>
        <w:t>あめにます　／　とよをかひめの　／　みや人も　／　わか心さす　／　しめをわするな</w:t>
      </w:r>
    </w:p>
    <w:p>
      <w:pPr>
        <w:keepNext/>
        <w:spacing w:after="60"/>
      </w:pPr>
      <w:r>
        <w:rPr>
          <w:b w:val="0"/>
          <w:i/>
          <w:color w:val="222B33"/>
          <w:sz w:val="21"/>
        </w:rPr>
        <w:t>You who serve</w:t>
        <w:br/>
      </w:r>
      <w:r>
        <w:rPr>
          <w:b w:val="0"/>
          <w:i/>
          <w:color w:val="222B33"/>
          <w:sz w:val="21"/>
        </w:rPr>
        <w:t>the Toyooka Princess in heaven,</w:t>
        <w:br/>
      </w:r>
      <w:r>
        <w:rPr>
          <w:b w:val="0"/>
          <w:i/>
          <w:color w:val="222B33"/>
          <w:sz w:val="21"/>
        </w:rPr>
        <w:t>do not forget</w:t>
        <w:br/>
      </w:r>
      <w:r>
        <w:rPr>
          <w:b w:val="0"/>
          <w:i/>
          <w:color w:val="222B33"/>
          <w:sz w:val="21"/>
        </w:rPr>
        <w:t>the sacred rope</w:t>
        <w:br/>
      </w:r>
      <w:r>
        <w:rPr>
          <w:b w:val="0"/>
          <w:i/>
          <w:color w:val="222B33"/>
          <w:sz w:val="21"/>
        </w:rPr>
        <w:t>my heart has set.</w:t>
      </w:r>
    </w:p>
    <w:p>
      <w:pPr>
        <w:spacing w:after="40"/>
      </w:pPr>
      <w:r>
        <w:rPr>
          <w:b w:val="0"/>
          <w:i w:val="0"/>
          <w:color w:val="222B33"/>
          <w:sz w:val="19"/>
        </w:rPr>
        <w:t>She danced as a Gosechi dancer.</w:t>
      </w:r>
    </w:p>
    <w:p>
      <w:pPr>
        <w:keepNext/>
        <w:spacing w:after="20" w:before="200"/>
      </w:pPr>
      <w:bookmarkStart w:id="350" w:name="p329"/>
      <w:r>
        <w:rPr>
          <w:b/>
          <w:i w:val="0"/>
          <w:color w:val="222B33"/>
          <w:sz w:val="22"/>
        </w:rPr>
        <w:t>No. 329</w:t>
      </w:r>
      <w:r>
        <w:rPr>
          <w:b w:val="0"/>
          <w:i w:val="0"/>
          <w:color w:val="6A6F75"/>
          <w:sz w:val="18"/>
        </w:rPr>
        <w:t xml:space="preserve">   Genji → the Gosechi dancer   贈 sent</w:t>
      </w:r>
      <w:bookmarkEnd w:id="350"/>
    </w:p>
    <w:p>
      <w:pPr>
        <w:keepNext/>
        <w:spacing w:after="40"/>
      </w:pPr>
      <w:r>
        <w:rPr>
          <w:b/>
          <w:i w:val="0"/>
          <w:color w:val="6A6F75"/>
          <w:sz w:val="18"/>
        </w:rPr>
        <w:t xml:space="preserve">Context. </w:t>
      </w:r>
      <w:r>
        <w:rPr>
          <w:b w:val="0"/>
          <w:i w:val="0"/>
          <w:color w:val="6A6F75"/>
          <w:sz w:val="19"/>
        </w:rPr>
        <w:t>Genji recalls his own Gosechi dancer of Chapter 11.</w:t>
      </w:r>
    </w:p>
    <w:p>
      <w:pPr>
        <w:keepNext/>
        <w:spacing w:after="0"/>
      </w:pPr>
      <w:r>
        <w:rPr>
          <w:rFonts w:ascii="Noto Serif CJK JP" w:hAnsi="Noto Serif CJK JP" w:eastAsia="Noto Serif CJK JP"/>
          <w:b w:val="0"/>
          <w:i w:val="0"/>
          <w:color w:val="222B33"/>
          <w:sz w:val="26"/>
        </w:rPr>
        <w:t>乙女子も神さびぬらし天つ袖古き世の友よはひ経ぬれば</w:t>
      </w:r>
    </w:p>
    <w:p>
      <w:pPr>
        <w:keepNext/>
        <w:spacing w:after="60"/>
      </w:pPr>
      <w:r>
        <w:rPr>
          <w:rFonts w:ascii="Noto Serif CJK JP" w:hAnsi="Noto Serif CJK JP" w:eastAsia="Noto Serif CJK JP"/>
          <w:b w:val="0"/>
          <w:i w:val="0"/>
          <w:color w:val="6A6F75"/>
          <w:sz w:val="19"/>
        </w:rPr>
        <w:t>おとめ子も　／　神さひぬらし　／　あまつ袖　／　ふるき世のとも　／　よはひへぬれは</w:t>
      </w:r>
    </w:p>
    <w:p>
      <w:pPr>
        <w:keepNext/>
        <w:spacing w:after="60"/>
      </w:pPr>
      <w:r>
        <w:rPr>
          <w:b w:val="0"/>
          <w:i/>
          <w:color w:val="222B33"/>
          <w:sz w:val="21"/>
        </w:rPr>
        <w:t>The maiden too</w:t>
        <w:br/>
      </w:r>
      <w:r>
        <w:rPr>
          <w:b w:val="0"/>
          <w:i/>
          <w:color w:val="222B33"/>
          <w:sz w:val="21"/>
        </w:rPr>
        <w:t>must have grown old,</w:t>
        <w:br/>
      </w:r>
      <w:r>
        <w:rPr>
          <w:b w:val="0"/>
          <w:i/>
          <w:color w:val="222B33"/>
          <w:sz w:val="21"/>
        </w:rPr>
        <w:t>now that the friend of old days</w:t>
        <w:br/>
      </w:r>
      <w:r>
        <w:rPr>
          <w:b w:val="0"/>
          <w:i/>
          <w:color w:val="222B33"/>
          <w:sz w:val="21"/>
        </w:rPr>
        <w:t>with the heavenly sleeves</w:t>
        <w:br/>
      </w:r>
      <w:r>
        <w:rPr>
          <w:b w:val="0"/>
          <w:i/>
          <w:color w:val="222B33"/>
          <w:sz w:val="21"/>
        </w:rPr>
        <w:t>has aged.</w:t>
      </w:r>
    </w:p>
    <w:p>
      <w:pPr>
        <w:spacing w:after="40"/>
      </w:pPr>
      <w:r>
        <w:rPr>
          <w:b w:val="0"/>
          <w:i w:val="0"/>
          <w:color w:val="6A6F75"/>
          <w:sz w:val="18"/>
        </w:rPr>
        <w:t xml:space="preserve">Answered by </w:t>
      </w:r>
      <w:hyperlink w:anchor="p330">
        <w:r>
          <w:rPr>
            <w:color w:val="2E5A80"/>
            <w:u w:val="single"/>
            <w:sz w:val="18"/>
          </w:rPr>
          <w:t xml:space="preserve">No. 330 (the Gosechi dancer)</w:t>
        </w:r>
      </w:hyperlink>
    </w:p>
    <w:p>
      <w:pPr>
        <w:keepNext/>
        <w:spacing w:after="20" w:before="200"/>
      </w:pPr>
      <w:bookmarkStart w:id="351" w:name="p330"/>
      <w:r>
        <w:rPr>
          <w:b/>
          <w:i w:val="0"/>
          <w:color w:val="222B33"/>
          <w:sz w:val="22"/>
        </w:rPr>
        <w:t>No. 330</w:t>
      </w:r>
      <w:r>
        <w:rPr>
          <w:b w:val="0"/>
          <w:i w:val="0"/>
          <w:color w:val="6A6F75"/>
          <w:sz w:val="18"/>
        </w:rPr>
        <w:t xml:space="preserve">   the Gosechi dancer → Genji   答 reply</w:t>
      </w:r>
      <w:bookmarkEnd w:id="351"/>
    </w:p>
    <w:p>
      <w:pPr>
        <w:keepNext/>
        <w:spacing w:after="0"/>
      </w:pPr>
      <w:r>
        <w:rPr>
          <w:rFonts w:ascii="Noto Serif CJK JP" w:hAnsi="Noto Serif CJK JP" w:eastAsia="Noto Serif CJK JP"/>
          <w:b w:val="0"/>
          <w:i w:val="0"/>
          <w:color w:val="222B33"/>
          <w:sz w:val="26"/>
        </w:rPr>
        <w:t>かけて言へば今日のこととぞ思ほゆる日蔭の霜の袖にとけしも</w:t>
      </w:r>
    </w:p>
    <w:p>
      <w:pPr>
        <w:keepNext/>
        <w:spacing w:after="60"/>
      </w:pPr>
      <w:r>
        <w:rPr>
          <w:rFonts w:ascii="Noto Serif CJK JP" w:hAnsi="Noto Serif CJK JP" w:eastAsia="Noto Serif CJK JP"/>
          <w:b w:val="0"/>
          <w:i w:val="0"/>
          <w:color w:val="6A6F75"/>
          <w:sz w:val="19"/>
        </w:rPr>
        <w:t>かけていへは　／　けふのことゝそ　／　おもほゆる　／　日影のしもの　／　袖にとけしも</w:t>
      </w:r>
    </w:p>
    <w:p>
      <w:pPr>
        <w:keepNext/>
        <w:spacing w:after="60"/>
      </w:pPr>
      <w:r>
        <w:rPr>
          <w:b w:val="0"/>
          <w:i/>
          <w:color w:val="222B33"/>
          <w:sz w:val="21"/>
        </w:rPr>
        <w:t>To speak of it now</w:t>
        <w:br/>
      </w:r>
      <w:r>
        <w:rPr>
          <w:b w:val="0"/>
          <w:i/>
          <w:color w:val="222B33"/>
          <w:sz w:val="21"/>
        </w:rPr>
        <w:t>makes it seem like today:</w:t>
        <w:br/>
      </w:r>
      <w:r>
        <w:rPr>
          <w:b w:val="0"/>
          <w:i/>
          <w:color w:val="222B33"/>
          <w:sz w:val="21"/>
        </w:rPr>
        <w:t>the frost of the sun-cord</w:t>
        <w:br/>
      </w:r>
      <w:r>
        <w:rPr>
          <w:b w:val="0"/>
          <w:i/>
          <w:color w:val="222B33"/>
          <w:sz w:val="21"/>
        </w:rPr>
        <w:t>that melted</w:t>
        <w:br/>
      </w:r>
      <w:r>
        <w:rPr>
          <w:b w:val="0"/>
          <w:i/>
          <w:color w:val="222B33"/>
          <w:sz w:val="21"/>
        </w:rPr>
        <w:t>on my sleeve.</w:t>
      </w:r>
    </w:p>
    <w:p>
      <w:pPr>
        <w:spacing w:after="40"/>
      </w:pPr>
      <w:r>
        <w:rPr>
          <w:b w:val="0"/>
          <w:i w:val="0"/>
          <w:color w:val="6A6F75"/>
          <w:sz w:val="18"/>
        </w:rPr>
        <w:t xml:space="preserve">In reply to </w:t>
      </w:r>
      <w:hyperlink w:anchor="p329">
        <w:r>
          <w:rPr>
            <w:color w:val="2E5A80"/>
            <w:u w:val="single"/>
            <w:sz w:val="18"/>
          </w:rPr>
          <w:t xml:space="preserve">No. 329 (Genji)</w:t>
        </w:r>
      </w:hyperlink>
    </w:p>
    <w:p>
      <w:pPr>
        <w:keepNext/>
        <w:spacing w:after="20" w:before="200"/>
      </w:pPr>
      <w:bookmarkStart w:id="352" w:name="p331"/>
      <w:r>
        <w:rPr>
          <w:b/>
          <w:i w:val="0"/>
          <w:color w:val="222B33"/>
          <w:sz w:val="22"/>
        </w:rPr>
        <w:t>No. 331</w:t>
      </w:r>
      <w:r>
        <w:rPr>
          <w:b w:val="0"/>
          <w:i w:val="0"/>
          <w:color w:val="6A6F75"/>
          <w:sz w:val="18"/>
        </w:rPr>
        <w:t xml:space="preserve">   Yūgiri → Koremitsu’s daughter   贈:独 sent / solo</w:t>
      </w:r>
      <w:bookmarkEnd w:id="352"/>
    </w:p>
    <w:p>
      <w:pPr>
        <w:keepNext/>
        <w:spacing w:after="40"/>
      </w:pPr>
      <w:r>
        <w:rPr>
          <w:b/>
          <w:i w:val="0"/>
          <w:color w:val="6A6F75"/>
          <w:sz w:val="18"/>
        </w:rPr>
        <w:t xml:space="preserve">Context. </w:t>
      </w:r>
      <w:r>
        <w:rPr>
          <w:b w:val="0"/>
          <w:i w:val="0"/>
          <w:color w:val="6A6F75"/>
          <w:sz w:val="19"/>
        </w:rPr>
        <w:t>Yūgiri writes again to Koremitsu’s daughter.</w:t>
      </w:r>
    </w:p>
    <w:p>
      <w:pPr>
        <w:keepNext/>
        <w:spacing w:after="0"/>
      </w:pPr>
      <w:r>
        <w:rPr>
          <w:rFonts w:ascii="Noto Serif CJK JP" w:hAnsi="Noto Serif CJK JP" w:eastAsia="Noto Serif CJK JP"/>
          <w:b w:val="0"/>
          <w:i w:val="0"/>
          <w:color w:val="222B33"/>
          <w:sz w:val="26"/>
        </w:rPr>
        <w:t>日影にもしるかりけめや少女子が天の羽袖にかけし心は</w:t>
      </w:r>
    </w:p>
    <w:p>
      <w:pPr>
        <w:keepNext/>
        <w:spacing w:after="60"/>
      </w:pPr>
      <w:r>
        <w:rPr>
          <w:rFonts w:ascii="Noto Serif CJK JP" w:hAnsi="Noto Serif CJK JP" w:eastAsia="Noto Serif CJK JP"/>
          <w:b w:val="0"/>
          <w:i w:val="0"/>
          <w:color w:val="6A6F75"/>
          <w:sz w:val="19"/>
        </w:rPr>
        <w:t>日影にも　／　しるかりけめや　／　をとめこか　／　あまのは袖に　／　かけし心は</w:t>
      </w:r>
    </w:p>
    <w:p>
      <w:pPr>
        <w:keepNext/>
        <w:spacing w:after="60"/>
      </w:pPr>
      <w:r>
        <w:rPr>
          <w:b w:val="0"/>
          <w:i/>
          <w:color w:val="222B33"/>
          <w:sz w:val="21"/>
        </w:rPr>
        <w:t>Was it clear</w:t>
        <w:br/>
      </w:r>
      <w:r>
        <w:rPr>
          <w:b w:val="0"/>
          <w:i/>
          <w:color w:val="222B33"/>
          <w:sz w:val="21"/>
        </w:rPr>
        <w:t>in the sun-cord’s light: the heart</w:t>
        <w:br/>
      </w:r>
      <w:r>
        <w:rPr>
          <w:b w:val="0"/>
          <w:i/>
          <w:color w:val="222B33"/>
          <w:sz w:val="21"/>
        </w:rPr>
        <w:t>I set on the feathered</w:t>
        <w:br/>
      </w:r>
      <w:r>
        <w:rPr>
          <w:b w:val="0"/>
          <w:i/>
          <w:color w:val="222B33"/>
          <w:sz w:val="21"/>
        </w:rPr>
        <w:t>heavenly sleeves</w:t>
        <w:br/>
      </w:r>
      <w:r>
        <w:rPr>
          <w:b w:val="0"/>
          <w:i/>
          <w:color w:val="222B33"/>
          <w:sz w:val="21"/>
        </w:rPr>
        <w:t>of the maiden?</w:t>
      </w:r>
    </w:p>
    <w:p>
      <w:pPr>
        <w:keepNext/>
        <w:spacing w:after="20" w:before="200"/>
      </w:pPr>
      <w:bookmarkStart w:id="353" w:name="p332"/>
      <w:r>
        <w:rPr>
          <w:b/>
          <w:i w:val="0"/>
          <w:color w:val="222B33"/>
          <w:sz w:val="22"/>
        </w:rPr>
        <w:t>No. 332</w:t>
      </w:r>
      <w:r>
        <w:rPr>
          <w:b w:val="0"/>
          <w:i w:val="0"/>
          <w:color w:val="6A6F75"/>
          <w:sz w:val="18"/>
        </w:rPr>
        <w:t xml:space="preserve">   Genji   唱 group exchange</w:t>
      </w:r>
      <w:bookmarkEnd w:id="353"/>
    </w:p>
    <w:p>
      <w:pPr>
        <w:keepNext/>
        <w:spacing w:after="40"/>
      </w:pPr>
      <w:r>
        <w:rPr>
          <w:b/>
          <w:i w:val="0"/>
          <w:color w:val="6A6F75"/>
          <w:sz w:val="18"/>
        </w:rPr>
        <w:t xml:space="preserve">Context. </w:t>
      </w:r>
      <w:r>
        <w:rPr>
          <w:b w:val="0"/>
          <w:i w:val="0"/>
          <w:color w:val="6A6F75"/>
          <w:sz w:val="19"/>
        </w:rPr>
        <w:t>At Reizei’s spring visit to Suzaku’s palace, the brothers recall their father’s reign.</w:t>
      </w:r>
    </w:p>
    <w:p>
      <w:pPr>
        <w:keepNext/>
        <w:spacing w:after="0"/>
      </w:pPr>
      <w:r>
        <w:rPr>
          <w:rFonts w:ascii="Noto Serif CJK JP" w:hAnsi="Noto Serif CJK JP" w:eastAsia="Noto Serif CJK JP"/>
          <w:b w:val="0"/>
          <w:i w:val="0"/>
          <w:color w:val="222B33"/>
          <w:sz w:val="26"/>
        </w:rPr>
        <w:t>鴬のさへづる声は昔にて睦れし花の蔭ぞ変はれる</w:t>
      </w:r>
    </w:p>
    <w:p>
      <w:pPr>
        <w:keepNext/>
        <w:spacing w:after="60"/>
      </w:pPr>
      <w:r>
        <w:rPr>
          <w:rFonts w:ascii="Noto Serif CJK JP" w:hAnsi="Noto Serif CJK JP" w:eastAsia="Noto Serif CJK JP"/>
          <w:b w:val="0"/>
          <w:i w:val="0"/>
          <w:color w:val="6A6F75"/>
          <w:sz w:val="19"/>
        </w:rPr>
        <w:t>うくひすの　／　さえつるこゑは　／　むかしにて　／　むつれし花の　／　かけそかはれる</w:t>
      </w:r>
    </w:p>
    <w:p>
      <w:pPr>
        <w:keepNext/>
        <w:spacing w:after="60"/>
      </w:pPr>
      <w:r>
        <w:rPr>
          <w:b w:val="0"/>
          <w:i/>
          <w:color w:val="222B33"/>
          <w:sz w:val="21"/>
        </w:rPr>
        <w:t>The warbler’s song</w:t>
        <w:br/>
      </w:r>
      <w:r>
        <w:rPr>
          <w:b w:val="0"/>
          <w:i/>
          <w:color w:val="222B33"/>
          <w:sz w:val="21"/>
        </w:rPr>
        <w:t>is as it was,</w:t>
        <w:br/>
      </w:r>
      <w:r>
        <w:rPr>
          <w:b w:val="0"/>
          <w:i/>
          <w:color w:val="222B33"/>
          <w:sz w:val="21"/>
        </w:rPr>
        <w:t>but the flowers’ shade</w:t>
        <w:br/>
      </w:r>
      <w:r>
        <w:rPr>
          <w:b w:val="0"/>
          <w:i/>
          <w:color w:val="222B33"/>
          <w:sz w:val="21"/>
        </w:rPr>
        <w:t>where we were close</w:t>
        <w:br/>
      </w:r>
      <w:r>
        <w:rPr>
          <w:b w:val="0"/>
          <w:i/>
          <w:color w:val="222B33"/>
          <w:sz w:val="21"/>
        </w:rPr>
        <w:t>has changed.</w:t>
      </w:r>
    </w:p>
    <w:p>
      <w:pPr>
        <w:spacing w:after="40"/>
      </w:pPr>
      <w:r>
        <w:rPr>
          <w:b w:val="0"/>
          <w:i w:val="0"/>
          <w:color w:val="222B33"/>
          <w:sz w:val="19"/>
        </w:rPr>
        <w:t>At the Suzaku Retired Emperor’s, at the spring visit. A group of four poems.</w:t>
      </w:r>
    </w:p>
    <w:p>
      <w:pPr>
        <w:spacing w:after="40"/>
      </w:pPr>
      <w:r>
        <w:rPr>
          <w:b w:val="0"/>
          <w:i w:val="0"/>
          <w:color w:val="6A6F75"/>
          <w:sz w:val="18"/>
        </w:rPr>
        <w:t xml:space="preserve">Answered by </w:t>
      </w:r>
      <w:hyperlink w:anchor="p333">
        <w:r>
          <w:rPr>
            <w:color w:val="2E5A80"/>
            <w:u w:val="single"/>
            <w:sz w:val="18"/>
          </w:rPr>
          <w:t xml:space="preserve">No. 333 (Suzaku Retired Emperor)</w:t>
        </w:r>
      </w:hyperlink>
      <w:r>
        <w:rPr>
          <w:b w:val="0"/>
          <w:i w:val="0"/>
          <w:color w:val="6A6F75"/>
          <w:sz w:val="18"/>
        </w:rPr>
        <w:t xml:space="preserve">, </w:t>
      </w:r>
      <w:hyperlink w:anchor="p334">
        <w:r>
          <w:rPr>
            <w:color w:val="2E5A80"/>
            <w:u w:val="single"/>
            <w:sz w:val="18"/>
          </w:rPr>
          <w:t xml:space="preserve">No. 334 (Prince Hotaru)</w:t>
        </w:r>
      </w:hyperlink>
      <w:r>
        <w:rPr>
          <w:b w:val="0"/>
          <w:i w:val="0"/>
          <w:color w:val="6A6F75"/>
          <w:sz w:val="18"/>
        </w:rPr>
        <w:t xml:space="preserve">, </w:t>
      </w:r>
      <w:hyperlink w:anchor="p335">
        <w:r>
          <w:rPr>
            <w:color w:val="2E5A80"/>
            <w:u w:val="single"/>
            <w:sz w:val="18"/>
          </w:rPr>
          <w:t xml:space="preserve">No. 335 (Reizei Emperor)</w:t>
        </w:r>
      </w:hyperlink>
    </w:p>
    <w:p>
      <w:pPr>
        <w:keepNext/>
        <w:spacing w:after="20" w:before="200"/>
      </w:pPr>
      <w:bookmarkStart w:id="354" w:name="p333"/>
      <w:r>
        <w:rPr>
          <w:b/>
          <w:i w:val="0"/>
          <w:color w:val="222B33"/>
          <w:sz w:val="22"/>
        </w:rPr>
        <w:t>No. 333</w:t>
      </w:r>
      <w:r>
        <w:rPr>
          <w:b w:val="0"/>
          <w:i w:val="0"/>
          <w:color w:val="6A6F75"/>
          <w:sz w:val="18"/>
        </w:rPr>
        <w:t xml:space="preserve">   Suzaku Retired Emperor   唱 group exchange</w:t>
      </w:r>
      <w:bookmarkEnd w:id="354"/>
    </w:p>
    <w:p>
      <w:pPr>
        <w:keepNext/>
        <w:spacing w:after="0"/>
      </w:pPr>
      <w:r>
        <w:rPr>
          <w:rFonts w:ascii="Noto Serif CJK JP" w:hAnsi="Noto Serif CJK JP" w:eastAsia="Noto Serif CJK JP"/>
          <w:b w:val="0"/>
          <w:i w:val="0"/>
          <w:color w:val="222B33"/>
          <w:sz w:val="26"/>
        </w:rPr>
        <w:t>九重を霞隔つるすみかにも春と告げくる鴬の声</w:t>
      </w:r>
    </w:p>
    <w:p>
      <w:pPr>
        <w:keepNext/>
        <w:spacing w:after="60"/>
      </w:pPr>
      <w:r>
        <w:rPr>
          <w:rFonts w:ascii="Noto Serif CJK JP" w:hAnsi="Noto Serif CJK JP" w:eastAsia="Noto Serif CJK JP"/>
          <w:b w:val="0"/>
          <w:i w:val="0"/>
          <w:color w:val="6A6F75"/>
          <w:sz w:val="19"/>
        </w:rPr>
        <w:t>こゝのへを　／　かすみへたつる　／　すみかにも　／　春とつけくる　／　鴬のこゑ</w:t>
      </w:r>
    </w:p>
    <w:p>
      <w:pPr>
        <w:keepNext/>
        <w:spacing w:after="60"/>
      </w:pPr>
      <w:r>
        <w:rPr>
          <w:b w:val="0"/>
          <w:i/>
          <w:color w:val="222B33"/>
          <w:sz w:val="21"/>
        </w:rPr>
        <w:t>Even to the dwelling</w:t>
        <w:br/>
      </w:r>
      <w:r>
        <w:rPr>
          <w:b w:val="0"/>
          <w:i/>
          <w:color w:val="222B33"/>
          <w:sz w:val="21"/>
        </w:rPr>
        <w:t>the haze divides from the ninefold palace,</w:t>
        <w:br/>
      </w:r>
      <w:r>
        <w:rPr>
          <w:b w:val="0"/>
          <w:i/>
          <w:color w:val="222B33"/>
          <w:sz w:val="21"/>
        </w:rPr>
        <w:t>the warbler’s voice</w:t>
        <w:br/>
      </w:r>
      <w:r>
        <w:rPr>
          <w:b w:val="0"/>
          <w:i/>
          <w:color w:val="222B33"/>
          <w:sz w:val="21"/>
        </w:rPr>
        <w:t>comes</w:t>
        <w:br/>
      </w:r>
      <w:r>
        <w:rPr>
          <w:b w:val="0"/>
          <w:i/>
          <w:color w:val="222B33"/>
          <w:sz w:val="21"/>
        </w:rPr>
        <w:t>to tell of spring.</w:t>
      </w:r>
    </w:p>
    <w:p>
      <w:pPr>
        <w:spacing w:after="40"/>
      </w:pPr>
      <w:r>
        <w:rPr>
          <w:b w:val="0"/>
          <w:i w:val="0"/>
          <w:color w:val="6A6F75"/>
          <w:sz w:val="18"/>
        </w:rPr>
        <w:t xml:space="preserve">In reply to </w:t>
      </w:r>
      <w:hyperlink w:anchor="p332">
        <w:r>
          <w:rPr>
            <w:color w:val="2E5A80"/>
            <w:u w:val="single"/>
            <w:sz w:val="18"/>
          </w:rPr>
          <w:t xml:space="preserve">No. 332 (Genji)</w:t>
        </w:r>
      </w:hyperlink>
    </w:p>
    <w:p>
      <w:pPr>
        <w:keepNext/>
        <w:spacing w:after="20" w:before="200"/>
      </w:pPr>
      <w:bookmarkStart w:id="355" w:name="p334"/>
      <w:r>
        <w:rPr>
          <w:b/>
          <w:i w:val="0"/>
          <w:color w:val="222B33"/>
          <w:sz w:val="22"/>
        </w:rPr>
        <w:t>No. 334</w:t>
      </w:r>
      <w:r>
        <w:rPr>
          <w:b w:val="0"/>
          <w:i w:val="0"/>
          <w:color w:val="6A6F75"/>
          <w:sz w:val="18"/>
        </w:rPr>
        <w:t xml:space="preserve">   Prince Hotaru   唱 group exchange</w:t>
      </w:r>
      <w:bookmarkEnd w:id="355"/>
    </w:p>
    <w:p>
      <w:pPr>
        <w:keepNext/>
        <w:spacing w:after="0"/>
      </w:pPr>
      <w:r>
        <w:rPr>
          <w:rFonts w:ascii="Noto Serif CJK JP" w:hAnsi="Noto Serif CJK JP" w:eastAsia="Noto Serif CJK JP"/>
          <w:b w:val="0"/>
          <w:i w:val="0"/>
          <w:color w:val="222B33"/>
          <w:sz w:val="26"/>
        </w:rPr>
        <w:t>いにしへを吹き伝へたる笛竹にさへづる鳥の音さへ変はらぬ</w:t>
      </w:r>
    </w:p>
    <w:p>
      <w:pPr>
        <w:keepNext/>
        <w:spacing w:after="60"/>
      </w:pPr>
      <w:r>
        <w:rPr>
          <w:rFonts w:ascii="Noto Serif CJK JP" w:hAnsi="Noto Serif CJK JP" w:eastAsia="Noto Serif CJK JP"/>
          <w:b w:val="0"/>
          <w:i w:val="0"/>
          <w:color w:val="6A6F75"/>
          <w:sz w:val="19"/>
        </w:rPr>
        <w:t>いにしへを　／　ふきつたへたる　／　ふえ竹に　／　さえつる鳥の　／　ねさへかはらぬ</w:t>
      </w:r>
    </w:p>
    <w:p>
      <w:pPr>
        <w:keepNext/>
        <w:spacing w:after="60"/>
      </w:pPr>
      <w:r>
        <w:rPr>
          <w:b w:val="0"/>
          <w:i/>
          <w:color w:val="222B33"/>
          <w:sz w:val="21"/>
        </w:rPr>
        <w:t>In the bamboo flute</w:t>
        <w:br/>
      </w:r>
      <w:r>
        <w:rPr>
          <w:b w:val="0"/>
          <w:i/>
          <w:color w:val="222B33"/>
          <w:sz w:val="21"/>
        </w:rPr>
        <w:t>that blows on the past</w:t>
        <w:br/>
      </w:r>
      <w:r>
        <w:rPr>
          <w:b w:val="0"/>
          <w:i/>
          <w:color w:val="222B33"/>
          <w:sz w:val="21"/>
        </w:rPr>
        <w:t>even the singing of the birds</w:t>
        <w:br/>
      </w:r>
      <w:r>
        <w:rPr>
          <w:b w:val="0"/>
          <w:i/>
          <w:color w:val="222B33"/>
          <w:sz w:val="21"/>
        </w:rPr>
        <w:t>is</w:t>
        <w:br/>
      </w:r>
      <w:r>
        <w:rPr>
          <w:b w:val="0"/>
          <w:i/>
          <w:color w:val="222B33"/>
          <w:sz w:val="21"/>
        </w:rPr>
        <w:t>unchanged.</w:t>
      </w:r>
    </w:p>
    <w:p>
      <w:pPr>
        <w:spacing w:after="40"/>
      </w:pPr>
      <w:r>
        <w:rPr>
          <w:b w:val="0"/>
          <w:i w:val="0"/>
          <w:color w:val="6A6F75"/>
          <w:sz w:val="18"/>
        </w:rPr>
        <w:t xml:space="preserve">In reply to </w:t>
      </w:r>
      <w:hyperlink w:anchor="p332">
        <w:r>
          <w:rPr>
            <w:color w:val="2E5A80"/>
            <w:u w:val="single"/>
            <w:sz w:val="18"/>
          </w:rPr>
          <w:t xml:space="preserve">No. 332 (Genji)</w:t>
        </w:r>
      </w:hyperlink>
    </w:p>
    <w:p>
      <w:pPr>
        <w:keepNext/>
        <w:spacing w:after="20" w:before="200"/>
      </w:pPr>
      <w:bookmarkStart w:id="356" w:name="p335"/>
      <w:r>
        <w:rPr>
          <w:b/>
          <w:i w:val="0"/>
          <w:color w:val="222B33"/>
          <w:sz w:val="22"/>
        </w:rPr>
        <w:t>No. 335</w:t>
      </w:r>
      <w:r>
        <w:rPr>
          <w:b w:val="0"/>
          <w:i w:val="0"/>
          <w:color w:val="6A6F75"/>
          <w:sz w:val="18"/>
        </w:rPr>
        <w:t xml:space="preserve">   Reizei Emperor   唱 group exchange</w:t>
      </w:r>
      <w:bookmarkEnd w:id="356"/>
    </w:p>
    <w:p>
      <w:pPr>
        <w:keepNext/>
        <w:spacing w:after="0"/>
      </w:pPr>
      <w:r>
        <w:rPr>
          <w:rFonts w:ascii="Noto Serif CJK JP" w:hAnsi="Noto Serif CJK JP" w:eastAsia="Noto Serif CJK JP"/>
          <w:b w:val="0"/>
          <w:i w:val="0"/>
          <w:color w:val="222B33"/>
          <w:sz w:val="26"/>
        </w:rPr>
        <w:t>鴬の昔を恋ひてさへづるは木伝ふ花の色やあせたる</w:t>
      </w:r>
    </w:p>
    <w:p>
      <w:pPr>
        <w:keepNext/>
        <w:spacing w:after="60"/>
      </w:pPr>
      <w:r>
        <w:rPr>
          <w:rFonts w:ascii="Noto Serif CJK JP" w:hAnsi="Noto Serif CJK JP" w:eastAsia="Noto Serif CJK JP"/>
          <w:b w:val="0"/>
          <w:i w:val="0"/>
          <w:color w:val="6A6F75"/>
          <w:sz w:val="19"/>
        </w:rPr>
        <w:t>鴬の　／　むかしをこひて　／　さえつるは　／　こつたふ花の　／　色やあせたる</w:t>
      </w:r>
    </w:p>
    <w:p>
      <w:pPr>
        <w:keepNext/>
        <w:spacing w:after="60"/>
      </w:pPr>
      <w:r>
        <w:rPr>
          <w:b w:val="0"/>
          <w:i/>
          <w:color w:val="222B33"/>
          <w:sz w:val="21"/>
        </w:rPr>
        <w:t>The warbler sings</w:t>
        <w:br/>
      </w:r>
      <w:r>
        <w:rPr>
          <w:b w:val="0"/>
          <w:i/>
          <w:color w:val="222B33"/>
          <w:sz w:val="21"/>
        </w:rPr>
        <w:t>with longing for the past:</w:t>
        <w:br/>
      </w:r>
      <w:r>
        <w:rPr>
          <w:b w:val="0"/>
          <w:i/>
          <w:color w:val="222B33"/>
          <w:sz w:val="21"/>
        </w:rPr>
        <w:t>has the color faded</w:t>
        <w:br/>
      </w:r>
      <w:r>
        <w:rPr>
          <w:b w:val="0"/>
          <w:i/>
          <w:color w:val="222B33"/>
          <w:sz w:val="21"/>
        </w:rPr>
        <w:t>of the flowers</w:t>
        <w:br/>
      </w:r>
      <w:r>
        <w:rPr>
          <w:b w:val="0"/>
          <w:i/>
          <w:color w:val="222B33"/>
          <w:sz w:val="21"/>
        </w:rPr>
        <w:t>it flits among?</w:t>
      </w:r>
    </w:p>
    <w:p>
      <w:pPr>
        <w:spacing w:after="40"/>
      </w:pPr>
      <w:r>
        <w:rPr>
          <w:b w:val="0"/>
          <w:i w:val="0"/>
          <w:color w:val="6A6F75"/>
          <w:sz w:val="18"/>
        </w:rPr>
        <w:t xml:space="preserve">In reply to </w:t>
      </w:r>
      <w:hyperlink w:anchor="p332">
        <w:r>
          <w:rPr>
            <w:color w:val="2E5A80"/>
            <w:u w:val="single"/>
            <w:sz w:val="18"/>
          </w:rPr>
          <w:t xml:space="preserve">No. 332 (Genji)</w:t>
        </w:r>
      </w:hyperlink>
    </w:p>
    <w:p>
      <w:pPr>
        <w:keepNext/>
        <w:spacing w:after="20" w:before="200"/>
      </w:pPr>
      <w:bookmarkStart w:id="357" w:name="p336"/>
      <w:r>
        <w:rPr>
          <w:b/>
          <w:i w:val="0"/>
          <w:color w:val="222B33"/>
          <w:sz w:val="22"/>
        </w:rPr>
        <w:t>No. 336</w:t>
      </w:r>
      <w:r>
        <w:rPr>
          <w:b w:val="0"/>
          <w:i w:val="0"/>
          <w:color w:val="6A6F75"/>
          <w:sz w:val="18"/>
        </w:rPr>
        <w:t xml:space="preserve">   Akikonomu → Murasaki   贈 sent</w:t>
      </w:r>
      <w:bookmarkEnd w:id="357"/>
    </w:p>
    <w:p>
      <w:pPr>
        <w:keepNext/>
        <w:spacing w:after="40"/>
      </w:pPr>
      <w:r>
        <w:rPr>
          <w:b/>
          <w:i w:val="0"/>
          <w:color w:val="6A6F75"/>
          <w:sz w:val="18"/>
        </w:rPr>
        <w:t xml:space="preserve">Context. </w:t>
      </w:r>
      <w:r>
        <w:rPr>
          <w:b w:val="0"/>
          <w:i w:val="0"/>
          <w:color w:val="6A6F75"/>
          <w:sz w:val="19"/>
        </w:rPr>
        <w:t>Akikonomu sends autumn leaves to Murasaki; the spring and autumn debate begins.</w:t>
      </w:r>
    </w:p>
    <w:p>
      <w:pPr>
        <w:keepNext/>
        <w:spacing w:after="0"/>
      </w:pPr>
      <w:r>
        <w:rPr>
          <w:rFonts w:ascii="Noto Serif CJK JP" w:hAnsi="Noto Serif CJK JP" w:eastAsia="Noto Serif CJK JP"/>
          <w:b w:val="0"/>
          <w:i w:val="0"/>
          <w:color w:val="222B33"/>
          <w:sz w:val="26"/>
        </w:rPr>
        <w:t>心から春まつ園はわが宿の紅葉を風のつてにだに見よ</w:t>
      </w:r>
    </w:p>
    <w:p>
      <w:pPr>
        <w:keepNext/>
        <w:spacing w:after="60"/>
      </w:pPr>
      <w:r>
        <w:rPr>
          <w:rFonts w:ascii="Noto Serif CJK JP" w:hAnsi="Noto Serif CJK JP" w:eastAsia="Noto Serif CJK JP"/>
          <w:b w:val="0"/>
          <w:i w:val="0"/>
          <w:color w:val="6A6F75"/>
          <w:sz w:val="19"/>
        </w:rPr>
        <w:t>心から　／　春まつそのは　／　わかやとの　／　紅葉を風の　／　つてにたにみよ</w:t>
      </w:r>
    </w:p>
    <w:p>
      <w:pPr>
        <w:keepNext/>
        <w:spacing w:after="60"/>
      </w:pPr>
      <w:r>
        <w:rPr>
          <w:b w:val="0"/>
          <w:i/>
          <w:color w:val="222B33"/>
          <w:sz w:val="21"/>
        </w:rPr>
        <w:t>You whose garden waits</w:t>
        <w:br/>
      </w:r>
      <w:r>
        <w:rPr>
          <w:b w:val="0"/>
          <w:i/>
          <w:color w:val="222B33"/>
          <w:sz w:val="21"/>
        </w:rPr>
        <w:t>for spring by choice:</w:t>
        <w:br/>
      </w:r>
      <w:r>
        <w:rPr>
          <w:b w:val="0"/>
          <w:i/>
          <w:color w:val="222B33"/>
          <w:sz w:val="21"/>
        </w:rPr>
        <w:t>see at least, by the wind’s report,</w:t>
        <w:br/>
      </w:r>
      <w:r>
        <w:rPr>
          <w:b w:val="0"/>
          <w:i/>
          <w:color w:val="222B33"/>
          <w:sz w:val="21"/>
        </w:rPr>
        <w:t>the autumn leaves</w:t>
        <w:br/>
      </w:r>
      <w:r>
        <w:rPr>
          <w:b w:val="0"/>
          <w:i/>
          <w:color w:val="222B33"/>
          <w:sz w:val="21"/>
        </w:rPr>
        <w:t>of my house.</w:t>
      </w:r>
    </w:p>
    <w:p>
      <w:pPr>
        <w:spacing w:after="40"/>
      </w:pPr>
      <w:r>
        <w:rPr>
          <w:b w:val="0"/>
          <w:i w:val="0"/>
          <w:color w:val="222B33"/>
          <w:sz w:val="19"/>
        </w:rPr>
        <w:t>The spring and autumn rivalry at the Rokujō estate begins.</w:t>
      </w:r>
    </w:p>
    <w:p>
      <w:pPr>
        <w:spacing w:after="40"/>
      </w:pPr>
      <w:r>
        <w:rPr>
          <w:b w:val="0"/>
          <w:i w:val="0"/>
          <w:color w:val="6A6F75"/>
          <w:sz w:val="18"/>
        </w:rPr>
        <w:t xml:space="preserve">Answered by </w:t>
      </w:r>
      <w:hyperlink w:anchor="p337">
        <w:r>
          <w:rPr>
            <w:color w:val="2E5A80"/>
            <w:u w:val="single"/>
            <w:sz w:val="18"/>
          </w:rPr>
          <w:t xml:space="preserve">No. 337 (Murasaki)</w:t>
        </w:r>
      </w:hyperlink>
      <w:r>
        <w:rPr>
          <w:b w:val="0"/>
          <w:i w:val="0"/>
          <w:color w:val="6A6F75"/>
          <w:sz w:val="18"/>
        </w:rPr>
        <w:t xml:space="preserve">   ·   </w:t>
      </w:r>
      <w:r>
        <w:rPr>
          <w:b w:val="0"/>
          <w:i w:val="0"/>
          <w:color w:val="6A6F75"/>
          <w:sz w:val="18"/>
        </w:rPr>
        <w:t xml:space="preserve">Echo, Spring against autumn: </w:t>
      </w:r>
      <w:hyperlink w:anchor="p337">
        <w:r>
          <w:rPr>
            <w:color w:val="2E5A80"/>
            <w:u w:val="single"/>
            <w:sz w:val="18"/>
          </w:rPr>
          <w:t xml:space="preserve">No. 337</w:t>
        </w:r>
      </w:hyperlink>
      <w:r>
        <w:rPr>
          <w:b w:val="0"/>
          <w:i w:val="0"/>
          <w:color w:val="6A6F75"/>
          <w:sz w:val="18"/>
        </w:rPr>
        <w:t xml:space="preserve">, </w:t>
      </w:r>
      <w:hyperlink w:anchor="p364">
        <w:r>
          <w:rPr>
            <w:color w:val="2E5A80"/>
            <w:u w:val="single"/>
            <w:sz w:val="18"/>
          </w:rPr>
          <w:t xml:space="preserve">No. 364</w:t>
        </w:r>
      </w:hyperlink>
      <w:r>
        <w:rPr>
          <w:b w:val="0"/>
          <w:i w:val="0"/>
          <w:color w:val="6A6F75"/>
          <w:sz w:val="18"/>
        </w:rPr>
        <w:t xml:space="preserve">, </w:t>
      </w:r>
      <w:hyperlink w:anchor="p365">
        <w:r>
          <w:rPr>
            <w:color w:val="2E5A80"/>
            <w:u w:val="single"/>
            <w:sz w:val="18"/>
          </w:rPr>
          <w:t xml:space="preserve">No. 365</w:t>
        </w:r>
      </w:hyperlink>
      <w:r>
        <w:rPr>
          <w:b w:val="0"/>
          <w:i w:val="0"/>
          <w:color w:val="6A6F75"/>
          <w:sz w:val="18"/>
        </w:rPr>
        <w:t xml:space="preserve">, </w:t>
      </w:r>
      <w:hyperlink w:anchor="p562">
        <w:r>
          <w:rPr>
            <w:color w:val="2E5A80"/>
            <w:u w:val="single"/>
            <w:sz w:val="18"/>
          </w:rPr>
          <w:t xml:space="preserve">No. 562</w:t>
        </w:r>
      </w:hyperlink>
      <w:r>
        <w:rPr>
          <w:b w:val="0"/>
          <w:i w:val="0"/>
          <w:color w:val="6A6F75"/>
          <w:sz w:val="18"/>
        </w:rPr>
        <w:t xml:space="preserve">, </w:t>
      </w:r>
      <w:hyperlink w:anchor="p563">
        <w:r>
          <w:rPr>
            <w:color w:val="2E5A80"/>
            <w:u w:val="single"/>
            <w:sz w:val="18"/>
          </w:rPr>
          <w:t xml:space="preserve">No. 563</w:t>
        </w:r>
      </w:hyperlink>
    </w:p>
    <w:p>
      <w:pPr>
        <w:keepNext/>
        <w:spacing w:after="20" w:before="200"/>
      </w:pPr>
      <w:bookmarkStart w:id="358" w:name="p337"/>
      <w:r>
        <w:rPr>
          <w:b/>
          <w:i w:val="0"/>
          <w:color w:val="222B33"/>
          <w:sz w:val="22"/>
        </w:rPr>
        <w:t>No. 337</w:t>
      </w:r>
      <w:r>
        <w:rPr>
          <w:b w:val="0"/>
          <w:i w:val="0"/>
          <w:color w:val="6A6F75"/>
          <w:sz w:val="18"/>
        </w:rPr>
        <w:t xml:space="preserve">   Murasaki → Akikonomu   答 reply</w:t>
      </w:r>
      <w:bookmarkEnd w:id="358"/>
    </w:p>
    <w:p>
      <w:pPr>
        <w:keepNext/>
        <w:spacing w:after="0"/>
      </w:pPr>
      <w:r>
        <w:rPr>
          <w:rFonts w:ascii="Noto Serif CJK JP" w:hAnsi="Noto Serif CJK JP" w:eastAsia="Noto Serif CJK JP"/>
          <w:b w:val="0"/>
          <w:i w:val="0"/>
          <w:color w:val="222B33"/>
          <w:sz w:val="26"/>
        </w:rPr>
        <w:t>風に散る紅葉は軽し春の色を岩根の松にかけてこそ見め</w:t>
      </w:r>
    </w:p>
    <w:p>
      <w:pPr>
        <w:keepNext/>
        <w:spacing w:after="60"/>
      </w:pPr>
      <w:r>
        <w:rPr>
          <w:rFonts w:ascii="Noto Serif CJK JP" w:hAnsi="Noto Serif CJK JP" w:eastAsia="Noto Serif CJK JP"/>
          <w:b w:val="0"/>
          <w:i w:val="0"/>
          <w:color w:val="6A6F75"/>
          <w:sz w:val="19"/>
        </w:rPr>
        <w:t>風にちる　／　紅葉はかろし　／　春の色を　／　いはねの松に　／　かけてこそみめ</w:t>
      </w:r>
    </w:p>
    <w:p>
      <w:pPr>
        <w:keepNext/>
        <w:spacing w:after="60"/>
      </w:pPr>
      <w:r>
        <w:rPr>
          <w:b w:val="0"/>
          <w:i/>
          <w:color w:val="222B33"/>
          <w:sz w:val="21"/>
        </w:rPr>
        <w:t>Light are the autumn leaves</w:t>
        <w:br/>
      </w:r>
      <w:r>
        <w:rPr>
          <w:b w:val="0"/>
          <w:i/>
          <w:color w:val="222B33"/>
          <w:sz w:val="21"/>
        </w:rPr>
        <w:t>that scatter in the wind:</w:t>
        <w:br/>
      </w:r>
      <w:r>
        <w:rPr>
          <w:b w:val="0"/>
          <w:i/>
          <w:color w:val="222B33"/>
          <w:sz w:val="21"/>
        </w:rPr>
        <w:t>see spring’s color</w:t>
        <w:br/>
      </w:r>
      <w:r>
        <w:rPr>
          <w:b w:val="0"/>
          <w:i/>
          <w:color w:val="222B33"/>
          <w:sz w:val="21"/>
        </w:rPr>
        <w:t>in the pine</w:t>
        <w:br/>
      </w:r>
      <w:r>
        <w:rPr>
          <w:b w:val="0"/>
          <w:i/>
          <w:color w:val="222B33"/>
          <w:sz w:val="21"/>
        </w:rPr>
        <w:t>on the rock.</w:t>
      </w:r>
    </w:p>
    <w:p>
      <w:pPr>
        <w:spacing w:after="40"/>
      </w:pPr>
      <w:r>
        <w:rPr>
          <w:b w:val="0"/>
          <w:i w:val="0"/>
          <w:color w:val="6A6F75"/>
          <w:sz w:val="18"/>
        </w:rPr>
        <w:t xml:space="preserve">In reply to </w:t>
      </w:r>
      <w:hyperlink w:anchor="p336">
        <w:r>
          <w:rPr>
            <w:color w:val="2E5A80"/>
            <w:u w:val="single"/>
            <w:sz w:val="18"/>
          </w:rPr>
          <w:t xml:space="preserve">No. 336 (Akikonomu)</w:t>
        </w:r>
      </w:hyperlink>
      <w:r>
        <w:rPr>
          <w:b w:val="0"/>
          <w:i w:val="0"/>
          <w:color w:val="6A6F75"/>
          <w:sz w:val="18"/>
        </w:rPr>
        <w:t xml:space="preserve">   ·   </w:t>
      </w:r>
      <w:r>
        <w:rPr>
          <w:b w:val="0"/>
          <w:i w:val="0"/>
          <w:color w:val="6A6F75"/>
          <w:sz w:val="18"/>
        </w:rPr>
        <w:t xml:space="preserve">Echo, Spring against autumn: </w:t>
      </w:r>
      <w:hyperlink w:anchor="p336">
        <w:r>
          <w:rPr>
            <w:color w:val="2E5A80"/>
            <w:u w:val="single"/>
            <w:sz w:val="18"/>
          </w:rPr>
          <w:t xml:space="preserve">No. 336</w:t>
        </w:r>
      </w:hyperlink>
      <w:r>
        <w:rPr>
          <w:b w:val="0"/>
          <w:i w:val="0"/>
          <w:color w:val="6A6F75"/>
          <w:sz w:val="18"/>
        </w:rPr>
        <w:t xml:space="preserve">, </w:t>
      </w:r>
      <w:hyperlink w:anchor="p364">
        <w:r>
          <w:rPr>
            <w:color w:val="2E5A80"/>
            <w:u w:val="single"/>
            <w:sz w:val="18"/>
          </w:rPr>
          <w:t xml:space="preserve">No. 364</w:t>
        </w:r>
      </w:hyperlink>
      <w:r>
        <w:rPr>
          <w:b w:val="0"/>
          <w:i w:val="0"/>
          <w:color w:val="6A6F75"/>
          <w:sz w:val="18"/>
        </w:rPr>
        <w:t xml:space="preserve">, </w:t>
      </w:r>
      <w:hyperlink w:anchor="p365">
        <w:r>
          <w:rPr>
            <w:color w:val="2E5A80"/>
            <w:u w:val="single"/>
            <w:sz w:val="18"/>
          </w:rPr>
          <w:t xml:space="preserve">No. 365</w:t>
        </w:r>
      </w:hyperlink>
      <w:r>
        <w:rPr>
          <w:b w:val="0"/>
          <w:i w:val="0"/>
          <w:color w:val="6A6F75"/>
          <w:sz w:val="18"/>
        </w:rPr>
        <w:t xml:space="preserve">, </w:t>
      </w:r>
      <w:hyperlink w:anchor="p562">
        <w:r>
          <w:rPr>
            <w:color w:val="2E5A80"/>
            <w:u w:val="single"/>
            <w:sz w:val="18"/>
          </w:rPr>
          <w:t xml:space="preserve">No. 562</w:t>
        </w:r>
      </w:hyperlink>
      <w:r>
        <w:rPr>
          <w:b w:val="0"/>
          <w:i w:val="0"/>
          <w:color w:val="6A6F75"/>
          <w:sz w:val="18"/>
        </w:rPr>
        <w:t xml:space="preserve">, </w:t>
      </w:r>
      <w:hyperlink w:anchor="p563">
        <w:r>
          <w:rPr>
            <w:color w:val="2E5A80"/>
            <w:u w:val="single"/>
            <w:sz w:val="18"/>
          </w:rPr>
          <w:t xml:space="preserve">No. 563</w:t>
        </w:r>
      </w:hyperlink>
    </w:p>
    <w:p>
      <w:pPr>
        <w:pStyle w:val="Heading1"/>
      </w:pPr>
      <w:bookmarkStart w:id="359" w:name="ch22"/>
      <w:r>
        <w:t>Chapter 22 · Tamakazura 玉鬘</w:t>
      </w:r>
      <w:bookmarkEnd w:id="359"/>
    </w:p>
    <w:p>
      <w:pPr>
        <w:keepNext/>
        <w:spacing w:after="20" w:before="200"/>
      </w:pPr>
      <w:bookmarkStart w:id="360" w:name="p338"/>
      <w:r>
        <w:rPr>
          <w:b/>
          <w:i w:val="0"/>
          <w:color w:val="222B33"/>
          <w:sz w:val="22"/>
        </w:rPr>
        <w:t>No. 338</w:t>
      </w:r>
      <w:r>
        <w:rPr>
          <w:b w:val="0"/>
          <w:i w:val="0"/>
          <w:color w:val="6A6F75"/>
          <w:sz w:val="18"/>
        </w:rPr>
        <w:t xml:space="preserve">   Tamakazura’s nurse   唱:贈 group exchange / sent</w:t>
      </w:r>
      <w:bookmarkEnd w:id="360"/>
    </w:p>
    <w:p>
      <w:pPr>
        <w:keepNext/>
        <w:spacing w:after="40"/>
      </w:pPr>
      <w:r>
        <w:rPr>
          <w:b/>
          <w:i w:val="0"/>
          <w:color w:val="6A6F75"/>
          <w:sz w:val="18"/>
        </w:rPr>
        <w:t xml:space="preserve">Context. </w:t>
      </w:r>
      <w:r>
        <w:rPr>
          <w:b w:val="0"/>
          <w:i w:val="0"/>
          <w:color w:val="6A6F75"/>
          <w:sz w:val="19"/>
        </w:rPr>
        <w:t>Tamakazura’s nurse taking her from the capital to Tsukushi; the girl is lost to her father.</w:t>
      </w:r>
    </w:p>
    <w:p>
      <w:pPr>
        <w:keepNext/>
        <w:spacing w:after="0"/>
      </w:pPr>
      <w:r>
        <w:rPr>
          <w:rFonts w:ascii="Noto Serif CJK JP" w:hAnsi="Noto Serif CJK JP" w:eastAsia="Noto Serif CJK JP"/>
          <w:b w:val="0"/>
          <w:i w:val="0"/>
          <w:color w:val="222B33"/>
          <w:sz w:val="26"/>
        </w:rPr>
        <w:t>舟人もたれを恋ふとか大島のうらがなしげに声の聞こゆる</w:t>
      </w:r>
    </w:p>
    <w:p>
      <w:pPr>
        <w:keepNext/>
        <w:spacing w:after="60"/>
      </w:pPr>
      <w:r>
        <w:rPr>
          <w:rFonts w:ascii="Noto Serif CJK JP" w:hAnsi="Noto Serif CJK JP" w:eastAsia="Noto Serif CJK JP"/>
          <w:b w:val="0"/>
          <w:i w:val="0"/>
          <w:color w:val="6A6F75"/>
          <w:sz w:val="19"/>
        </w:rPr>
        <w:t>ふな人も　／　たれをこふとか　／　おほしまの　／　うらかなしけに　／　こゑのきこゆる</w:t>
      </w:r>
    </w:p>
    <w:p>
      <w:pPr>
        <w:keepNext/>
        <w:spacing w:after="60"/>
      </w:pPr>
      <w:r>
        <w:rPr>
          <w:b w:val="0"/>
          <w:i/>
          <w:color w:val="222B33"/>
          <w:sz w:val="21"/>
        </w:rPr>
        <w:t>The boatmen too: for whom</w:t>
        <w:br/>
      </w:r>
      <w:r>
        <w:rPr>
          <w:b w:val="0"/>
          <w:i/>
          <w:color w:val="222B33"/>
          <w:sz w:val="21"/>
        </w:rPr>
        <w:t>do they long, that their voices</w:t>
        <w:br/>
      </w:r>
      <w:r>
        <w:rPr>
          <w:b w:val="0"/>
          <w:i/>
          <w:color w:val="222B33"/>
          <w:sz w:val="21"/>
        </w:rPr>
        <w:t>should sound so sad</w:t>
        <w:br/>
      </w:r>
      <w:r>
        <w:rPr>
          <w:b w:val="0"/>
          <w:i/>
          <w:color w:val="222B33"/>
          <w:sz w:val="21"/>
        </w:rPr>
        <w:t>off Ōshima</w:t>
        <w:br/>
      </w:r>
      <w:r>
        <w:rPr>
          <w:b w:val="0"/>
          <w:i/>
          <w:color w:val="222B33"/>
          <w:sz w:val="21"/>
        </w:rPr>
        <w:t>Bay?</w:t>
      </w:r>
    </w:p>
    <w:p>
      <w:pPr>
        <w:spacing w:after="40"/>
      </w:pPr>
      <w:r>
        <w:rPr>
          <w:b w:val="0"/>
          <w:i w:val="0"/>
          <w:color w:val="222B33"/>
          <w:sz w:val="19"/>
        </w:rPr>
        <w:t>On the sea voyage to Kyushu.</w:t>
      </w:r>
    </w:p>
    <w:p>
      <w:pPr>
        <w:spacing w:after="40"/>
      </w:pPr>
      <w:r>
        <w:rPr>
          <w:b/>
          <w:i w:val="0"/>
          <w:color w:val="8A4B1C"/>
          <w:sz w:val="18"/>
        </w:rPr>
        <w:t xml:space="preserve">Attribution uncertain. </w:t>
      </w:r>
      <w:r>
        <w:rPr>
          <w:b w:val="0"/>
          <w:i w:val="0"/>
          <w:sz w:val="19"/>
        </w:rPr>
        <w:t>The ‘two’ who exchange these poems are the nurse and Tamakazura in one reading; the common view 通説 makes them the nurse’s daughters.</w:t>
      </w:r>
    </w:p>
    <w:p>
      <w:pPr>
        <w:spacing w:after="40"/>
      </w:pPr>
      <w:r>
        <w:rPr>
          <w:b w:val="0"/>
          <w:i w:val="0"/>
          <w:color w:val="6A6F75"/>
          <w:sz w:val="18"/>
        </w:rPr>
        <w:t xml:space="preserve">Answered by </w:t>
      </w:r>
      <w:hyperlink w:anchor="p339">
        <w:r>
          <w:rPr>
            <w:color w:val="2E5A80"/>
            <w:u w:val="single"/>
            <w:sz w:val="18"/>
          </w:rPr>
          <w:t xml:space="preserve">No. 339 (Tamakazura (or the nurse’s daughter))</w:t>
        </w:r>
      </w:hyperlink>
    </w:p>
    <w:p>
      <w:pPr>
        <w:keepNext/>
        <w:spacing w:after="20" w:before="200"/>
      </w:pPr>
      <w:bookmarkStart w:id="361" w:name="p339"/>
      <w:r>
        <w:rPr>
          <w:b/>
          <w:i w:val="0"/>
          <w:color w:val="222B33"/>
          <w:sz w:val="22"/>
        </w:rPr>
        <w:t>No. 339</w:t>
      </w:r>
      <w:r>
        <w:rPr>
          <w:b w:val="0"/>
          <w:i w:val="0"/>
          <w:color w:val="6A6F75"/>
          <w:sz w:val="18"/>
        </w:rPr>
        <w:t xml:space="preserve">   Tamakazura (or the nurse’s daughter)   唱:答 group exchange / reply</w:t>
      </w:r>
      <w:bookmarkEnd w:id="361"/>
    </w:p>
    <w:p>
      <w:pPr>
        <w:keepNext/>
        <w:spacing w:after="0"/>
      </w:pPr>
      <w:r>
        <w:rPr>
          <w:rFonts w:ascii="Noto Serif CJK JP" w:hAnsi="Noto Serif CJK JP" w:eastAsia="Noto Serif CJK JP"/>
          <w:b w:val="0"/>
          <w:i w:val="0"/>
          <w:color w:val="222B33"/>
          <w:sz w:val="26"/>
        </w:rPr>
        <w:t>来し方も行方も知らぬ沖に出でてあはれいづくに君を恋ふらむ</w:t>
      </w:r>
    </w:p>
    <w:p>
      <w:pPr>
        <w:keepNext/>
        <w:spacing w:after="60"/>
      </w:pPr>
      <w:r>
        <w:rPr>
          <w:rFonts w:ascii="Noto Serif CJK JP" w:hAnsi="Noto Serif CJK JP" w:eastAsia="Noto Serif CJK JP"/>
          <w:b w:val="0"/>
          <w:i w:val="0"/>
          <w:color w:val="6A6F75"/>
          <w:sz w:val="19"/>
        </w:rPr>
        <w:t>こしかたも　／　ゆくゑもしらぬ　／　おきにいてゝ　／　あはれいつくに　／　君をこふらん</w:t>
      </w:r>
    </w:p>
    <w:p>
      <w:pPr>
        <w:keepNext/>
        <w:spacing w:after="60"/>
      </w:pPr>
      <w:r>
        <w:rPr>
          <w:b w:val="0"/>
          <w:i/>
          <w:color w:val="222B33"/>
          <w:sz w:val="21"/>
        </w:rPr>
        <w:t>Out on the open sea,</w:t>
        <w:br/>
      </w:r>
      <w:r>
        <w:rPr>
          <w:b w:val="0"/>
          <w:i/>
          <w:color w:val="222B33"/>
          <w:sz w:val="21"/>
        </w:rPr>
        <w:t>not knowing past or future,</w:t>
        <w:br/>
      </w:r>
      <w:r>
        <w:rPr>
          <w:b w:val="0"/>
          <w:i/>
          <w:color w:val="222B33"/>
          <w:sz w:val="21"/>
        </w:rPr>
        <w:t>where, alas,</w:t>
        <w:br/>
      </w:r>
      <w:r>
        <w:rPr>
          <w:b w:val="0"/>
          <w:i/>
          <w:color w:val="222B33"/>
          <w:sz w:val="21"/>
        </w:rPr>
        <w:t>are we</w:t>
        <w:br/>
      </w:r>
      <w:r>
        <w:rPr>
          <w:b w:val="0"/>
          <w:i/>
          <w:color w:val="222B33"/>
          <w:sz w:val="21"/>
        </w:rPr>
        <w:t>to long for you?</w:t>
      </w:r>
    </w:p>
    <w:p>
      <w:pPr>
        <w:spacing w:after="40"/>
      </w:pPr>
      <w:r>
        <w:rPr>
          <w:b w:val="0"/>
          <w:i w:val="0"/>
          <w:color w:val="222B33"/>
          <w:sz w:val="19"/>
        </w:rPr>
        <w:t>The speaker is disputed: the nurse’s daughters or Tamakazura.</w:t>
      </w:r>
    </w:p>
    <w:p>
      <w:pPr>
        <w:spacing w:after="40"/>
      </w:pPr>
      <w:r>
        <w:rPr>
          <w:b/>
          <w:i w:val="0"/>
          <w:color w:val="8A4B1C"/>
          <w:sz w:val="18"/>
        </w:rPr>
        <w:t xml:space="preserve">Attribution uncertain. </w:t>
      </w:r>
      <w:r>
        <w:rPr>
          <w:b w:val="0"/>
          <w:i w:val="0"/>
          <w:sz w:val="19"/>
        </w:rPr>
        <w:t>Tamakazura in one reading; the common view 通説 gives it to one of the nurse’s daughters.</w:t>
      </w:r>
    </w:p>
    <w:p>
      <w:pPr>
        <w:spacing w:after="40"/>
      </w:pPr>
      <w:r>
        <w:rPr>
          <w:b w:val="0"/>
          <w:i w:val="0"/>
          <w:color w:val="6A6F75"/>
          <w:sz w:val="18"/>
        </w:rPr>
        <w:t xml:space="preserve">In reply to </w:t>
      </w:r>
      <w:hyperlink w:anchor="p338">
        <w:r>
          <w:rPr>
            <w:color w:val="2E5A80"/>
            <w:u w:val="single"/>
            <w:sz w:val="18"/>
          </w:rPr>
          <w:t xml:space="preserve">No. 338 (Tamakazura’s nurse)</w:t>
        </w:r>
      </w:hyperlink>
    </w:p>
    <w:p>
      <w:pPr>
        <w:keepNext/>
        <w:spacing w:after="20" w:before="200"/>
      </w:pPr>
      <w:bookmarkStart w:id="362" w:name="p340"/>
      <w:r>
        <w:rPr>
          <w:b/>
          <w:i w:val="0"/>
          <w:color w:val="222B33"/>
          <w:sz w:val="22"/>
        </w:rPr>
        <w:t>No. 340</w:t>
      </w:r>
      <w:r>
        <w:rPr>
          <w:b w:val="0"/>
          <w:i w:val="0"/>
          <w:color w:val="6A6F75"/>
          <w:sz w:val="18"/>
        </w:rPr>
        <w:t xml:space="preserve">   the Higo Bureau Overseer → Tamakazura’s family   贈 sent</w:t>
      </w:r>
      <w:bookmarkEnd w:id="362"/>
    </w:p>
    <w:p>
      <w:pPr>
        <w:keepNext/>
        <w:spacing w:after="40"/>
      </w:pPr>
      <w:r>
        <w:rPr>
          <w:b/>
          <w:i w:val="0"/>
          <w:color w:val="6A6F75"/>
          <w:sz w:val="18"/>
        </w:rPr>
        <w:t xml:space="preserve">Context. </w:t>
      </w:r>
      <w:r>
        <w:rPr>
          <w:b w:val="0"/>
          <w:i w:val="0"/>
          <w:color w:val="6A6F75"/>
          <w:sz w:val="19"/>
        </w:rPr>
        <w:t>The Higo Bureau Overseer, a rough suitor in Tsukushi, threatens Tamakazura’s family.</w:t>
      </w:r>
    </w:p>
    <w:p>
      <w:pPr>
        <w:keepNext/>
        <w:spacing w:after="0"/>
      </w:pPr>
      <w:r>
        <w:rPr>
          <w:rFonts w:ascii="Noto Serif CJK JP" w:hAnsi="Noto Serif CJK JP" w:eastAsia="Noto Serif CJK JP"/>
          <w:b w:val="0"/>
          <w:i w:val="0"/>
          <w:color w:val="222B33"/>
          <w:sz w:val="26"/>
        </w:rPr>
        <w:t>君にもし心違はば松浦なる鏡の神をかけて誓はむ</w:t>
      </w:r>
    </w:p>
    <w:p>
      <w:pPr>
        <w:keepNext/>
        <w:spacing w:after="60"/>
      </w:pPr>
      <w:r>
        <w:rPr>
          <w:rFonts w:ascii="Noto Serif CJK JP" w:hAnsi="Noto Serif CJK JP" w:eastAsia="Noto Serif CJK JP"/>
          <w:b w:val="0"/>
          <w:i w:val="0"/>
          <w:color w:val="6A6F75"/>
          <w:sz w:val="19"/>
        </w:rPr>
        <w:t>君にもし　／　心たかはゝ　／　まつらなる　／　かゝみの神を　／　かけてちかはむ</w:t>
      </w:r>
    </w:p>
    <w:p>
      <w:pPr>
        <w:keepNext/>
        <w:spacing w:after="60"/>
      </w:pPr>
      <w:r>
        <w:rPr>
          <w:b w:val="0"/>
          <w:i/>
          <w:color w:val="222B33"/>
          <w:sz w:val="21"/>
        </w:rPr>
        <w:t>If ever my heart</w:t>
        <w:br/>
      </w:r>
      <w:r>
        <w:rPr>
          <w:b w:val="0"/>
          <w:i/>
          <w:color w:val="222B33"/>
          <w:sz w:val="21"/>
        </w:rPr>
        <w:t>should fail you, I swear it</w:t>
        <w:br/>
      </w:r>
      <w:r>
        <w:rPr>
          <w:b w:val="0"/>
          <w:i/>
          <w:color w:val="222B33"/>
          <w:sz w:val="21"/>
        </w:rPr>
        <w:t>by the god of the mirror</w:t>
        <w:br/>
      </w:r>
      <w:r>
        <w:rPr>
          <w:b w:val="0"/>
          <w:i/>
          <w:color w:val="222B33"/>
          <w:sz w:val="21"/>
        </w:rPr>
        <w:t>at Matsura.</w:t>
      </w:r>
    </w:p>
    <w:p>
      <w:pPr>
        <w:spacing w:after="40"/>
      </w:pPr>
      <w:r>
        <w:rPr>
          <w:b w:val="0"/>
          <w:i w:val="0"/>
          <w:color w:val="222B33"/>
          <w:sz w:val="19"/>
        </w:rPr>
        <w:t>The rustic suitor.</w:t>
      </w:r>
    </w:p>
    <w:p>
      <w:pPr>
        <w:spacing w:after="40"/>
      </w:pPr>
      <w:r>
        <w:rPr>
          <w:b w:val="0"/>
          <w:i w:val="0"/>
          <w:color w:val="6A6F75"/>
          <w:sz w:val="18"/>
        </w:rPr>
        <w:t xml:space="preserve">Answered by </w:t>
      </w:r>
      <w:hyperlink w:anchor="p341">
        <w:r>
          <w:rPr>
            <w:color w:val="2E5A80"/>
            <w:u w:val="single"/>
            <w:sz w:val="18"/>
          </w:rPr>
          <w:t xml:space="preserve">No. 341 (Tamakazura’s nurse)</w:t>
        </w:r>
      </w:hyperlink>
    </w:p>
    <w:p>
      <w:pPr>
        <w:keepNext/>
        <w:spacing w:after="20" w:before="200"/>
      </w:pPr>
      <w:bookmarkStart w:id="363" w:name="p341"/>
      <w:r>
        <w:rPr>
          <w:b/>
          <w:i w:val="0"/>
          <w:color w:val="222B33"/>
          <w:sz w:val="22"/>
        </w:rPr>
        <w:t>No. 341</w:t>
      </w:r>
      <w:r>
        <w:rPr>
          <w:b w:val="0"/>
          <w:i w:val="0"/>
          <w:color w:val="6A6F75"/>
          <w:sz w:val="18"/>
        </w:rPr>
        <w:t xml:space="preserve">   Tamakazura’s nurse → the Higo Bureau Overseer   答 reply</w:t>
      </w:r>
      <w:bookmarkEnd w:id="363"/>
    </w:p>
    <w:p>
      <w:pPr>
        <w:keepNext/>
        <w:spacing w:after="0"/>
      </w:pPr>
      <w:r>
        <w:rPr>
          <w:rFonts w:ascii="Noto Serif CJK JP" w:hAnsi="Noto Serif CJK JP" w:eastAsia="Noto Serif CJK JP"/>
          <w:b w:val="0"/>
          <w:i w:val="0"/>
          <w:color w:val="222B33"/>
          <w:sz w:val="26"/>
        </w:rPr>
        <w:t>年を経て祈る心の違ひなば鏡の神をつらしとや見む</w:t>
      </w:r>
    </w:p>
    <w:p>
      <w:pPr>
        <w:keepNext/>
        <w:spacing w:after="60"/>
      </w:pPr>
      <w:r>
        <w:rPr>
          <w:rFonts w:ascii="Noto Serif CJK JP" w:hAnsi="Noto Serif CJK JP" w:eastAsia="Noto Serif CJK JP"/>
          <w:b w:val="0"/>
          <w:i w:val="0"/>
          <w:color w:val="6A6F75"/>
          <w:sz w:val="19"/>
        </w:rPr>
        <w:t>としをへて　／　いのる心の　／　たかひなは　／　かゝみの神を　／　つらしとやみむ</w:t>
      </w:r>
    </w:p>
    <w:p>
      <w:pPr>
        <w:keepNext/>
        <w:spacing w:after="60"/>
      </w:pPr>
      <w:r>
        <w:rPr>
          <w:b w:val="0"/>
          <w:i/>
          <w:color w:val="222B33"/>
          <w:sz w:val="21"/>
        </w:rPr>
        <w:t>If my long prayers</w:t>
        <w:br/>
      </w:r>
      <w:r>
        <w:rPr>
          <w:b w:val="0"/>
          <w:i/>
          <w:color w:val="222B33"/>
          <w:sz w:val="21"/>
        </w:rPr>
        <w:t>for her should fail,</w:t>
        <w:br/>
      </w:r>
      <w:r>
        <w:rPr>
          <w:b w:val="0"/>
          <w:i/>
          <w:color w:val="222B33"/>
          <w:sz w:val="21"/>
        </w:rPr>
        <w:t>I would think</w:t>
        <w:br/>
      </w:r>
      <w:r>
        <w:rPr>
          <w:b w:val="0"/>
          <w:i/>
          <w:color w:val="222B33"/>
          <w:sz w:val="21"/>
        </w:rPr>
        <w:t>the god of the mirror</w:t>
        <w:br/>
      </w:r>
      <w:r>
        <w:rPr>
          <w:b w:val="0"/>
          <w:i/>
          <w:color w:val="222B33"/>
          <w:sz w:val="21"/>
        </w:rPr>
        <w:t>cruel.</w:t>
      </w:r>
    </w:p>
    <w:p>
      <w:pPr>
        <w:spacing w:after="40"/>
      </w:pPr>
      <w:r>
        <w:rPr>
          <w:b w:val="0"/>
          <w:i w:val="0"/>
          <w:color w:val="222B33"/>
          <w:sz w:val="19"/>
        </w:rPr>
        <w:t>She twists his vow into a prayer that he fail.</w:t>
      </w:r>
    </w:p>
    <w:p>
      <w:pPr>
        <w:spacing w:after="40"/>
      </w:pPr>
      <w:r>
        <w:rPr>
          <w:b/>
          <w:i w:val="0"/>
          <w:color w:val="8A4B1C"/>
          <w:sz w:val="18"/>
        </w:rPr>
        <w:t xml:space="preserve">Attribution uncertain. </w:t>
      </w:r>
      <w:r>
        <w:rPr>
          <w:b w:val="0"/>
          <w:i w:val="0"/>
          <w:sz w:val="19"/>
        </w:rPr>
        <w:t>Speaker identified as the nurse, wife of the Dazai Shōni (Zenshū 全集).</w:t>
      </w:r>
    </w:p>
    <w:p>
      <w:pPr>
        <w:spacing w:after="40"/>
      </w:pPr>
      <w:r>
        <w:rPr>
          <w:b w:val="0"/>
          <w:i w:val="0"/>
          <w:color w:val="6A6F75"/>
          <w:sz w:val="18"/>
        </w:rPr>
        <w:t xml:space="preserve">In reply to </w:t>
      </w:r>
      <w:hyperlink w:anchor="p340">
        <w:r>
          <w:rPr>
            <w:color w:val="2E5A80"/>
            <w:u w:val="single"/>
            <w:sz w:val="18"/>
          </w:rPr>
          <w:t xml:space="preserve">No. 340 (the Higo Bureau Overseer)</w:t>
        </w:r>
      </w:hyperlink>
    </w:p>
    <w:p>
      <w:pPr>
        <w:keepNext/>
        <w:spacing w:after="20" w:before="200"/>
      </w:pPr>
      <w:bookmarkStart w:id="364" w:name="p342"/>
      <w:r>
        <w:rPr>
          <w:b/>
          <w:i w:val="0"/>
          <w:color w:val="222B33"/>
          <w:sz w:val="22"/>
        </w:rPr>
        <w:t>No. 342</w:t>
      </w:r>
      <w:r>
        <w:rPr>
          <w:b w:val="0"/>
          <w:i w:val="0"/>
          <w:color w:val="6A6F75"/>
          <w:sz w:val="18"/>
        </w:rPr>
        <w:t xml:space="preserve">   Hyōbu no Kimi   唱:贈 group exchange / sent</w:t>
      </w:r>
      <w:bookmarkEnd w:id="364"/>
    </w:p>
    <w:p>
      <w:pPr>
        <w:keepNext/>
        <w:spacing w:after="40"/>
      </w:pPr>
      <w:r>
        <w:rPr>
          <w:b/>
          <w:i w:val="0"/>
          <w:color w:val="6A6F75"/>
          <w:sz w:val="18"/>
        </w:rPr>
        <w:t xml:space="preserve">Context. </w:t>
      </w:r>
      <w:r>
        <w:rPr>
          <w:b w:val="0"/>
          <w:i w:val="0"/>
          <w:color w:val="6A6F75"/>
          <w:sz w:val="19"/>
        </w:rPr>
        <w:t>Tamakazura’s household flee Tsukushi by boat.</w:t>
      </w:r>
    </w:p>
    <w:p>
      <w:pPr>
        <w:keepNext/>
        <w:spacing w:after="0"/>
      </w:pPr>
      <w:r>
        <w:rPr>
          <w:rFonts w:ascii="Noto Serif CJK JP" w:hAnsi="Noto Serif CJK JP" w:eastAsia="Noto Serif CJK JP"/>
          <w:b w:val="0"/>
          <w:i w:val="0"/>
          <w:color w:val="222B33"/>
          <w:sz w:val="26"/>
        </w:rPr>
        <w:t>浮島を漕ぎ離れても行く方やいづく泊りと知らずもあるかな</w:t>
      </w:r>
    </w:p>
    <w:p>
      <w:pPr>
        <w:keepNext/>
        <w:spacing w:after="60"/>
      </w:pPr>
      <w:r>
        <w:rPr>
          <w:rFonts w:ascii="Noto Serif CJK JP" w:hAnsi="Noto Serif CJK JP" w:eastAsia="Noto Serif CJK JP"/>
          <w:b w:val="0"/>
          <w:i w:val="0"/>
          <w:color w:val="6A6F75"/>
          <w:sz w:val="19"/>
        </w:rPr>
        <w:t>うき島を　／　こきはなれても　／　ゆくかたや　／　いつくとまりと　／　しらすもあるかな</w:t>
      </w:r>
    </w:p>
    <w:p>
      <w:pPr>
        <w:keepNext/>
        <w:spacing w:after="60"/>
      </w:pPr>
      <w:r>
        <w:rPr>
          <w:b w:val="0"/>
          <w:i/>
          <w:color w:val="222B33"/>
          <w:sz w:val="21"/>
        </w:rPr>
        <w:t>Though we row away</w:t>
        <w:br/>
      </w:r>
      <w:r>
        <w:rPr>
          <w:b w:val="0"/>
          <w:i/>
          <w:color w:val="222B33"/>
          <w:sz w:val="21"/>
        </w:rPr>
        <w:t>from Floating Island,</w:t>
        <w:br/>
      </w:r>
      <w:r>
        <w:rPr>
          <w:b w:val="0"/>
          <w:i/>
          <w:color w:val="222B33"/>
          <w:sz w:val="21"/>
        </w:rPr>
        <w:t>where we are going</w:t>
        <w:br/>
      </w:r>
      <w:r>
        <w:rPr>
          <w:b w:val="0"/>
          <w:i/>
          <w:color w:val="222B33"/>
          <w:sz w:val="21"/>
        </w:rPr>
        <w:t>and where we shall moor,</w:t>
        <w:br/>
      </w:r>
      <w:r>
        <w:rPr>
          <w:b w:val="0"/>
          <w:i/>
          <w:color w:val="222B33"/>
          <w:sz w:val="21"/>
        </w:rPr>
        <w:t>we do not know.</w:t>
      </w:r>
    </w:p>
    <w:p>
      <w:pPr>
        <w:spacing w:after="40"/>
      </w:pPr>
      <w:r>
        <w:rPr>
          <w:b w:val="0"/>
          <w:i w:val="0"/>
          <w:color w:val="222B33"/>
          <w:sz w:val="19"/>
        </w:rPr>
        <w:t>The flight from Kyushu. Ukishima, “floating island,” is also uki, “wretched.”</w:t>
      </w:r>
    </w:p>
    <w:p>
      <w:pPr>
        <w:spacing w:after="40"/>
      </w:pPr>
      <w:r>
        <w:rPr>
          <w:b/>
          <w:i w:val="0"/>
          <w:color w:val="8A4B1C"/>
          <w:sz w:val="18"/>
        </w:rPr>
        <w:t xml:space="preserve">Attribution uncertain. </w:t>
      </w:r>
      <w:r>
        <w:rPr>
          <w:b w:val="0"/>
          <w:i w:val="0"/>
          <w:sz w:val="19"/>
        </w:rPr>
        <w:t>Hyōbu no Kimi, the Shōni’s daughter (Zenshū 全集).</w:t>
      </w:r>
    </w:p>
    <w:p>
      <w:pPr>
        <w:spacing w:after="40"/>
      </w:pPr>
      <w:r>
        <w:rPr>
          <w:b w:val="0"/>
          <w:i w:val="0"/>
          <w:color w:val="6A6F75"/>
          <w:sz w:val="18"/>
        </w:rPr>
        <w:t xml:space="preserve">Answered by </w:t>
      </w:r>
      <w:hyperlink w:anchor="p343">
        <w:r>
          <w:rPr>
            <w:color w:val="2E5A80"/>
            <w:u w:val="single"/>
            <w:sz w:val="18"/>
          </w:rPr>
          <w:t xml:space="preserve">No. 343 (Tamakazura)</w:t>
        </w:r>
      </w:hyperlink>
    </w:p>
    <w:p>
      <w:pPr>
        <w:keepNext/>
        <w:spacing w:after="20" w:before="200"/>
      </w:pPr>
      <w:bookmarkStart w:id="365" w:name="p343"/>
      <w:r>
        <w:rPr>
          <w:b/>
          <w:i w:val="0"/>
          <w:color w:val="222B33"/>
          <w:sz w:val="22"/>
        </w:rPr>
        <w:t>No. 343</w:t>
      </w:r>
      <w:r>
        <w:rPr>
          <w:b w:val="0"/>
          <w:i w:val="0"/>
          <w:color w:val="6A6F75"/>
          <w:sz w:val="18"/>
        </w:rPr>
        <w:t xml:space="preserve">   Tamakazura   唱:答 group exchange / reply</w:t>
      </w:r>
      <w:bookmarkEnd w:id="365"/>
    </w:p>
    <w:p>
      <w:pPr>
        <w:keepNext/>
        <w:spacing w:after="0"/>
      </w:pPr>
      <w:r>
        <w:rPr>
          <w:rFonts w:ascii="Noto Serif CJK JP" w:hAnsi="Noto Serif CJK JP" w:eastAsia="Noto Serif CJK JP"/>
          <w:b w:val="0"/>
          <w:i w:val="0"/>
          <w:color w:val="222B33"/>
          <w:sz w:val="26"/>
        </w:rPr>
        <w:t>行く先も見えぬ波路に舟出して風にまかする身こそ浮きたれ</w:t>
      </w:r>
    </w:p>
    <w:p>
      <w:pPr>
        <w:keepNext/>
        <w:spacing w:after="60"/>
      </w:pPr>
      <w:r>
        <w:rPr>
          <w:rFonts w:ascii="Noto Serif CJK JP" w:hAnsi="Noto Serif CJK JP" w:eastAsia="Noto Serif CJK JP"/>
          <w:b w:val="0"/>
          <w:i w:val="0"/>
          <w:color w:val="6A6F75"/>
          <w:sz w:val="19"/>
        </w:rPr>
        <w:t>ゆくさきも　／　みえぬ浪路に　／　ふなてして　／　風にまかする　／　みこそうきたれ</w:t>
      </w:r>
    </w:p>
    <w:p>
      <w:pPr>
        <w:keepNext/>
        <w:spacing w:after="60"/>
      </w:pPr>
      <w:r>
        <w:rPr>
          <w:b w:val="0"/>
          <w:i/>
          <w:color w:val="222B33"/>
          <w:sz w:val="21"/>
        </w:rPr>
        <w:t>Setting out on a sea road</w:t>
        <w:br/>
      </w:r>
      <w:r>
        <w:rPr>
          <w:b w:val="0"/>
          <w:i/>
          <w:color w:val="222B33"/>
          <w:sz w:val="21"/>
        </w:rPr>
        <w:t>where nothing ahead can be seen,</w:t>
        <w:br/>
      </w:r>
      <w:r>
        <w:rPr>
          <w:b w:val="0"/>
          <w:i/>
          <w:color w:val="222B33"/>
          <w:sz w:val="21"/>
        </w:rPr>
        <w:t>my life left to the wind</w:t>
        <w:br/>
      </w:r>
      <w:r>
        <w:rPr>
          <w:b w:val="0"/>
          <w:i/>
          <w:color w:val="222B33"/>
          <w:sz w:val="21"/>
        </w:rPr>
        <w:t>floats</w:t>
        <w:br/>
      </w:r>
      <w:r>
        <w:rPr>
          <w:b w:val="0"/>
          <w:i/>
          <w:color w:val="222B33"/>
          <w:sz w:val="21"/>
        </w:rPr>
        <w:t>in sorrow.</w:t>
      </w:r>
    </w:p>
    <w:p>
      <w:pPr>
        <w:spacing w:after="40"/>
      </w:pPr>
      <w:r>
        <w:rPr>
          <w:b w:val="0"/>
          <w:i w:val="0"/>
          <w:color w:val="6A6F75"/>
          <w:sz w:val="18"/>
        </w:rPr>
        <w:t xml:space="preserve">In reply to </w:t>
      </w:r>
      <w:hyperlink w:anchor="p342">
        <w:r>
          <w:rPr>
            <w:color w:val="2E5A80"/>
            <w:u w:val="single"/>
            <w:sz w:val="18"/>
          </w:rPr>
          <w:t xml:space="preserve">No. 342 (Hyōbu no Kimi)</w:t>
        </w:r>
      </w:hyperlink>
    </w:p>
    <w:p>
      <w:pPr>
        <w:keepNext/>
        <w:spacing w:after="20" w:before="200"/>
      </w:pPr>
      <w:bookmarkStart w:id="366" w:name="p344"/>
      <w:r>
        <w:rPr>
          <w:b/>
          <w:i w:val="0"/>
          <w:color w:val="222B33"/>
          <w:sz w:val="22"/>
        </w:rPr>
        <w:t>No. 344</w:t>
      </w:r>
      <w:r>
        <w:rPr>
          <w:b w:val="0"/>
          <w:i w:val="0"/>
          <w:color w:val="6A6F75"/>
          <w:sz w:val="18"/>
        </w:rPr>
        <w:t xml:space="preserve">   Tamakazura’s nurse   独 solo</w:t>
      </w:r>
      <w:bookmarkEnd w:id="366"/>
    </w:p>
    <w:p>
      <w:pPr>
        <w:keepNext/>
        <w:spacing w:after="40"/>
      </w:pPr>
      <w:r>
        <w:rPr>
          <w:b/>
          <w:i w:val="0"/>
          <w:color w:val="6A6F75"/>
          <w:sz w:val="18"/>
        </w:rPr>
        <w:t xml:space="preserve">Context. </w:t>
      </w:r>
      <w:r>
        <w:rPr>
          <w:b w:val="0"/>
          <w:i w:val="0"/>
          <w:color w:val="6A6F75"/>
          <w:sz w:val="19"/>
        </w:rPr>
        <w:t>The flight from Tsukushi by sea; the nurse fears the rejected suitor will pursue Tamakazura.</w:t>
      </w:r>
    </w:p>
    <w:p>
      <w:pPr>
        <w:keepNext/>
        <w:spacing w:after="0"/>
      </w:pPr>
      <w:r>
        <w:rPr>
          <w:rFonts w:ascii="Noto Serif CJK JP" w:hAnsi="Noto Serif CJK JP" w:eastAsia="Noto Serif CJK JP"/>
          <w:b w:val="0"/>
          <w:i w:val="0"/>
          <w:color w:val="222B33"/>
          <w:sz w:val="26"/>
        </w:rPr>
        <w:t>憂きことに胸のみ騒ぐ響きには響の灘もさはらざりけり</w:t>
      </w:r>
    </w:p>
    <w:p>
      <w:pPr>
        <w:keepNext/>
        <w:spacing w:after="60"/>
      </w:pPr>
      <w:r>
        <w:rPr>
          <w:rFonts w:ascii="Noto Serif CJK JP" w:hAnsi="Noto Serif CJK JP" w:eastAsia="Noto Serif CJK JP"/>
          <w:b w:val="0"/>
          <w:i w:val="0"/>
          <w:color w:val="6A6F75"/>
          <w:sz w:val="19"/>
        </w:rPr>
        <w:t>うきことに　／　むねのみさはく　／　ひゝきには　／　ひゝきのなたも　／　さはらさりけり</w:t>
      </w:r>
    </w:p>
    <w:p>
      <w:pPr>
        <w:keepNext/>
        <w:spacing w:after="60"/>
      </w:pPr>
      <w:r>
        <w:rPr>
          <w:b w:val="0"/>
          <w:i/>
          <w:color w:val="222B33"/>
          <w:sz w:val="21"/>
        </w:rPr>
        <w:t>To the pounding of a breast</w:t>
        <w:br/>
      </w:r>
      <w:r>
        <w:rPr>
          <w:b w:val="0"/>
          <w:i/>
          <w:color w:val="222B33"/>
          <w:sz w:val="21"/>
        </w:rPr>
        <w:t>alarmed by sorrow</w:t>
        <w:br/>
      </w:r>
      <w:r>
        <w:rPr>
          <w:b w:val="0"/>
          <w:i/>
          <w:color w:val="222B33"/>
          <w:sz w:val="21"/>
        </w:rPr>
        <w:t>the roaring of Hibiki Sea</w:t>
        <w:br/>
      </w:r>
      <w:r>
        <w:rPr>
          <w:b w:val="0"/>
          <w:i/>
          <w:color w:val="222B33"/>
          <w:sz w:val="21"/>
        </w:rPr>
        <w:t>is</w:t>
        <w:br/>
      </w:r>
      <w:r>
        <w:rPr>
          <w:b w:val="0"/>
          <w:i/>
          <w:color w:val="222B33"/>
          <w:sz w:val="21"/>
        </w:rPr>
        <w:t>as nothing.</w:t>
      </w:r>
    </w:p>
    <w:p>
      <w:pPr>
        <w:spacing w:after="40"/>
      </w:pPr>
      <w:r>
        <w:rPr>
          <w:b w:val="0"/>
          <w:i w:val="0"/>
          <w:color w:val="222B33"/>
          <w:sz w:val="19"/>
        </w:rPr>
        <w:t>Hibiki means “echo, roar.”</w:t>
      </w:r>
    </w:p>
    <w:p>
      <w:pPr>
        <w:spacing w:after="40"/>
      </w:pPr>
      <w:r>
        <w:rPr>
          <w:b/>
          <w:i w:val="0"/>
          <w:color w:val="8A4B1C"/>
          <w:sz w:val="18"/>
        </w:rPr>
        <w:t xml:space="preserve">Attribution uncertain. </w:t>
      </w:r>
      <w:r>
        <w:rPr>
          <w:b w:val="0"/>
          <w:i w:val="0"/>
          <w:sz w:val="19"/>
        </w:rPr>
        <w:t>Speaker identified as the nurse (Zenshū 全集).</w:t>
      </w:r>
    </w:p>
    <w:p>
      <w:pPr>
        <w:keepNext/>
        <w:spacing w:after="20" w:before="200"/>
      </w:pPr>
      <w:bookmarkStart w:id="367" w:name="p345"/>
      <w:r>
        <w:rPr>
          <w:b/>
          <w:i w:val="0"/>
          <w:color w:val="222B33"/>
          <w:sz w:val="22"/>
        </w:rPr>
        <w:t>No. 345</w:t>
      </w:r>
      <w:r>
        <w:rPr>
          <w:b w:val="0"/>
          <w:i w:val="0"/>
          <w:color w:val="6A6F75"/>
          <w:sz w:val="18"/>
        </w:rPr>
        <w:t xml:space="preserve">   Ukon → Tamakazura   贈 sent</w:t>
      </w:r>
      <w:bookmarkEnd w:id="367"/>
    </w:p>
    <w:p>
      <w:pPr>
        <w:keepNext/>
        <w:spacing w:after="40"/>
      </w:pPr>
      <w:r>
        <w:rPr>
          <w:b/>
          <w:i w:val="0"/>
          <w:color w:val="6A6F75"/>
          <w:sz w:val="18"/>
        </w:rPr>
        <w:t xml:space="preserve">Context. </w:t>
      </w:r>
      <w:r>
        <w:rPr>
          <w:b w:val="0"/>
          <w:i w:val="0"/>
          <w:color w:val="6A6F75"/>
          <w:sz w:val="19"/>
        </w:rPr>
        <w:t>At Hatsuse Ukon finds Tamakazura; the two cedars of reunion.</w:t>
      </w:r>
    </w:p>
    <w:p>
      <w:pPr>
        <w:keepNext/>
        <w:spacing w:after="0"/>
      </w:pPr>
      <w:r>
        <w:rPr>
          <w:rFonts w:ascii="Noto Serif CJK JP" w:hAnsi="Noto Serif CJK JP" w:eastAsia="Noto Serif CJK JP"/>
          <w:b w:val="0"/>
          <w:i w:val="0"/>
          <w:color w:val="222B33"/>
          <w:sz w:val="26"/>
        </w:rPr>
        <w:t>二本の杉のたちどを尋ねずは古川野辺に君を見ましや</w:t>
      </w:r>
    </w:p>
    <w:p>
      <w:pPr>
        <w:keepNext/>
        <w:spacing w:after="60"/>
      </w:pPr>
      <w:r>
        <w:rPr>
          <w:rFonts w:ascii="Noto Serif CJK JP" w:hAnsi="Noto Serif CJK JP" w:eastAsia="Noto Serif CJK JP"/>
          <w:b w:val="0"/>
          <w:i w:val="0"/>
          <w:color w:val="6A6F75"/>
          <w:sz w:val="19"/>
        </w:rPr>
        <w:t>二もとの　／　杉のたちとを　／　たつねすは　／　ふる河のへに　／　君をみましや</w:t>
      </w:r>
    </w:p>
    <w:p>
      <w:pPr>
        <w:keepNext/>
        <w:spacing w:after="60"/>
      </w:pPr>
      <w:r>
        <w:rPr>
          <w:b w:val="0"/>
          <w:i/>
          <w:color w:val="222B33"/>
          <w:sz w:val="21"/>
        </w:rPr>
        <w:t>Had I not come seeking</w:t>
        <w:br/>
      </w:r>
      <w:r>
        <w:rPr>
          <w:b w:val="0"/>
          <w:i/>
          <w:color w:val="222B33"/>
          <w:sz w:val="21"/>
        </w:rPr>
        <w:t>the place of the twin cedars,</w:t>
        <w:br/>
      </w:r>
      <w:r>
        <w:rPr>
          <w:b w:val="0"/>
          <w:i/>
          <w:color w:val="222B33"/>
          <w:sz w:val="21"/>
        </w:rPr>
        <w:t>would I have met you</w:t>
        <w:br/>
      </w:r>
      <w:r>
        <w:rPr>
          <w:b w:val="0"/>
          <w:i/>
          <w:color w:val="222B33"/>
          <w:sz w:val="21"/>
        </w:rPr>
        <w:t>by the field</w:t>
        <w:br/>
      </w:r>
      <w:r>
        <w:rPr>
          <w:b w:val="0"/>
          <w:i/>
          <w:color w:val="222B33"/>
          <w:sz w:val="21"/>
        </w:rPr>
        <w:t>of the old river?</w:t>
      </w:r>
    </w:p>
    <w:p>
      <w:pPr>
        <w:spacing w:after="40"/>
      </w:pPr>
      <w:r>
        <w:rPr>
          <w:b w:val="0"/>
          <w:i w:val="0"/>
          <w:color w:val="222B33"/>
          <w:sz w:val="19"/>
        </w:rPr>
        <w:t>At Hatsuse, where Ukon finds Yūgao’s daughter.</w:t>
      </w:r>
    </w:p>
    <w:p>
      <w:pPr>
        <w:spacing w:after="40"/>
      </w:pPr>
      <w:r>
        <w:rPr>
          <w:b/>
          <w:i w:val="0"/>
          <w:color w:val="6A6F75"/>
          <w:sz w:val="18"/>
        </w:rPr>
        <w:t xml:space="preserve">Allusion. </w:t>
      </w:r>
      <w:hyperlink r:id="rId18">
        <w:r>
          <w:rPr>
            <w:color w:val="2E5A80"/>
            <w:u w:val="single"/>
            <w:sz w:val="19"/>
          </w:rPr>
          <w:t xml:space="preserve">Kokinshū 1009 (anonymous; sedōka)</w:t>
        </w:r>
      </w:hyperlink>
      <w:r>
        <w:rPr>
          <w:rFonts w:ascii="Noto Serif CJK JP" w:hAnsi="Noto Serif CJK JP" w:eastAsia="Noto Serif CJK JP"/>
          <w:b w:val="0"/>
          <w:i w:val="0"/>
          <w:sz w:val="20"/>
        </w:rPr>
        <w:t xml:space="preserve">  はつせ河ふるかはのへにふたもとあるすき年をへて又もあひ見むふたもとあるすき</w:t>
      </w:r>
      <w:r>
        <w:rPr>
          <w:b w:val="0"/>
          <w:i w:val="0"/>
          <w:sz w:val="19"/>
        </w:rPr>
        <w:t xml:space="preserve">  “By the old river of Hatsuse stand two cedars; after years, may we meet again, two cedars.”</w:t>
      </w:r>
    </w:p>
    <w:p>
      <w:pPr>
        <w:spacing w:after="40"/>
      </w:pPr>
      <w:r>
        <w:rPr>
          <w:b w:val="0"/>
          <w:i w:val="0"/>
          <w:color w:val="6A6F75"/>
          <w:sz w:val="18"/>
        </w:rPr>
        <w:t xml:space="preserve">Answered by </w:t>
      </w:r>
      <w:hyperlink w:anchor="p346">
        <w:r>
          <w:rPr>
            <w:color w:val="2E5A80"/>
            <w:u w:val="single"/>
            <w:sz w:val="18"/>
          </w:rPr>
          <w:t xml:space="preserve">No. 346 (Tamakazura)</w:t>
        </w:r>
      </w:hyperlink>
      <w:r>
        <w:rPr>
          <w:b w:val="0"/>
          <w:i w:val="0"/>
          <w:color w:val="6A6F75"/>
          <w:sz w:val="18"/>
        </w:rPr>
        <w:t xml:space="preserve">   ·   </w:t>
      </w:r>
      <w:r>
        <w:rPr>
          <w:b w:val="0"/>
          <w:i w:val="0"/>
          <w:color w:val="6A6F75"/>
          <w:sz w:val="18"/>
        </w:rPr>
        <w:t xml:space="preserve">Echo, The two cedars of Hatsuse: </w:t>
      </w:r>
      <w:hyperlink w:anchor="p777">
        <w:r>
          <w:rPr>
            <w:color w:val="2E5A80"/>
            <w:u w:val="single"/>
            <w:sz w:val="18"/>
          </w:rPr>
          <w:t xml:space="preserve">No. 777</w:t>
        </w:r>
      </w:hyperlink>
      <w:r>
        <w:rPr>
          <w:b w:val="0"/>
          <w:i w:val="0"/>
          <w:color w:val="6A6F75"/>
          <w:sz w:val="18"/>
        </w:rPr>
        <w:t xml:space="preserve">, </w:t>
      </w:r>
      <w:hyperlink w:anchor="p778">
        <w:r>
          <w:rPr>
            <w:color w:val="2E5A80"/>
            <w:u w:val="single"/>
            <w:sz w:val="18"/>
          </w:rPr>
          <w:t xml:space="preserve">No. 778</w:t>
        </w:r>
      </w:hyperlink>
    </w:p>
    <w:p>
      <w:pPr>
        <w:keepNext/>
        <w:spacing w:after="20" w:before="200"/>
      </w:pPr>
      <w:bookmarkStart w:id="368" w:name="p346"/>
      <w:r>
        <w:rPr>
          <w:b/>
          <w:i w:val="0"/>
          <w:color w:val="222B33"/>
          <w:sz w:val="22"/>
        </w:rPr>
        <w:t>No. 346</w:t>
      </w:r>
      <w:r>
        <w:rPr>
          <w:b w:val="0"/>
          <w:i w:val="0"/>
          <w:color w:val="6A6F75"/>
          <w:sz w:val="18"/>
        </w:rPr>
        <w:t xml:space="preserve">   Tamakazura → Ukon   答 reply</w:t>
      </w:r>
      <w:bookmarkEnd w:id="368"/>
    </w:p>
    <w:p>
      <w:pPr>
        <w:keepNext/>
        <w:spacing w:after="0"/>
      </w:pPr>
      <w:r>
        <w:rPr>
          <w:rFonts w:ascii="Noto Serif CJK JP" w:hAnsi="Noto Serif CJK JP" w:eastAsia="Noto Serif CJK JP"/>
          <w:b w:val="0"/>
          <w:i w:val="0"/>
          <w:color w:val="222B33"/>
          <w:sz w:val="26"/>
        </w:rPr>
        <w:t>初瀬川はやくのことは知らねども今日の逢ふ瀬に身さへ流れぬ</w:t>
      </w:r>
    </w:p>
    <w:p>
      <w:pPr>
        <w:keepNext/>
        <w:spacing w:after="60"/>
      </w:pPr>
      <w:r>
        <w:rPr>
          <w:rFonts w:ascii="Noto Serif CJK JP" w:hAnsi="Noto Serif CJK JP" w:eastAsia="Noto Serif CJK JP"/>
          <w:b w:val="0"/>
          <w:i w:val="0"/>
          <w:color w:val="6A6F75"/>
          <w:sz w:val="19"/>
        </w:rPr>
        <w:t>はつせ河　／　はやくの事は　／　しらねとも　／　けふのあふ瀬に　／　身さへなかれぬ</w:t>
      </w:r>
    </w:p>
    <w:p>
      <w:pPr>
        <w:keepNext/>
        <w:spacing w:after="60"/>
      </w:pPr>
      <w:r>
        <w:rPr>
          <w:b w:val="0"/>
          <w:i/>
          <w:color w:val="222B33"/>
          <w:sz w:val="21"/>
        </w:rPr>
        <w:t>I know nothing</w:t>
        <w:br/>
      </w:r>
      <w:r>
        <w:rPr>
          <w:b w:val="0"/>
          <w:i/>
          <w:color w:val="222B33"/>
          <w:sz w:val="21"/>
        </w:rPr>
        <w:t>of the swift past of Hatsuse River,</w:t>
        <w:br/>
      </w:r>
      <w:r>
        <w:rPr>
          <w:b w:val="0"/>
          <w:i/>
          <w:color w:val="222B33"/>
          <w:sz w:val="21"/>
        </w:rPr>
        <w:t>yet in the shallows of today’s meeting</w:t>
        <w:br/>
      </w:r>
      <w:r>
        <w:rPr>
          <w:b w:val="0"/>
          <w:i/>
          <w:color w:val="222B33"/>
          <w:sz w:val="21"/>
        </w:rPr>
        <w:t>I am</w:t>
        <w:br/>
      </w:r>
      <w:r>
        <w:rPr>
          <w:b w:val="0"/>
          <w:i/>
          <w:color w:val="222B33"/>
          <w:sz w:val="21"/>
        </w:rPr>
        <w:t>swept away.</w:t>
      </w:r>
    </w:p>
    <w:p>
      <w:pPr>
        <w:spacing w:after="40"/>
      </w:pPr>
      <w:r>
        <w:rPr>
          <w:b w:val="0"/>
          <w:i w:val="0"/>
          <w:color w:val="6A6F75"/>
          <w:sz w:val="18"/>
        </w:rPr>
        <w:t xml:space="preserve">In reply to </w:t>
      </w:r>
      <w:hyperlink w:anchor="p345">
        <w:r>
          <w:rPr>
            <w:color w:val="2E5A80"/>
            <w:u w:val="single"/>
            <w:sz w:val="18"/>
          </w:rPr>
          <w:t xml:space="preserve">No. 345 (Ukon)</w:t>
        </w:r>
      </w:hyperlink>
    </w:p>
    <w:p>
      <w:pPr>
        <w:keepNext/>
        <w:spacing w:after="20" w:before="200"/>
      </w:pPr>
      <w:bookmarkStart w:id="369" w:name="p347"/>
      <w:r>
        <w:rPr>
          <w:b/>
          <w:i w:val="0"/>
          <w:color w:val="222B33"/>
          <w:sz w:val="22"/>
        </w:rPr>
        <w:t>No. 347</w:t>
      </w:r>
      <w:r>
        <w:rPr>
          <w:b w:val="0"/>
          <w:i w:val="0"/>
          <w:color w:val="6A6F75"/>
          <w:sz w:val="18"/>
        </w:rPr>
        <w:t xml:space="preserve">   Genji → Tamakazura   贈 sent</w:t>
      </w:r>
      <w:bookmarkEnd w:id="369"/>
    </w:p>
    <w:p>
      <w:pPr>
        <w:keepNext/>
        <w:spacing w:after="40"/>
      </w:pPr>
      <w:r>
        <w:rPr>
          <w:b/>
          <w:i w:val="0"/>
          <w:color w:val="6A6F75"/>
          <w:sz w:val="18"/>
        </w:rPr>
        <w:t xml:space="preserve">Context. </w:t>
      </w:r>
      <w:r>
        <w:rPr>
          <w:b w:val="0"/>
          <w:i w:val="0"/>
          <w:color w:val="6A6F75"/>
          <w:sz w:val="19"/>
        </w:rPr>
        <w:t>Genji writes to Tamakazura, whom he will claim as his daughter.</w:t>
      </w:r>
    </w:p>
    <w:p>
      <w:pPr>
        <w:keepNext/>
        <w:spacing w:after="0"/>
      </w:pPr>
      <w:r>
        <w:rPr>
          <w:rFonts w:ascii="Noto Serif CJK JP" w:hAnsi="Noto Serif CJK JP" w:eastAsia="Noto Serif CJK JP"/>
          <w:b w:val="0"/>
          <w:i w:val="0"/>
          <w:color w:val="222B33"/>
          <w:sz w:val="26"/>
        </w:rPr>
        <w:t>知らずとも尋ねて知らむ三島江に生ふる三稜の筋は絶えじを</w:t>
      </w:r>
    </w:p>
    <w:p>
      <w:pPr>
        <w:keepNext/>
        <w:spacing w:after="60"/>
      </w:pPr>
      <w:r>
        <w:rPr>
          <w:rFonts w:ascii="Noto Serif CJK JP" w:hAnsi="Noto Serif CJK JP" w:eastAsia="Noto Serif CJK JP"/>
          <w:b w:val="0"/>
          <w:i w:val="0"/>
          <w:color w:val="6A6F75"/>
          <w:sz w:val="19"/>
        </w:rPr>
        <w:t>しらすとも　／　たつねてしらむ　／　みしまえに　／　おふるみくりの　／　すちはたえしを</w:t>
      </w:r>
    </w:p>
    <w:p>
      <w:pPr>
        <w:keepNext/>
        <w:spacing w:after="60"/>
      </w:pPr>
      <w:r>
        <w:rPr>
          <w:b w:val="0"/>
          <w:i/>
          <w:color w:val="222B33"/>
          <w:sz w:val="21"/>
        </w:rPr>
        <w:t>Though you know nothing of it,</w:t>
        <w:br/>
      </w:r>
      <w:r>
        <w:rPr>
          <w:b w:val="0"/>
          <w:i/>
          <w:color w:val="222B33"/>
          <w:sz w:val="21"/>
        </w:rPr>
        <w:t>you will learn, if you ask: the root</w:t>
        <w:br/>
      </w:r>
      <w:r>
        <w:rPr>
          <w:b w:val="0"/>
          <w:i/>
          <w:color w:val="222B33"/>
          <w:sz w:val="21"/>
        </w:rPr>
        <w:t>of the sedge of Mishima Inlet</w:t>
        <w:br/>
      </w:r>
      <w:r>
        <w:rPr>
          <w:b w:val="0"/>
          <w:i/>
          <w:color w:val="222B33"/>
          <w:sz w:val="21"/>
        </w:rPr>
        <w:t>runs</w:t>
        <w:br/>
      </w:r>
      <w:r>
        <w:rPr>
          <w:b w:val="0"/>
          <w:i/>
          <w:color w:val="222B33"/>
          <w:sz w:val="21"/>
        </w:rPr>
        <w:t>unbroken.</w:t>
      </w:r>
    </w:p>
    <w:p>
      <w:pPr>
        <w:spacing w:after="40"/>
      </w:pPr>
      <w:r>
        <w:rPr>
          <w:b w:val="0"/>
          <w:i w:val="0"/>
          <w:color w:val="222B33"/>
          <w:sz w:val="19"/>
        </w:rPr>
        <w:t>Suji, “line”: the sedge’s fibers and family lineage.</w:t>
      </w:r>
    </w:p>
    <w:p>
      <w:pPr>
        <w:spacing w:after="40"/>
      </w:pPr>
      <w:r>
        <w:rPr>
          <w:b w:val="0"/>
          <w:i w:val="0"/>
          <w:color w:val="6A6F75"/>
          <w:sz w:val="18"/>
        </w:rPr>
        <w:t xml:space="preserve">Answered by </w:t>
      </w:r>
      <w:hyperlink w:anchor="p348">
        <w:r>
          <w:rPr>
            <w:color w:val="2E5A80"/>
            <w:u w:val="single"/>
            <w:sz w:val="18"/>
          </w:rPr>
          <w:t xml:space="preserve">No. 348 (Tamakazura)</w:t>
        </w:r>
      </w:hyperlink>
    </w:p>
    <w:p>
      <w:pPr>
        <w:keepNext/>
        <w:spacing w:after="20" w:before="200"/>
      </w:pPr>
      <w:bookmarkStart w:id="370" w:name="p348"/>
      <w:r>
        <w:rPr>
          <w:b/>
          <w:i w:val="0"/>
          <w:color w:val="222B33"/>
          <w:sz w:val="22"/>
        </w:rPr>
        <w:t>No. 348</w:t>
      </w:r>
      <w:r>
        <w:rPr>
          <w:b w:val="0"/>
          <w:i w:val="0"/>
          <w:color w:val="6A6F75"/>
          <w:sz w:val="18"/>
        </w:rPr>
        <w:t xml:space="preserve">   Tamakazura → Genji   答 reply</w:t>
      </w:r>
      <w:bookmarkEnd w:id="370"/>
    </w:p>
    <w:p>
      <w:pPr>
        <w:keepNext/>
        <w:spacing w:after="0"/>
      </w:pPr>
      <w:r>
        <w:rPr>
          <w:rFonts w:ascii="Noto Serif CJK JP" w:hAnsi="Noto Serif CJK JP" w:eastAsia="Noto Serif CJK JP"/>
          <w:b w:val="0"/>
          <w:i w:val="0"/>
          <w:color w:val="222B33"/>
          <w:sz w:val="26"/>
        </w:rPr>
        <w:t>数ならぬ三稜や何の筋なれば憂きにしもかく根をとどめけむ</w:t>
      </w:r>
    </w:p>
    <w:p>
      <w:pPr>
        <w:keepNext/>
        <w:spacing w:after="60"/>
      </w:pPr>
      <w:r>
        <w:rPr>
          <w:rFonts w:ascii="Noto Serif CJK JP" w:hAnsi="Noto Serif CJK JP" w:eastAsia="Noto Serif CJK JP"/>
          <w:b w:val="0"/>
          <w:i w:val="0"/>
          <w:color w:val="6A6F75"/>
          <w:sz w:val="19"/>
        </w:rPr>
        <w:t>かすならぬ　／　みくりやなにの　／　すちなれは　／　うきにしもかく　／　ねをとゝめけむ</w:t>
      </w:r>
    </w:p>
    <w:p>
      <w:pPr>
        <w:keepNext/>
        <w:spacing w:after="60"/>
      </w:pPr>
      <w:r>
        <w:rPr>
          <w:b w:val="0"/>
          <w:i/>
          <w:color w:val="222B33"/>
          <w:sz w:val="21"/>
        </w:rPr>
        <w:t>What line is it</w:t>
        <w:br/>
      </w:r>
      <w:r>
        <w:rPr>
          <w:b w:val="0"/>
          <w:i/>
          <w:color w:val="222B33"/>
          <w:sz w:val="21"/>
        </w:rPr>
        <w:t>for the sedge of no account,</w:t>
        <w:br/>
      </w:r>
      <w:r>
        <w:rPr>
          <w:b w:val="0"/>
          <w:i/>
          <w:color w:val="222B33"/>
          <w:sz w:val="21"/>
        </w:rPr>
        <w:t>that its root should have stayed</w:t>
        <w:br/>
      </w:r>
      <w:r>
        <w:rPr>
          <w:b w:val="0"/>
          <w:i/>
          <w:color w:val="222B33"/>
          <w:sz w:val="21"/>
        </w:rPr>
        <w:t>in such</w:t>
        <w:br/>
      </w:r>
      <w:r>
        <w:rPr>
          <w:b w:val="0"/>
          <w:i/>
          <w:color w:val="222B33"/>
          <w:sz w:val="21"/>
        </w:rPr>
        <w:t>bitterness?</w:t>
      </w:r>
    </w:p>
    <w:p>
      <w:pPr>
        <w:spacing w:after="40"/>
      </w:pPr>
      <w:r>
        <w:rPr>
          <w:b w:val="0"/>
          <w:i w:val="0"/>
          <w:color w:val="222B33"/>
          <w:sz w:val="19"/>
        </w:rPr>
        <w:t>Uki, “bitter,” and ne, “root”: also “weeping.”</w:t>
      </w:r>
    </w:p>
    <w:p>
      <w:pPr>
        <w:spacing w:after="40"/>
      </w:pPr>
      <w:r>
        <w:rPr>
          <w:b w:val="0"/>
          <w:i w:val="0"/>
          <w:color w:val="6A6F75"/>
          <w:sz w:val="18"/>
        </w:rPr>
        <w:t xml:space="preserve">In reply to </w:t>
      </w:r>
      <w:hyperlink w:anchor="p347">
        <w:r>
          <w:rPr>
            <w:color w:val="2E5A80"/>
            <w:u w:val="single"/>
            <w:sz w:val="18"/>
          </w:rPr>
          <w:t xml:space="preserve">No. 347 (Genji)</w:t>
        </w:r>
      </w:hyperlink>
    </w:p>
    <w:p>
      <w:pPr>
        <w:keepNext/>
        <w:spacing w:after="20" w:before="200"/>
      </w:pPr>
      <w:bookmarkStart w:id="371" w:name="p349"/>
      <w:r>
        <w:rPr>
          <w:b/>
          <w:i w:val="0"/>
          <w:color w:val="222B33"/>
          <w:sz w:val="22"/>
        </w:rPr>
        <w:t>No. 349</w:t>
      </w:r>
      <w:r>
        <w:rPr>
          <w:b w:val="0"/>
          <w:i w:val="0"/>
          <w:color w:val="6A6F75"/>
          <w:sz w:val="18"/>
        </w:rPr>
        <w:t xml:space="preserve">   Genji   独 solo</w:t>
      </w:r>
      <w:bookmarkEnd w:id="371"/>
    </w:p>
    <w:p>
      <w:pPr>
        <w:keepNext/>
        <w:spacing w:after="40"/>
      </w:pPr>
      <w:r>
        <w:rPr>
          <w:b/>
          <w:i w:val="0"/>
          <w:color w:val="6A6F75"/>
          <w:sz w:val="18"/>
        </w:rPr>
        <w:t xml:space="preserve">Context. </w:t>
      </w:r>
      <w:r>
        <w:rPr>
          <w:b w:val="0"/>
          <w:i w:val="0"/>
          <w:color w:val="6A6F75"/>
          <w:sz w:val="19"/>
        </w:rPr>
        <w:t>Genji on Tamakazura; his feeling for her mother, Yūgao.</w:t>
      </w:r>
    </w:p>
    <w:p>
      <w:pPr>
        <w:keepNext/>
        <w:spacing w:after="0"/>
      </w:pPr>
      <w:r>
        <w:rPr>
          <w:rFonts w:ascii="Noto Serif CJK JP" w:hAnsi="Noto Serif CJK JP" w:eastAsia="Noto Serif CJK JP"/>
          <w:b w:val="0"/>
          <w:i w:val="0"/>
          <w:color w:val="222B33"/>
          <w:sz w:val="26"/>
        </w:rPr>
        <w:t>恋ひわたる身はそれなれど玉かづらいかなる筋を尋ね来つらむ</w:t>
      </w:r>
    </w:p>
    <w:p>
      <w:pPr>
        <w:keepNext/>
        <w:spacing w:after="60"/>
      </w:pPr>
      <w:r>
        <w:rPr>
          <w:rFonts w:ascii="Noto Serif CJK JP" w:hAnsi="Noto Serif CJK JP" w:eastAsia="Noto Serif CJK JP"/>
          <w:b w:val="0"/>
          <w:i w:val="0"/>
          <w:color w:val="6A6F75"/>
          <w:sz w:val="19"/>
        </w:rPr>
        <w:t>こひわたる　／　身はそれなれと　／　玉かつら　／　いかなるすちを　／　たつねきつらむ</w:t>
      </w:r>
    </w:p>
    <w:p>
      <w:pPr>
        <w:keepNext/>
        <w:spacing w:after="60"/>
      </w:pPr>
      <w:r>
        <w:rPr>
          <w:b w:val="0"/>
          <w:i/>
          <w:color w:val="222B33"/>
          <w:sz w:val="21"/>
        </w:rPr>
        <w:t>I am the one who has</w:t>
        <w:br/>
      </w:r>
      <w:r>
        <w:rPr>
          <w:b w:val="0"/>
          <w:i/>
          <w:color w:val="222B33"/>
          <w:sz w:val="21"/>
        </w:rPr>
        <w:t>longed for her all this time;</w:t>
        <w:br/>
      </w:r>
      <w:r>
        <w:rPr>
          <w:b w:val="0"/>
          <w:i/>
          <w:color w:val="222B33"/>
          <w:sz w:val="21"/>
        </w:rPr>
        <w:t>by what line has the jeweled vine</w:t>
        <w:br/>
      </w:r>
      <w:r>
        <w:rPr>
          <w:b w:val="0"/>
          <w:i/>
          <w:color w:val="222B33"/>
          <w:sz w:val="21"/>
        </w:rPr>
        <w:t>come seeking</w:t>
        <w:br/>
      </w:r>
      <w:r>
        <w:rPr>
          <w:b w:val="0"/>
          <w:i/>
          <w:color w:val="222B33"/>
          <w:sz w:val="21"/>
        </w:rPr>
        <w:t>me?</w:t>
      </w:r>
    </w:p>
    <w:p>
      <w:pPr>
        <w:spacing w:after="40"/>
      </w:pPr>
      <w:r>
        <w:rPr>
          <w:b w:val="0"/>
          <w:i w:val="0"/>
          <w:color w:val="222B33"/>
          <w:sz w:val="19"/>
        </w:rPr>
        <w:t>The poem that gives Tamakazura her name.</w:t>
      </w:r>
    </w:p>
    <w:p>
      <w:pPr>
        <w:keepNext/>
        <w:spacing w:after="20" w:before="200"/>
      </w:pPr>
      <w:bookmarkStart w:id="372" w:name="p350"/>
      <w:r>
        <w:rPr>
          <w:b/>
          <w:i w:val="0"/>
          <w:color w:val="222B33"/>
          <w:sz w:val="22"/>
        </w:rPr>
        <w:t>No. 350</w:t>
      </w:r>
      <w:r>
        <w:rPr>
          <w:b w:val="0"/>
          <w:i w:val="0"/>
          <w:color w:val="6A6F75"/>
          <w:sz w:val="18"/>
        </w:rPr>
        <w:t xml:space="preserve">   Suetsumuhana → Genji   贈 sent</w:t>
      </w:r>
      <w:bookmarkEnd w:id="372"/>
    </w:p>
    <w:p>
      <w:pPr>
        <w:keepNext/>
        <w:spacing w:after="40"/>
      </w:pPr>
      <w:r>
        <w:rPr>
          <w:b/>
          <w:i w:val="0"/>
          <w:color w:val="6A6F75"/>
          <w:sz w:val="18"/>
        </w:rPr>
        <w:t xml:space="preserve">Context. </w:t>
      </w:r>
      <w:r>
        <w:rPr>
          <w:b w:val="0"/>
          <w:i w:val="0"/>
          <w:color w:val="6A6F75"/>
          <w:sz w:val="19"/>
        </w:rPr>
        <w:t>Suetsumuhana thanks Genji for New Year robes.</w:t>
      </w:r>
    </w:p>
    <w:p>
      <w:pPr>
        <w:keepNext/>
        <w:spacing w:after="0"/>
      </w:pPr>
      <w:r>
        <w:rPr>
          <w:rFonts w:ascii="Noto Serif CJK JP" w:hAnsi="Noto Serif CJK JP" w:eastAsia="Noto Serif CJK JP"/>
          <w:b w:val="0"/>
          <w:i w:val="0"/>
          <w:color w:val="222B33"/>
          <w:sz w:val="26"/>
        </w:rPr>
        <w:t>着てみれば恨みられけり唐衣返しやりてむ袖を濡らして</w:t>
      </w:r>
    </w:p>
    <w:p>
      <w:pPr>
        <w:keepNext/>
        <w:spacing w:after="60"/>
      </w:pPr>
      <w:r>
        <w:rPr>
          <w:rFonts w:ascii="Noto Serif CJK JP" w:hAnsi="Noto Serif CJK JP" w:eastAsia="Noto Serif CJK JP"/>
          <w:b w:val="0"/>
          <w:i w:val="0"/>
          <w:color w:val="6A6F75"/>
          <w:sz w:val="19"/>
        </w:rPr>
        <w:t>きてみれは　／　うらみられけり　／　からころも　／　かへしやりてん　／　袖をぬらして</w:t>
      </w:r>
    </w:p>
    <w:p>
      <w:pPr>
        <w:keepNext/>
        <w:spacing w:after="60"/>
      </w:pPr>
      <w:r>
        <w:rPr>
          <w:b w:val="0"/>
          <w:i/>
          <w:color w:val="222B33"/>
          <w:sz w:val="21"/>
        </w:rPr>
        <w:t>When I put it on,</w:t>
        <w:br/>
      </w:r>
      <w:r>
        <w:rPr>
          <w:b w:val="0"/>
          <w:i/>
          <w:color w:val="222B33"/>
          <w:sz w:val="21"/>
        </w:rPr>
        <w:t>I resented it; this Chinese robe,</w:t>
        <w:br/>
      </w:r>
      <w:r>
        <w:rPr>
          <w:b w:val="0"/>
          <w:i/>
          <w:color w:val="222B33"/>
          <w:sz w:val="21"/>
        </w:rPr>
        <w:t>I should send back,</w:t>
        <w:br/>
      </w:r>
      <w:r>
        <w:rPr>
          <w:b w:val="0"/>
          <w:i/>
          <w:color w:val="222B33"/>
          <w:sz w:val="21"/>
        </w:rPr>
        <w:t>its sleeves</w:t>
        <w:br/>
      </w:r>
      <w:r>
        <w:rPr>
          <w:b w:val="0"/>
          <w:i/>
          <w:color w:val="222B33"/>
          <w:sz w:val="21"/>
        </w:rPr>
        <w:t>wet with tears.</w:t>
      </w:r>
    </w:p>
    <w:p>
      <w:pPr>
        <w:spacing w:after="40"/>
      </w:pPr>
      <w:r>
        <w:rPr>
          <w:b w:val="0"/>
          <w:i w:val="0"/>
          <w:color w:val="222B33"/>
          <w:sz w:val="19"/>
        </w:rPr>
        <w:t>Her trademark karagoromo again.</w:t>
      </w:r>
    </w:p>
    <w:p>
      <w:pPr>
        <w:spacing w:after="40"/>
      </w:pPr>
      <w:r>
        <w:rPr>
          <w:b w:val="0"/>
          <w:i w:val="0"/>
          <w:color w:val="6A6F75"/>
          <w:sz w:val="18"/>
        </w:rPr>
        <w:t xml:space="preserve">Answered by </w:t>
      </w:r>
      <w:hyperlink w:anchor="p351">
        <w:r>
          <w:rPr>
            <w:color w:val="2E5A80"/>
            <w:u w:val="single"/>
            <w:sz w:val="18"/>
          </w:rPr>
          <w:t xml:space="preserve">No. 351 (Genji)</w:t>
        </w:r>
      </w:hyperlink>
      <w:r>
        <w:rPr>
          <w:b w:val="0"/>
          <w:i w:val="0"/>
          <w:color w:val="6A6F75"/>
          <w:sz w:val="18"/>
        </w:rPr>
        <w:t xml:space="preserve">   ·   </w:t>
      </w:r>
      <w:r>
        <w:rPr>
          <w:b w:val="0"/>
          <w:i w:val="0"/>
          <w:color w:val="6A6F75"/>
          <w:sz w:val="18"/>
        </w:rPr>
        <w:t xml:space="preserve">Echo, Suetsumuhana’s Chinese robe: </w:t>
      </w:r>
      <w:hyperlink w:anchor="p79">
        <w:r>
          <w:rPr>
            <w:color w:val="2E5A80"/>
            <w:u w:val="single"/>
            <w:sz w:val="18"/>
          </w:rPr>
          <w:t xml:space="preserve">No. 79</w:t>
        </w:r>
      </w:hyperlink>
      <w:r>
        <w:rPr>
          <w:b w:val="0"/>
          <w:i w:val="0"/>
          <w:color w:val="6A6F75"/>
          <w:sz w:val="18"/>
        </w:rPr>
        <w:t xml:space="preserve">, </w:t>
      </w:r>
      <w:hyperlink w:anchor="p395">
        <w:r>
          <w:rPr>
            <w:color w:val="2E5A80"/>
            <w:u w:val="single"/>
            <w:sz w:val="18"/>
          </w:rPr>
          <w:t xml:space="preserve">No. 395</w:t>
        </w:r>
      </w:hyperlink>
      <w:r>
        <w:rPr>
          <w:b w:val="0"/>
          <w:i w:val="0"/>
          <w:color w:val="6A6F75"/>
          <w:sz w:val="18"/>
        </w:rPr>
        <w:t xml:space="preserve">, </w:t>
      </w:r>
      <w:hyperlink w:anchor="p396">
        <w:r>
          <w:rPr>
            <w:color w:val="2E5A80"/>
            <w:u w:val="single"/>
            <w:sz w:val="18"/>
          </w:rPr>
          <w:t xml:space="preserve">No. 396</w:t>
        </w:r>
      </w:hyperlink>
    </w:p>
    <w:p>
      <w:pPr>
        <w:keepNext/>
        <w:spacing w:after="20" w:before="200"/>
      </w:pPr>
      <w:bookmarkStart w:id="373" w:name="p351"/>
      <w:r>
        <w:rPr>
          <w:b/>
          <w:i w:val="0"/>
          <w:color w:val="222B33"/>
          <w:sz w:val="22"/>
        </w:rPr>
        <w:t>No. 351</w:t>
      </w:r>
      <w:r>
        <w:rPr>
          <w:b w:val="0"/>
          <w:i w:val="0"/>
          <w:color w:val="6A6F75"/>
          <w:sz w:val="18"/>
        </w:rPr>
        <w:t xml:space="preserve">   Genji → Suetsumuhana   答 reply</w:t>
      </w:r>
      <w:bookmarkEnd w:id="373"/>
    </w:p>
    <w:p>
      <w:pPr>
        <w:keepNext/>
        <w:spacing w:after="0"/>
      </w:pPr>
      <w:r>
        <w:rPr>
          <w:rFonts w:ascii="Noto Serif CJK JP" w:hAnsi="Noto Serif CJK JP" w:eastAsia="Noto Serif CJK JP"/>
          <w:b w:val="0"/>
          <w:i w:val="0"/>
          <w:color w:val="222B33"/>
          <w:sz w:val="26"/>
        </w:rPr>
        <w:t>返さむと言ふにつけても片敷の夜の衣を思ひこそやれ</w:t>
      </w:r>
    </w:p>
    <w:p>
      <w:pPr>
        <w:keepNext/>
        <w:spacing w:after="60"/>
      </w:pPr>
      <w:r>
        <w:rPr>
          <w:rFonts w:ascii="Noto Serif CJK JP" w:hAnsi="Noto Serif CJK JP" w:eastAsia="Noto Serif CJK JP"/>
          <w:b w:val="0"/>
          <w:i w:val="0"/>
          <w:color w:val="6A6F75"/>
          <w:sz w:val="19"/>
        </w:rPr>
        <w:t>かへさむと　／　いふにつけても　／　かたしきの　／　よるの衣を　／　おもひこそやれ</w:t>
      </w:r>
    </w:p>
    <w:p>
      <w:pPr>
        <w:keepNext/>
        <w:spacing w:after="60"/>
      </w:pPr>
      <w:r>
        <w:rPr>
          <w:b w:val="0"/>
          <w:i/>
          <w:color w:val="222B33"/>
          <w:sz w:val="21"/>
        </w:rPr>
        <w:t>When you say you will return it,</w:t>
        <w:br/>
      </w:r>
      <w:r>
        <w:rPr>
          <w:b w:val="0"/>
          <w:i/>
          <w:color w:val="222B33"/>
          <w:sz w:val="21"/>
        </w:rPr>
        <w:t>I think of the night robe</w:t>
        <w:br/>
      </w:r>
      <w:r>
        <w:rPr>
          <w:b w:val="0"/>
          <w:i/>
          <w:color w:val="222B33"/>
          <w:sz w:val="21"/>
        </w:rPr>
        <w:t>you spread out alone,</w:t>
        <w:br/>
      </w:r>
      <w:r>
        <w:rPr>
          <w:b w:val="0"/>
          <w:i/>
          <w:color w:val="222B33"/>
          <w:sz w:val="21"/>
        </w:rPr>
        <w:t>only one sleeve</w:t>
        <w:br/>
      </w:r>
      <w:r>
        <w:rPr>
          <w:b w:val="0"/>
          <w:i/>
          <w:color w:val="222B33"/>
          <w:sz w:val="21"/>
        </w:rPr>
        <w:t>beneath you.</w:t>
      </w:r>
    </w:p>
    <w:p>
      <w:pPr>
        <w:spacing w:after="40"/>
      </w:pPr>
      <w:r>
        <w:rPr>
          <w:b w:val="0"/>
          <w:i w:val="0"/>
          <w:color w:val="222B33"/>
          <w:sz w:val="19"/>
        </w:rPr>
        <w:t>Katashiki: sleeping alone on one’s own sleeve.</w:t>
      </w:r>
    </w:p>
    <w:p>
      <w:pPr>
        <w:spacing w:after="40"/>
      </w:pPr>
      <w:r>
        <w:rPr>
          <w:b w:val="0"/>
          <w:i w:val="0"/>
          <w:color w:val="6A6F75"/>
          <w:sz w:val="18"/>
        </w:rPr>
        <w:t xml:space="preserve">In reply to </w:t>
      </w:r>
      <w:hyperlink w:anchor="p350">
        <w:r>
          <w:rPr>
            <w:color w:val="2E5A80"/>
            <w:u w:val="single"/>
            <w:sz w:val="18"/>
          </w:rPr>
          <w:t xml:space="preserve">No. 350 (Suetsumuhana)</w:t>
        </w:r>
      </w:hyperlink>
    </w:p>
    <w:p>
      <w:pPr>
        <w:pStyle w:val="Heading1"/>
      </w:pPr>
      <w:bookmarkStart w:id="374" w:name="ch23"/>
      <w:r>
        <w:t>Chapter 23 · Hatsune 初音</w:t>
      </w:r>
      <w:bookmarkEnd w:id="374"/>
    </w:p>
    <w:p>
      <w:pPr>
        <w:keepNext/>
        <w:spacing w:after="20" w:before="200"/>
      </w:pPr>
      <w:bookmarkStart w:id="375" w:name="p352"/>
      <w:r>
        <w:rPr>
          <w:b/>
          <w:i w:val="0"/>
          <w:color w:val="222B33"/>
          <w:sz w:val="22"/>
        </w:rPr>
        <w:t>No. 352</w:t>
      </w:r>
      <w:r>
        <w:rPr>
          <w:b w:val="0"/>
          <w:i w:val="0"/>
          <w:color w:val="6A6F75"/>
          <w:sz w:val="18"/>
        </w:rPr>
        <w:t xml:space="preserve">   Genji → Murasaki   贈 sent</w:t>
      </w:r>
      <w:bookmarkEnd w:id="375"/>
    </w:p>
    <w:p>
      <w:pPr>
        <w:keepNext/>
        <w:spacing w:after="40"/>
      </w:pPr>
      <w:r>
        <w:rPr>
          <w:b/>
          <w:i w:val="0"/>
          <w:color w:val="6A6F75"/>
          <w:sz w:val="18"/>
        </w:rPr>
        <w:t xml:space="preserve">Context. </w:t>
      </w:r>
      <w:r>
        <w:rPr>
          <w:b w:val="0"/>
          <w:i w:val="0"/>
          <w:color w:val="6A6F75"/>
          <w:sz w:val="19"/>
        </w:rPr>
        <w:t>New Year in Murasaki’s spring quarter at Rokujō; the household at its happiest.</w:t>
      </w:r>
    </w:p>
    <w:p>
      <w:pPr>
        <w:keepNext/>
        <w:spacing w:after="0"/>
      </w:pPr>
      <w:r>
        <w:rPr>
          <w:rFonts w:ascii="Noto Serif CJK JP" w:hAnsi="Noto Serif CJK JP" w:eastAsia="Noto Serif CJK JP"/>
          <w:b w:val="0"/>
          <w:i w:val="0"/>
          <w:color w:val="222B33"/>
          <w:sz w:val="26"/>
        </w:rPr>
        <w:t>薄氷解けぬる池の鏡には世に曇りなき影ぞ並べる</w:t>
      </w:r>
    </w:p>
    <w:p>
      <w:pPr>
        <w:keepNext/>
        <w:spacing w:after="60"/>
      </w:pPr>
      <w:r>
        <w:rPr>
          <w:rFonts w:ascii="Noto Serif CJK JP" w:hAnsi="Noto Serif CJK JP" w:eastAsia="Noto Serif CJK JP"/>
          <w:b w:val="0"/>
          <w:i w:val="0"/>
          <w:color w:val="6A6F75"/>
          <w:sz w:val="19"/>
        </w:rPr>
        <w:t>うすこほり　／　とけぬるいけの　／　かゝみには　／　よにたくひなき　／　かけそならへる</w:t>
      </w:r>
    </w:p>
    <w:p>
      <w:pPr>
        <w:keepNext/>
        <w:spacing w:after="60"/>
      </w:pPr>
      <w:r>
        <w:rPr>
          <w:b w:val="0"/>
          <w:i/>
          <w:color w:val="222B33"/>
          <w:sz w:val="21"/>
        </w:rPr>
        <w:t>In the mirror of the pond</w:t>
        <w:br/>
      </w:r>
      <w:r>
        <w:rPr>
          <w:b w:val="0"/>
          <w:i/>
          <w:color w:val="222B33"/>
          <w:sz w:val="21"/>
        </w:rPr>
        <w:t>where the thin ice has melted,</w:t>
        <w:br/>
      </w:r>
      <w:r>
        <w:rPr>
          <w:b w:val="0"/>
          <w:i/>
          <w:color w:val="222B33"/>
          <w:sz w:val="21"/>
        </w:rPr>
        <w:t>shadows side by side</w:t>
        <w:br/>
      </w:r>
      <w:r>
        <w:rPr>
          <w:b w:val="0"/>
          <w:i/>
          <w:color w:val="222B33"/>
          <w:sz w:val="21"/>
        </w:rPr>
        <w:t>with no cloud</w:t>
        <w:br/>
      </w:r>
      <w:r>
        <w:rPr>
          <w:b w:val="0"/>
          <w:i/>
          <w:color w:val="222B33"/>
          <w:sz w:val="21"/>
        </w:rPr>
        <w:t>in the world.</w:t>
      </w:r>
    </w:p>
    <w:p>
      <w:pPr>
        <w:spacing w:after="40"/>
      </w:pPr>
      <w:r>
        <w:rPr>
          <w:b w:val="0"/>
          <w:i w:val="0"/>
          <w:color w:val="222B33"/>
          <w:sz w:val="19"/>
        </w:rPr>
        <w:t>New Year at Rokujō.</w:t>
      </w:r>
    </w:p>
    <w:p>
      <w:pPr>
        <w:spacing w:after="40"/>
      </w:pPr>
      <w:r>
        <w:rPr>
          <w:b w:val="0"/>
          <w:i w:val="0"/>
          <w:color w:val="6A6F75"/>
          <w:sz w:val="18"/>
        </w:rPr>
        <w:t xml:space="preserve">Answered by </w:t>
      </w:r>
      <w:hyperlink w:anchor="p353">
        <w:r>
          <w:rPr>
            <w:color w:val="2E5A80"/>
            <w:u w:val="single"/>
            <w:sz w:val="18"/>
          </w:rPr>
          <w:t xml:space="preserve">No. 353 (Murasaki)</w:t>
        </w:r>
      </w:hyperlink>
    </w:p>
    <w:p>
      <w:pPr>
        <w:keepNext/>
        <w:spacing w:after="20" w:before="200"/>
      </w:pPr>
      <w:bookmarkStart w:id="376" w:name="p353"/>
      <w:r>
        <w:rPr>
          <w:b/>
          <w:i w:val="0"/>
          <w:color w:val="222B33"/>
          <w:sz w:val="22"/>
        </w:rPr>
        <w:t>No. 353</w:t>
      </w:r>
      <w:r>
        <w:rPr>
          <w:b w:val="0"/>
          <w:i w:val="0"/>
          <w:color w:val="6A6F75"/>
          <w:sz w:val="18"/>
        </w:rPr>
        <w:t xml:space="preserve">   Murasaki → Genji   答 reply</w:t>
      </w:r>
      <w:bookmarkEnd w:id="376"/>
    </w:p>
    <w:p>
      <w:pPr>
        <w:keepNext/>
        <w:spacing w:after="0"/>
      </w:pPr>
      <w:r>
        <w:rPr>
          <w:rFonts w:ascii="Noto Serif CJK JP" w:hAnsi="Noto Serif CJK JP" w:eastAsia="Noto Serif CJK JP"/>
          <w:b w:val="0"/>
          <w:i w:val="0"/>
          <w:color w:val="222B33"/>
          <w:sz w:val="26"/>
        </w:rPr>
        <w:t>曇りなき池の鏡によろづ代をすむべき影ぞしるく見えける</w:t>
      </w:r>
    </w:p>
    <w:p>
      <w:pPr>
        <w:keepNext/>
        <w:spacing w:after="60"/>
      </w:pPr>
      <w:r>
        <w:rPr>
          <w:rFonts w:ascii="Noto Serif CJK JP" w:hAnsi="Noto Serif CJK JP" w:eastAsia="Noto Serif CJK JP"/>
          <w:b w:val="0"/>
          <w:i w:val="0"/>
          <w:color w:val="6A6F75"/>
          <w:sz w:val="19"/>
        </w:rPr>
        <w:t>くもりなき　／　いけのかゝみに　／　よろつ世を　／　すむへきかけそ　／　しるくみえける</w:t>
      </w:r>
    </w:p>
    <w:p>
      <w:pPr>
        <w:keepNext/>
        <w:spacing w:after="60"/>
      </w:pPr>
      <w:r>
        <w:rPr>
          <w:b w:val="0"/>
          <w:i/>
          <w:color w:val="222B33"/>
          <w:sz w:val="21"/>
        </w:rPr>
        <w:t>In the cloudless mirror</w:t>
        <w:br/>
      </w:r>
      <w:r>
        <w:rPr>
          <w:b w:val="0"/>
          <w:i/>
          <w:color w:val="222B33"/>
          <w:sz w:val="21"/>
        </w:rPr>
        <w:t>of the pond, clearly seen,</w:t>
        <w:br/>
      </w:r>
      <w:r>
        <w:rPr>
          <w:b w:val="0"/>
          <w:i/>
          <w:color w:val="222B33"/>
          <w:sz w:val="21"/>
        </w:rPr>
        <w:t>reflections</w:t>
        <w:br/>
      </w:r>
      <w:r>
        <w:rPr>
          <w:b w:val="0"/>
          <w:i/>
          <w:color w:val="222B33"/>
          <w:sz w:val="21"/>
        </w:rPr>
        <w:t>that will dwell clear</w:t>
        <w:br/>
      </w:r>
      <w:r>
        <w:rPr>
          <w:b w:val="0"/>
          <w:i/>
          <w:color w:val="222B33"/>
          <w:sz w:val="21"/>
        </w:rPr>
        <w:t>ten thousand ages.</w:t>
      </w:r>
    </w:p>
    <w:p>
      <w:pPr>
        <w:spacing w:after="40"/>
      </w:pPr>
      <w:r>
        <w:rPr>
          <w:b w:val="0"/>
          <w:i w:val="0"/>
          <w:color w:val="6A6F75"/>
          <w:sz w:val="18"/>
        </w:rPr>
        <w:t xml:space="preserve">In reply to </w:t>
      </w:r>
      <w:hyperlink w:anchor="p352">
        <w:r>
          <w:rPr>
            <w:color w:val="2E5A80"/>
            <w:u w:val="single"/>
            <w:sz w:val="18"/>
          </w:rPr>
          <w:t xml:space="preserve">No. 352 (Genji)</w:t>
        </w:r>
      </w:hyperlink>
    </w:p>
    <w:p>
      <w:pPr>
        <w:keepNext/>
        <w:spacing w:after="20" w:before="200"/>
      </w:pPr>
      <w:bookmarkStart w:id="377" w:name="p354"/>
      <w:r>
        <w:rPr>
          <w:b/>
          <w:i w:val="0"/>
          <w:color w:val="222B33"/>
          <w:sz w:val="22"/>
        </w:rPr>
        <w:t>No. 354</w:t>
      </w:r>
      <w:r>
        <w:rPr>
          <w:b w:val="0"/>
          <w:i w:val="0"/>
          <w:color w:val="6A6F75"/>
          <w:sz w:val="18"/>
        </w:rPr>
        <w:t xml:space="preserve">   Lady Akashi → Akashi Princess   贈 sent</w:t>
      </w:r>
      <w:bookmarkEnd w:id="377"/>
    </w:p>
    <w:p>
      <w:pPr>
        <w:keepNext/>
        <w:spacing w:after="40"/>
      </w:pPr>
      <w:r>
        <w:rPr>
          <w:b/>
          <w:i w:val="0"/>
          <w:color w:val="6A6F75"/>
          <w:sz w:val="18"/>
        </w:rPr>
        <w:t xml:space="preserve">Context. </w:t>
      </w:r>
      <w:r>
        <w:rPr>
          <w:b w:val="0"/>
          <w:i w:val="0"/>
          <w:color w:val="6A6F75"/>
          <w:sz w:val="19"/>
        </w:rPr>
        <w:t>Lady Akashi sends a New Year gift to her daughter, raised by Murasaki.</w:t>
      </w:r>
    </w:p>
    <w:p>
      <w:pPr>
        <w:keepNext/>
        <w:spacing w:after="0"/>
      </w:pPr>
      <w:r>
        <w:rPr>
          <w:rFonts w:ascii="Noto Serif CJK JP" w:hAnsi="Noto Serif CJK JP" w:eastAsia="Noto Serif CJK JP"/>
          <w:b w:val="0"/>
          <w:i w:val="0"/>
          <w:color w:val="222B33"/>
          <w:sz w:val="26"/>
        </w:rPr>
        <w:t>年月を松にひかれて経る人に今日鴬の初音聞かせよ</w:t>
      </w:r>
    </w:p>
    <w:p>
      <w:pPr>
        <w:keepNext/>
        <w:spacing w:after="60"/>
      </w:pPr>
      <w:r>
        <w:rPr>
          <w:rFonts w:ascii="Noto Serif CJK JP" w:hAnsi="Noto Serif CJK JP" w:eastAsia="Noto Serif CJK JP"/>
          <w:b w:val="0"/>
          <w:i w:val="0"/>
          <w:color w:val="6A6F75"/>
          <w:sz w:val="19"/>
        </w:rPr>
        <w:t>とし月を　／　まつにひかれて　／　ふる人に　／　けふうくひすの　／　はつねきかせよ</w:t>
      </w:r>
    </w:p>
    <w:p>
      <w:pPr>
        <w:keepNext/>
        <w:spacing w:after="60"/>
      </w:pPr>
      <w:r>
        <w:rPr>
          <w:b w:val="0"/>
          <w:i/>
          <w:color w:val="222B33"/>
          <w:sz w:val="21"/>
        </w:rPr>
        <w:t>To one who passes the years</w:t>
        <w:br/>
      </w:r>
      <w:r>
        <w:rPr>
          <w:b w:val="0"/>
          <w:i/>
          <w:color w:val="222B33"/>
          <w:sz w:val="21"/>
        </w:rPr>
        <w:t>drawn by the little pine,</w:t>
        <w:br/>
      </w:r>
      <w:r>
        <w:rPr>
          <w:b w:val="0"/>
          <w:i/>
          <w:color w:val="222B33"/>
          <w:sz w:val="21"/>
        </w:rPr>
        <w:t>let her hear today</w:t>
        <w:br/>
      </w:r>
      <w:r>
        <w:rPr>
          <w:b w:val="0"/>
          <w:i/>
          <w:color w:val="222B33"/>
          <w:sz w:val="21"/>
        </w:rPr>
        <w:t>the warbler’s</w:t>
        <w:br/>
      </w:r>
      <w:r>
        <w:rPr>
          <w:b w:val="0"/>
          <w:i/>
          <w:color w:val="222B33"/>
          <w:sz w:val="21"/>
        </w:rPr>
        <w:t>first song.</w:t>
      </w:r>
    </w:p>
    <w:p>
      <w:pPr>
        <w:spacing w:after="40"/>
      </w:pPr>
      <w:r>
        <w:rPr>
          <w:b w:val="0"/>
          <w:i w:val="0"/>
          <w:color w:val="222B33"/>
          <w:sz w:val="19"/>
        </w:rPr>
        <w:t>A New Year gift to the daughter she gave up. Hatsune is the chapter title.</w:t>
      </w:r>
    </w:p>
    <w:p>
      <w:pPr>
        <w:spacing w:after="40"/>
      </w:pPr>
      <w:r>
        <w:rPr>
          <w:b w:val="0"/>
          <w:i w:val="0"/>
          <w:color w:val="6A6F75"/>
          <w:sz w:val="18"/>
        </w:rPr>
        <w:t xml:space="preserve">Answered by </w:t>
      </w:r>
      <w:hyperlink w:anchor="p355">
        <w:r>
          <w:rPr>
            <w:color w:val="2E5A80"/>
            <w:u w:val="single"/>
            <w:sz w:val="18"/>
          </w:rPr>
          <w:t xml:space="preserve">No. 355 (Akashi Princess)</w:t>
        </w:r>
      </w:hyperlink>
    </w:p>
    <w:p>
      <w:pPr>
        <w:keepNext/>
        <w:spacing w:after="20" w:before="200"/>
      </w:pPr>
      <w:bookmarkStart w:id="378" w:name="p355"/>
      <w:r>
        <w:rPr>
          <w:b/>
          <w:i w:val="0"/>
          <w:color w:val="222B33"/>
          <w:sz w:val="22"/>
        </w:rPr>
        <w:t>No. 355</w:t>
      </w:r>
      <w:r>
        <w:rPr>
          <w:b w:val="0"/>
          <w:i w:val="0"/>
          <w:color w:val="6A6F75"/>
          <w:sz w:val="18"/>
        </w:rPr>
        <w:t xml:space="preserve">   Akashi Princess → Lady Akashi   答 reply</w:t>
      </w:r>
      <w:bookmarkEnd w:id="378"/>
    </w:p>
    <w:p>
      <w:pPr>
        <w:keepNext/>
        <w:spacing w:after="0"/>
      </w:pPr>
      <w:r>
        <w:rPr>
          <w:rFonts w:ascii="Noto Serif CJK JP" w:hAnsi="Noto Serif CJK JP" w:eastAsia="Noto Serif CJK JP"/>
          <w:b w:val="0"/>
          <w:i w:val="0"/>
          <w:color w:val="222B33"/>
          <w:sz w:val="26"/>
        </w:rPr>
        <w:t>ひき別れ年は経れども鴬の巣立ちし松の根を忘れめや</w:t>
      </w:r>
    </w:p>
    <w:p>
      <w:pPr>
        <w:keepNext/>
        <w:spacing w:after="60"/>
      </w:pPr>
      <w:r>
        <w:rPr>
          <w:rFonts w:ascii="Noto Serif CJK JP" w:hAnsi="Noto Serif CJK JP" w:eastAsia="Noto Serif CJK JP"/>
          <w:b w:val="0"/>
          <w:i w:val="0"/>
          <w:color w:val="6A6F75"/>
          <w:sz w:val="19"/>
        </w:rPr>
        <w:t>ひきわかれ　／　としはふれとも　／　うくひすの　／　すたちしまつの　／　ねをわすれめや</w:t>
      </w:r>
    </w:p>
    <w:p>
      <w:pPr>
        <w:keepNext/>
        <w:spacing w:after="60"/>
      </w:pPr>
      <w:r>
        <w:rPr>
          <w:b w:val="0"/>
          <w:i/>
          <w:color w:val="222B33"/>
          <w:sz w:val="21"/>
        </w:rPr>
        <w:t>Though years have passed</w:t>
        <w:br/>
      </w:r>
      <w:r>
        <w:rPr>
          <w:b w:val="0"/>
          <w:i/>
          <w:color w:val="222B33"/>
          <w:sz w:val="21"/>
        </w:rPr>
        <w:t>since we were parted,</w:t>
        <w:br/>
      </w:r>
      <w:r>
        <w:rPr>
          <w:b w:val="0"/>
          <w:i/>
          <w:color w:val="222B33"/>
          <w:sz w:val="21"/>
        </w:rPr>
        <w:t>how could the warbler forget</w:t>
        <w:br/>
      </w:r>
      <w:r>
        <w:rPr>
          <w:b w:val="0"/>
          <w:i/>
          <w:color w:val="222B33"/>
          <w:sz w:val="21"/>
        </w:rPr>
        <w:t>the root of the pine</w:t>
        <w:br/>
      </w:r>
      <w:r>
        <w:rPr>
          <w:b w:val="0"/>
          <w:i/>
          <w:color w:val="222B33"/>
          <w:sz w:val="21"/>
        </w:rPr>
        <w:t>where she left the nest?</w:t>
      </w:r>
    </w:p>
    <w:p>
      <w:pPr>
        <w:spacing w:after="40"/>
      </w:pPr>
      <w:r>
        <w:rPr>
          <w:b w:val="0"/>
          <w:i w:val="0"/>
          <w:color w:val="6A6F75"/>
          <w:sz w:val="18"/>
        </w:rPr>
        <w:t xml:space="preserve">In reply to </w:t>
      </w:r>
      <w:hyperlink w:anchor="p354">
        <w:r>
          <w:rPr>
            <w:color w:val="2E5A80"/>
            <w:u w:val="single"/>
            <w:sz w:val="18"/>
          </w:rPr>
          <w:t xml:space="preserve">No. 354 (Lady Akashi)</w:t>
        </w:r>
      </w:hyperlink>
    </w:p>
    <w:p>
      <w:pPr>
        <w:keepNext/>
        <w:spacing w:after="20" w:before="200"/>
      </w:pPr>
      <w:bookmarkStart w:id="379" w:name="p356"/>
      <w:r>
        <w:rPr>
          <w:b/>
          <w:i w:val="0"/>
          <w:color w:val="222B33"/>
          <w:sz w:val="22"/>
        </w:rPr>
        <w:t>No. 356</w:t>
      </w:r>
      <w:r>
        <w:rPr>
          <w:b w:val="0"/>
          <w:i w:val="0"/>
          <w:color w:val="6A6F75"/>
          <w:sz w:val="18"/>
        </w:rPr>
        <w:t xml:space="preserve">   Lady Akashi   独 solo</w:t>
      </w:r>
      <w:bookmarkEnd w:id="379"/>
    </w:p>
    <w:p>
      <w:pPr>
        <w:keepNext/>
        <w:spacing w:after="40"/>
      </w:pPr>
      <w:r>
        <w:rPr>
          <w:b/>
          <w:i w:val="0"/>
          <w:color w:val="6A6F75"/>
          <w:sz w:val="18"/>
        </w:rPr>
        <w:t xml:space="preserve">Context. </w:t>
      </w:r>
      <w:r>
        <w:rPr>
          <w:b w:val="0"/>
          <w:i w:val="0"/>
          <w:color w:val="6A6F75"/>
          <w:sz w:val="19"/>
        </w:rPr>
        <w:t>Lady Akashi alone at New Year; her daughter has replied to her for the first time in years.</w:t>
      </w:r>
    </w:p>
    <w:p>
      <w:pPr>
        <w:keepNext/>
        <w:spacing w:after="0"/>
      </w:pPr>
      <w:r>
        <w:rPr>
          <w:rFonts w:ascii="Noto Serif CJK JP" w:hAnsi="Noto Serif CJK JP" w:eastAsia="Noto Serif CJK JP"/>
          <w:b w:val="0"/>
          <w:i w:val="0"/>
          <w:color w:val="222B33"/>
          <w:sz w:val="26"/>
        </w:rPr>
        <w:t>めづらしや花のねぐらに木づたひて谷の古巣を訪へる鴬</w:t>
      </w:r>
    </w:p>
    <w:p>
      <w:pPr>
        <w:keepNext/>
        <w:spacing w:after="60"/>
      </w:pPr>
      <w:r>
        <w:rPr>
          <w:rFonts w:ascii="Noto Serif CJK JP" w:hAnsi="Noto Serif CJK JP" w:eastAsia="Noto Serif CJK JP"/>
          <w:b w:val="0"/>
          <w:i w:val="0"/>
          <w:color w:val="6A6F75"/>
          <w:sz w:val="19"/>
        </w:rPr>
        <w:t>めつらしや　／　はなのねくらに　／　こつたひて　／　たにのふるすを　／　とつるうくひす</w:t>
      </w:r>
    </w:p>
    <w:p>
      <w:pPr>
        <w:keepNext/>
        <w:spacing w:after="60"/>
      </w:pPr>
      <w:r>
        <w:rPr>
          <w:b w:val="0"/>
          <w:i/>
          <w:color w:val="222B33"/>
          <w:sz w:val="21"/>
        </w:rPr>
        <w:t>How rare a thing: the warbler</w:t>
        <w:br/>
      </w:r>
      <w:r>
        <w:rPr>
          <w:b w:val="0"/>
          <w:i/>
          <w:color w:val="222B33"/>
          <w:sz w:val="21"/>
        </w:rPr>
        <w:t>that flits through the flowered roosts</w:t>
        <w:br/>
      </w:r>
      <w:r>
        <w:rPr>
          <w:b w:val="0"/>
          <w:i/>
          <w:color w:val="222B33"/>
          <w:sz w:val="21"/>
        </w:rPr>
        <w:t>has come to visit</w:t>
        <w:br/>
      </w:r>
      <w:r>
        <w:rPr>
          <w:b w:val="0"/>
          <w:i/>
          <w:color w:val="222B33"/>
          <w:sz w:val="21"/>
        </w:rPr>
        <w:t>its old nest</w:t>
        <w:br/>
      </w:r>
      <w:r>
        <w:rPr>
          <w:b w:val="0"/>
          <w:i/>
          <w:color w:val="222B33"/>
          <w:sz w:val="21"/>
        </w:rPr>
        <w:t>in the valley.</w:t>
      </w:r>
    </w:p>
    <w:p>
      <w:pPr>
        <w:keepNext/>
        <w:spacing w:after="20" w:before="200"/>
      </w:pPr>
      <w:bookmarkStart w:id="380" w:name="p357"/>
      <w:r>
        <w:rPr>
          <w:b/>
          <w:i w:val="0"/>
          <w:color w:val="222B33"/>
          <w:sz w:val="22"/>
        </w:rPr>
        <w:t>No. 357</w:t>
      </w:r>
      <w:r>
        <w:rPr>
          <w:b w:val="0"/>
          <w:i w:val="0"/>
          <w:color w:val="6A6F75"/>
          <w:sz w:val="18"/>
        </w:rPr>
        <w:t xml:space="preserve">   Genji   独 solo</w:t>
      </w:r>
      <w:bookmarkEnd w:id="380"/>
    </w:p>
    <w:p>
      <w:pPr>
        <w:keepNext/>
        <w:spacing w:after="40"/>
      </w:pPr>
      <w:r>
        <w:rPr>
          <w:b/>
          <w:i w:val="0"/>
          <w:color w:val="6A6F75"/>
          <w:sz w:val="18"/>
        </w:rPr>
        <w:t xml:space="preserve">Context. </w:t>
      </w:r>
      <w:r>
        <w:rPr>
          <w:b w:val="0"/>
          <w:i w:val="0"/>
          <w:color w:val="6A6F75"/>
          <w:sz w:val="19"/>
        </w:rPr>
        <w:t>Genji calls on Suetsumuhana at New Year; the unusual ‘flower’ is her nose.</w:t>
      </w:r>
    </w:p>
    <w:p>
      <w:pPr>
        <w:keepNext/>
        <w:spacing w:after="0"/>
      </w:pPr>
      <w:r>
        <w:rPr>
          <w:rFonts w:ascii="Noto Serif CJK JP" w:hAnsi="Noto Serif CJK JP" w:eastAsia="Noto Serif CJK JP"/>
          <w:b w:val="0"/>
          <w:i w:val="0"/>
          <w:color w:val="222B33"/>
          <w:sz w:val="26"/>
        </w:rPr>
        <w:t>ふるさとの春の梢に訪ね来て世の常ならぬ花を見るかな</w:t>
      </w:r>
    </w:p>
    <w:p>
      <w:pPr>
        <w:keepNext/>
        <w:spacing w:after="60"/>
      </w:pPr>
      <w:r>
        <w:rPr>
          <w:rFonts w:ascii="Noto Serif CJK JP" w:hAnsi="Noto Serif CJK JP" w:eastAsia="Noto Serif CJK JP"/>
          <w:b w:val="0"/>
          <w:i w:val="0"/>
          <w:color w:val="6A6F75"/>
          <w:sz w:val="19"/>
        </w:rPr>
        <w:t>ふるさとの　／　春のこすゑに　／　たつねきて　／　よのつねならぬ　／　はなをみるかな</w:t>
      </w:r>
    </w:p>
    <w:p>
      <w:pPr>
        <w:keepNext/>
        <w:spacing w:after="60"/>
      </w:pPr>
      <w:r>
        <w:rPr>
          <w:b w:val="0"/>
          <w:i/>
          <w:color w:val="222B33"/>
          <w:sz w:val="21"/>
        </w:rPr>
        <w:t>Visiting the springtime</w:t>
        <w:br/>
      </w:r>
      <w:r>
        <w:rPr>
          <w:b w:val="0"/>
          <w:i/>
          <w:color w:val="222B33"/>
          <w:sz w:val="21"/>
        </w:rPr>
        <w:t>treetops of an old home,</w:t>
        <w:br/>
      </w:r>
      <w:r>
        <w:rPr>
          <w:b w:val="0"/>
          <w:i/>
          <w:color w:val="222B33"/>
          <w:sz w:val="21"/>
        </w:rPr>
        <w:t>I see a flower</w:t>
        <w:br/>
      </w:r>
      <w:r>
        <w:rPr>
          <w:b w:val="0"/>
          <w:i/>
          <w:color w:val="222B33"/>
          <w:sz w:val="21"/>
        </w:rPr>
        <w:t>out of the common</w:t>
        <w:br/>
      </w:r>
      <w:r>
        <w:rPr>
          <w:b w:val="0"/>
          <w:i/>
          <w:color w:val="222B33"/>
          <w:sz w:val="21"/>
        </w:rPr>
        <w:t>way.</w:t>
      </w:r>
    </w:p>
    <w:p>
      <w:pPr>
        <w:spacing w:after="40"/>
      </w:pPr>
      <w:r>
        <w:rPr>
          <w:b w:val="0"/>
          <w:i w:val="0"/>
          <w:color w:val="222B33"/>
          <w:sz w:val="19"/>
        </w:rPr>
        <w:t>At Suetsumuhana’s and Utsusemi’s quarters.</w:t>
      </w:r>
    </w:p>
    <w:p>
      <w:pPr>
        <w:pStyle w:val="Heading1"/>
      </w:pPr>
      <w:bookmarkStart w:id="381" w:name="ch24"/>
      <w:r>
        <w:t>Chapter 24 · Kochō 胡蝶</w:t>
      </w:r>
      <w:bookmarkEnd w:id="381"/>
    </w:p>
    <w:p>
      <w:pPr>
        <w:keepNext/>
        <w:spacing w:after="20" w:before="200"/>
      </w:pPr>
      <w:bookmarkStart w:id="382" w:name="p358"/>
      <w:r>
        <w:rPr>
          <w:b/>
          <w:i w:val="0"/>
          <w:color w:val="222B33"/>
          <w:sz w:val="22"/>
        </w:rPr>
        <w:t>No. 358</w:t>
      </w:r>
      <w:r>
        <w:rPr>
          <w:b w:val="0"/>
          <w:i w:val="0"/>
          <w:color w:val="6A6F75"/>
          <w:sz w:val="18"/>
        </w:rPr>
        <w:t xml:space="preserve">   young women   唱 group exchange</w:t>
      </w:r>
      <w:bookmarkEnd w:id="382"/>
    </w:p>
    <w:p>
      <w:pPr>
        <w:keepNext/>
        <w:spacing w:after="40"/>
      </w:pPr>
      <w:r>
        <w:rPr>
          <w:b/>
          <w:i w:val="0"/>
          <w:color w:val="6A6F75"/>
          <w:sz w:val="18"/>
        </w:rPr>
        <w:t xml:space="preserve">Context. </w:t>
      </w:r>
      <w:r>
        <w:rPr>
          <w:b w:val="0"/>
          <w:i w:val="0"/>
          <w:color w:val="6A6F75"/>
          <w:sz w:val="19"/>
        </w:rPr>
        <w:t>The boating party in Murasaki’s spring garden; the young women sing.</w:t>
      </w:r>
    </w:p>
    <w:p>
      <w:pPr>
        <w:keepNext/>
        <w:spacing w:after="0"/>
      </w:pPr>
      <w:r>
        <w:rPr>
          <w:rFonts w:ascii="Noto Serif CJK JP" w:hAnsi="Noto Serif CJK JP" w:eastAsia="Noto Serif CJK JP"/>
          <w:b w:val="0"/>
          <w:i w:val="0"/>
          <w:color w:val="222B33"/>
          <w:sz w:val="26"/>
        </w:rPr>
        <w:t>風吹けば波の花さへ色見えてこや名に立てる山吹の崎</w:t>
      </w:r>
    </w:p>
    <w:p>
      <w:pPr>
        <w:keepNext/>
        <w:spacing w:after="60"/>
      </w:pPr>
      <w:r>
        <w:rPr>
          <w:rFonts w:ascii="Noto Serif CJK JP" w:hAnsi="Noto Serif CJK JP" w:eastAsia="Noto Serif CJK JP"/>
          <w:b w:val="0"/>
          <w:i w:val="0"/>
          <w:color w:val="6A6F75"/>
          <w:sz w:val="19"/>
        </w:rPr>
        <w:t>かせふけは　／　なみの花さへ　／　色みえて　／　こやなにたてる　／　やまふきのさき</w:t>
      </w:r>
    </w:p>
    <w:p>
      <w:pPr>
        <w:keepNext/>
        <w:spacing w:after="60"/>
      </w:pPr>
      <w:r>
        <w:rPr>
          <w:b w:val="0"/>
          <w:i/>
          <w:color w:val="222B33"/>
          <w:sz w:val="21"/>
        </w:rPr>
        <w:t>When the wind blows, even</w:t>
        <w:br/>
      </w:r>
      <w:r>
        <w:rPr>
          <w:b w:val="0"/>
          <w:i/>
          <w:color w:val="222B33"/>
          <w:sz w:val="21"/>
        </w:rPr>
        <w:t>the flowers of the waves show their hue:</w:t>
        <w:br/>
      </w:r>
      <w:r>
        <w:rPr>
          <w:b w:val="0"/>
          <w:i/>
          <w:color w:val="222B33"/>
          <w:sz w:val="21"/>
        </w:rPr>
        <w:t>is this the famous</w:t>
        <w:br/>
      </w:r>
      <w:r>
        <w:rPr>
          <w:b w:val="0"/>
          <w:i/>
          <w:color w:val="222B33"/>
          <w:sz w:val="21"/>
        </w:rPr>
        <w:t>Cape of Kerria</w:t>
        <w:br/>
      </w:r>
      <w:r>
        <w:rPr>
          <w:b w:val="0"/>
          <w:i/>
          <w:color w:val="222B33"/>
          <w:sz w:val="21"/>
        </w:rPr>
        <w:t>Roses?</w:t>
      </w:r>
    </w:p>
    <w:p>
      <w:pPr>
        <w:spacing w:after="40"/>
      </w:pPr>
      <w:r>
        <w:rPr>
          <w:b w:val="0"/>
          <w:i w:val="0"/>
          <w:color w:val="222B33"/>
          <w:sz w:val="19"/>
        </w:rPr>
        <w:t>The boating party in Murasaki’s spring garden. A group of three poems.</w:t>
      </w:r>
    </w:p>
    <w:p>
      <w:pPr>
        <w:spacing w:after="40"/>
      </w:pPr>
      <w:r>
        <w:rPr>
          <w:b w:val="0"/>
          <w:i w:val="0"/>
          <w:color w:val="6A6F75"/>
          <w:sz w:val="18"/>
        </w:rPr>
        <w:t xml:space="preserve">Answered by </w:t>
      </w:r>
      <w:hyperlink w:anchor="p359">
        <w:r>
          <w:rPr>
            <w:color w:val="2E5A80"/>
            <w:u w:val="single"/>
            <w:sz w:val="18"/>
          </w:rPr>
          <w:t xml:space="preserve">No. 359 (young women)</w:t>
        </w:r>
      </w:hyperlink>
      <w:r>
        <w:rPr>
          <w:b w:val="0"/>
          <w:i w:val="0"/>
          <w:color w:val="6A6F75"/>
          <w:sz w:val="18"/>
        </w:rPr>
        <w:t xml:space="preserve">, </w:t>
      </w:r>
      <w:hyperlink w:anchor="p360">
        <w:r>
          <w:rPr>
            <w:color w:val="2E5A80"/>
            <w:u w:val="single"/>
            <w:sz w:val="18"/>
          </w:rPr>
          <w:t xml:space="preserve">No. 360 (young women)</w:t>
        </w:r>
      </w:hyperlink>
      <w:r>
        <w:rPr>
          <w:b w:val="0"/>
          <w:i w:val="0"/>
          <w:color w:val="6A6F75"/>
          <w:sz w:val="18"/>
        </w:rPr>
        <w:t xml:space="preserve">, </w:t>
      </w:r>
      <w:hyperlink w:anchor="p361">
        <w:r>
          <w:rPr>
            <w:color w:val="2E5A80"/>
            <w:u w:val="single"/>
            <w:sz w:val="18"/>
          </w:rPr>
          <w:t xml:space="preserve">No. 361 (young women)</w:t>
        </w:r>
      </w:hyperlink>
    </w:p>
    <w:p>
      <w:pPr>
        <w:keepNext/>
        <w:spacing w:after="20" w:before="200"/>
      </w:pPr>
      <w:bookmarkStart w:id="383" w:name="p359"/>
      <w:r>
        <w:rPr>
          <w:b/>
          <w:i w:val="0"/>
          <w:color w:val="222B33"/>
          <w:sz w:val="22"/>
        </w:rPr>
        <w:t>No. 359</w:t>
      </w:r>
      <w:r>
        <w:rPr>
          <w:b w:val="0"/>
          <w:i w:val="0"/>
          <w:color w:val="6A6F75"/>
          <w:sz w:val="18"/>
        </w:rPr>
        <w:t xml:space="preserve">   young women   唱 group exchange</w:t>
      </w:r>
      <w:bookmarkEnd w:id="383"/>
    </w:p>
    <w:p>
      <w:pPr>
        <w:keepNext/>
        <w:spacing w:after="0"/>
      </w:pPr>
      <w:r>
        <w:rPr>
          <w:rFonts w:ascii="Noto Serif CJK JP" w:hAnsi="Noto Serif CJK JP" w:eastAsia="Noto Serif CJK JP"/>
          <w:b w:val="0"/>
          <w:i w:val="0"/>
          <w:color w:val="222B33"/>
          <w:sz w:val="26"/>
        </w:rPr>
        <w:t>春の池や井手の川瀬にかよふらむ岸の山吹そこも匂へり</w:t>
      </w:r>
    </w:p>
    <w:p>
      <w:pPr>
        <w:keepNext/>
        <w:spacing w:after="60"/>
      </w:pPr>
      <w:r>
        <w:rPr>
          <w:rFonts w:ascii="Noto Serif CJK JP" w:hAnsi="Noto Serif CJK JP" w:eastAsia="Noto Serif CJK JP"/>
          <w:b w:val="0"/>
          <w:i w:val="0"/>
          <w:color w:val="6A6F75"/>
          <w:sz w:val="19"/>
        </w:rPr>
        <w:t>はるのいけや　／　ゐてのかはせに　／　かよふらん　／　きしの山ふき　／　そこもにほへり</w:t>
      </w:r>
    </w:p>
    <w:p>
      <w:pPr>
        <w:keepNext/>
        <w:spacing w:after="60"/>
      </w:pPr>
      <w:r>
        <w:rPr>
          <w:b w:val="0"/>
          <w:i/>
          <w:color w:val="222B33"/>
          <w:sz w:val="21"/>
        </w:rPr>
        <w:t>Does the spring pond</w:t>
        <w:br/>
      </w:r>
      <w:r>
        <w:rPr>
          <w:b w:val="0"/>
          <w:i/>
          <w:color w:val="222B33"/>
          <w:sz w:val="21"/>
        </w:rPr>
        <w:t>reach to the shallows</w:t>
        <w:br/>
      </w:r>
      <w:r>
        <w:rPr>
          <w:b w:val="0"/>
          <w:i/>
          <w:color w:val="222B33"/>
          <w:sz w:val="21"/>
        </w:rPr>
        <w:t>of Ide River? Kerria roses</w:t>
        <w:br/>
      </w:r>
      <w:r>
        <w:rPr>
          <w:b w:val="0"/>
          <w:i/>
          <w:color w:val="222B33"/>
          <w:sz w:val="21"/>
        </w:rPr>
        <w:t>on the bank glow</w:t>
        <w:br/>
      </w:r>
      <w:r>
        <w:rPr>
          <w:b w:val="0"/>
          <w:i/>
          <w:color w:val="222B33"/>
          <w:sz w:val="21"/>
        </w:rPr>
        <w:t>at its bottom too.</w:t>
      </w:r>
    </w:p>
    <w:p>
      <w:pPr>
        <w:spacing w:after="40"/>
      </w:pPr>
      <w:r>
        <w:rPr>
          <w:b w:val="0"/>
          <w:i w:val="0"/>
          <w:color w:val="6A6F75"/>
          <w:sz w:val="18"/>
        </w:rPr>
        <w:t xml:space="preserve">In reply to </w:t>
      </w:r>
      <w:hyperlink w:anchor="p358">
        <w:r>
          <w:rPr>
            <w:color w:val="2E5A80"/>
            <w:u w:val="single"/>
            <w:sz w:val="18"/>
          </w:rPr>
          <w:t xml:space="preserve">No. 358 (young women)</w:t>
        </w:r>
      </w:hyperlink>
    </w:p>
    <w:p>
      <w:pPr>
        <w:keepNext/>
        <w:spacing w:after="20" w:before="200"/>
      </w:pPr>
      <w:bookmarkStart w:id="384" w:name="p360"/>
      <w:r>
        <w:rPr>
          <w:b/>
          <w:i w:val="0"/>
          <w:color w:val="222B33"/>
          <w:sz w:val="22"/>
        </w:rPr>
        <w:t>No. 360</w:t>
      </w:r>
      <w:r>
        <w:rPr>
          <w:b w:val="0"/>
          <w:i w:val="0"/>
          <w:color w:val="6A6F75"/>
          <w:sz w:val="18"/>
        </w:rPr>
        <w:t xml:space="preserve">   young women   唱 group exchange</w:t>
      </w:r>
      <w:bookmarkEnd w:id="384"/>
    </w:p>
    <w:p>
      <w:pPr>
        <w:keepNext/>
        <w:spacing w:after="0"/>
      </w:pPr>
      <w:r>
        <w:rPr>
          <w:rFonts w:ascii="Noto Serif CJK JP" w:hAnsi="Noto Serif CJK JP" w:eastAsia="Noto Serif CJK JP"/>
          <w:b w:val="0"/>
          <w:i w:val="0"/>
          <w:color w:val="222B33"/>
          <w:sz w:val="26"/>
        </w:rPr>
        <w:t>亀の上の山も尋ねじ舟のうちに老いせぬ名をばここに残さむ</w:t>
      </w:r>
    </w:p>
    <w:p>
      <w:pPr>
        <w:keepNext/>
        <w:spacing w:after="60"/>
      </w:pPr>
      <w:r>
        <w:rPr>
          <w:rFonts w:ascii="Noto Serif CJK JP" w:hAnsi="Noto Serif CJK JP" w:eastAsia="Noto Serif CJK JP"/>
          <w:b w:val="0"/>
          <w:i w:val="0"/>
          <w:color w:val="6A6F75"/>
          <w:sz w:val="19"/>
        </w:rPr>
        <w:t>かめのうへの　／　山もたつねし　／　ふねのうちに　／　おいせぬなをは　／　こゝにのこさむ</w:t>
      </w:r>
    </w:p>
    <w:p>
      <w:pPr>
        <w:keepNext/>
        <w:spacing w:after="60"/>
      </w:pPr>
      <w:r>
        <w:rPr>
          <w:b w:val="0"/>
          <w:i/>
          <w:color w:val="222B33"/>
          <w:sz w:val="21"/>
        </w:rPr>
        <w:t>We need not seek the mountain</w:t>
        <w:br/>
      </w:r>
      <w:r>
        <w:rPr>
          <w:b w:val="0"/>
          <w:i/>
          <w:color w:val="222B33"/>
          <w:sz w:val="21"/>
        </w:rPr>
        <w:t>on the turtle’s back:</w:t>
        <w:br/>
      </w:r>
      <w:r>
        <w:rPr>
          <w:b w:val="0"/>
          <w:i/>
          <w:color w:val="222B33"/>
          <w:sz w:val="21"/>
        </w:rPr>
        <w:t>here in the boat</w:t>
        <w:br/>
      </w:r>
      <w:r>
        <w:rPr>
          <w:b w:val="0"/>
          <w:i/>
          <w:color w:val="222B33"/>
          <w:sz w:val="21"/>
        </w:rPr>
        <w:t>we shall leave a name</w:t>
        <w:br/>
      </w:r>
      <w:r>
        <w:rPr>
          <w:b w:val="0"/>
          <w:i/>
          <w:color w:val="222B33"/>
          <w:sz w:val="21"/>
        </w:rPr>
        <w:t>that never ages.</w:t>
      </w:r>
    </w:p>
    <w:p>
      <w:pPr>
        <w:spacing w:after="40"/>
      </w:pPr>
      <w:r>
        <w:rPr>
          <w:b w:val="0"/>
          <w:i w:val="0"/>
          <w:color w:val="222B33"/>
          <w:sz w:val="19"/>
        </w:rPr>
        <w:t>Mount Penglai, isle of immortals, rides on a turtle.</w:t>
      </w:r>
    </w:p>
    <w:p>
      <w:pPr>
        <w:spacing w:after="40"/>
      </w:pPr>
      <w:r>
        <w:rPr>
          <w:b w:val="0"/>
          <w:i w:val="0"/>
          <w:color w:val="6A6F75"/>
          <w:sz w:val="18"/>
        </w:rPr>
        <w:t xml:space="preserve">In reply to </w:t>
      </w:r>
      <w:hyperlink w:anchor="p358">
        <w:r>
          <w:rPr>
            <w:color w:val="2E5A80"/>
            <w:u w:val="single"/>
            <w:sz w:val="18"/>
          </w:rPr>
          <w:t xml:space="preserve">No. 358 (young women)</w:t>
        </w:r>
      </w:hyperlink>
    </w:p>
    <w:p>
      <w:pPr>
        <w:keepNext/>
        <w:spacing w:after="20" w:before="200"/>
      </w:pPr>
      <w:bookmarkStart w:id="385" w:name="p361"/>
      <w:r>
        <w:rPr>
          <w:b/>
          <w:i w:val="0"/>
          <w:color w:val="222B33"/>
          <w:sz w:val="22"/>
        </w:rPr>
        <w:t>No. 361</w:t>
      </w:r>
      <w:r>
        <w:rPr>
          <w:b w:val="0"/>
          <w:i w:val="0"/>
          <w:color w:val="6A6F75"/>
          <w:sz w:val="18"/>
        </w:rPr>
        <w:t xml:space="preserve">   young women   唱 group exchange</w:t>
      </w:r>
      <w:bookmarkEnd w:id="385"/>
    </w:p>
    <w:p>
      <w:pPr>
        <w:keepNext/>
        <w:spacing w:after="0"/>
      </w:pPr>
      <w:r>
        <w:rPr>
          <w:rFonts w:ascii="Noto Serif CJK JP" w:hAnsi="Noto Serif CJK JP" w:eastAsia="Noto Serif CJK JP"/>
          <w:b w:val="0"/>
          <w:i w:val="0"/>
          <w:color w:val="222B33"/>
          <w:sz w:val="26"/>
        </w:rPr>
        <w:t>春の日のうららにさしてゆく舟は棹のしづくも花ぞ散りける</w:t>
      </w:r>
    </w:p>
    <w:p>
      <w:pPr>
        <w:keepNext/>
        <w:spacing w:after="60"/>
      </w:pPr>
      <w:r>
        <w:rPr>
          <w:rFonts w:ascii="Noto Serif CJK JP" w:hAnsi="Noto Serif CJK JP" w:eastAsia="Noto Serif CJK JP"/>
          <w:b w:val="0"/>
          <w:i w:val="0"/>
          <w:color w:val="6A6F75"/>
          <w:sz w:val="19"/>
        </w:rPr>
        <w:t>春の日の　／　うらゝにさして　／　ゆくふねは　／　さほのしつくも　／　花そちりける</w:t>
      </w:r>
    </w:p>
    <w:p>
      <w:pPr>
        <w:keepNext/>
        <w:spacing w:after="60"/>
      </w:pPr>
      <w:r>
        <w:rPr>
          <w:b w:val="0"/>
          <w:i/>
          <w:color w:val="222B33"/>
          <w:sz w:val="21"/>
        </w:rPr>
        <w:t>The boat that glides</w:t>
        <w:br/>
      </w:r>
      <w:r>
        <w:rPr>
          <w:b w:val="0"/>
          <w:i/>
          <w:color w:val="222B33"/>
          <w:sz w:val="21"/>
        </w:rPr>
        <w:t>in the soft light of the spring sun:</w:t>
        <w:br/>
      </w:r>
      <w:r>
        <w:rPr>
          <w:b w:val="0"/>
          <w:i/>
          <w:color w:val="222B33"/>
          <w:sz w:val="21"/>
        </w:rPr>
        <w:t>even the drops from its pole</w:t>
        <w:br/>
      </w:r>
      <w:r>
        <w:rPr>
          <w:b w:val="0"/>
          <w:i/>
          <w:color w:val="222B33"/>
          <w:sz w:val="21"/>
        </w:rPr>
        <w:t>scatter</w:t>
        <w:br/>
      </w:r>
      <w:r>
        <w:rPr>
          <w:b w:val="0"/>
          <w:i/>
          <w:color w:val="222B33"/>
          <w:sz w:val="21"/>
        </w:rPr>
        <w:t>as flowers.</w:t>
      </w:r>
    </w:p>
    <w:p>
      <w:pPr>
        <w:spacing w:after="40"/>
      </w:pPr>
      <w:r>
        <w:rPr>
          <w:b w:val="0"/>
          <w:i w:val="0"/>
          <w:color w:val="6A6F75"/>
          <w:sz w:val="18"/>
        </w:rPr>
        <w:t xml:space="preserve">In reply to </w:t>
      </w:r>
      <w:hyperlink w:anchor="p358">
        <w:r>
          <w:rPr>
            <w:color w:val="2E5A80"/>
            <w:u w:val="single"/>
            <w:sz w:val="18"/>
          </w:rPr>
          <w:t xml:space="preserve">No. 358 (young women)</w:t>
        </w:r>
      </w:hyperlink>
    </w:p>
    <w:p>
      <w:pPr>
        <w:keepNext/>
        <w:spacing w:after="20" w:before="200"/>
      </w:pPr>
      <w:bookmarkStart w:id="386" w:name="p362"/>
      <w:r>
        <w:rPr>
          <w:b/>
          <w:i w:val="0"/>
          <w:color w:val="222B33"/>
          <w:sz w:val="22"/>
        </w:rPr>
        <w:t>No. 362</w:t>
      </w:r>
      <w:r>
        <w:rPr>
          <w:b w:val="0"/>
          <w:i w:val="0"/>
          <w:color w:val="6A6F75"/>
          <w:sz w:val="18"/>
        </w:rPr>
        <w:t xml:space="preserve">   Prince Hotaru → Genji   贈 sent</w:t>
      </w:r>
      <w:bookmarkEnd w:id="386"/>
    </w:p>
    <w:p>
      <w:pPr>
        <w:keepNext/>
        <w:spacing w:after="40"/>
      </w:pPr>
      <w:r>
        <w:rPr>
          <w:b/>
          <w:i w:val="0"/>
          <w:color w:val="6A6F75"/>
          <w:sz w:val="18"/>
        </w:rPr>
        <w:t xml:space="preserve">Context. </w:t>
      </w:r>
      <w:r>
        <w:rPr>
          <w:b w:val="0"/>
          <w:i w:val="0"/>
          <w:color w:val="6A6F75"/>
          <w:sz w:val="19"/>
        </w:rPr>
        <w:t>Prince Hotaru courts Tamakazura through Genji.</w:t>
      </w:r>
    </w:p>
    <w:p>
      <w:pPr>
        <w:keepNext/>
        <w:spacing w:after="0"/>
      </w:pPr>
      <w:r>
        <w:rPr>
          <w:rFonts w:ascii="Noto Serif CJK JP" w:hAnsi="Noto Serif CJK JP" w:eastAsia="Noto Serif CJK JP"/>
          <w:b w:val="0"/>
          <w:i w:val="0"/>
          <w:color w:val="222B33"/>
          <w:sz w:val="26"/>
        </w:rPr>
        <w:t>紫のゆゑに心をしめたれば淵に身投げむ名やは惜しけき</w:t>
      </w:r>
    </w:p>
    <w:p>
      <w:pPr>
        <w:keepNext/>
        <w:spacing w:after="60"/>
      </w:pPr>
      <w:r>
        <w:rPr>
          <w:rFonts w:ascii="Noto Serif CJK JP" w:hAnsi="Noto Serif CJK JP" w:eastAsia="Noto Serif CJK JP"/>
          <w:b w:val="0"/>
          <w:i w:val="0"/>
          <w:color w:val="6A6F75"/>
          <w:sz w:val="19"/>
        </w:rPr>
        <w:t>むらさきの　／　ゆへにこゝろを　／　しめたれは　／　ふちに身なけん　／　なやはおしけき</w:t>
      </w:r>
    </w:p>
    <w:p>
      <w:pPr>
        <w:keepNext/>
        <w:spacing w:after="60"/>
      </w:pPr>
      <w:r>
        <w:rPr>
          <w:b w:val="0"/>
          <w:i/>
          <w:color w:val="222B33"/>
          <w:sz w:val="21"/>
        </w:rPr>
        <w:t>Since my heart is set</w:t>
        <w:br/>
      </w:r>
      <w:r>
        <w:rPr>
          <w:b w:val="0"/>
          <w:i/>
          <w:color w:val="222B33"/>
          <w:sz w:val="21"/>
        </w:rPr>
        <w:t>for the sake of the purple,</w:t>
        <w:br/>
      </w:r>
      <w:r>
        <w:rPr>
          <w:b w:val="0"/>
          <w:i/>
          <w:color w:val="222B33"/>
          <w:sz w:val="21"/>
        </w:rPr>
        <w:t>why should I care for my name</w:t>
        <w:br/>
      </w:r>
      <w:r>
        <w:rPr>
          <w:b w:val="0"/>
          <w:i/>
          <w:color w:val="222B33"/>
          <w:sz w:val="21"/>
        </w:rPr>
        <w:t>if I throw myself</w:t>
        <w:br/>
      </w:r>
      <w:r>
        <w:rPr>
          <w:b w:val="0"/>
          <w:i/>
          <w:color w:val="222B33"/>
          <w:sz w:val="21"/>
        </w:rPr>
        <w:t>into the depths?</w:t>
      </w:r>
    </w:p>
    <w:p>
      <w:pPr>
        <w:spacing w:after="40"/>
      </w:pPr>
      <w:r>
        <w:rPr>
          <w:b w:val="0"/>
          <w:i w:val="0"/>
          <w:color w:val="222B33"/>
          <w:sz w:val="19"/>
        </w:rPr>
        <w:t>Fuchi, “deep pool,” and fuji, “wisteria.” The purple is Tamakazura’s kinship to Genji.</w:t>
      </w:r>
    </w:p>
    <w:p>
      <w:pPr>
        <w:spacing w:after="40"/>
      </w:pPr>
      <w:r>
        <w:rPr>
          <w:b/>
          <w:i w:val="0"/>
          <w:color w:val="6A6F75"/>
          <w:sz w:val="18"/>
        </w:rPr>
        <w:t xml:space="preserve">Allusion. </w:t>
      </w:r>
      <w:hyperlink r:id="rId16">
        <w:r>
          <w:rPr>
            <w:color w:val="2E5A80"/>
            <w:u w:val="single"/>
            <w:sz w:val="19"/>
          </w:rPr>
          <w:t xml:space="preserve">Kokinshū 867 (anonymous)</w:t>
        </w:r>
      </w:hyperlink>
      <w:r>
        <w:rPr>
          <w:rFonts w:ascii="Noto Serif CJK JP" w:hAnsi="Noto Serif CJK JP" w:eastAsia="Noto Serif CJK JP"/>
          <w:b w:val="0"/>
          <w:i w:val="0"/>
          <w:sz w:val="20"/>
        </w:rPr>
        <w:t xml:space="preserve">  紫のひともとゆゑにむさしのの草はみなからあはれとそ見る</w:t>
      </w:r>
      <w:r>
        <w:rPr>
          <w:b w:val="0"/>
          <w:i w:val="0"/>
          <w:sz w:val="19"/>
        </w:rPr>
        <w:t xml:space="preserve">  “For the sake of one purple plant, all the grasses of Musashino move me.”</w:t>
      </w:r>
    </w:p>
    <w:p>
      <w:pPr>
        <w:spacing w:after="40"/>
      </w:pPr>
      <w:r>
        <w:rPr>
          <w:b w:val="0"/>
          <w:i w:val="0"/>
          <w:color w:val="6A6F75"/>
          <w:sz w:val="18"/>
        </w:rPr>
        <w:t xml:space="preserve">Answered by </w:t>
      </w:r>
      <w:hyperlink w:anchor="p363">
        <w:r>
          <w:rPr>
            <w:color w:val="2E5A80"/>
            <w:u w:val="single"/>
            <w:sz w:val="18"/>
          </w:rPr>
          <w:t xml:space="preserve">No. 363 (Genji)</w:t>
        </w:r>
      </w:hyperlink>
      <w:r>
        <w:rPr>
          <w:b w:val="0"/>
          <w:i w:val="0"/>
          <w:color w:val="6A6F75"/>
          <w:sz w:val="18"/>
        </w:rPr>
        <w:t xml:space="preserve">   ·   </w:t>
      </w:r>
      <w:r>
        <w:rPr>
          <w:b w:val="0"/>
          <w:i w:val="0"/>
          <w:color w:val="6A6F75"/>
          <w:sz w:val="18"/>
        </w:rPr>
        <w:t xml:space="preserve">Echo, Purple and the bond of kinship: </w:t>
      </w:r>
      <w:hyperlink w:anchor="p63">
        <w:r>
          <w:rPr>
            <w:color w:val="2E5A80"/>
            <w:u w:val="single"/>
            <w:sz w:val="18"/>
          </w:rPr>
          <w:t xml:space="preserve">No. 63</w:t>
        </w:r>
      </w:hyperlink>
      <w:r>
        <w:rPr>
          <w:b w:val="0"/>
          <w:i w:val="0"/>
          <w:color w:val="6A6F75"/>
          <w:sz w:val="18"/>
        </w:rPr>
        <w:t xml:space="preserve">, </w:t>
      </w:r>
      <w:hyperlink w:anchor="p449">
        <w:r>
          <w:rPr>
            <w:color w:val="2E5A80"/>
            <w:u w:val="single"/>
            <w:sz w:val="18"/>
          </w:rPr>
          <w:t xml:space="preserve">No. 449</w:t>
        </w:r>
      </w:hyperlink>
      <w:r>
        <w:rPr>
          <w:b w:val="0"/>
          <w:i w:val="0"/>
          <w:color w:val="6A6F75"/>
          <w:sz w:val="18"/>
        </w:rPr>
        <w:t xml:space="preserve">, </w:t>
      </w:r>
      <w:hyperlink w:anchor="p456">
        <w:r>
          <w:rPr>
            <w:color w:val="2E5A80"/>
            <w:u w:val="single"/>
            <w:sz w:val="18"/>
          </w:rPr>
          <w:t xml:space="preserve">No. 456</w:t>
        </w:r>
      </w:hyperlink>
      <w:r>
        <w:rPr>
          <w:b w:val="0"/>
          <w:i w:val="0"/>
          <w:color w:val="6A6F75"/>
          <w:sz w:val="18"/>
        </w:rPr>
        <w:t xml:space="preserve">, </w:t>
      </w:r>
      <w:hyperlink w:anchor="p616">
        <w:r>
          <w:rPr>
            <w:color w:val="2E5A80"/>
            <w:u w:val="single"/>
            <w:sz w:val="18"/>
          </w:rPr>
          <w:t xml:space="preserve">No. 616</w:t>
        </w:r>
      </w:hyperlink>
    </w:p>
    <w:p>
      <w:pPr>
        <w:keepNext/>
        <w:spacing w:after="20" w:before="200"/>
      </w:pPr>
      <w:bookmarkStart w:id="387" w:name="p363"/>
      <w:r>
        <w:rPr>
          <w:b/>
          <w:i w:val="0"/>
          <w:color w:val="222B33"/>
          <w:sz w:val="22"/>
        </w:rPr>
        <w:t>No. 363</w:t>
      </w:r>
      <w:r>
        <w:rPr>
          <w:b w:val="0"/>
          <w:i w:val="0"/>
          <w:color w:val="6A6F75"/>
          <w:sz w:val="18"/>
        </w:rPr>
        <w:t xml:space="preserve">   Genji → Prince Hotaru   答 reply</w:t>
      </w:r>
      <w:bookmarkEnd w:id="387"/>
    </w:p>
    <w:p>
      <w:pPr>
        <w:keepNext/>
        <w:spacing w:after="0"/>
      </w:pPr>
      <w:r>
        <w:rPr>
          <w:rFonts w:ascii="Noto Serif CJK JP" w:hAnsi="Noto Serif CJK JP" w:eastAsia="Noto Serif CJK JP"/>
          <w:b w:val="0"/>
          <w:i w:val="0"/>
          <w:color w:val="222B33"/>
          <w:sz w:val="26"/>
        </w:rPr>
        <w:t>淵に身を投げつべしやとこの春は花のあたりを立ち去らで見よ</w:t>
      </w:r>
    </w:p>
    <w:p>
      <w:pPr>
        <w:keepNext/>
        <w:spacing w:after="60"/>
      </w:pPr>
      <w:r>
        <w:rPr>
          <w:rFonts w:ascii="Noto Serif CJK JP" w:hAnsi="Noto Serif CJK JP" w:eastAsia="Noto Serif CJK JP"/>
          <w:b w:val="0"/>
          <w:i w:val="0"/>
          <w:color w:val="6A6F75"/>
          <w:sz w:val="19"/>
        </w:rPr>
        <w:t>ふちにみを　／　なけつへしやと　／　この春は　／　花のあたりを　／　たちさらてみよ</w:t>
      </w:r>
    </w:p>
    <w:p>
      <w:pPr>
        <w:keepNext/>
        <w:spacing w:after="60"/>
      </w:pPr>
      <w:r>
        <w:rPr>
          <w:b w:val="0"/>
          <w:i/>
          <w:color w:val="222B33"/>
          <w:sz w:val="21"/>
        </w:rPr>
        <w:t>Should you throw yourself</w:t>
        <w:br/>
      </w:r>
      <w:r>
        <w:rPr>
          <w:b w:val="0"/>
          <w:i/>
          <w:color w:val="222B33"/>
          <w:sz w:val="21"/>
        </w:rPr>
        <w:t>into the depths? This spring</w:t>
        <w:br/>
      </w:r>
      <w:r>
        <w:rPr>
          <w:b w:val="0"/>
          <w:i/>
          <w:color w:val="222B33"/>
          <w:sz w:val="21"/>
        </w:rPr>
        <w:t>stay by the flowers</w:t>
        <w:br/>
      </w:r>
      <w:r>
        <w:rPr>
          <w:b w:val="0"/>
          <w:i/>
          <w:color w:val="222B33"/>
          <w:sz w:val="21"/>
        </w:rPr>
        <w:t>and do not leave them;</w:t>
        <w:br/>
      </w:r>
      <w:r>
        <w:rPr>
          <w:b w:val="0"/>
          <w:i/>
          <w:color w:val="222B33"/>
          <w:sz w:val="21"/>
        </w:rPr>
        <w:t>look on.</w:t>
      </w:r>
    </w:p>
    <w:p>
      <w:pPr>
        <w:spacing w:after="40"/>
      </w:pPr>
      <w:r>
        <w:rPr>
          <w:b w:val="0"/>
          <w:i w:val="0"/>
          <w:color w:val="6A6F75"/>
          <w:sz w:val="18"/>
        </w:rPr>
        <w:t xml:space="preserve">In reply to </w:t>
      </w:r>
      <w:hyperlink w:anchor="p362">
        <w:r>
          <w:rPr>
            <w:color w:val="2E5A80"/>
            <w:u w:val="single"/>
            <w:sz w:val="18"/>
          </w:rPr>
          <w:t xml:space="preserve">No. 362 (Prince Hotaru)</w:t>
        </w:r>
      </w:hyperlink>
    </w:p>
    <w:p>
      <w:pPr>
        <w:keepNext/>
        <w:spacing w:after="20" w:before="200"/>
      </w:pPr>
      <w:bookmarkStart w:id="388" w:name="p364"/>
      <w:r>
        <w:rPr>
          <w:b/>
          <w:i w:val="0"/>
          <w:color w:val="222B33"/>
          <w:sz w:val="22"/>
        </w:rPr>
        <w:t>No. 364</w:t>
      </w:r>
      <w:r>
        <w:rPr>
          <w:b w:val="0"/>
          <w:i w:val="0"/>
          <w:color w:val="6A6F75"/>
          <w:sz w:val="18"/>
        </w:rPr>
        <w:t xml:space="preserve">   Murasaki → Akikonomu   贈 sent</w:t>
      </w:r>
      <w:bookmarkEnd w:id="388"/>
    </w:p>
    <w:p>
      <w:pPr>
        <w:keepNext/>
        <w:spacing w:after="40"/>
      </w:pPr>
      <w:r>
        <w:rPr>
          <w:b/>
          <w:i w:val="0"/>
          <w:color w:val="6A6F75"/>
          <w:sz w:val="18"/>
        </w:rPr>
        <w:t xml:space="preserve">Context. </w:t>
      </w:r>
      <w:r>
        <w:rPr>
          <w:b w:val="0"/>
          <w:i w:val="0"/>
          <w:color w:val="6A6F75"/>
          <w:sz w:val="19"/>
        </w:rPr>
        <w:t>Murasaki answers Akikonomu’s autumn poem with spring; the debate concluded.</w:t>
      </w:r>
    </w:p>
    <w:p>
      <w:pPr>
        <w:keepNext/>
        <w:spacing w:after="0"/>
      </w:pPr>
      <w:r>
        <w:rPr>
          <w:rFonts w:ascii="Noto Serif CJK JP" w:hAnsi="Noto Serif CJK JP" w:eastAsia="Noto Serif CJK JP"/>
          <w:b w:val="0"/>
          <w:i w:val="0"/>
          <w:color w:val="222B33"/>
          <w:sz w:val="26"/>
        </w:rPr>
        <w:t>花園の胡蝶をさへや下草に秋待つ虫はうとく見るらむ</w:t>
      </w:r>
    </w:p>
    <w:p>
      <w:pPr>
        <w:keepNext/>
        <w:spacing w:after="60"/>
      </w:pPr>
      <w:r>
        <w:rPr>
          <w:rFonts w:ascii="Noto Serif CJK JP" w:hAnsi="Noto Serif CJK JP" w:eastAsia="Noto Serif CJK JP"/>
          <w:b w:val="0"/>
          <w:i w:val="0"/>
          <w:color w:val="6A6F75"/>
          <w:sz w:val="19"/>
        </w:rPr>
        <w:t>はなそのゝ　／　こてふをさへや　／　したくさに　／　秋まつむしは　／　うとくみるらむ</w:t>
      </w:r>
    </w:p>
    <w:p>
      <w:pPr>
        <w:keepNext/>
        <w:spacing w:after="60"/>
      </w:pPr>
      <w:r>
        <w:rPr>
          <w:b w:val="0"/>
          <w:i/>
          <w:color w:val="222B33"/>
          <w:sz w:val="21"/>
        </w:rPr>
        <w:t>Do even the butterflies</w:t>
        <w:br/>
      </w:r>
      <w:r>
        <w:rPr>
          <w:b w:val="0"/>
          <w:i/>
          <w:color w:val="222B33"/>
          <w:sz w:val="21"/>
        </w:rPr>
        <w:t>of the flower garden seem</w:t>
        <w:br/>
      </w:r>
      <w:r>
        <w:rPr>
          <w:b w:val="0"/>
          <w:i/>
          <w:color w:val="222B33"/>
          <w:sz w:val="21"/>
        </w:rPr>
        <w:t>dull to the insect</w:t>
        <w:br/>
      </w:r>
      <w:r>
        <w:rPr>
          <w:b w:val="0"/>
          <w:i/>
          <w:color w:val="222B33"/>
          <w:sz w:val="21"/>
        </w:rPr>
        <w:t>that waits for autumn</w:t>
        <w:br/>
      </w:r>
      <w:r>
        <w:rPr>
          <w:b w:val="0"/>
          <w:i/>
          <w:color w:val="222B33"/>
          <w:sz w:val="21"/>
        </w:rPr>
        <w:t>beneath the grasses?</w:t>
      </w:r>
    </w:p>
    <w:p>
      <w:pPr>
        <w:spacing w:after="40"/>
      </w:pPr>
      <w:r>
        <w:rPr>
          <w:b w:val="0"/>
          <w:i w:val="0"/>
          <w:color w:val="222B33"/>
          <w:sz w:val="19"/>
        </w:rPr>
        <w:t>Answering 336: spring now has its rejoinder.</w:t>
      </w:r>
    </w:p>
    <w:p>
      <w:pPr>
        <w:spacing w:after="40"/>
      </w:pPr>
      <w:r>
        <w:rPr>
          <w:b w:val="0"/>
          <w:i w:val="0"/>
          <w:color w:val="6A6F75"/>
          <w:sz w:val="18"/>
        </w:rPr>
        <w:t xml:space="preserve">Answered by </w:t>
      </w:r>
      <w:hyperlink w:anchor="p365">
        <w:r>
          <w:rPr>
            <w:color w:val="2E5A80"/>
            <w:u w:val="single"/>
            <w:sz w:val="18"/>
          </w:rPr>
          <w:t xml:space="preserve">No. 365 (Akikonomu)</w:t>
        </w:r>
      </w:hyperlink>
      <w:r>
        <w:rPr>
          <w:b w:val="0"/>
          <w:i w:val="0"/>
          <w:color w:val="6A6F75"/>
          <w:sz w:val="18"/>
        </w:rPr>
        <w:t xml:space="preserve">   ·   </w:t>
      </w:r>
      <w:r>
        <w:rPr>
          <w:b w:val="0"/>
          <w:i w:val="0"/>
          <w:color w:val="6A6F75"/>
          <w:sz w:val="18"/>
        </w:rPr>
        <w:t xml:space="preserve">Echo, Spring against autumn: </w:t>
      </w:r>
      <w:hyperlink w:anchor="p336">
        <w:r>
          <w:rPr>
            <w:color w:val="2E5A80"/>
            <w:u w:val="single"/>
            <w:sz w:val="18"/>
          </w:rPr>
          <w:t xml:space="preserve">No. 336</w:t>
        </w:r>
      </w:hyperlink>
      <w:r>
        <w:rPr>
          <w:b w:val="0"/>
          <w:i w:val="0"/>
          <w:color w:val="6A6F75"/>
          <w:sz w:val="18"/>
        </w:rPr>
        <w:t xml:space="preserve">, </w:t>
      </w:r>
      <w:hyperlink w:anchor="p337">
        <w:r>
          <w:rPr>
            <w:color w:val="2E5A80"/>
            <w:u w:val="single"/>
            <w:sz w:val="18"/>
          </w:rPr>
          <w:t xml:space="preserve">No. 337</w:t>
        </w:r>
      </w:hyperlink>
      <w:r>
        <w:rPr>
          <w:b w:val="0"/>
          <w:i w:val="0"/>
          <w:color w:val="6A6F75"/>
          <w:sz w:val="18"/>
        </w:rPr>
        <w:t xml:space="preserve">, </w:t>
      </w:r>
      <w:hyperlink w:anchor="p365">
        <w:r>
          <w:rPr>
            <w:color w:val="2E5A80"/>
            <w:u w:val="single"/>
            <w:sz w:val="18"/>
          </w:rPr>
          <w:t xml:space="preserve">No. 365</w:t>
        </w:r>
      </w:hyperlink>
      <w:r>
        <w:rPr>
          <w:b w:val="0"/>
          <w:i w:val="0"/>
          <w:color w:val="6A6F75"/>
          <w:sz w:val="18"/>
        </w:rPr>
        <w:t xml:space="preserve">, </w:t>
      </w:r>
      <w:hyperlink w:anchor="p562">
        <w:r>
          <w:rPr>
            <w:color w:val="2E5A80"/>
            <w:u w:val="single"/>
            <w:sz w:val="18"/>
          </w:rPr>
          <w:t xml:space="preserve">No. 562</w:t>
        </w:r>
      </w:hyperlink>
      <w:r>
        <w:rPr>
          <w:b w:val="0"/>
          <w:i w:val="0"/>
          <w:color w:val="6A6F75"/>
          <w:sz w:val="18"/>
        </w:rPr>
        <w:t xml:space="preserve">, </w:t>
      </w:r>
      <w:hyperlink w:anchor="p563">
        <w:r>
          <w:rPr>
            <w:color w:val="2E5A80"/>
            <w:u w:val="single"/>
            <w:sz w:val="18"/>
          </w:rPr>
          <w:t xml:space="preserve">No. 563</w:t>
        </w:r>
      </w:hyperlink>
    </w:p>
    <w:p>
      <w:pPr>
        <w:keepNext/>
        <w:spacing w:after="20" w:before="200"/>
      </w:pPr>
      <w:bookmarkStart w:id="389" w:name="p365"/>
      <w:r>
        <w:rPr>
          <w:b/>
          <w:i w:val="0"/>
          <w:color w:val="222B33"/>
          <w:sz w:val="22"/>
        </w:rPr>
        <w:t>No. 365</w:t>
      </w:r>
      <w:r>
        <w:rPr>
          <w:b w:val="0"/>
          <w:i w:val="0"/>
          <w:color w:val="6A6F75"/>
          <w:sz w:val="18"/>
        </w:rPr>
        <w:t xml:space="preserve">   Akikonomu → Murasaki   答 reply</w:t>
      </w:r>
      <w:bookmarkEnd w:id="389"/>
    </w:p>
    <w:p>
      <w:pPr>
        <w:keepNext/>
        <w:spacing w:after="0"/>
      </w:pPr>
      <w:r>
        <w:rPr>
          <w:rFonts w:ascii="Noto Serif CJK JP" w:hAnsi="Noto Serif CJK JP" w:eastAsia="Noto Serif CJK JP"/>
          <w:b w:val="0"/>
          <w:i w:val="0"/>
          <w:color w:val="222B33"/>
          <w:sz w:val="26"/>
        </w:rPr>
        <w:t>胡蝶にも誘はれなまし心ありて八重山吹を隔てざりせば</w:t>
      </w:r>
    </w:p>
    <w:p>
      <w:pPr>
        <w:keepNext/>
        <w:spacing w:after="60"/>
      </w:pPr>
      <w:r>
        <w:rPr>
          <w:rFonts w:ascii="Noto Serif CJK JP" w:hAnsi="Noto Serif CJK JP" w:eastAsia="Noto Serif CJK JP"/>
          <w:b w:val="0"/>
          <w:i w:val="0"/>
          <w:color w:val="6A6F75"/>
          <w:sz w:val="19"/>
        </w:rPr>
        <w:t>こてふにも　／　さそはれなまし　／　こゝろありて　／　やへ山ふきを　／　へたてさりせは</w:t>
      </w:r>
    </w:p>
    <w:p>
      <w:pPr>
        <w:keepNext/>
        <w:spacing w:after="60"/>
      </w:pPr>
      <w:r>
        <w:rPr>
          <w:b w:val="0"/>
          <w:i/>
          <w:color w:val="222B33"/>
          <w:sz w:val="21"/>
        </w:rPr>
        <w:t>I would have let the butterflies</w:t>
        <w:br/>
      </w:r>
      <w:r>
        <w:rPr>
          <w:b w:val="0"/>
          <w:i/>
          <w:color w:val="222B33"/>
          <w:sz w:val="21"/>
        </w:rPr>
        <w:t>lure me,</w:t>
        <w:br/>
      </w:r>
      <w:r>
        <w:rPr>
          <w:b w:val="0"/>
          <w:i/>
          <w:color w:val="222B33"/>
          <w:sz w:val="21"/>
        </w:rPr>
        <w:t>if you had not, by design,</w:t>
        <w:br/>
      </w:r>
      <w:r>
        <w:rPr>
          <w:b w:val="0"/>
          <w:i/>
          <w:color w:val="222B33"/>
          <w:sz w:val="21"/>
        </w:rPr>
        <w:t>kept me apart with your kerria roses,</w:t>
        <w:br/>
      </w:r>
      <w:r>
        <w:rPr>
          <w:b w:val="0"/>
          <w:i/>
          <w:color w:val="222B33"/>
          <w:sz w:val="21"/>
        </w:rPr>
        <w:t>eightfold.</w:t>
      </w:r>
    </w:p>
    <w:p>
      <w:pPr>
        <w:spacing w:after="40"/>
      </w:pPr>
      <w:r>
        <w:rPr>
          <w:b w:val="0"/>
          <w:i w:val="0"/>
          <w:color w:val="222B33"/>
          <w:sz w:val="19"/>
        </w:rPr>
        <w:t>Yae, “eightfold,” also “barriers.”</w:t>
      </w:r>
    </w:p>
    <w:p>
      <w:pPr>
        <w:spacing w:after="40"/>
      </w:pPr>
      <w:r>
        <w:rPr>
          <w:b w:val="0"/>
          <w:i w:val="0"/>
          <w:color w:val="6A6F75"/>
          <w:sz w:val="18"/>
        </w:rPr>
        <w:t xml:space="preserve">In reply to </w:t>
      </w:r>
      <w:hyperlink w:anchor="p364">
        <w:r>
          <w:rPr>
            <w:color w:val="2E5A80"/>
            <w:u w:val="single"/>
            <w:sz w:val="18"/>
          </w:rPr>
          <w:t xml:space="preserve">No. 364 (Murasaki)</w:t>
        </w:r>
      </w:hyperlink>
      <w:r>
        <w:rPr>
          <w:b w:val="0"/>
          <w:i w:val="0"/>
          <w:color w:val="6A6F75"/>
          <w:sz w:val="18"/>
        </w:rPr>
        <w:t xml:space="preserve">   ·   </w:t>
      </w:r>
      <w:r>
        <w:rPr>
          <w:b w:val="0"/>
          <w:i w:val="0"/>
          <w:color w:val="6A6F75"/>
          <w:sz w:val="18"/>
        </w:rPr>
        <w:t xml:space="preserve">Echo, Spring against autumn: </w:t>
      </w:r>
      <w:hyperlink w:anchor="p336">
        <w:r>
          <w:rPr>
            <w:color w:val="2E5A80"/>
            <w:u w:val="single"/>
            <w:sz w:val="18"/>
          </w:rPr>
          <w:t xml:space="preserve">No. 336</w:t>
        </w:r>
      </w:hyperlink>
      <w:r>
        <w:rPr>
          <w:b w:val="0"/>
          <w:i w:val="0"/>
          <w:color w:val="6A6F75"/>
          <w:sz w:val="18"/>
        </w:rPr>
        <w:t xml:space="preserve">, </w:t>
      </w:r>
      <w:hyperlink w:anchor="p337">
        <w:r>
          <w:rPr>
            <w:color w:val="2E5A80"/>
            <w:u w:val="single"/>
            <w:sz w:val="18"/>
          </w:rPr>
          <w:t xml:space="preserve">No. 337</w:t>
        </w:r>
      </w:hyperlink>
      <w:r>
        <w:rPr>
          <w:b w:val="0"/>
          <w:i w:val="0"/>
          <w:color w:val="6A6F75"/>
          <w:sz w:val="18"/>
        </w:rPr>
        <w:t xml:space="preserve">, </w:t>
      </w:r>
      <w:hyperlink w:anchor="p364">
        <w:r>
          <w:rPr>
            <w:color w:val="2E5A80"/>
            <w:u w:val="single"/>
            <w:sz w:val="18"/>
          </w:rPr>
          <w:t xml:space="preserve">No. 364</w:t>
        </w:r>
      </w:hyperlink>
      <w:r>
        <w:rPr>
          <w:b w:val="0"/>
          <w:i w:val="0"/>
          <w:color w:val="6A6F75"/>
          <w:sz w:val="18"/>
        </w:rPr>
        <w:t xml:space="preserve">, </w:t>
      </w:r>
      <w:hyperlink w:anchor="p562">
        <w:r>
          <w:rPr>
            <w:color w:val="2E5A80"/>
            <w:u w:val="single"/>
            <w:sz w:val="18"/>
          </w:rPr>
          <w:t xml:space="preserve">No. 562</w:t>
        </w:r>
      </w:hyperlink>
      <w:r>
        <w:rPr>
          <w:b w:val="0"/>
          <w:i w:val="0"/>
          <w:color w:val="6A6F75"/>
          <w:sz w:val="18"/>
        </w:rPr>
        <w:t xml:space="preserve">, </w:t>
      </w:r>
      <w:hyperlink w:anchor="p563">
        <w:r>
          <w:rPr>
            <w:color w:val="2E5A80"/>
            <w:u w:val="single"/>
            <w:sz w:val="18"/>
          </w:rPr>
          <w:t xml:space="preserve">No. 563</w:t>
        </w:r>
      </w:hyperlink>
    </w:p>
    <w:p>
      <w:pPr>
        <w:keepNext/>
        <w:spacing w:after="20" w:before="200"/>
      </w:pPr>
      <w:bookmarkStart w:id="390" w:name="p366"/>
      <w:r>
        <w:rPr>
          <w:b/>
          <w:i w:val="0"/>
          <w:color w:val="222B33"/>
          <w:sz w:val="22"/>
        </w:rPr>
        <w:t>No. 366</w:t>
      </w:r>
      <w:r>
        <w:rPr>
          <w:b w:val="0"/>
          <w:i w:val="0"/>
          <w:color w:val="6A6F75"/>
          <w:sz w:val="18"/>
        </w:rPr>
        <w:t xml:space="preserve">   Kashiwagi → Tamakazura   贈:独 sent / solo</w:t>
      </w:r>
      <w:bookmarkEnd w:id="390"/>
    </w:p>
    <w:p>
      <w:pPr>
        <w:keepNext/>
        <w:spacing w:after="40"/>
      </w:pPr>
      <w:r>
        <w:rPr>
          <w:b/>
          <w:i w:val="0"/>
          <w:color w:val="6A6F75"/>
          <w:sz w:val="18"/>
        </w:rPr>
        <w:t xml:space="preserve">Context. </w:t>
      </w:r>
      <w:r>
        <w:rPr>
          <w:b w:val="0"/>
          <w:i w:val="0"/>
          <w:color w:val="6A6F75"/>
          <w:sz w:val="19"/>
        </w:rPr>
        <w:t>Kashiwagi courts Tamakazura, not knowing she is his half sister.</w:t>
      </w:r>
    </w:p>
    <w:p>
      <w:pPr>
        <w:keepNext/>
        <w:spacing w:after="0"/>
      </w:pPr>
      <w:r>
        <w:rPr>
          <w:rFonts w:ascii="Noto Serif CJK JP" w:hAnsi="Noto Serif CJK JP" w:eastAsia="Noto Serif CJK JP"/>
          <w:b w:val="0"/>
          <w:i w:val="0"/>
          <w:color w:val="222B33"/>
          <w:sz w:val="26"/>
        </w:rPr>
        <w:t>思ふとも君は知らじなわきかへり岩漏る水に色し見えねば</w:t>
      </w:r>
    </w:p>
    <w:p>
      <w:pPr>
        <w:keepNext/>
        <w:spacing w:after="60"/>
      </w:pPr>
      <w:r>
        <w:rPr>
          <w:rFonts w:ascii="Noto Serif CJK JP" w:hAnsi="Noto Serif CJK JP" w:eastAsia="Noto Serif CJK JP"/>
          <w:b w:val="0"/>
          <w:i w:val="0"/>
          <w:color w:val="6A6F75"/>
          <w:sz w:val="19"/>
        </w:rPr>
        <w:t>おもふとも　／　君はしらしな　／　わきかへり　／　いはもるみつに　／　いろしみえねは</w:t>
      </w:r>
    </w:p>
    <w:p>
      <w:pPr>
        <w:keepNext/>
        <w:spacing w:after="60"/>
      </w:pPr>
      <w:r>
        <w:rPr>
          <w:b w:val="0"/>
          <w:i/>
          <w:color w:val="222B33"/>
          <w:sz w:val="21"/>
        </w:rPr>
        <w:t>Though I love you,</w:t>
        <w:br/>
      </w:r>
      <w:r>
        <w:rPr>
          <w:b w:val="0"/>
          <w:i/>
          <w:color w:val="222B33"/>
          <w:sz w:val="21"/>
        </w:rPr>
        <w:t>you would never know:</w:t>
        <w:br/>
      </w:r>
      <w:r>
        <w:rPr>
          <w:b w:val="0"/>
          <w:i/>
          <w:color w:val="222B33"/>
          <w:sz w:val="21"/>
        </w:rPr>
        <w:t>the water seething out from the rock</w:t>
        <w:br/>
      </w:r>
      <w:r>
        <w:rPr>
          <w:b w:val="0"/>
          <w:i/>
          <w:color w:val="222B33"/>
          <w:sz w:val="21"/>
        </w:rPr>
        <w:t>shows</w:t>
        <w:br/>
      </w:r>
      <w:r>
        <w:rPr>
          <w:b w:val="0"/>
          <w:i/>
          <w:color w:val="222B33"/>
          <w:sz w:val="21"/>
        </w:rPr>
        <w:t>no color.</w:t>
      </w:r>
    </w:p>
    <w:p>
      <w:pPr>
        <w:spacing w:after="40"/>
      </w:pPr>
      <w:r>
        <w:rPr>
          <w:b w:val="0"/>
          <w:i w:val="0"/>
          <w:color w:val="222B33"/>
          <w:sz w:val="19"/>
        </w:rPr>
        <w:t>He does not yet know she is his half sister.</w:t>
      </w:r>
    </w:p>
    <w:p>
      <w:pPr>
        <w:spacing w:after="40"/>
      </w:pPr>
      <w:r>
        <w:rPr>
          <w:b/>
          <w:i w:val="0"/>
          <w:color w:val="8A4B1C"/>
          <w:sz w:val="18"/>
        </w:rPr>
        <w:t xml:space="preserve">Attribution uncertain. </w:t>
      </w:r>
      <w:r>
        <w:rPr>
          <w:b w:val="0"/>
          <w:i w:val="0"/>
          <w:sz w:val="19"/>
        </w:rPr>
        <w:t>The ‘Iwamoru Captain’ is identified as Kashiwagi (Zenshū 全集).</w:t>
      </w:r>
    </w:p>
    <w:p>
      <w:pPr>
        <w:keepNext/>
        <w:spacing w:after="20" w:before="200"/>
      </w:pPr>
      <w:bookmarkStart w:id="391" w:name="p367"/>
      <w:r>
        <w:rPr>
          <w:b/>
          <w:i w:val="0"/>
          <w:color w:val="222B33"/>
          <w:sz w:val="22"/>
        </w:rPr>
        <w:t>No. 367</w:t>
      </w:r>
      <w:r>
        <w:rPr>
          <w:b w:val="0"/>
          <w:i w:val="0"/>
          <w:color w:val="6A6F75"/>
          <w:sz w:val="18"/>
        </w:rPr>
        <w:t xml:space="preserve">   Genji → Tamakazura   贈 sent</w:t>
      </w:r>
      <w:bookmarkEnd w:id="391"/>
    </w:p>
    <w:p>
      <w:pPr>
        <w:keepNext/>
        <w:spacing w:after="40"/>
      </w:pPr>
      <w:r>
        <w:rPr>
          <w:b/>
          <w:i w:val="0"/>
          <w:color w:val="6A6F75"/>
          <w:sz w:val="18"/>
        </w:rPr>
        <w:t xml:space="preserve">Context. </w:t>
      </w:r>
      <w:r>
        <w:rPr>
          <w:b w:val="0"/>
          <w:i w:val="0"/>
          <w:color w:val="6A6F75"/>
          <w:sz w:val="19"/>
        </w:rPr>
        <w:t>Genji, Tamakazura’s supposed father, hints his desire.</w:t>
      </w:r>
    </w:p>
    <w:p>
      <w:pPr>
        <w:keepNext/>
        <w:spacing w:after="0"/>
      </w:pPr>
      <w:r>
        <w:rPr>
          <w:rFonts w:ascii="Noto Serif CJK JP" w:hAnsi="Noto Serif CJK JP" w:eastAsia="Noto Serif CJK JP"/>
          <w:b w:val="0"/>
          <w:i w:val="0"/>
          <w:color w:val="222B33"/>
          <w:sz w:val="26"/>
        </w:rPr>
        <w:t>ませのうちに根深く植ゑし竹の子のおのが世々にや生ひわかるべき</w:t>
      </w:r>
    </w:p>
    <w:p>
      <w:pPr>
        <w:keepNext/>
        <w:spacing w:after="60"/>
      </w:pPr>
      <w:r>
        <w:rPr>
          <w:rFonts w:ascii="Noto Serif CJK JP" w:hAnsi="Noto Serif CJK JP" w:eastAsia="Noto Serif CJK JP"/>
          <w:b w:val="0"/>
          <w:i w:val="0"/>
          <w:color w:val="6A6F75"/>
          <w:sz w:val="19"/>
        </w:rPr>
        <w:t>ませのうちに　／　ねふかくうへし　／　竹のこの　／　をのかよゝにや　／　おひわかるへき</w:t>
      </w:r>
    </w:p>
    <w:p>
      <w:pPr>
        <w:keepNext/>
        <w:spacing w:after="60"/>
      </w:pPr>
      <w:r>
        <w:rPr>
          <w:b w:val="0"/>
          <w:i/>
          <w:color w:val="222B33"/>
          <w:sz w:val="21"/>
        </w:rPr>
        <w:t>The bamboo shoot</w:t>
        <w:br/>
      </w:r>
      <w:r>
        <w:rPr>
          <w:b w:val="0"/>
          <w:i/>
          <w:color w:val="222B33"/>
          <w:sz w:val="21"/>
        </w:rPr>
        <w:t>planted deep within the fence:</w:t>
        <w:br/>
      </w:r>
      <w:r>
        <w:rPr>
          <w:b w:val="0"/>
          <w:i/>
          <w:color w:val="222B33"/>
          <w:sz w:val="21"/>
        </w:rPr>
        <w:t>is it to grow apart</w:t>
        <w:br/>
      </w:r>
      <w:r>
        <w:rPr>
          <w:b w:val="0"/>
          <w:i/>
          <w:color w:val="222B33"/>
          <w:sz w:val="21"/>
        </w:rPr>
        <w:t>in its own</w:t>
        <w:br/>
      </w:r>
      <w:r>
        <w:rPr>
          <w:b w:val="0"/>
          <w:i/>
          <w:color w:val="222B33"/>
          <w:sz w:val="21"/>
        </w:rPr>
        <w:t>joints and ages?</w:t>
      </w:r>
    </w:p>
    <w:p>
      <w:pPr>
        <w:spacing w:after="40"/>
      </w:pPr>
      <w:r>
        <w:rPr>
          <w:b w:val="0"/>
          <w:i w:val="0"/>
          <w:color w:val="222B33"/>
          <w:sz w:val="19"/>
        </w:rPr>
        <w:t>Yoyo: bamboo “joints” and “generations.” Will she leave him for a husband?</w:t>
      </w:r>
    </w:p>
    <w:p>
      <w:pPr>
        <w:spacing w:after="40"/>
      </w:pPr>
      <w:r>
        <w:rPr>
          <w:b w:val="0"/>
          <w:i w:val="0"/>
          <w:color w:val="6A6F75"/>
          <w:sz w:val="18"/>
        </w:rPr>
        <w:t xml:space="preserve">Answered by </w:t>
      </w:r>
      <w:hyperlink w:anchor="p368">
        <w:r>
          <w:rPr>
            <w:color w:val="2E5A80"/>
            <w:u w:val="single"/>
            <w:sz w:val="18"/>
          </w:rPr>
          <w:t xml:space="preserve">No. 368 (Tamakazura)</w:t>
        </w:r>
      </w:hyperlink>
    </w:p>
    <w:p>
      <w:pPr>
        <w:keepNext/>
        <w:spacing w:after="20" w:before="200"/>
      </w:pPr>
      <w:bookmarkStart w:id="392" w:name="p368"/>
      <w:r>
        <w:rPr>
          <w:b/>
          <w:i w:val="0"/>
          <w:color w:val="222B33"/>
          <w:sz w:val="22"/>
        </w:rPr>
        <w:t>No. 368</w:t>
      </w:r>
      <w:r>
        <w:rPr>
          <w:b w:val="0"/>
          <w:i w:val="0"/>
          <w:color w:val="6A6F75"/>
          <w:sz w:val="18"/>
        </w:rPr>
        <w:t xml:space="preserve">   Tamakazura → Genji   答 reply</w:t>
      </w:r>
      <w:bookmarkEnd w:id="392"/>
    </w:p>
    <w:p>
      <w:pPr>
        <w:keepNext/>
        <w:spacing w:after="0"/>
      </w:pPr>
      <w:r>
        <w:rPr>
          <w:rFonts w:ascii="Noto Serif CJK JP" w:hAnsi="Noto Serif CJK JP" w:eastAsia="Noto Serif CJK JP"/>
          <w:b w:val="0"/>
          <w:i w:val="0"/>
          <w:color w:val="222B33"/>
          <w:sz w:val="26"/>
        </w:rPr>
        <w:t>今さらにいかならむ世か若竹の生ひ始めけむ根をば尋ねむ</w:t>
      </w:r>
    </w:p>
    <w:p>
      <w:pPr>
        <w:keepNext/>
        <w:spacing w:after="60"/>
      </w:pPr>
      <w:r>
        <w:rPr>
          <w:rFonts w:ascii="Noto Serif CJK JP" w:hAnsi="Noto Serif CJK JP" w:eastAsia="Noto Serif CJK JP"/>
          <w:b w:val="0"/>
          <w:i w:val="0"/>
          <w:color w:val="6A6F75"/>
          <w:sz w:val="19"/>
        </w:rPr>
        <w:t>いまさらに　／　いかならむよか　／　わかたけの　／　おいはしめけむ　／　ねをはたつねん</w:t>
      </w:r>
    </w:p>
    <w:p>
      <w:pPr>
        <w:keepNext/>
        <w:spacing w:after="60"/>
      </w:pPr>
      <w:r>
        <w:rPr>
          <w:b w:val="0"/>
          <w:i/>
          <w:color w:val="222B33"/>
          <w:sz w:val="21"/>
        </w:rPr>
        <w:t>How could I now</w:t>
        <w:br/>
      </w:r>
      <w:r>
        <w:rPr>
          <w:b w:val="0"/>
          <w:i/>
          <w:color w:val="222B33"/>
          <w:sz w:val="21"/>
        </w:rPr>
        <w:t>ever seek out the root</w:t>
        <w:br/>
      </w:r>
      <w:r>
        <w:rPr>
          <w:b w:val="0"/>
          <w:i/>
          <w:color w:val="222B33"/>
          <w:sz w:val="21"/>
        </w:rPr>
        <w:t>from which the young bamboo</w:t>
        <w:br/>
      </w:r>
      <w:r>
        <w:rPr>
          <w:b w:val="0"/>
          <w:i/>
          <w:color w:val="222B33"/>
          <w:sz w:val="21"/>
        </w:rPr>
        <w:t>first</w:t>
        <w:br/>
      </w:r>
      <w:r>
        <w:rPr>
          <w:b w:val="0"/>
          <w:i/>
          <w:color w:val="222B33"/>
          <w:sz w:val="21"/>
        </w:rPr>
        <w:t>began to grow?</w:t>
      </w:r>
    </w:p>
    <w:p>
      <w:pPr>
        <w:spacing w:after="40"/>
      </w:pPr>
      <w:r>
        <w:rPr>
          <w:b w:val="0"/>
          <w:i w:val="0"/>
          <w:color w:val="222B33"/>
          <w:sz w:val="19"/>
        </w:rPr>
        <w:t>She defers to him but recalls her real father.</w:t>
      </w:r>
    </w:p>
    <w:p>
      <w:pPr>
        <w:spacing w:after="40"/>
      </w:pPr>
      <w:r>
        <w:rPr>
          <w:b w:val="0"/>
          <w:i w:val="0"/>
          <w:color w:val="6A6F75"/>
          <w:sz w:val="18"/>
        </w:rPr>
        <w:t xml:space="preserve">In reply to </w:t>
      </w:r>
      <w:hyperlink w:anchor="p367">
        <w:r>
          <w:rPr>
            <w:color w:val="2E5A80"/>
            <w:u w:val="single"/>
            <w:sz w:val="18"/>
          </w:rPr>
          <w:t xml:space="preserve">No. 367 (Genji)</w:t>
        </w:r>
      </w:hyperlink>
    </w:p>
    <w:p>
      <w:pPr>
        <w:keepNext/>
        <w:spacing w:after="20" w:before="200"/>
      </w:pPr>
      <w:bookmarkStart w:id="393" w:name="p369"/>
      <w:r>
        <w:rPr>
          <w:b/>
          <w:i w:val="0"/>
          <w:color w:val="222B33"/>
          <w:sz w:val="22"/>
        </w:rPr>
        <w:t>No. 369</w:t>
      </w:r>
      <w:r>
        <w:rPr>
          <w:b w:val="0"/>
          <w:i w:val="0"/>
          <w:color w:val="6A6F75"/>
          <w:sz w:val="18"/>
        </w:rPr>
        <w:t xml:space="preserve">   Genji → Tamakazura   贈 sent</w:t>
      </w:r>
      <w:bookmarkEnd w:id="393"/>
    </w:p>
    <w:p>
      <w:pPr>
        <w:keepNext/>
        <w:spacing w:after="40"/>
      </w:pPr>
      <w:r>
        <w:rPr>
          <w:b/>
          <w:i w:val="0"/>
          <w:color w:val="6A6F75"/>
          <w:sz w:val="18"/>
        </w:rPr>
        <w:t xml:space="preserve">Context. </w:t>
      </w:r>
      <w:r>
        <w:rPr>
          <w:b w:val="0"/>
          <w:i w:val="0"/>
          <w:color w:val="6A6F75"/>
          <w:sz w:val="19"/>
        </w:rPr>
        <w:t>Genji confesses his desire to Tamakazura; she is frightened.</w:t>
      </w:r>
    </w:p>
    <w:p>
      <w:pPr>
        <w:keepNext/>
        <w:spacing w:after="0"/>
      </w:pPr>
      <w:r>
        <w:rPr>
          <w:rFonts w:ascii="Noto Serif CJK JP" w:hAnsi="Noto Serif CJK JP" w:eastAsia="Noto Serif CJK JP"/>
          <w:b w:val="0"/>
          <w:i w:val="0"/>
          <w:color w:val="222B33"/>
          <w:sz w:val="26"/>
        </w:rPr>
        <w:t>橘の薫りし袖によそふれば変はれる身とも思ほえぬかな</w:t>
      </w:r>
    </w:p>
    <w:p>
      <w:pPr>
        <w:keepNext/>
        <w:spacing w:after="60"/>
      </w:pPr>
      <w:r>
        <w:rPr>
          <w:rFonts w:ascii="Noto Serif CJK JP" w:hAnsi="Noto Serif CJK JP" w:eastAsia="Noto Serif CJK JP"/>
          <w:b w:val="0"/>
          <w:i w:val="0"/>
          <w:color w:val="6A6F75"/>
          <w:sz w:val="19"/>
        </w:rPr>
        <w:t>たちはなの　／　かほりしそてに　／　よそふれは　／　かはれるみとも　／　おもほえぬかな</w:t>
      </w:r>
    </w:p>
    <w:p>
      <w:pPr>
        <w:keepNext/>
        <w:spacing w:after="60"/>
      </w:pPr>
      <w:r>
        <w:rPr>
          <w:b w:val="0"/>
          <w:i/>
          <w:color w:val="222B33"/>
          <w:sz w:val="21"/>
        </w:rPr>
        <w:t>When I liken you</w:t>
        <w:br/>
      </w:r>
      <w:r>
        <w:rPr>
          <w:b w:val="0"/>
          <w:i/>
          <w:color w:val="222B33"/>
          <w:sz w:val="21"/>
        </w:rPr>
        <w:t>to the sleeves scented with orange blossom,</w:t>
        <w:br/>
      </w:r>
      <w:r>
        <w:rPr>
          <w:b w:val="0"/>
          <w:i/>
          <w:color w:val="222B33"/>
          <w:sz w:val="21"/>
        </w:rPr>
        <w:t>I cannot think you</w:t>
        <w:br/>
      </w:r>
      <w:r>
        <w:rPr>
          <w:b w:val="0"/>
          <w:i/>
          <w:color w:val="222B33"/>
          <w:sz w:val="21"/>
        </w:rPr>
        <w:t>someone</w:t>
        <w:br/>
      </w:r>
      <w:r>
        <w:rPr>
          <w:b w:val="0"/>
          <w:i/>
          <w:color w:val="222B33"/>
          <w:sz w:val="21"/>
        </w:rPr>
        <w:t>other than she.</w:t>
      </w:r>
    </w:p>
    <w:p>
      <w:pPr>
        <w:spacing w:after="40"/>
      </w:pPr>
      <w:r>
        <w:rPr>
          <w:b w:val="0"/>
          <w:i w:val="0"/>
          <w:color w:val="222B33"/>
          <w:sz w:val="19"/>
        </w:rPr>
        <w:t>Orange blossom recalls a past love: Yūgao.</w:t>
      </w:r>
    </w:p>
    <w:p>
      <w:pPr>
        <w:spacing w:after="40"/>
      </w:pPr>
      <w:r>
        <w:rPr>
          <w:b/>
          <w:i w:val="0"/>
          <w:color w:val="6A6F75"/>
          <w:sz w:val="18"/>
        </w:rPr>
        <w:t xml:space="preserve">Allusion. </w:t>
      </w:r>
      <w:hyperlink r:id="rId17">
        <w:r>
          <w:rPr>
            <w:color w:val="2E5A80"/>
            <w:u w:val="single"/>
            <w:sz w:val="19"/>
          </w:rPr>
          <w:t xml:space="preserve">Kokinshū 139 (anonymous)</w:t>
        </w:r>
      </w:hyperlink>
      <w:r>
        <w:rPr>
          <w:rFonts w:ascii="Noto Serif CJK JP" w:hAnsi="Noto Serif CJK JP" w:eastAsia="Noto Serif CJK JP"/>
          <w:b w:val="0"/>
          <w:i w:val="0"/>
          <w:sz w:val="20"/>
        </w:rPr>
        <w:t xml:space="preserve">  さつきまつ花橘のかをかけは昔の人の袖のかそする</w:t>
      </w:r>
      <w:r>
        <w:rPr>
          <w:b w:val="0"/>
          <w:i w:val="0"/>
          <w:sz w:val="19"/>
        </w:rPr>
        <w:t xml:space="preserve">  “Waiting for the fifth month, I breathe the orange blossom: the scent of the sleeves of one I knew long ago.”</w:t>
      </w:r>
    </w:p>
    <w:p>
      <w:pPr>
        <w:spacing w:after="40"/>
      </w:pPr>
      <w:r>
        <w:rPr>
          <w:b w:val="0"/>
          <w:i w:val="0"/>
          <w:color w:val="6A6F75"/>
          <w:sz w:val="18"/>
        </w:rPr>
        <w:t xml:space="preserve">Answered by </w:t>
      </w:r>
      <w:hyperlink w:anchor="p370">
        <w:r>
          <w:rPr>
            <w:color w:val="2E5A80"/>
            <w:u w:val="single"/>
            <w:sz w:val="18"/>
          </w:rPr>
          <w:t xml:space="preserve">No. 370 (Tamakazura)</w:t>
        </w:r>
      </w:hyperlink>
    </w:p>
    <w:p>
      <w:pPr>
        <w:keepNext/>
        <w:spacing w:after="20" w:before="200"/>
      </w:pPr>
      <w:bookmarkStart w:id="394" w:name="p370"/>
      <w:r>
        <w:rPr>
          <w:b/>
          <w:i w:val="0"/>
          <w:color w:val="222B33"/>
          <w:sz w:val="22"/>
        </w:rPr>
        <w:t>No. 370</w:t>
      </w:r>
      <w:r>
        <w:rPr>
          <w:b w:val="0"/>
          <w:i w:val="0"/>
          <w:color w:val="6A6F75"/>
          <w:sz w:val="18"/>
        </w:rPr>
        <w:t xml:space="preserve">   Tamakazura → Genji   答 reply</w:t>
      </w:r>
      <w:bookmarkEnd w:id="394"/>
    </w:p>
    <w:p>
      <w:pPr>
        <w:keepNext/>
        <w:spacing w:after="0"/>
      </w:pPr>
      <w:r>
        <w:rPr>
          <w:rFonts w:ascii="Noto Serif CJK JP" w:hAnsi="Noto Serif CJK JP" w:eastAsia="Noto Serif CJK JP"/>
          <w:b w:val="0"/>
          <w:i w:val="0"/>
          <w:color w:val="222B33"/>
          <w:sz w:val="26"/>
        </w:rPr>
        <w:t>袖の香をよそふるからに橘の身さへはかなくなりもこそすれ</w:t>
      </w:r>
    </w:p>
    <w:p>
      <w:pPr>
        <w:keepNext/>
        <w:spacing w:after="60"/>
      </w:pPr>
      <w:r>
        <w:rPr>
          <w:rFonts w:ascii="Noto Serif CJK JP" w:hAnsi="Noto Serif CJK JP" w:eastAsia="Noto Serif CJK JP"/>
          <w:b w:val="0"/>
          <w:i w:val="0"/>
          <w:color w:val="6A6F75"/>
          <w:sz w:val="19"/>
        </w:rPr>
        <w:t>そてのかを　／　よそふるからに　／　たちはなの　／　みさへはかなく　／　なりもこそすれ</w:t>
      </w:r>
    </w:p>
    <w:p>
      <w:pPr>
        <w:keepNext/>
        <w:spacing w:after="60"/>
      </w:pPr>
      <w:r>
        <w:rPr>
          <w:b w:val="0"/>
          <w:i/>
          <w:color w:val="222B33"/>
          <w:sz w:val="21"/>
        </w:rPr>
        <w:t>If you liken me</w:t>
        <w:br/>
      </w:r>
      <w:r>
        <w:rPr>
          <w:b w:val="0"/>
          <w:i/>
          <w:color w:val="222B33"/>
          <w:sz w:val="21"/>
        </w:rPr>
        <w:t>to the scent of those sleeves,</w:t>
        <w:br/>
      </w:r>
      <w:r>
        <w:rPr>
          <w:b w:val="0"/>
          <w:i/>
          <w:color w:val="222B33"/>
          <w:sz w:val="21"/>
        </w:rPr>
        <w:t>then I may become</w:t>
        <w:br/>
      </w:r>
      <w:r>
        <w:rPr>
          <w:b w:val="0"/>
          <w:i/>
          <w:color w:val="222B33"/>
          <w:sz w:val="21"/>
        </w:rPr>
        <w:t>as fleeting</w:t>
        <w:br/>
      </w:r>
      <w:r>
        <w:rPr>
          <w:b w:val="0"/>
          <w:i/>
          <w:color w:val="222B33"/>
          <w:sz w:val="21"/>
        </w:rPr>
        <w:t>as the orange blossom.</w:t>
      </w:r>
    </w:p>
    <w:p>
      <w:pPr>
        <w:spacing w:after="40"/>
      </w:pPr>
      <w:r>
        <w:rPr>
          <w:b w:val="0"/>
          <w:i w:val="0"/>
          <w:color w:val="6A6F75"/>
          <w:sz w:val="18"/>
        </w:rPr>
        <w:t xml:space="preserve">In reply to </w:t>
      </w:r>
      <w:hyperlink w:anchor="p369">
        <w:r>
          <w:rPr>
            <w:color w:val="2E5A80"/>
            <w:u w:val="single"/>
            <w:sz w:val="18"/>
          </w:rPr>
          <w:t xml:space="preserve">No. 369 (Genji)</w:t>
        </w:r>
      </w:hyperlink>
    </w:p>
    <w:p>
      <w:pPr>
        <w:keepNext/>
        <w:spacing w:after="20" w:before="200"/>
      </w:pPr>
      <w:bookmarkStart w:id="395" w:name="p371"/>
      <w:r>
        <w:rPr>
          <w:b/>
          <w:i w:val="0"/>
          <w:color w:val="222B33"/>
          <w:sz w:val="22"/>
        </w:rPr>
        <w:t>No. 371</w:t>
      </w:r>
      <w:r>
        <w:rPr>
          <w:b w:val="0"/>
          <w:i w:val="0"/>
          <w:color w:val="6A6F75"/>
          <w:sz w:val="18"/>
        </w:rPr>
        <w:t xml:space="preserve">   Genji → Tamakazura   贈:独 sent / solo</w:t>
      </w:r>
      <w:bookmarkEnd w:id="395"/>
    </w:p>
    <w:p>
      <w:pPr>
        <w:keepNext/>
        <w:spacing w:after="40"/>
      </w:pPr>
      <w:r>
        <w:rPr>
          <w:b/>
          <w:i w:val="0"/>
          <w:color w:val="6A6F75"/>
          <w:sz w:val="18"/>
        </w:rPr>
        <w:t xml:space="preserve">Context. </w:t>
      </w:r>
      <w:r>
        <w:rPr>
          <w:b w:val="0"/>
          <w:i w:val="0"/>
          <w:color w:val="6A6F75"/>
          <w:sz w:val="19"/>
        </w:rPr>
        <w:t>After Genji lies beside Tamakazura; she is distressed.</w:t>
      </w:r>
    </w:p>
    <w:p>
      <w:pPr>
        <w:keepNext/>
        <w:spacing w:after="0"/>
      </w:pPr>
      <w:r>
        <w:rPr>
          <w:rFonts w:ascii="Noto Serif CJK JP" w:hAnsi="Noto Serif CJK JP" w:eastAsia="Noto Serif CJK JP"/>
          <w:b w:val="0"/>
          <w:i w:val="0"/>
          <w:color w:val="222B33"/>
          <w:sz w:val="26"/>
        </w:rPr>
        <w:t>うちとけて寝も見ぬものを若草のことあり顔にむすぼほるらむ</w:t>
      </w:r>
    </w:p>
    <w:p>
      <w:pPr>
        <w:keepNext/>
        <w:spacing w:after="60"/>
      </w:pPr>
      <w:r>
        <w:rPr>
          <w:rFonts w:ascii="Noto Serif CJK JP" w:hAnsi="Noto Serif CJK JP" w:eastAsia="Noto Serif CJK JP"/>
          <w:b w:val="0"/>
          <w:i w:val="0"/>
          <w:color w:val="6A6F75"/>
          <w:sz w:val="19"/>
        </w:rPr>
        <w:t>うちとけて　／　ねもみぬものを　／　わかくさの　／　ことありかほに　／　むすほゝるらむ</w:t>
      </w:r>
    </w:p>
    <w:p>
      <w:pPr>
        <w:keepNext/>
        <w:spacing w:after="60"/>
      </w:pPr>
      <w:r>
        <w:rPr>
          <w:b w:val="0"/>
          <w:i/>
          <w:color w:val="222B33"/>
          <w:sz w:val="21"/>
        </w:rPr>
        <w:t>We have not slept</w:t>
        <w:br/>
      </w:r>
      <w:r>
        <w:rPr>
          <w:b w:val="0"/>
          <w:i/>
          <w:color w:val="222B33"/>
          <w:sz w:val="21"/>
        </w:rPr>
        <w:t>together at ease, so why</w:t>
        <w:br/>
      </w:r>
      <w:r>
        <w:rPr>
          <w:b w:val="0"/>
          <w:i/>
          <w:color w:val="222B33"/>
          <w:sz w:val="21"/>
        </w:rPr>
        <w:t>should the young grass</w:t>
        <w:br/>
      </w:r>
      <w:r>
        <w:rPr>
          <w:b w:val="0"/>
          <w:i/>
          <w:color w:val="222B33"/>
          <w:sz w:val="21"/>
        </w:rPr>
        <w:t>look as if something had happened</w:t>
        <w:br/>
      </w:r>
      <w:r>
        <w:rPr>
          <w:b w:val="0"/>
          <w:i/>
          <w:color w:val="222B33"/>
          <w:sz w:val="21"/>
        </w:rPr>
        <w:t>and be so knotted?</w:t>
      </w:r>
    </w:p>
    <w:p>
      <w:pPr>
        <w:pStyle w:val="Heading1"/>
      </w:pPr>
      <w:bookmarkStart w:id="396" w:name="ch25"/>
      <w:r>
        <w:t>Chapter 25 · Hotaru 蛍</w:t>
      </w:r>
      <w:bookmarkEnd w:id="396"/>
    </w:p>
    <w:p>
      <w:pPr>
        <w:keepNext/>
        <w:spacing w:after="20" w:before="200"/>
      </w:pPr>
      <w:bookmarkStart w:id="397" w:name="p372"/>
      <w:r>
        <w:rPr>
          <w:b/>
          <w:i w:val="0"/>
          <w:color w:val="222B33"/>
          <w:sz w:val="22"/>
        </w:rPr>
        <w:t>No. 372</w:t>
      </w:r>
      <w:r>
        <w:rPr>
          <w:b w:val="0"/>
          <w:i w:val="0"/>
          <w:color w:val="6A6F75"/>
          <w:sz w:val="18"/>
        </w:rPr>
        <w:t xml:space="preserve">   Prince Hotaru → Tamakazura   贈 sent</w:t>
      </w:r>
      <w:bookmarkEnd w:id="397"/>
    </w:p>
    <w:p>
      <w:pPr>
        <w:keepNext/>
        <w:spacing w:after="40"/>
      </w:pPr>
      <w:r>
        <w:rPr>
          <w:b/>
          <w:i w:val="0"/>
          <w:color w:val="6A6F75"/>
          <w:sz w:val="18"/>
        </w:rPr>
        <w:t xml:space="preserve">Context. </w:t>
      </w:r>
      <w:r>
        <w:rPr>
          <w:b w:val="0"/>
          <w:i w:val="0"/>
          <w:color w:val="6A6F75"/>
          <w:sz w:val="19"/>
        </w:rPr>
        <w:t>Genji releases fireflies to show Tamakazura’s face to Prince Hotaru.</w:t>
      </w:r>
    </w:p>
    <w:p>
      <w:pPr>
        <w:keepNext/>
        <w:spacing w:after="0"/>
      </w:pPr>
      <w:r>
        <w:rPr>
          <w:rFonts w:ascii="Noto Serif CJK JP" w:hAnsi="Noto Serif CJK JP" w:eastAsia="Noto Serif CJK JP"/>
          <w:b w:val="0"/>
          <w:i w:val="0"/>
          <w:color w:val="222B33"/>
          <w:sz w:val="26"/>
        </w:rPr>
        <w:t>鳴く声も聞こえぬ虫の思ひだに人の消つには消ゆるものかは</w:t>
      </w:r>
    </w:p>
    <w:p>
      <w:pPr>
        <w:keepNext/>
        <w:spacing w:after="60"/>
      </w:pPr>
      <w:r>
        <w:rPr>
          <w:rFonts w:ascii="Noto Serif CJK JP" w:hAnsi="Noto Serif CJK JP" w:eastAsia="Noto Serif CJK JP"/>
          <w:b w:val="0"/>
          <w:i w:val="0"/>
          <w:color w:val="6A6F75"/>
          <w:sz w:val="19"/>
        </w:rPr>
        <w:t>なくこゑも　／　きこえぬむしの　／　思ひたに　／　人のけつには　／　きゆるものかは</w:t>
      </w:r>
    </w:p>
    <w:p>
      <w:pPr>
        <w:keepNext/>
        <w:spacing w:after="60"/>
      </w:pPr>
      <w:r>
        <w:rPr>
          <w:b w:val="0"/>
          <w:i/>
          <w:color w:val="222B33"/>
          <w:sz w:val="21"/>
        </w:rPr>
        <w:t>Even the longing of an insect</w:t>
        <w:br/>
      </w:r>
      <w:r>
        <w:rPr>
          <w:b w:val="0"/>
          <w:i/>
          <w:color w:val="222B33"/>
          <w:sz w:val="21"/>
        </w:rPr>
        <w:t>whose voice is never heard:</w:t>
        <w:br/>
      </w:r>
      <w:r>
        <w:rPr>
          <w:b w:val="0"/>
          <w:i/>
          <w:color w:val="222B33"/>
          <w:sz w:val="21"/>
        </w:rPr>
        <w:t>can it be put out</w:t>
        <w:br/>
      </w:r>
      <w:r>
        <w:rPr>
          <w:b w:val="0"/>
          <w:i/>
          <w:color w:val="222B33"/>
          <w:sz w:val="21"/>
        </w:rPr>
        <w:t>when another</w:t>
        <w:br/>
      </w:r>
      <w:r>
        <w:rPr>
          <w:b w:val="0"/>
          <w:i/>
          <w:color w:val="222B33"/>
          <w:sz w:val="21"/>
        </w:rPr>
        <w:t>puts out its light?</w:t>
      </w:r>
    </w:p>
    <w:p>
      <w:pPr>
        <w:spacing w:after="40"/>
      </w:pPr>
      <w:r>
        <w:rPr>
          <w:b w:val="0"/>
          <w:i w:val="0"/>
          <w:color w:val="222B33"/>
          <w:sz w:val="19"/>
        </w:rPr>
        <w:t>Genji has released fireflies to light her face. Omoi holds hi, “fire.”</w:t>
      </w:r>
    </w:p>
    <w:p>
      <w:pPr>
        <w:spacing w:after="40"/>
      </w:pPr>
      <w:r>
        <w:rPr>
          <w:b w:val="0"/>
          <w:i w:val="0"/>
          <w:color w:val="6A6F75"/>
          <w:sz w:val="18"/>
        </w:rPr>
        <w:t xml:space="preserve">Answered by </w:t>
      </w:r>
      <w:hyperlink w:anchor="p373">
        <w:r>
          <w:rPr>
            <w:color w:val="2E5A80"/>
            <w:u w:val="single"/>
            <w:sz w:val="18"/>
          </w:rPr>
          <w:t xml:space="preserve">No. 373 (Tamakazura)</w:t>
        </w:r>
      </w:hyperlink>
    </w:p>
    <w:p>
      <w:pPr>
        <w:keepNext/>
        <w:spacing w:after="20" w:before="200"/>
      </w:pPr>
      <w:bookmarkStart w:id="398" w:name="p373"/>
      <w:r>
        <w:rPr>
          <w:b/>
          <w:i w:val="0"/>
          <w:color w:val="222B33"/>
          <w:sz w:val="22"/>
        </w:rPr>
        <w:t>No. 373</w:t>
      </w:r>
      <w:r>
        <w:rPr>
          <w:b w:val="0"/>
          <w:i w:val="0"/>
          <w:color w:val="6A6F75"/>
          <w:sz w:val="18"/>
        </w:rPr>
        <w:t xml:space="preserve">   Tamakazura → Prince Hotaru   答 reply</w:t>
      </w:r>
      <w:bookmarkEnd w:id="398"/>
    </w:p>
    <w:p>
      <w:pPr>
        <w:keepNext/>
        <w:spacing w:after="0"/>
      </w:pPr>
      <w:r>
        <w:rPr>
          <w:rFonts w:ascii="Noto Serif CJK JP" w:hAnsi="Noto Serif CJK JP" w:eastAsia="Noto Serif CJK JP"/>
          <w:b w:val="0"/>
          <w:i w:val="0"/>
          <w:color w:val="222B33"/>
          <w:sz w:val="26"/>
        </w:rPr>
        <w:t>声はせで身をのみ焦がす蛍こそ言ふよりまさる思ひなるらめ</w:t>
      </w:r>
    </w:p>
    <w:p>
      <w:pPr>
        <w:keepNext/>
        <w:spacing w:after="60"/>
      </w:pPr>
      <w:r>
        <w:rPr>
          <w:rFonts w:ascii="Noto Serif CJK JP" w:hAnsi="Noto Serif CJK JP" w:eastAsia="Noto Serif CJK JP"/>
          <w:b w:val="0"/>
          <w:i w:val="0"/>
          <w:color w:val="6A6F75"/>
          <w:sz w:val="19"/>
        </w:rPr>
        <w:t>声はせて　／　身をのみこかす　／　ほたるこそ　／　いふよりまさる　／　おもひなるらめ</w:t>
      </w:r>
    </w:p>
    <w:p>
      <w:pPr>
        <w:keepNext/>
        <w:spacing w:after="60"/>
      </w:pPr>
      <w:r>
        <w:rPr>
          <w:b w:val="0"/>
          <w:i/>
          <w:color w:val="222B33"/>
          <w:sz w:val="21"/>
        </w:rPr>
        <w:t>Surely the firefly</w:t>
        <w:br/>
      </w:r>
      <w:r>
        <w:rPr>
          <w:b w:val="0"/>
          <w:i/>
          <w:color w:val="222B33"/>
          <w:sz w:val="21"/>
        </w:rPr>
        <w:t>that makes no sound, only burning,</w:t>
        <w:br/>
      </w:r>
      <w:r>
        <w:rPr>
          <w:b w:val="0"/>
          <w:i/>
          <w:color w:val="222B33"/>
          <w:sz w:val="21"/>
        </w:rPr>
        <w:t>feels a longing</w:t>
        <w:br/>
      </w:r>
      <w:r>
        <w:rPr>
          <w:b w:val="0"/>
          <w:i/>
          <w:color w:val="222B33"/>
          <w:sz w:val="21"/>
        </w:rPr>
        <w:t>that surpasses</w:t>
        <w:br/>
      </w:r>
      <w:r>
        <w:rPr>
          <w:b w:val="0"/>
          <w:i/>
          <w:color w:val="222B33"/>
          <w:sz w:val="21"/>
        </w:rPr>
        <w:t>the one who speaks.</w:t>
      </w:r>
    </w:p>
    <w:p>
      <w:pPr>
        <w:spacing w:after="40"/>
      </w:pPr>
      <w:r>
        <w:rPr>
          <w:b w:val="0"/>
          <w:i w:val="0"/>
          <w:color w:val="6A6F75"/>
          <w:sz w:val="18"/>
        </w:rPr>
        <w:t xml:space="preserve">In reply to </w:t>
      </w:r>
      <w:hyperlink w:anchor="p372">
        <w:r>
          <w:rPr>
            <w:color w:val="2E5A80"/>
            <w:u w:val="single"/>
            <w:sz w:val="18"/>
          </w:rPr>
          <w:t xml:space="preserve">No. 372 (Prince Hotaru)</w:t>
        </w:r>
      </w:hyperlink>
    </w:p>
    <w:p>
      <w:pPr>
        <w:keepNext/>
        <w:spacing w:after="20" w:before="200"/>
      </w:pPr>
      <w:bookmarkStart w:id="399" w:name="p374"/>
      <w:r>
        <w:rPr>
          <w:b/>
          <w:i w:val="0"/>
          <w:color w:val="222B33"/>
          <w:sz w:val="22"/>
        </w:rPr>
        <w:t>No. 374</w:t>
      </w:r>
      <w:r>
        <w:rPr>
          <w:b w:val="0"/>
          <w:i w:val="0"/>
          <w:color w:val="6A6F75"/>
          <w:sz w:val="18"/>
        </w:rPr>
        <w:t xml:space="preserve">   Prince Hotaru → Tamakazura   贈 sent</w:t>
      </w:r>
      <w:bookmarkEnd w:id="399"/>
    </w:p>
    <w:p>
      <w:pPr>
        <w:keepNext/>
        <w:spacing w:after="40"/>
      </w:pPr>
      <w:r>
        <w:rPr>
          <w:b/>
          <w:i w:val="0"/>
          <w:color w:val="6A6F75"/>
          <w:sz w:val="18"/>
        </w:rPr>
        <w:t xml:space="preserve">Context. </w:t>
      </w:r>
      <w:r>
        <w:rPr>
          <w:b w:val="0"/>
          <w:i w:val="0"/>
          <w:color w:val="6A6F75"/>
          <w:sz w:val="19"/>
        </w:rPr>
        <w:t>Prince Hotaru’s Iris Festival poem to Tamakazura; his suit, encouraged by Genji, comes to nothing.</w:t>
      </w:r>
    </w:p>
    <w:p>
      <w:pPr>
        <w:keepNext/>
        <w:spacing w:after="0"/>
      </w:pPr>
      <w:r>
        <w:rPr>
          <w:rFonts w:ascii="Noto Serif CJK JP" w:hAnsi="Noto Serif CJK JP" w:eastAsia="Noto Serif CJK JP"/>
          <w:b w:val="0"/>
          <w:i w:val="0"/>
          <w:color w:val="222B33"/>
          <w:sz w:val="26"/>
        </w:rPr>
        <w:t>今日さへや引く人もなき水隠れに生ふる菖蒲の根のみ泣かれむ</w:t>
      </w:r>
    </w:p>
    <w:p>
      <w:pPr>
        <w:keepNext/>
        <w:spacing w:after="60"/>
      </w:pPr>
      <w:r>
        <w:rPr>
          <w:rFonts w:ascii="Noto Serif CJK JP" w:hAnsi="Noto Serif CJK JP" w:eastAsia="Noto Serif CJK JP"/>
          <w:b w:val="0"/>
          <w:i w:val="0"/>
          <w:color w:val="6A6F75"/>
          <w:sz w:val="19"/>
        </w:rPr>
        <w:t>けふさへや　／　ひく人もなき　／　みかくれに　／　おふるあやめの　／　ねのみなかれん</w:t>
      </w:r>
    </w:p>
    <w:p>
      <w:pPr>
        <w:keepNext/>
        <w:spacing w:after="60"/>
      </w:pPr>
      <w:r>
        <w:rPr>
          <w:b w:val="0"/>
          <w:i/>
          <w:color w:val="222B33"/>
          <w:sz w:val="21"/>
        </w:rPr>
        <w:t>Is it to be today too,</w:t>
        <w:br/>
      </w:r>
      <w:r>
        <w:rPr>
          <w:b w:val="0"/>
          <w:i/>
          <w:color w:val="222B33"/>
          <w:sz w:val="21"/>
        </w:rPr>
        <w:t>and must I only weep, an iris root</w:t>
        <w:br/>
      </w:r>
      <w:r>
        <w:rPr>
          <w:b w:val="0"/>
          <w:i/>
          <w:color w:val="222B33"/>
          <w:sz w:val="21"/>
        </w:rPr>
        <w:t>growing hidden under water</w:t>
        <w:br/>
      </w:r>
      <w:r>
        <w:rPr>
          <w:b w:val="0"/>
          <w:i/>
          <w:color w:val="222B33"/>
          <w:sz w:val="21"/>
        </w:rPr>
        <w:t>where no one</w:t>
        <w:br/>
      </w:r>
      <w:r>
        <w:rPr>
          <w:b w:val="0"/>
          <w:i/>
          <w:color w:val="222B33"/>
          <w:sz w:val="21"/>
        </w:rPr>
        <w:t>comes to pull it?</w:t>
      </w:r>
    </w:p>
    <w:p>
      <w:pPr>
        <w:spacing w:after="40"/>
      </w:pPr>
      <w:r>
        <w:rPr>
          <w:b w:val="0"/>
          <w:i w:val="0"/>
          <w:color w:val="222B33"/>
          <w:sz w:val="19"/>
        </w:rPr>
        <w:t>Ne: “root” and “weeping.” The Iris Festival.</w:t>
      </w:r>
    </w:p>
    <w:p>
      <w:pPr>
        <w:spacing w:after="40"/>
      </w:pPr>
      <w:r>
        <w:rPr>
          <w:b w:val="0"/>
          <w:i w:val="0"/>
          <w:color w:val="6A6F75"/>
          <w:sz w:val="18"/>
        </w:rPr>
        <w:t xml:space="preserve">Answered by </w:t>
      </w:r>
      <w:hyperlink w:anchor="p375">
        <w:r>
          <w:rPr>
            <w:color w:val="2E5A80"/>
            <w:u w:val="single"/>
            <w:sz w:val="18"/>
          </w:rPr>
          <w:t xml:space="preserve">No. 375 (Tamakazura)</w:t>
        </w:r>
      </w:hyperlink>
    </w:p>
    <w:p>
      <w:pPr>
        <w:keepNext/>
        <w:spacing w:after="20" w:before="200"/>
      </w:pPr>
      <w:bookmarkStart w:id="400" w:name="p375"/>
      <w:r>
        <w:rPr>
          <w:b/>
          <w:i w:val="0"/>
          <w:color w:val="222B33"/>
          <w:sz w:val="22"/>
        </w:rPr>
        <w:t>No. 375</w:t>
      </w:r>
      <w:r>
        <w:rPr>
          <w:b w:val="0"/>
          <w:i w:val="0"/>
          <w:color w:val="6A6F75"/>
          <w:sz w:val="18"/>
        </w:rPr>
        <w:t xml:space="preserve">   Tamakazura → Prince Hotaru   答 reply</w:t>
      </w:r>
      <w:bookmarkEnd w:id="400"/>
    </w:p>
    <w:p>
      <w:pPr>
        <w:keepNext/>
        <w:spacing w:after="0"/>
      </w:pPr>
      <w:r>
        <w:rPr>
          <w:rFonts w:ascii="Noto Serif CJK JP" w:hAnsi="Noto Serif CJK JP" w:eastAsia="Noto Serif CJK JP"/>
          <w:b w:val="0"/>
          <w:i w:val="0"/>
          <w:color w:val="222B33"/>
          <w:sz w:val="26"/>
        </w:rPr>
        <w:t>あらはれていとど浅くも見ゆるかな菖蒲もわかず泣かれける根の</w:t>
      </w:r>
    </w:p>
    <w:p>
      <w:pPr>
        <w:keepNext/>
        <w:spacing w:after="60"/>
      </w:pPr>
      <w:r>
        <w:rPr>
          <w:rFonts w:ascii="Noto Serif CJK JP" w:hAnsi="Noto Serif CJK JP" w:eastAsia="Noto Serif CJK JP"/>
          <w:b w:val="0"/>
          <w:i w:val="0"/>
          <w:color w:val="6A6F75"/>
          <w:sz w:val="19"/>
        </w:rPr>
        <w:t>あらはれて　／　いとゝあさくも　／　みゆるかな　／　あやめもわかす　／　なかれけるねの</w:t>
      </w:r>
    </w:p>
    <w:p>
      <w:pPr>
        <w:keepNext/>
        <w:spacing w:after="60"/>
      </w:pPr>
      <w:r>
        <w:rPr>
          <w:b w:val="0"/>
          <w:i/>
          <w:color w:val="222B33"/>
          <w:sz w:val="21"/>
        </w:rPr>
        <w:t>Brought into the light</w:t>
        <w:br/>
      </w:r>
      <w:r>
        <w:rPr>
          <w:b w:val="0"/>
          <w:i/>
          <w:color w:val="222B33"/>
          <w:sz w:val="21"/>
        </w:rPr>
        <w:t>it looks all the shallower:</w:t>
        <w:br/>
      </w:r>
      <w:r>
        <w:rPr>
          <w:b w:val="0"/>
          <w:i/>
          <w:color w:val="222B33"/>
          <w:sz w:val="21"/>
        </w:rPr>
        <w:t>the root of one who weeps</w:t>
        <w:br/>
      </w:r>
      <w:r>
        <w:rPr>
          <w:b w:val="0"/>
          <w:i/>
          <w:color w:val="222B33"/>
          <w:sz w:val="21"/>
        </w:rPr>
        <w:t>without regard</w:t>
        <w:br/>
      </w:r>
      <w:r>
        <w:rPr>
          <w:b w:val="0"/>
          <w:i/>
          <w:color w:val="222B33"/>
          <w:sz w:val="21"/>
        </w:rPr>
        <w:t>for the irises.</w:t>
      </w:r>
    </w:p>
    <w:p>
      <w:pPr>
        <w:spacing w:after="40"/>
      </w:pPr>
      <w:r>
        <w:rPr>
          <w:b w:val="0"/>
          <w:i w:val="0"/>
          <w:color w:val="222B33"/>
          <w:sz w:val="19"/>
        </w:rPr>
        <w:t>Ayame: “iris” and “discernment.”</w:t>
      </w:r>
    </w:p>
    <w:p>
      <w:pPr>
        <w:spacing w:after="40"/>
      </w:pPr>
      <w:r>
        <w:rPr>
          <w:b w:val="0"/>
          <w:i w:val="0"/>
          <w:color w:val="6A6F75"/>
          <w:sz w:val="18"/>
        </w:rPr>
        <w:t xml:space="preserve">In reply to </w:t>
      </w:r>
      <w:hyperlink w:anchor="p374">
        <w:r>
          <w:rPr>
            <w:color w:val="2E5A80"/>
            <w:u w:val="single"/>
            <w:sz w:val="18"/>
          </w:rPr>
          <w:t xml:space="preserve">No. 374 (Prince Hotaru)</w:t>
        </w:r>
      </w:hyperlink>
    </w:p>
    <w:p>
      <w:pPr>
        <w:keepNext/>
        <w:spacing w:after="20" w:before="200"/>
      </w:pPr>
      <w:bookmarkStart w:id="401" w:name="p376"/>
      <w:r>
        <w:rPr>
          <w:b/>
          <w:i w:val="0"/>
          <w:color w:val="222B33"/>
          <w:sz w:val="22"/>
        </w:rPr>
        <w:t>No. 376</w:t>
      </w:r>
      <w:r>
        <w:rPr>
          <w:b w:val="0"/>
          <w:i w:val="0"/>
          <w:color w:val="6A6F75"/>
          <w:sz w:val="18"/>
        </w:rPr>
        <w:t xml:space="preserve">   Hanachirusato → Genji   贈 sent</w:t>
      </w:r>
      <w:bookmarkEnd w:id="401"/>
    </w:p>
    <w:p>
      <w:pPr>
        <w:keepNext/>
        <w:spacing w:after="40"/>
      </w:pPr>
      <w:r>
        <w:rPr>
          <w:b/>
          <w:i w:val="0"/>
          <w:color w:val="6A6F75"/>
          <w:sz w:val="18"/>
        </w:rPr>
        <w:t xml:space="preserve">Context. </w:t>
      </w:r>
      <w:r>
        <w:rPr>
          <w:b w:val="0"/>
          <w:i w:val="0"/>
          <w:color w:val="6A6F75"/>
          <w:sz w:val="19"/>
        </w:rPr>
        <w:t>Hanachirusato on the Iris Festival; Genji visits rarely now.</w:t>
      </w:r>
    </w:p>
    <w:p>
      <w:pPr>
        <w:keepNext/>
        <w:spacing w:after="0"/>
      </w:pPr>
      <w:r>
        <w:rPr>
          <w:rFonts w:ascii="Noto Serif CJK JP" w:hAnsi="Noto Serif CJK JP" w:eastAsia="Noto Serif CJK JP"/>
          <w:b w:val="0"/>
          <w:i w:val="0"/>
          <w:color w:val="222B33"/>
          <w:sz w:val="26"/>
        </w:rPr>
        <w:t>その駒もすさめぬ草と名に立てる汀の菖蒲今日や引きつる</w:t>
      </w:r>
    </w:p>
    <w:p>
      <w:pPr>
        <w:keepNext/>
        <w:spacing w:after="60"/>
      </w:pPr>
      <w:r>
        <w:rPr>
          <w:rFonts w:ascii="Noto Serif CJK JP" w:hAnsi="Noto Serif CJK JP" w:eastAsia="Noto Serif CJK JP"/>
          <w:b w:val="0"/>
          <w:i w:val="0"/>
          <w:color w:val="6A6F75"/>
          <w:sz w:val="19"/>
        </w:rPr>
        <w:t>そのこまも　／　すさめぬ草と　／　なにたてる　／　みきはのあやめ　／　けふやひきつる</w:t>
      </w:r>
    </w:p>
    <w:p>
      <w:pPr>
        <w:keepNext/>
        <w:spacing w:after="60"/>
      </w:pPr>
      <w:r>
        <w:rPr>
          <w:b w:val="0"/>
          <w:i/>
          <w:color w:val="222B33"/>
          <w:sz w:val="21"/>
        </w:rPr>
        <w:t>The iris by the water</w:t>
        <w:br/>
      </w:r>
      <w:r>
        <w:rPr>
          <w:b w:val="0"/>
          <w:i/>
          <w:color w:val="222B33"/>
          <w:sz w:val="21"/>
        </w:rPr>
        <w:t>known as the grass that even</w:t>
        <w:br/>
      </w:r>
      <w:r>
        <w:rPr>
          <w:b w:val="0"/>
          <w:i/>
          <w:color w:val="222B33"/>
          <w:sz w:val="21"/>
        </w:rPr>
        <w:t>that horse would not eat:</w:t>
        <w:br/>
      </w:r>
      <w:r>
        <w:rPr>
          <w:b w:val="0"/>
          <w:i/>
          <w:color w:val="222B33"/>
          <w:sz w:val="21"/>
        </w:rPr>
        <w:t>was it pulled</w:t>
        <w:br/>
      </w:r>
      <w:r>
        <w:rPr>
          <w:b w:val="0"/>
          <w:i/>
          <w:color w:val="222B33"/>
          <w:sz w:val="21"/>
        </w:rPr>
        <w:t>today?</w:t>
      </w:r>
    </w:p>
    <w:p>
      <w:pPr>
        <w:spacing w:after="40"/>
      </w:pPr>
      <w:r>
        <w:rPr>
          <w:b w:val="0"/>
          <w:i w:val="0"/>
          <w:color w:val="222B33"/>
          <w:sz w:val="19"/>
        </w:rPr>
        <w:t>Herself, “grass a horse won’t eat” (Kokinshū): old and neglected.</w:t>
      </w:r>
    </w:p>
    <w:p>
      <w:pPr>
        <w:spacing w:after="40"/>
      </w:pPr>
      <w:r>
        <w:rPr>
          <w:b/>
          <w:i w:val="0"/>
          <w:color w:val="6A6F75"/>
          <w:sz w:val="18"/>
        </w:rPr>
        <w:t xml:space="preserve">Allusion. </w:t>
      </w:r>
      <w:hyperlink r:id="rId19">
        <w:r>
          <w:rPr>
            <w:color w:val="2E5A80"/>
            <w:u w:val="single"/>
            <w:sz w:val="19"/>
          </w:rPr>
          <w:t xml:space="preserve">Kokinshū 892 (anonymous)</w:t>
        </w:r>
      </w:hyperlink>
      <w:r>
        <w:rPr>
          <w:rFonts w:ascii="Noto Serif CJK JP" w:hAnsi="Noto Serif CJK JP" w:eastAsia="Noto Serif CJK JP"/>
          <w:b w:val="0"/>
          <w:i w:val="0"/>
          <w:sz w:val="20"/>
        </w:rPr>
        <w:t xml:space="preserve">  おほあらきのもりのした草おいぬれは駒もすさめすかる人もなし</w:t>
      </w:r>
      <w:r>
        <w:rPr>
          <w:b w:val="0"/>
          <w:i w:val="0"/>
          <w:sz w:val="19"/>
        </w:rPr>
        <w:t xml:space="preserve">  “The undergrowth of Ōaraki wood has aged: no horse will graze it, no one comes to cut it.”</w:t>
      </w:r>
    </w:p>
    <w:p>
      <w:pPr>
        <w:spacing w:after="40"/>
      </w:pPr>
      <w:r>
        <w:rPr>
          <w:b w:val="0"/>
          <w:i w:val="0"/>
          <w:color w:val="6A6F75"/>
          <w:sz w:val="18"/>
        </w:rPr>
        <w:t xml:space="preserve">Answered by </w:t>
      </w:r>
      <w:hyperlink w:anchor="p377">
        <w:r>
          <w:rPr>
            <w:color w:val="2E5A80"/>
            <w:u w:val="single"/>
            <w:sz w:val="18"/>
          </w:rPr>
          <w:t xml:space="preserve">No. 377 (Genji)</w:t>
        </w:r>
      </w:hyperlink>
    </w:p>
    <w:p>
      <w:pPr>
        <w:keepNext/>
        <w:spacing w:after="20" w:before="200"/>
      </w:pPr>
      <w:bookmarkStart w:id="402" w:name="p377"/>
      <w:r>
        <w:rPr>
          <w:b/>
          <w:i w:val="0"/>
          <w:color w:val="222B33"/>
          <w:sz w:val="22"/>
        </w:rPr>
        <w:t>No. 377</w:t>
      </w:r>
      <w:r>
        <w:rPr>
          <w:b w:val="0"/>
          <w:i w:val="0"/>
          <w:color w:val="6A6F75"/>
          <w:sz w:val="18"/>
        </w:rPr>
        <w:t xml:space="preserve">   Genji → Hanachirusato   答 reply</w:t>
      </w:r>
      <w:bookmarkEnd w:id="402"/>
    </w:p>
    <w:p>
      <w:pPr>
        <w:keepNext/>
        <w:spacing w:after="0"/>
      </w:pPr>
      <w:r>
        <w:rPr>
          <w:rFonts w:ascii="Noto Serif CJK JP" w:hAnsi="Noto Serif CJK JP" w:eastAsia="Noto Serif CJK JP"/>
          <w:b w:val="0"/>
          <w:i w:val="0"/>
          <w:color w:val="222B33"/>
          <w:sz w:val="26"/>
        </w:rPr>
        <w:t>鳰鳥に影をならぶる若駒はいつか菖蒲に引き別るべき</w:t>
      </w:r>
    </w:p>
    <w:p>
      <w:pPr>
        <w:keepNext/>
        <w:spacing w:after="60"/>
      </w:pPr>
      <w:r>
        <w:rPr>
          <w:rFonts w:ascii="Noto Serif CJK JP" w:hAnsi="Noto Serif CJK JP" w:eastAsia="Noto Serif CJK JP"/>
          <w:b w:val="0"/>
          <w:i w:val="0"/>
          <w:color w:val="6A6F75"/>
          <w:sz w:val="19"/>
        </w:rPr>
        <w:t>にほとりに　／　かけをならふる　／　わかこまは　／　いつかあやめに　／　ひきわかるへき</w:t>
      </w:r>
    </w:p>
    <w:p>
      <w:pPr>
        <w:keepNext/>
        <w:spacing w:after="60"/>
      </w:pPr>
      <w:r>
        <w:rPr>
          <w:b w:val="0"/>
          <w:i/>
          <w:color w:val="222B33"/>
          <w:sz w:val="21"/>
        </w:rPr>
        <w:t>When could the young colt</w:t>
        <w:br/>
      </w:r>
      <w:r>
        <w:rPr>
          <w:b w:val="0"/>
          <w:i/>
          <w:color w:val="222B33"/>
          <w:sz w:val="21"/>
        </w:rPr>
        <w:t>whose shadow joins the grebe’s</w:t>
        <w:br/>
      </w:r>
      <w:r>
        <w:rPr>
          <w:b w:val="0"/>
          <w:i/>
          <w:color w:val="222B33"/>
          <w:sz w:val="21"/>
        </w:rPr>
        <w:t>ever be pulled apart</w:t>
        <w:br/>
      </w:r>
      <w:r>
        <w:rPr>
          <w:b w:val="0"/>
          <w:i/>
          <w:color w:val="222B33"/>
          <w:sz w:val="21"/>
        </w:rPr>
        <w:t>from the iris</w:t>
        <w:br/>
      </w:r>
      <w:r>
        <w:rPr>
          <w:b w:val="0"/>
          <w:i/>
          <w:color w:val="222B33"/>
          <w:sz w:val="21"/>
        </w:rPr>
        <w:t>by the water?</w:t>
      </w:r>
    </w:p>
    <w:p>
      <w:pPr>
        <w:spacing w:after="40"/>
      </w:pPr>
      <w:r>
        <w:rPr>
          <w:b w:val="0"/>
          <w:i w:val="0"/>
          <w:color w:val="222B33"/>
          <w:sz w:val="19"/>
        </w:rPr>
        <w:t>The grebe swims in pairs.</w:t>
      </w:r>
    </w:p>
    <w:p>
      <w:pPr>
        <w:spacing w:after="40"/>
      </w:pPr>
      <w:r>
        <w:rPr>
          <w:b w:val="0"/>
          <w:i w:val="0"/>
          <w:color w:val="6A6F75"/>
          <w:sz w:val="18"/>
        </w:rPr>
        <w:t xml:space="preserve">In reply to </w:t>
      </w:r>
      <w:hyperlink w:anchor="p376">
        <w:r>
          <w:rPr>
            <w:color w:val="2E5A80"/>
            <w:u w:val="single"/>
            <w:sz w:val="18"/>
          </w:rPr>
          <w:t xml:space="preserve">No. 376 (Hanachirusato)</w:t>
        </w:r>
      </w:hyperlink>
    </w:p>
    <w:p>
      <w:pPr>
        <w:keepNext/>
        <w:spacing w:after="20" w:before="200"/>
      </w:pPr>
      <w:bookmarkStart w:id="403" w:name="p378"/>
      <w:r>
        <w:rPr>
          <w:b/>
          <w:i w:val="0"/>
          <w:color w:val="222B33"/>
          <w:sz w:val="22"/>
        </w:rPr>
        <w:t>No. 378</w:t>
      </w:r>
      <w:r>
        <w:rPr>
          <w:b w:val="0"/>
          <w:i w:val="0"/>
          <w:color w:val="6A6F75"/>
          <w:sz w:val="18"/>
        </w:rPr>
        <w:t xml:space="preserve">   Genji → Tamakazura   贈 sent</w:t>
      </w:r>
      <w:bookmarkEnd w:id="403"/>
    </w:p>
    <w:p>
      <w:pPr>
        <w:keepNext/>
        <w:spacing w:after="40"/>
      </w:pPr>
      <w:r>
        <w:rPr>
          <w:b/>
          <w:i w:val="0"/>
          <w:color w:val="6A6F75"/>
          <w:sz w:val="18"/>
        </w:rPr>
        <w:t xml:space="preserve">Context. </w:t>
      </w:r>
      <w:r>
        <w:rPr>
          <w:b w:val="0"/>
          <w:i w:val="0"/>
          <w:color w:val="6A6F75"/>
          <w:sz w:val="19"/>
        </w:rPr>
        <w:t>Genji’s talk with Tamakazura on fiction and tales; his desire behind the theory.</w:t>
      </w:r>
    </w:p>
    <w:p>
      <w:pPr>
        <w:keepNext/>
        <w:spacing w:after="0"/>
      </w:pPr>
      <w:r>
        <w:rPr>
          <w:rFonts w:ascii="Noto Serif CJK JP" w:hAnsi="Noto Serif CJK JP" w:eastAsia="Noto Serif CJK JP"/>
          <w:b w:val="0"/>
          <w:i w:val="0"/>
          <w:color w:val="222B33"/>
          <w:sz w:val="26"/>
        </w:rPr>
        <w:t>思ひあまり昔の跡を訪ぬれど親に背ける子ぞたぐひなき</w:t>
      </w:r>
    </w:p>
    <w:p>
      <w:pPr>
        <w:keepNext/>
        <w:spacing w:after="60"/>
      </w:pPr>
      <w:r>
        <w:rPr>
          <w:rFonts w:ascii="Noto Serif CJK JP" w:hAnsi="Noto Serif CJK JP" w:eastAsia="Noto Serif CJK JP"/>
          <w:b w:val="0"/>
          <w:i w:val="0"/>
          <w:color w:val="6A6F75"/>
          <w:sz w:val="19"/>
        </w:rPr>
        <w:t>思ひあまり　／　むかしのあとを　／　たつぬれと　／　おやにそむける　／　こそたくひなき</w:t>
      </w:r>
    </w:p>
    <w:p>
      <w:pPr>
        <w:keepNext/>
        <w:spacing w:after="60"/>
      </w:pPr>
      <w:r>
        <w:rPr>
          <w:b w:val="0"/>
          <w:i/>
          <w:color w:val="222B33"/>
          <w:sz w:val="21"/>
        </w:rPr>
        <w:t>Overcome, I sought</w:t>
        <w:br/>
      </w:r>
      <w:r>
        <w:rPr>
          <w:b w:val="0"/>
          <w:i/>
          <w:color w:val="222B33"/>
          <w:sz w:val="21"/>
        </w:rPr>
        <w:t>the precedents of the past,</w:t>
        <w:br/>
      </w:r>
      <w:r>
        <w:rPr>
          <w:b w:val="0"/>
          <w:i/>
          <w:color w:val="222B33"/>
          <w:sz w:val="21"/>
        </w:rPr>
        <w:t>but there is no child like this</w:t>
        <w:br/>
      </w:r>
      <w:r>
        <w:rPr>
          <w:b w:val="0"/>
          <w:i/>
          <w:color w:val="222B33"/>
          <w:sz w:val="21"/>
        </w:rPr>
        <w:t>who turns</w:t>
        <w:br/>
      </w:r>
      <w:r>
        <w:rPr>
          <w:b w:val="0"/>
          <w:i/>
          <w:color w:val="222B33"/>
          <w:sz w:val="21"/>
        </w:rPr>
        <w:t>against her parent.</w:t>
      </w:r>
    </w:p>
    <w:p>
      <w:pPr>
        <w:spacing w:after="40"/>
      </w:pPr>
      <w:r>
        <w:rPr>
          <w:b w:val="0"/>
          <w:i w:val="0"/>
          <w:color w:val="222B33"/>
          <w:sz w:val="19"/>
        </w:rPr>
        <w:t>On reading old tales.</w:t>
      </w:r>
    </w:p>
    <w:p>
      <w:pPr>
        <w:spacing w:after="40"/>
      </w:pPr>
      <w:r>
        <w:rPr>
          <w:b w:val="0"/>
          <w:i w:val="0"/>
          <w:color w:val="6A6F75"/>
          <w:sz w:val="18"/>
        </w:rPr>
        <w:t xml:space="preserve">Answered by </w:t>
      </w:r>
      <w:hyperlink w:anchor="p379">
        <w:r>
          <w:rPr>
            <w:color w:val="2E5A80"/>
            <w:u w:val="single"/>
            <w:sz w:val="18"/>
          </w:rPr>
          <w:t xml:space="preserve">No. 379 (Tamakazura)</w:t>
        </w:r>
      </w:hyperlink>
    </w:p>
    <w:p>
      <w:pPr>
        <w:keepNext/>
        <w:spacing w:after="20" w:before="200"/>
      </w:pPr>
      <w:bookmarkStart w:id="404" w:name="p379"/>
      <w:r>
        <w:rPr>
          <w:b/>
          <w:i w:val="0"/>
          <w:color w:val="222B33"/>
          <w:sz w:val="22"/>
        </w:rPr>
        <w:t>No. 379</w:t>
      </w:r>
      <w:r>
        <w:rPr>
          <w:b w:val="0"/>
          <w:i w:val="0"/>
          <w:color w:val="6A6F75"/>
          <w:sz w:val="18"/>
        </w:rPr>
        <w:t xml:space="preserve">   Tamakazura → Genji   答 reply</w:t>
      </w:r>
      <w:bookmarkEnd w:id="404"/>
    </w:p>
    <w:p>
      <w:pPr>
        <w:keepNext/>
        <w:spacing w:after="0"/>
      </w:pPr>
      <w:r>
        <w:rPr>
          <w:rFonts w:ascii="Noto Serif CJK JP" w:hAnsi="Noto Serif CJK JP" w:eastAsia="Noto Serif CJK JP"/>
          <w:b w:val="0"/>
          <w:i w:val="0"/>
          <w:color w:val="222B33"/>
          <w:sz w:val="26"/>
        </w:rPr>
        <w:t>古き跡を訪ぬれどげになかりけりこの世にかかる親の心は</w:t>
      </w:r>
    </w:p>
    <w:p>
      <w:pPr>
        <w:keepNext/>
        <w:spacing w:after="60"/>
      </w:pPr>
      <w:r>
        <w:rPr>
          <w:rFonts w:ascii="Noto Serif CJK JP" w:hAnsi="Noto Serif CJK JP" w:eastAsia="Noto Serif CJK JP"/>
          <w:b w:val="0"/>
          <w:i w:val="0"/>
          <w:color w:val="6A6F75"/>
          <w:sz w:val="19"/>
        </w:rPr>
        <w:t>ふるきあとを　／　たつぬれとけに　／　なかりけり　／　このよにかゝる　／　おやの心は</w:t>
      </w:r>
    </w:p>
    <w:p>
      <w:pPr>
        <w:keepNext/>
        <w:spacing w:after="60"/>
      </w:pPr>
      <w:r>
        <w:rPr>
          <w:b w:val="0"/>
          <w:i/>
          <w:color w:val="222B33"/>
          <w:sz w:val="21"/>
        </w:rPr>
        <w:t>I too have sought</w:t>
        <w:br/>
      </w:r>
      <w:r>
        <w:rPr>
          <w:b w:val="0"/>
          <w:i/>
          <w:color w:val="222B33"/>
          <w:sz w:val="21"/>
        </w:rPr>
        <w:t>the old precedents, and indeed</w:t>
        <w:br/>
      </w:r>
      <w:r>
        <w:rPr>
          <w:b w:val="0"/>
          <w:i/>
          <w:color w:val="222B33"/>
          <w:sz w:val="21"/>
        </w:rPr>
        <w:t>there is no such</w:t>
        <w:br/>
      </w:r>
      <w:r>
        <w:rPr>
          <w:b w:val="0"/>
          <w:i/>
          <w:color w:val="222B33"/>
          <w:sz w:val="21"/>
        </w:rPr>
        <w:t>parent’s heart</w:t>
        <w:br/>
      </w:r>
      <w:r>
        <w:rPr>
          <w:b w:val="0"/>
          <w:i/>
          <w:color w:val="222B33"/>
          <w:sz w:val="21"/>
        </w:rPr>
        <w:t>in this world.</w:t>
      </w:r>
    </w:p>
    <w:p>
      <w:pPr>
        <w:spacing w:after="40"/>
      </w:pPr>
      <w:r>
        <w:rPr>
          <w:b w:val="0"/>
          <w:i w:val="0"/>
          <w:color w:val="222B33"/>
          <w:sz w:val="19"/>
        </w:rPr>
        <w:t>She knows his “fatherly” feelings are not fatherly.</w:t>
      </w:r>
    </w:p>
    <w:p>
      <w:pPr>
        <w:spacing w:after="40"/>
      </w:pPr>
      <w:r>
        <w:rPr>
          <w:b w:val="0"/>
          <w:i w:val="0"/>
          <w:color w:val="6A6F75"/>
          <w:sz w:val="18"/>
        </w:rPr>
        <w:t xml:space="preserve">In reply to </w:t>
      </w:r>
      <w:hyperlink w:anchor="p378">
        <w:r>
          <w:rPr>
            <w:color w:val="2E5A80"/>
            <w:u w:val="single"/>
            <w:sz w:val="18"/>
          </w:rPr>
          <w:t xml:space="preserve">No. 378 (Genji)</w:t>
        </w:r>
      </w:hyperlink>
    </w:p>
    <w:p>
      <w:pPr>
        <w:pStyle w:val="Heading1"/>
      </w:pPr>
      <w:bookmarkStart w:id="405" w:name="ch26"/>
      <w:r>
        <w:t>Chapter 26 · Tokonatsu 常夏</w:t>
      </w:r>
      <w:bookmarkEnd w:id="405"/>
    </w:p>
    <w:p>
      <w:pPr>
        <w:keepNext/>
        <w:spacing w:after="20" w:before="200"/>
      </w:pPr>
      <w:bookmarkStart w:id="406" w:name="p380"/>
      <w:r>
        <w:rPr>
          <w:b/>
          <w:i w:val="0"/>
          <w:color w:val="222B33"/>
          <w:sz w:val="22"/>
        </w:rPr>
        <w:t>No. 380</w:t>
      </w:r>
      <w:r>
        <w:rPr>
          <w:b w:val="0"/>
          <w:i w:val="0"/>
          <w:color w:val="6A6F75"/>
          <w:sz w:val="18"/>
        </w:rPr>
        <w:t xml:space="preserve">   Genji → Tamakazura   贈 sent</w:t>
      </w:r>
      <w:bookmarkEnd w:id="406"/>
    </w:p>
    <w:p>
      <w:pPr>
        <w:keepNext/>
        <w:spacing w:after="40"/>
      </w:pPr>
      <w:r>
        <w:rPr>
          <w:b/>
          <w:i w:val="0"/>
          <w:color w:val="6A6F75"/>
          <w:sz w:val="18"/>
        </w:rPr>
        <w:t xml:space="preserve">Context. </w:t>
      </w:r>
      <w:r>
        <w:rPr>
          <w:b w:val="0"/>
          <w:i w:val="0"/>
          <w:color w:val="6A6F75"/>
          <w:sz w:val="19"/>
        </w:rPr>
        <w:t>Genji speaks to Tamakazura of her real father; her pink.</w:t>
      </w:r>
    </w:p>
    <w:p>
      <w:pPr>
        <w:keepNext/>
        <w:spacing w:after="0"/>
      </w:pPr>
      <w:r>
        <w:rPr>
          <w:rFonts w:ascii="Noto Serif CJK JP" w:hAnsi="Noto Serif CJK JP" w:eastAsia="Noto Serif CJK JP"/>
          <w:b w:val="0"/>
          <w:i w:val="0"/>
          <w:color w:val="222B33"/>
          <w:sz w:val="26"/>
        </w:rPr>
        <w:t>撫子のとこなつかしき色を見ばもとの垣根を人や尋ねむ</w:t>
      </w:r>
    </w:p>
    <w:p>
      <w:pPr>
        <w:keepNext/>
        <w:spacing w:after="60"/>
      </w:pPr>
      <w:r>
        <w:rPr>
          <w:rFonts w:ascii="Noto Serif CJK JP" w:hAnsi="Noto Serif CJK JP" w:eastAsia="Noto Serif CJK JP"/>
          <w:b w:val="0"/>
          <w:i w:val="0"/>
          <w:color w:val="6A6F75"/>
          <w:sz w:val="19"/>
        </w:rPr>
        <w:t>なてしこの　／　とこなつかしき　／　色をみは　／　もとのかきねを　／　人やたつねむ</w:t>
      </w:r>
    </w:p>
    <w:p>
      <w:pPr>
        <w:keepNext/>
        <w:spacing w:after="60"/>
      </w:pPr>
      <w:r>
        <w:rPr>
          <w:b w:val="0"/>
          <w:i/>
          <w:color w:val="222B33"/>
          <w:sz w:val="21"/>
        </w:rPr>
        <w:t>If he saw the color</w:t>
        <w:br/>
      </w:r>
      <w:r>
        <w:rPr>
          <w:b w:val="0"/>
          <w:i/>
          <w:color w:val="222B33"/>
          <w:sz w:val="21"/>
        </w:rPr>
        <w:t>of the pink, everlasting and dear,</w:t>
        <w:br/>
      </w:r>
      <w:r>
        <w:rPr>
          <w:b w:val="0"/>
          <w:i/>
          <w:color w:val="222B33"/>
          <w:sz w:val="21"/>
        </w:rPr>
        <w:t>would he seek out</w:t>
        <w:br/>
      </w:r>
      <w:r>
        <w:rPr>
          <w:b w:val="0"/>
          <w:i/>
          <w:color w:val="222B33"/>
          <w:sz w:val="21"/>
        </w:rPr>
        <w:t>the hedge</w:t>
        <w:br/>
      </w:r>
      <w:r>
        <w:rPr>
          <w:b w:val="0"/>
          <w:i/>
          <w:color w:val="222B33"/>
          <w:sz w:val="21"/>
        </w:rPr>
        <w:t>where it first grew?</w:t>
      </w:r>
    </w:p>
    <w:p>
      <w:pPr>
        <w:spacing w:after="40"/>
      </w:pPr>
      <w:r>
        <w:rPr>
          <w:b w:val="0"/>
          <w:i w:val="0"/>
          <w:color w:val="222B33"/>
          <w:sz w:val="19"/>
        </w:rPr>
        <w:t>Tokonatsukashiki: tokonatsu, “pink,” and natsukashiki, “dear.” The real father is Tō no Chūjō.</w:t>
      </w:r>
    </w:p>
    <w:p>
      <w:pPr>
        <w:spacing w:after="40"/>
      </w:pPr>
      <w:r>
        <w:rPr>
          <w:b w:val="0"/>
          <w:i w:val="0"/>
          <w:color w:val="6A6F75"/>
          <w:sz w:val="18"/>
        </w:rPr>
        <w:t xml:space="preserve">Answered by </w:t>
      </w:r>
      <w:hyperlink w:anchor="p381">
        <w:r>
          <w:rPr>
            <w:color w:val="2E5A80"/>
            <w:u w:val="single"/>
            <w:sz w:val="18"/>
          </w:rPr>
          <w:t xml:space="preserve">No. 381 (Tamakazura)</w:t>
        </w:r>
      </w:hyperlink>
      <w:r>
        <w:rPr>
          <w:b w:val="0"/>
          <w:i w:val="0"/>
          <w:color w:val="6A6F75"/>
          <w:sz w:val="18"/>
        </w:rPr>
        <w:t xml:space="preserve">   ·   </w:t>
      </w:r>
      <w:r>
        <w:rPr>
          <w:b w:val="0"/>
          <w:i w:val="0"/>
          <w:color w:val="6A6F75"/>
          <w:sz w:val="18"/>
        </w:rPr>
        <w:t xml:space="preserve">Echo, The pink by the hedge: Yūgao and her daughter: </w:t>
      </w:r>
      <w:hyperlink w:anchor="p14">
        <w:r>
          <w:rPr>
            <w:color w:val="2E5A80"/>
            <w:u w:val="single"/>
            <w:sz w:val="18"/>
          </w:rPr>
          <w:t xml:space="preserve">No. 14</w:t>
        </w:r>
      </w:hyperlink>
      <w:r>
        <w:rPr>
          <w:b w:val="0"/>
          <w:i w:val="0"/>
          <w:color w:val="6A6F75"/>
          <w:sz w:val="18"/>
        </w:rPr>
        <w:t xml:space="preserve">, </w:t>
      </w:r>
      <w:hyperlink w:anchor="p15">
        <w:r>
          <w:rPr>
            <w:color w:val="2E5A80"/>
            <w:u w:val="single"/>
            <w:sz w:val="18"/>
          </w:rPr>
          <w:t xml:space="preserve">No. 15</w:t>
        </w:r>
      </w:hyperlink>
      <w:r>
        <w:rPr>
          <w:b w:val="0"/>
          <w:i w:val="0"/>
          <w:color w:val="6A6F75"/>
          <w:sz w:val="18"/>
        </w:rPr>
        <w:t xml:space="preserve">, </w:t>
      </w:r>
      <w:hyperlink w:anchor="p16">
        <w:r>
          <w:rPr>
            <w:color w:val="2E5A80"/>
            <w:u w:val="single"/>
            <w:sz w:val="18"/>
          </w:rPr>
          <w:t xml:space="preserve">No. 16</w:t>
        </w:r>
      </w:hyperlink>
      <w:r>
        <w:rPr>
          <w:b w:val="0"/>
          <w:i w:val="0"/>
          <w:color w:val="6A6F75"/>
          <w:sz w:val="18"/>
        </w:rPr>
        <w:t xml:space="preserve">, </w:t>
      </w:r>
      <w:hyperlink w:anchor="p381">
        <w:r>
          <w:rPr>
            <w:color w:val="2E5A80"/>
            <w:u w:val="single"/>
            <w:sz w:val="18"/>
          </w:rPr>
          <w:t xml:space="preserve">No. 381</w:t>
        </w:r>
      </w:hyperlink>
    </w:p>
    <w:p>
      <w:pPr>
        <w:keepNext/>
        <w:spacing w:after="20" w:before="200"/>
      </w:pPr>
      <w:bookmarkStart w:id="407" w:name="p381"/>
      <w:r>
        <w:rPr>
          <w:b/>
          <w:i w:val="0"/>
          <w:color w:val="222B33"/>
          <w:sz w:val="22"/>
        </w:rPr>
        <w:t>No. 381</w:t>
      </w:r>
      <w:r>
        <w:rPr>
          <w:b w:val="0"/>
          <w:i w:val="0"/>
          <w:color w:val="6A6F75"/>
          <w:sz w:val="18"/>
        </w:rPr>
        <w:t xml:space="preserve">   Tamakazura → Genji   答 reply</w:t>
      </w:r>
      <w:bookmarkEnd w:id="407"/>
    </w:p>
    <w:p>
      <w:pPr>
        <w:keepNext/>
        <w:spacing w:after="0"/>
      </w:pPr>
      <w:r>
        <w:rPr>
          <w:rFonts w:ascii="Noto Serif CJK JP" w:hAnsi="Noto Serif CJK JP" w:eastAsia="Noto Serif CJK JP"/>
          <w:b w:val="0"/>
          <w:i w:val="0"/>
          <w:color w:val="222B33"/>
          <w:sz w:val="26"/>
        </w:rPr>
        <w:t>山賤の垣ほに生ひし撫子のもとの根ざしを誰れか尋ねむ</w:t>
      </w:r>
    </w:p>
    <w:p>
      <w:pPr>
        <w:keepNext/>
        <w:spacing w:after="60"/>
      </w:pPr>
      <w:r>
        <w:rPr>
          <w:rFonts w:ascii="Noto Serif CJK JP" w:hAnsi="Noto Serif CJK JP" w:eastAsia="Noto Serif CJK JP"/>
          <w:b w:val="0"/>
          <w:i w:val="0"/>
          <w:color w:val="6A6F75"/>
          <w:sz w:val="19"/>
        </w:rPr>
        <w:t>山かつの　／　かきほにおひし　／　なてしこの　／　もとのねさしを　／　たれかたつねん</w:t>
      </w:r>
    </w:p>
    <w:p>
      <w:pPr>
        <w:keepNext/>
        <w:spacing w:after="60"/>
      </w:pPr>
      <w:r>
        <w:rPr>
          <w:b w:val="0"/>
          <w:i/>
          <w:color w:val="222B33"/>
          <w:sz w:val="21"/>
        </w:rPr>
        <w:t>Who would seek out</w:t>
        <w:br/>
      </w:r>
      <w:r>
        <w:rPr>
          <w:b w:val="0"/>
          <w:i/>
          <w:color w:val="222B33"/>
          <w:sz w:val="21"/>
        </w:rPr>
        <w:t>the roots where it first grew,</w:t>
        <w:br/>
      </w:r>
      <w:r>
        <w:rPr>
          <w:b w:val="0"/>
          <w:i/>
          <w:color w:val="222B33"/>
          <w:sz w:val="21"/>
        </w:rPr>
        <w:t>the pink that sprang</w:t>
        <w:br/>
      </w:r>
      <w:r>
        <w:rPr>
          <w:b w:val="0"/>
          <w:i/>
          <w:color w:val="222B33"/>
          <w:sz w:val="21"/>
        </w:rPr>
        <w:t>by a hedge</w:t>
        <w:br/>
      </w:r>
      <w:r>
        <w:rPr>
          <w:b w:val="0"/>
          <w:i/>
          <w:color w:val="222B33"/>
          <w:sz w:val="21"/>
        </w:rPr>
        <w:t>of mountain folk?</w:t>
      </w:r>
    </w:p>
    <w:p>
      <w:pPr>
        <w:spacing w:after="40"/>
      </w:pPr>
      <w:r>
        <w:rPr>
          <w:b w:val="0"/>
          <w:i w:val="0"/>
          <w:color w:val="222B33"/>
          <w:sz w:val="19"/>
        </w:rPr>
        <w:t>Recalls 14, her mother’s poem.</w:t>
      </w:r>
    </w:p>
    <w:p>
      <w:pPr>
        <w:spacing w:after="40"/>
      </w:pPr>
      <w:r>
        <w:rPr>
          <w:b w:val="0"/>
          <w:i w:val="0"/>
          <w:color w:val="6A6F75"/>
          <w:sz w:val="18"/>
        </w:rPr>
        <w:t xml:space="preserve">In reply to </w:t>
      </w:r>
      <w:hyperlink w:anchor="p380">
        <w:r>
          <w:rPr>
            <w:color w:val="2E5A80"/>
            <w:u w:val="single"/>
            <w:sz w:val="18"/>
          </w:rPr>
          <w:t xml:space="preserve">No. 380 (Genji)</w:t>
        </w:r>
      </w:hyperlink>
      <w:r>
        <w:rPr>
          <w:b w:val="0"/>
          <w:i w:val="0"/>
          <w:color w:val="6A6F75"/>
          <w:sz w:val="18"/>
        </w:rPr>
        <w:t xml:space="preserve">   ·   </w:t>
      </w:r>
      <w:r>
        <w:rPr>
          <w:b w:val="0"/>
          <w:i w:val="0"/>
          <w:color w:val="6A6F75"/>
          <w:sz w:val="18"/>
        </w:rPr>
        <w:t xml:space="preserve">Echo, The pink by the hedge: Yūgao and her daughter: </w:t>
      </w:r>
      <w:hyperlink w:anchor="p14">
        <w:r>
          <w:rPr>
            <w:color w:val="2E5A80"/>
            <w:u w:val="single"/>
            <w:sz w:val="18"/>
          </w:rPr>
          <w:t xml:space="preserve">No. 14</w:t>
        </w:r>
      </w:hyperlink>
      <w:r>
        <w:rPr>
          <w:b w:val="0"/>
          <w:i w:val="0"/>
          <w:color w:val="6A6F75"/>
          <w:sz w:val="18"/>
        </w:rPr>
        <w:t xml:space="preserve">, </w:t>
      </w:r>
      <w:hyperlink w:anchor="p15">
        <w:r>
          <w:rPr>
            <w:color w:val="2E5A80"/>
            <w:u w:val="single"/>
            <w:sz w:val="18"/>
          </w:rPr>
          <w:t xml:space="preserve">No. 15</w:t>
        </w:r>
      </w:hyperlink>
      <w:r>
        <w:rPr>
          <w:b w:val="0"/>
          <w:i w:val="0"/>
          <w:color w:val="6A6F75"/>
          <w:sz w:val="18"/>
        </w:rPr>
        <w:t xml:space="preserve">, </w:t>
      </w:r>
      <w:hyperlink w:anchor="p16">
        <w:r>
          <w:rPr>
            <w:color w:val="2E5A80"/>
            <w:u w:val="single"/>
            <w:sz w:val="18"/>
          </w:rPr>
          <w:t xml:space="preserve">No. 16</w:t>
        </w:r>
      </w:hyperlink>
      <w:r>
        <w:rPr>
          <w:b w:val="0"/>
          <w:i w:val="0"/>
          <w:color w:val="6A6F75"/>
          <w:sz w:val="18"/>
        </w:rPr>
        <w:t xml:space="preserve">, </w:t>
      </w:r>
      <w:hyperlink w:anchor="p380">
        <w:r>
          <w:rPr>
            <w:color w:val="2E5A80"/>
            <w:u w:val="single"/>
            <w:sz w:val="18"/>
          </w:rPr>
          <w:t xml:space="preserve">No. 380</w:t>
        </w:r>
      </w:hyperlink>
    </w:p>
    <w:p>
      <w:pPr>
        <w:keepNext/>
        <w:spacing w:after="20" w:before="200"/>
      </w:pPr>
      <w:bookmarkStart w:id="408" w:name="p382"/>
      <w:r>
        <w:rPr>
          <w:b/>
          <w:i w:val="0"/>
          <w:color w:val="222B33"/>
          <w:sz w:val="22"/>
        </w:rPr>
        <w:t>No. 382</w:t>
      </w:r>
      <w:r>
        <w:rPr>
          <w:b w:val="0"/>
          <w:i w:val="0"/>
          <w:color w:val="6A6F75"/>
          <w:sz w:val="18"/>
        </w:rPr>
        <w:t xml:space="preserve">   Lady Ōmi → Kokiden Consort   贈 sent</w:t>
      </w:r>
      <w:bookmarkEnd w:id="408"/>
    </w:p>
    <w:p>
      <w:pPr>
        <w:keepNext/>
        <w:spacing w:after="40"/>
      </w:pPr>
      <w:r>
        <w:rPr>
          <w:b/>
          <w:i w:val="0"/>
          <w:color w:val="6A6F75"/>
          <w:sz w:val="18"/>
        </w:rPr>
        <w:t xml:space="preserve">Context. </w:t>
      </w:r>
      <w:r>
        <w:rPr>
          <w:b w:val="0"/>
          <w:i w:val="0"/>
          <w:color w:val="6A6F75"/>
          <w:sz w:val="19"/>
        </w:rPr>
        <w:t>Lady Ōmi, Tō no Chūjō’s comic rustic daughter, writes to the Kokiden Consort.</w:t>
      </w:r>
    </w:p>
    <w:p>
      <w:pPr>
        <w:keepNext/>
        <w:spacing w:after="0"/>
      </w:pPr>
      <w:r>
        <w:rPr>
          <w:rFonts w:ascii="Noto Serif CJK JP" w:hAnsi="Noto Serif CJK JP" w:eastAsia="Noto Serif CJK JP"/>
          <w:b w:val="0"/>
          <w:i w:val="0"/>
          <w:color w:val="222B33"/>
          <w:sz w:val="26"/>
        </w:rPr>
        <w:t>草若み常陸の浦のいかが崎いかであひ見む田子の浦波</w:t>
      </w:r>
    </w:p>
    <w:p>
      <w:pPr>
        <w:keepNext/>
        <w:spacing w:after="60"/>
      </w:pPr>
      <w:r>
        <w:rPr>
          <w:rFonts w:ascii="Noto Serif CJK JP" w:hAnsi="Noto Serif CJK JP" w:eastAsia="Noto Serif CJK JP"/>
          <w:b w:val="0"/>
          <w:i w:val="0"/>
          <w:color w:val="6A6F75"/>
          <w:sz w:val="19"/>
        </w:rPr>
        <w:t>くさわかみ　／　ひたちのうらの　／　いかゝさき　／　いかてあひみん　／　たこのうらなみ</w:t>
      </w:r>
    </w:p>
    <w:p>
      <w:pPr>
        <w:keepNext/>
        <w:spacing w:after="60"/>
      </w:pPr>
      <w:r>
        <w:rPr>
          <w:b w:val="0"/>
          <w:i/>
          <w:color w:val="222B33"/>
          <w:sz w:val="21"/>
        </w:rPr>
        <w:t>Young the grass at Ikaga Point</w:t>
        <w:br/>
      </w:r>
      <w:r>
        <w:rPr>
          <w:b w:val="0"/>
          <w:i/>
          <w:color w:val="222B33"/>
          <w:sz w:val="21"/>
        </w:rPr>
        <w:t>on Hitachi’s shore: how,</w:t>
        <w:br/>
      </w:r>
      <w:r>
        <w:rPr>
          <w:b w:val="0"/>
          <w:i/>
          <w:color w:val="222B33"/>
          <w:sz w:val="21"/>
        </w:rPr>
        <w:t>how can we meet?</w:t>
        <w:br/>
      </w:r>
      <w:r>
        <w:rPr>
          <w:b w:val="0"/>
          <w:i/>
          <w:color w:val="222B33"/>
          <w:sz w:val="21"/>
        </w:rPr>
        <w:t>Waves of Tago</w:t>
        <w:br/>
      </w:r>
      <w:r>
        <w:rPr>
          <w:b w:val="0"/>
          <w:i/>
          <w:color w:val="222B33"/>
          <w:sz w:val="21"/>
        </w:rPr>
        <w:t>Bay.</w:t>
      </w:r>
    </w:p>
    <w:p>
      <w:pPr>
        <w:spacing w:after="40"/>
      </w:pPr>
      <w:r>
        <w:rPr>
          <w:b w:val="0"/>
          <w:i w:val="0"/>
          <w:color w:val="222B33"/>
          <w:sz w:val="19"/>
        </w:rPr>
        <w:t>A comic jumble of placenames from Tō no Chūjō’s rustic daughter.</w:t>
      </w:r>
    </w:p>
    <w:p>
      <w:pPr>
        <w:spacing w:after="40"/>
      </w:pPr>
      <w:r>
        <w:rPr>
          <w:b w:val="0"/>
          <w:i w:val="0"/>
          <w:color w:val="6A6F75"/>
          <w:sz w:val="18"/>
        </w:rPr>
        <w:t xml:space="preserve">Answered by </w:t>
      </w:r>
      <w:hyperlink w:anchor="p383">
        <w:r>
          <w:rPr>
            <w:color w:val="2E5A80"/>
            <w:u w:val="single"/>
            <w:sz w:val="18"/>
          </w:rPr>
          <w:t xml:space="preserve">No. 383 (Chūnagon no Kimi (for the Consort))</w:t>
        </w:r>
      </w:hyperlink>
    </w:p>
    <w:p>
      <w:pPr>
        <w:keepNext/>
        <w:spacing w:after="20" w:before="200"/>
      </w:pPr>
      <w:bookmarkStart w:id="409" w:name="p383"/>
      <w:r>
        <w:rPr>
          <w:b/>
          <w:i w:val="0"/>
          <w:color w:val="222B33"/>
          <w:sz w:val="22"/>
        </w:rPr>
        <w:t>No. 383</w:t>
      </w:r>
      <w:r>
        <w:rPr>
          <w:b w:val="0"/>
          <w:i w:val="0"/>
          <w:color w:val="6A6F75"/>
          <w:sz w:val="18"/>
        </w:rPr>
        <w:t xml:space="preserve">   Chūnagon no Kimi (for the Consort) → Lady Ōmi   代答 proxy reply</w:t>
      </w:r>
      <w:bookmarkEnd w:id="409"/>
    </w:p>
    <w:p>
      <w:pPr>
        <w:keepNext/>
        <w:spacing w:after="0"/>
      </w:pPr>
      <w:r>
        <w:rPr>
          <w:rFonts w:ascii="Noto Serif CJK JP" w:hAnsi="Noto Serif CJK JP" w:eastAsia="Noto Serif CJK JP"/>
          <w:b w:val="0"/>
          <w:i w:val="0"/>
          <w:color w:val="222B33"/>
          <w:sz w:val="26"/>
        </w:rPr>
        <w:t>常陸なる駿河の海の須磨の浦に波立ち出でよ筥崎の松</w:t>
      </w:r>
    </w:p>
    <w:p>
      <w:pPr>
        <w:keepNext/>
        <w:spacing w:after="60"/>
      </w:pPr>
      <w:r>
        <w:rPr>
          <w:rFonts w:ascii="Noto Serif CJK JP" w:hAnsi="Noto Serif CJK JP" w:eastAsia="Noto Serif CJK JP"/>
          <w:b w:val="0"/>
          <w:i w:val="0"/>
          <w:color w:val="6A6F75"/>
          <w:sz w:val="19"/>
        </w:rPr>
        <w:t>ひたちなる　／　するかのうみの　／　すまの浦に　／　なみたちいてよ　／　はこさきの松</w:t>
      </w:r>
    </w:p>
    <w:p>
      <w:pPr>
        <w:keepNext/>
        <w:spacing w:after="60"/>
      </w:pPr>
      <w:r>
        <w:rPr>
          <w:b w:val="0"/>
          <w:i/>
          <w:color w:val="222B33"/>
          <w:sz w:val="21"/>
        </w:rPr>
        <w:t>At Suma Bay of Suruga Sea</w:t>
        <w:br/>
      </w:r>
      <w:r>
        <w:rPr>
          <w:b w:val="0"/>
          <w:i/>
          <w:color w:val="222B33"/>
          <w:sz w:val="21"/>
        </w:rPr>
        <w:t>in Hitachi,</w:t>
        <w:br/>
      </w:r>
      <w:r>
        <w:rPr>
          <w:b w:val="0"/>
          <w:i/>
          <w:color w:val="222B33"/>
          <w:sz w:val="21"/>
        </w:rPr>
        <w:t>let the waves rise and come out,</w:t>
        <w:br/>
      </w:r>
      <w:r>
        <w:rPr>
          <w:b w:val="0"/>
          <w:i/>
          <w:color w:val="222B33"/>
          <w:sz w:val="21"/>
        </w:rPr>
        <w:t>O pine</w:t>
        <w:br/>
      </w:r>
      <w:r>
        <w:rPr>
          <w:b w:val="0"/>
          <w:i/>
          <w:color w:val="222B33"/>
          <w:sz w:val="21"/>
        </w:rPr>
        <w:t>of Hakozaki!</w:t>
      </w:r>
    </w:p>
    <w:p>
      <w:pPr>
        <w:spacing w:after="40"/>
      </w:pPr>
      <w:r>
        <w:rPr>
          <w:b w:val="0"/>
          <w:i w:val="0"/>
          <w:color w:val="222B33"/>
          <w:sz w:val="19"/>
        </w:rPr>
        <w:t>A parody in kind: the same jumbled placenames.</w:t>
      </w:r>
    </w:p>
    <w:p>
      <w:pPr>
        <w:spacing w:after="40"/>
      </w:pPr>
      <w:r>
        <w:rPr>
          <w:b/>
          <w:i w:val="0"/>
          <w:color w:val="8A4B1C"/>
          <w:sz w:val="18"/>
        </w:rPr>
        <w:t xml:space="preserve">Attribution uncertain. </w:t>
      </w:r>
      <w:r>
        <w:rPr>
          <w:b w:val="0"/>
          <w:i w:val="0"/>
          <w:sz w:val="19"/>
        </w:rPr>
        <w:t>Proxy poem (代): written by one person in another’s name; the card names the writer.</w:t>
      </w:r>
    </w:p>
    <w:p>
      <w:pPr>
        <w:spacing w:after="40"/>
      </w:pPr>
      <w:r>
        <w:rPr>
          <w:b w:val="0"/>
          <w:i w:val="0"/>
          <w:color w:val="6A6F75"/>
          <w:sz w:val="18"/>
        </w:rPr>
        <w:t xml:space="preserve">In reply to </w:t>
      </w:r>
      <w:hyperlink w:anchor="p382">
        <w:r>
          <w:rPr>
            <w:color w:val="2E5A80"/>
            <w:u w:val="single"/>
            <w:sz w:val="18"/>
          </w:rPr>
          <w:t xml:space="preserve">No. 382 (Lady Ōmi)</w:t>
        </w:r>
      </w:hyperlink>
    </w:p>
    <w:p>
      <w:pPr>
        <w:pStyle w:val="Heading1"/>
      </w:pPr>
      <w:bookmarkStart w:id="410" w:name="ch27"/>
      <w:r>
        <w:t>Chapter 27 · Kagaribi 篝火</w:t>
      </w:r>
      <w:bookmarkEnd w:id="410"/>
    </w:p>
    <w:p>
      <w:pPr>
        <w:keepNext/>
        <w:spacing w:after="20" w:before="200"/>
      </w:pPr>
      <w:bookmarkStart w:id="411" w:name="p384"/>
      <w:r>
        <w:rPr>
          <w:b/>
          <w:i w:val="0"/>
          <w:color w:val="222B33"/>
          <w:sz w:val="22"/>
        </w:rPr>
        <w:t>No. 384</w:t>
      </w:r>
      <w:r>
        <w:rPr>
          <w:b w:val="0"/>
          <w:i w:val="0"/>
          <w:color w:val="6A6F75"/>
          <w:sz w:val="18"/>
        </w:rPr>
        <w:t xml:space="preserve">   Genji → Tamakazura   贈 sent</w:t>
      </w:r>
      <w:bookmarkEnd w:id="411"/>
    </w:p>
    <w:p>
      <w:pPr>
        <w:keepNext/>
        <w:spacing w:after="40"/>
      </w:pPr>
      <w:r>
        <w:rPr>
          <w:b/>
          <w:i w:val="0"/>
          <w:color w:val="6A6F75"/>
          <w:sz w:val="18"/>
        </w:rPr>
        <w:t xml:space="preserve">Context. </w:t>
      </w:r>
      <w:r>
        <w:rPr>
          <w:b w:val="0"/>
          <w:i w:val="0"/>
          <w:color w:val="6A6F75"/>
          <w:sz w:val="19"/>
        </w:rPr>
        <w:t>The cresset fires in Tamakazura’s garden; Genji’s smoldering love.</w:t>
      </w:r>
    </w:p>
    <w:p>
      <w:pPr>
        <w:keepNext/>
        <w:spacing w:after="0"/>
      </w:pPr>
      <w:r>
        <w:rPr>
          <w:rFonts w:ascii="Noto Serif CJK JP" w:hAnsi="Noto Serif CJK JP" w:eastAsia="Noto Serif CJK JP"/>
          <w:b w:val="0"/>
          <w:i w:val="0"/>
          <w:color w:val="222B33"/>
          <w:sz w:val="26"/>
        </w:rPr>
        <w:t>篝火にたちそふ恋の煙こそ世には絶えせぬ炎なりけれ</w:t>
      </w:r>
    </w:p>
    <w:p>
      <w:pPr>
        <w:keepNext/>
        <w:spacing w:after="60"/>
      </w:pPr>
      <w:r>
        <w:rPr>
          <w:rFonts w:ascii="Noto Serif CJK JP" w:hAnsi="Noto Serif CJK JP" w:eastAsia="Noto Serif CJK JP"/>
          <w:b w:val="0"/>
          <w:i w:val="0"/>
          <w:color w:val="6A6F75"/>
          <w:sz w:val="19"/>
        </w:rPr>
        <w:t>かゝり火に　／　たちそふこひの　／　けふりこそ　／　よにはたえせぬ　／　ほのをなりけれ</w:t>
      </w:r>
    </w:p>
    <w:p>
      <w:pPr>
        <w:keepNext/>
        <w:spacing w:after="60"/>
      </w:pPr>
      <w:r>
        <w:rPr>
          <w:b w:val="0"/>
          <w:i/>
          <w:color w:val="222B33"/>
          <w:sz w:val="21"/>
        </w:rPr>
        <w:t>The smoke of love that rises</w:t>
        <w:br/>
      </w:r>
      <w:r>
        <w:rPr>
          <w:b w:val="0"/>
          <w:i/>
          <w:color w:val="222B33"/>
          <w:sz w:val="21"/>
        </w:rPr>
        <w:t>beside the cressets</w:t>
        <w:br/>
      </w:r>
      <w:r>
        <w:rPr>
          <w:b w:val="0"/>
          <w:i/>
          <w:color w:val="222B33"/>
          <w:sz w:val="21"/>
        </w:rPr>
        <w:t>is the flame</w:t>
        <w:br/>
      </w:r>
      <w:r>
        <w:rPr>
          <w:b w:val="0"/>
          <w:i/>
          <w:color w:val="222B33"/>
          <w:sz w:val="21"/>
        </w:rPr>
        <w:t>that in this world</w:t>
        <w:br/>
      </w:r>
      <w:r>
        <w:rPr>
          <w:b w:val="0"/>
          <w:i/>
          <w:color w:val="222B33"/>
          <w:sz w:val="21"/>
        </w:rPr>
        <w:t>never dies.</w:t>
      </w:r>
    </w:p>
    <w:p>
      <w:pPr>
        <w:spacing w:after="40"/>
      </w:pPr>
      <w:r>
        <w:rPr>
          <w:b w:val="0"/>
          <w:i w:val="0"/>
          <w:color w:val="222B33"/>
          <w:sz w:val="19"/>
        </w:rPr>
        <w:t>Kagaribi, “cresset,” names the chapter.</w:t>
      </w:r>
    </w:p>
    <w:p>
      <w:pPr>
        <w:spacing w:after="40"/>
      </w:pPr>
      <w:r>
        <w:rPr>
          <w:b w:val="0"/>
          <w:i w:val="0"/>
          <w:color w:val="6A6F75"/>
          <w:sz w:val="18"/>
        </w:rPr>
        <w:t xml:space="preserve">Answered by </w:t>
      </w:r>
      <w:hyperlink w:anchor="p385">
        <w:r>
          <w:rPr>
            <w:color w:val="2E5A80"/>
            <w:u w:val="single"/>
            <w:sz w:val="18"/>
          </w:rPr>
          <w:t xml:space="preserve">No. 385 (Tamakazura)</w:t>
        </w:r>
      </w:hyperlink>
    </w:p>
    <w:p>
      <w:pPr>
        <w:keepNext/>
        <w:spacing w:after="20" w:before="200"/>
      </w:pPr>
      <w:bookmarkStart w:id="412" w:name="p385"/>
      <w:r>
        <w:rPr>
          <w:b/>
          <w:i w:val="0"/>
          <w:color w:val="222B33"/>
          <w:sz w:val="22"/>
        </w:rPr>
        <w:t>No. 385</w:t>
      </w:r>
      <w:r>
        <w:rPr>
          <w:b w:val="0"/>
          <w:i w:val="0"/>
          <w:color w:val="6A6F75"/>
          <w:sz w:val="18"/>
        </w:rPr>
        <w:t xml:space="preserve">   Tamakazura → Genji   答 reply</w:t>
      </w:r>
      <w:bookmarkEnd w:id="412"/>
    </w:p>
    <w:p>
      <w:pPr>
        <w:keepNext/>
        <w:spacing w:after="0"/>
      </w:pPr>
      <w:r>
        <w:rPr>
          <w:rFonts w:ascii="Noto Serif CJK JP" w:hAnsi="Noto Serif CJK JP" w:eastAsia="Noto Serif CJK JP"/>
          <w:b w:val="0"/>
          <w:i w:val="0"/>
          <w:color w:val="222B33"/>
          <w:sz w:val="26"/>
        </w:rPr>
        <w:t>行方なき空に消ちてよ篝火のたよりにたぐふ煙とならば</w:t>
      </w:r>
    </w:p>
    <w:p>
      <w:pPr>
        <w:keepNext/>
        <w:spacing w:after="60"/>
      </w:pPr>
      <w:r>
        <w:rPr>
          <w:rFonts w:ascii="Noto Serif CJK JP" w:hAnsi="Noto Serif CJK JP" w:eastAsia="Noto Serif CJK JP"/>
          <w:b w:val="0"/>
          <w:i w:val="0"/>
          <w:color w:val="6A6F75"/>
          <w:sz w:val="19"/>
        </w:rPr>
        <w:t>行ゑなき　／　空にけちてよ　／　かゝり火の　／　たよりにたくふ　／　けふりとならは</w:t>
      </w:r>
    </w:p>
    <w:p>
      <w:pPr>
        <w:keepNext/>
        <w:spacing w:after="60"/>
      </w:pPr>
      <w:r>
        <w:rPr>
          <w:b w:val="0"/>
          <w:i/>
          <w:color w:val="222B33"/>
          <w:sz w:val="21"/>
        </w:rPr>
        <w:t>If it becomes smoke</w:t>
        <w:br/>
      </w:r>
      <w:r>
        <w:rPr>
          <w:b w:val="0"/>
          <w:i/>
          <w:color w:val="222B33"/>
          <w:sz w:val="21"/>
        </w:rPr>
        <w:t>riding on the cresset’s fire,</w:t>
        <w:br/>
      </w:r>
      <w:r>
        <w:rPr>
          <w:b w:val="0"/>
          <w:i/>
          <w:color w:val="222B33"/>
          <w:sz w:val="21"/>
        </w:rPr>
        <w:t>then put it out</w:t>
        <w:br/>
      </w:r>
      <w:r>
        <w:rPr>
          <w:b w:val="0"/>
          <w:i/>
          <w:color w:val="222B33"/>
          <w:sz w:val="21"/>
        </w:rPr>
        <w:t>in the endless</w:t>
        <w:br/>
      </w:r>
      <w:r>
        <w:rPr>
          <w:b w:val="0"/>
          <w:i/>
          <w:color w:val="222B33"/>
          <w:sz w:val="21"/>
        </w:rPr>
        <w:t>sky.</w:t>
      </w:r>
    </w:p>
    <w:p>
      <w:pPr>
        <w:spacing w:after="40"/>
      </w:pPr>
      <w:r>
        <w:rPr>
          <w:b w:val="0"/>
          <w:i w:val="0"/>
          <w:color w:val="6A6F75"/>
          <w:sz w:val="18"/>
        </w:rPr>
        <w:t xml:space="preserve">In reply to </w:t>
      </w:r>
      <w:hyperlink w:anchor="p384">
        <w:r>
          <w:rPr>
            <w:color w:val="2E5A80"/>
            <w:u w:val="single"/>
            <w:sz w:val="18"/>
          </w:rPr>
          <w:t xml:space="preserve">No. 384 (Genji)</w:t>
        </w:r>
      </w:hyperlink>
    </w:p>
    <w:p>
      <w:pPr>
        <w:pStyle w:val="Heading1"/>
      </w:pPr>
      <w:bookmarkStart w:id="413" w:name="ch28"/>
      <w:r>
        <w:t>Chapter 28 · Nowaki 野分</w:t>
      </w:r>
      <w:bookmarkEnd w:id="413"/>
    </w:p>
    <w:p>
      <w:pPr>
        <w:keepNext/>
        <w:spacing w:after="20" w:before="200"/>
      </w:pPr>
      <w:bookmarkStart w:id="414" w:name="p386"/>
      <w:r>
        <w:rPr>
          <w:b/>
          <w:i w:val="0"/>
          <w:color w:val="222B33"/>
          <w:sz w:val="22"/>
        </w:rPr>
        <w:t>No. 386</w:t>
      </w:r>
      <w:r>
        <w:rPr>
          <w:b w:val="0"/>
          <w:i w:val="0"/>
          <w:color w:val="6A6F75"/>
          <w:sz w:val="18"/>
        </w:rPr>
        <w:t xml:space="preserve">   Lady Akashi   独 solo</w:t>
      </w:r>
      <w:bookmarkEnd w:id="414"/>
    </w:p>
    <w:p>
      <w:pPr>
        <w:keepNext/>
        <w:spacing w:after="40"/>
      </w:pPr>
      <w:r>
        <w:rPr>
          <w:b/>
          <w:i w:val="0"/>
          <w:color w:val="6A6F75"/>
          <w:sz w:val="18"/>
        </w:rPr>
        <w:t xml:space="preserve">Context. </w:t>
      </w:r>
      <w:r>
        <w:rPr>
          <w:b w:val="0"/>
          <w:i w:val="0"/>
          <w:color w:val="6A6F75"/>
          <w:sz w:val="19"/>
        </w:rPr>
        <w:t>The typhoon at Rokujō; Lady Akashi alone in her winter quarter, always the outsider.</w:t>
      </w:r>
    </w:p>
    <w:p>
      <w:pPr>
        <w:keepNext/>
        <w:spacing w:after="0"/>
      </w:pPr>
      <w:r>
        <w:rPr>
          <w:rFonts w:ascii="Noto Serif CJK JP" w:hAnsi="Noto Serif CJK JP" w:eastAsia="Noto Serif CJK JP"/>
          <w:b w:val="0"/>
          <w:i w:val="0"/>
          <w:color w:val="222B33"/>
          <w:sz w:val="26"/>
        </w:rPr>
        <w:t>おほかたに荻の葉過ぐる風の音も憂き身ひとつにしむ心地して</w:t>
      </w:r>
    </w:p>
    <w:p>
      <w:pPr>
        <w:keepNext/>
        <w:spacing w:after="60"/>
      </w:pPr>
      <w:r>
        <w:rPr>
          <w:rFonts w:ascii="Noto Serif CJK JP" w:hAnsi="Noto Serif CJK JP" w:eastAsia="Noto Serif CJK JP"/>
          <w:b w:val="0"/>
          <w:i w:val="0"/>
          <w:color w:val="6A6F75"/>
          <w:sz w:val="19"/>
        </w:rPr>
        <w:t>おほかたに　／　おきのはすくる　／　風のをとも　／　うき身ひとつに　／　しむ心ちして</w:t>
      </w:r>
    </w:p>
    <w:p>
      <w:pPr>
        <w:keepNext/>
        <w:spacing w:after="60"/>
      </w:pPr>
      <w:r>
        <w:rPr>
          <w:b w:val="0"/>
          <w:i/>
          <w:color w:val="222B33"/>
          <w:sz w:val="21"/>
        </w:rPr>
        <w:t>Even the ordinary</w:t>
        <w:br/>
      </w:r>
      <w:r>
        <w:rPr>
          <w:b w:val="0"/>
          <w:i/>
          <w:color w:val="222B33"/>
          <w:sz w:val="21"/>
        </w:rPr>
        <w:t>sound of wind through reed leaves</w:t>
        <w:br/>
      </w:r>
      <w:r>
        <w:rPr>
          <w:b w:val="0"/>
          <w:i/>
          <w:color w:val="222B33"/>
          <w:sz w:val="21"/>
        </w:rPr>
        <w:t>seems to pierce</w:t>
        <w:br/>
      </w:r>
      <w:r>
        <w:rPr>
          <w:b w:val="0"/>
          <w:i/>
          <w:color w:val="222B33"/>
          <w:sz w:val="21"/>
        </w:rPr>
        <w:t>my wretched</w:t>
        <w:br/>
      </w:r>
      <w:r>
        <w:rPr>
          <w:b w:val="0"/>
          <w:i/>
          <w:color w:val="222B33"/>
          <w:sz w:val="21"/>
        </w:rPr>
        <w:t>self alone.</w:t>
      </w:r>
    </w:p>
    <w:p>
      <w:pPr>
        <w:spacing w:after="40"/>
      </w:pPr>
      <w:r>
        <w:rPr>
          <w:b w:val="0"/>
          <w:i w:val="0"/>
          <w:color w:val="222B33"/>
          <w:sz w:val="19"/>
        </w:rPr>
        <w:t>During the typhoon.</w:t>
      </w:r>
    </w:p>
    <w:p>
      <w:pPr>
        <w:keepNext/>
        <w:spacing w:after="20" w:before="200"/>
      </w:pPr>
      <w:bookmarkStart w:id="415" w:name="p387"/>
      <w:r>
        <w:rPr>
          <w:b/>
          <w:i w:val="0"/>
          <w:color w:val="222B33"/>
          <w:sz w:val="22"/>
        </w:rPr>
        <w:t>No. 387</w:t>
      </w:r>
      <w:r>
        <w:rPr>
          <w:b w:val="0"/>
          <w:i w:val="0"/>
          <w:color w:val="6A6F75"/>
          <w:sz w:val="18"/>
        </w:rPr>
        <w:t xml:space="preserve">   Tamakazura → Genji   贈 sent</w:t>
      </w:r>
      <w:bookmarkEnd w:id="415"/>
    </w:p>
    <w:p>
      <w:pPr>
        <w:keepNext/>
        <w:spacing w:after="40"/>
      </w:pPr>
      <w:r>
        <w:rPr>
          <w:b/>
          <w:i w:val="0"/>
          <w:color w:val="6A6F75"/>
          <w:sz w:val="18"/>
        </w:rPr>
        <w:t xml:space="preserve">Context. </w:t>
      </w:r>
      <w:r>
        <w:rPr>
          <w:b w:val="0"/>
          <w:i w:val="0"/>
          <w:color w:val="6A6F75"/>
          <w:sz w:val="19"/>
        </w:rPr>
        <w:t>After the typhoon Genji visits Tamakazura; Yūgiri watches them.</w:t>
      </w:r>
    </w:p>
    <w:p>
      <w:pPr>
        <w:keepNext/>
        <w:spacing w:after="0"/>
      </w:pPr>
      <w:r>
        <w:rPr>
          <w:rFonts w:ascii="Noto Serif CJK JP" w:hAnsi="Noto Serif CJK JP" w:eastAsia="Noto Serif CJK JP"/>
          <w:b w:val="0"/>
          <w:i w:val="0"/>
          <w:color w:val="222B33"/>
          <w:sz w:val="26"/>
        </w:rPr>
        <w:t>吹き乱る風のけしきに女郎花しをれしぬべき心地こそすれ</w:t>
      </w:r>
    </w:p>
    <w:p>
      <w:pPr>
        <w:keepNext/>
        <w:spacing w:after="60"/>
      </w:pPr>
      <w:r>
        <w:rPr>
          <w:rFonts w:ascii="Noto Serif CJK JP" w:hAnsi="Noto Serif CJK JP" w:eastAsia="Noto Serif CJK JP"/>
          <w:b w:val="0"/>
          <w:i w:val="0"/>
          <w:color w:val="6A6F75"/>
          <w:sz w:val="19"/>
        </w:rPr>
        <w:t>ふきみたる　／　風のけしきに　／　をみなへし　／　ゝほれしぬへき　／　心ちこそすれ</w:t>
      </w:r>
    </w:p>
    <w:p>
      <w:pPr>
        <w:keepNext/>
        <w:spacing w:after="60"/>
      </w:pPr>
      <w:r>
        <w:rPr>
          <w:b w:val="0"/>
          <w:i/>
          <w:color w:val="222B33"/>
          <w:sz w:val="21"/>
        </w:rPr>
        <w:t>In the look of the wind</w:t>
        <w:br/>
      </w:r>
      <w:r>
        <w:rPr>
          <w:b w:val="0"/>
          <w:i/>
          <w:color w:val="222B33"/>
          <w:sz w:val="21"/>
        </w:rPr>
        <w:t>that blows and scatters all,</w:t>
        <w:br/>
      </w:r>
      <w:r>
        <w:rPr>
          <w:b w:val="0"/>
          <w:i/>
          <w:color w:val="222B33"/>
          <w:sz w:val="21"/>
        </w:rPr>
        <w:t>the maiden flower</w:t>
        <w:br/>
      </w:r>
      <w:r>
        <w:rPr>
          <w:b w:val="0"/>
          <w:i/>
          <w:color w:val="222B33"/>
          <w:sz w:val="21"/>
        </w:rPr>
        <w:t>feels it may</w:t>
        <w:br/>
      </w:r>
      <w:r>
        <w:rPr>
          <w:b w:val="0"/>
          <w:i/>
          <w:color w:val="222B33"/>
          <w:sz w:val="21"/>
        </w:rPr>
        <w:t>wither and die.</w:t>
      </w:r>
    </w:p>
    <w:p>
      <w:pPr>
        <w:spacing w:after="40"/>
      </w:pPr>
      <w:r>
        <w:rPr>
          <w:b w:val="0"/>
          <w:i w:val="0"/>
          <w:color w:val="6A6F75"/>
          <w:sz w:val="18"/>
        </w:rPr>
        <w:t xml:space="preserve">Answered by </w:t>
      </w:r>
      <w:hyperlink w:anchor="p388">
        <w:r>
          <w:rPr>
            <w:color w:val="2E5A80"/>
            <w:u w:val="single"/>
            <w:sz w:val="18"/>
          </w:rPr>
          <w:t xml:space="preserve">No. 388 (Genji)</w:t>
        </w:r>
      </w:hyperlink>
    </w:p>
    <w:p>
      <w:pPr>
        <w:keepNext/>
        <w:spacing w:after="20" w:before="200"/>
      </w:pPr>
      <w:bookmarkStart w:id="416" w:name="p388"/>
      <w:r>
        <w:rPr>
          <w:b/>
          <w:i w:val="0"/>
          <w:color w:val="222B33"/>
          <w:sz w:val="22"/>
        </w:rPr>
        <w:t>No. 388</w:t>
      </w:r>
      <w:r>
        <w:rPr>
          <w:b w:val="0"/>
          <w:i w:val="0"/>
          <w:color w:val="6A6F75"/>
          <w:sz w:val="18"/>
        </w:rPr>
        <w:t xml:space="preserve">   Genji → Tamakazura   答 reply</w:t>
      </w:r>
      <w:bookmarkEnd w:id="416"/>
    </w:p>
    <w:p>
      <w:pPr>
        <w:keepNext/>
        <w:spacing w:after="0"/>
      </w:pPr>
      <w:r>
        <w:rPr>
          <w:rFonts w:ascii="Noto Serif CJK JP" w:hAnsi="Noto Serif CJK JP" w:eastAsia="Noto Serif CJK JP"/>
          <w:b w:val="0"/>
          <w:i w:val="0"/>
          <w:color w:val="222B33"/>
          <w:sz w:val="26"/>
        </w:rPr>
        <w:t>下露になびかましかば女郎花荒き風にはしをれざらまし</w:t>
      </w:r>
    </w:p>
    <w:p>
      <w:pPr>
        <w:keepNext/>
        <w:spacing w:after="60"/>
      </w:pPr>
      <w:r>
        <w:rPr>
          <w:rFonts w:ascii="Noto Serif CJK JP" w:hAnsi="Noto Serif CJK JP" w:eastAsia="Noto Serif CJK JP"/>
          <w:b w:val="0"/>
          <w:i w:val="0"/>
          <w:color w:val="6A6F75"/>
          <w:sz w:val="19"/>
        </w:rPr>
        <w:t>した露に　／　なひかましかは　／　をみなへし　／　あらきかせには　／　しほれさらまし</w:t>
      </w:r>
    </w:p>
    <w:p>
      <w:pPr>
        <w:keepNext/>
        <w:spacing w:after="60"/>
      </w:pPr>
      <w:r>
        <w:rPr>
          <w:b w:val="0"/>
          <w:i/>
          <w:color w:val="222B33"/>
          <w:sz w:val="21"/>
        </w:rPr>
        <w:t>If you bent to the dew</w:t>
        <w:br/>
      </w:r>
      <w:r>
        <w:rPr>
          <w:b w:val="0"/>
          <w:i/>
          <w:color w:val="222B33"/>
          <w:sz w:val="21"/>
        </w:rPr>
        <w:t>beneath the leaves, maiden flower,</w:t>
        <w:br/>
      </w:r>
      <w:r>
        <w:rPr>
          <w:b w:val="0"/>
          <w:i/>
          <w:color w:val="222B33"/>
          <w:sz w:val="21"/>
        </w:rPr>
        <w:t>you would not wither</w:t>
        <w:br/>
      </w:r>
      <w:r>
        <w:rPr>
          <w:b w:val="0"/>
          <w:i/>
          <w:color w:val="222B33"/>
          <w:sz w:val="21"/>
        </w:rPr>
        <w:t>in the harsh</w:t>
        <w:br/>
      </w:r>
      <w:r>
        <w:rPr>
          <w:b w:val="0"/>
          <w:i/>
          <w:color w:val="222B33"/>
          <w:sz w:val="21"/>
        </w:rPr>
        <w:t>wind.</w:t>
      </w:r>
    </w:p>
    <w:p>
      <w:pPr>
        <w:spacing w:after="40"/>
      </w:pPr>
      <w:r>
        <w:rPr>
          <w:b w:val="0"/>
          <w:i w:val="0"/>
          <w:color w:val="222B33"/>
          <w:sz w:val="19"/>
        </w:rPr>
        <w:t>Yūgiri watches the scene and suspects Genji.</w:t>
      </w:r>
    </w:p>
    <w:p>
      <w:pPr>
        <w:spacing w:after="40"/>
      </w:pPr>
      <w:r>
        <w:rPr>
          <w:b w:val="0"/>
          <w:i w:val="0"/>
          <w:color w:val="6A6F75"/>
          <w:sz w:val="18"/>
        </w:rPr>
        <w:t xml:space="preserve">In reply to </w:t>
      </w:r>
      <w:hyperlink w:anchor="p387">
        <w:r>
          <w:rPr>
            <w:color w:val="2E5A80"/>
            <w:u w:val="single"/>
            <w:sz w:val="18"/>
          </w:rPr>
          <w:t xml:space="preserve">No. 387 (Tamakazura)</w:t>
        </w:r>
      </w:hyperlink>
    </w:p>
    <w:p>
      <w:pPr>
        <w:keepNext/>
        <w:spacing w:after="20" w:before="200"/>
      </w:pPr>
      <w:bookmarkStart w:id="417" w:name="p389"/>
      <w:r>
        <w:rPr>
          <w:b/>
          <w:i w:val="0"/>
          <w:color w:val="222B33"/>
          <w:sz w:val="22"/>
        </w:rPr>
        <w:t>No. 389</w:t>
      </w:r>
      <w:r>
        <w:rPr>
          <w:b w:val="0"/>
          <w:i w:val="0"/>
          <w:color w:val="6A6F75"/>
          <w:sz w:val="18"/>
        </w:rPr>
        <w:t xml:space="preserve">   Yūgiri → Kumoi no Kari   贈:独 sent / solo</w:t>
      </w:r>
      <w:bookmarkEnd w:id="417"/>
    </w:p>
    <w:p>
      <w:pPr>
        <w:keepNext/>
        <w:spacing w:after="40"/>
      </w:pPr>
      <w:r>
        <w:rPr>
          <w:b/>
          <w:i w:val="0"/>
          <w:color w:val="6A6F75"/>
          <w:sz w:val="18"/>
        </w:rPr>
        <w:t xml:space="preserve">Context. </w:t>
      </w:r>
      <w:r>
        <w:rPr>
          <w:b w:val="0"/>
          <w:i w:val="0"/>
          <w:color w:val="6A6F75"/>
          <w:sz w:val="19"/>
        </w:rPr>
        <w:t>Yūgiri writes to Kumoi no Kari after the typhoon.</w:t>
      </w:r>
    </w:p>
    <w:p>
      <w:pPr>
        <w:keepNext/>
        <w:spacing w:after="0"/>
      </w:pPr>
      <w:r>
        <w:rPr>
          <w:rFonts w:ascii="Noto Serif CJK JP" w:hAnsi="Noto Serif CJK JP" w:eastAsia="Noto Serif CJK JP"/>
          <w:b w:val="0"/>
          <w:i w:val="0"/>
          <w:color w:val="222B33"/>
          <w:sz w:val="26"/>
        </w:rPr>
        <w:t>風騒ぎむら雲まがふ夕べにも忘るる間なく忘られぬ君</w:t>
      </w:r>
    </w:p>
    <w:p>
      <w:pPr>
        <w:keepNext/>
        <w:spacing w:after="60"/>
      </w:pPr>
      <w:r>
        <w:rPr>
          <w:rFonts w:ascii="Noto Serif CJK JP" w:hAnsi="Noto Serif CJK JP" w:eastAsia="Noto Serif CJK JP"/>
          <w:b w:val="0"/>
          <w:i w:val="0"/>
          <w:color w:val="6A6F75"/>
          <w:sz w:val="19"/>
        </w:rPr>
        <w:t>風さはき　／　むら雲まかふ　／　夕にも　／　わするゝまなく　／　わすられぬ君</w:t>
      </w:r>
    </w:p>
    <w:p>
      <w:pPr>
        <w:keepNext/>
        <w:spacing w:after="60"/>
      </w:pPr>
      <w:r>
        <w:rPr>
          <w:b w:val="0"/>
          <w:i/>
          <w:color w:val="222B33"/>
          <w:sz w:val="21"/>
        </w:rPr>
        <w:t>Even at evening, when the wind</w:t>
        <w:br/>
      </w:r>
      <w:r>
        <w:rPr>
          <w:b w:val="0"/>
          <w:i/>
          <w:color w:val="222B33"/>
          <w:sz w:val="21"/>
        </w:rPr>
        <w:t>rages and clouds race and mingle,</w:t>
        <w:br/>
      </w:r>
      <w:r>
        <w:rPr>
          <w:b w:val="0"/>
          <w:i/>
          <w:color w:val="222B33"/>
          <w:sz w:val="21"/>
        </w:rPr>
        <w:t>you, never forgotten</w:t>
        <w:br/>
      </w:r>
      <w:r>
        <w:rPr>
          <w:b w:val="0"/>
          <w:i/>
          <w:color w:val="222B33"/>
          <w:sz w:val="21"/>
        </w:rPr>
        <w:t>for a moment,</w:t>
        <w:br/>
      </w:r>
      <w:r>
        <w:rPr>
          <w:b w:val="0"/>
          <w:i/>
          <w:color w:val="222B33"/>
          <w:sz w:val="21"/>
        </w:rPr>
        <w:t>unforgettable.</w:t>
      </w:r>
    </w:p>
    <w:p>
      <w:pPr>
        <w:pStyle w:val="Heading1"/>
      </w:pPr>
      <w:bookmarkStart w:id="418" w:name="ch29"/>
      <w:r>
        <w:t>Chapter 29 · Miyuki 行幸</w:t>
      </w:r>
      <w:bookmarkEnd w:id="418"/>
    </w:p>
    <w:p>
      <w:pPr>
        <w:keepNext/>
        <w:spacing w:after="20" w:before="200"/>
      </w:pPr>
      <w:bookmarkStart w:id="419" w:name="p390"/>
      <w:r>
        <w:rPr>
          <w:b/>
          <w:i w:val="0"/>
          <w:color w:val="222B33"/>
          <w:sz w:val="22"/>
        </w:rPr>
        <w:t>No. 390</w:t>
      </w:r>
      <w:r>
        <w:rPr>
          <w:b w:val="0"/>
          <w:i w:val="0"/>
          <w:color w:val="6A6F75"/>
          <w:sz w:val="18"/>
        </w:rPr>
        <w:t xml:space="preserve">   Reizei Emperor → Genji   贈 sent</w:t>
      </w:r>
      <w:bookmarkEnd w:id="419"/>
    </w:p>
    <w:p>
      <w:pPr>
        <w:keepNext/>
        <w:spacing w:after="40"/>
      </w:pPr>
      <w:r>
        <w:rPr>
          <w:b/>
          <w:i w:val="0"/>
          <w:color w:val="6A6F75"/>
          <w:sz w:val="18"/>
        </w:rPr>
        <w:t xml:space="preserve">Context. </w:t>
      </w:r>
      <w:r>
        <w:rPr>
          <w:b w:val="0"/>
          <w:i w:val="0"/>
          <w:color w:val="6A6F75"/>
          <w:sz w:val="19"/>
        </w:rPr>
        <w:t>The imperial hunt at Ōharano; Reizei and Genji.</w:t>
      </w:r>
    </w:p>
    <w:p>
      <w:pPr>
        <w:keepNext/>
        <w:spacing w:after="0"/>
      </w:pPr>
      <w:r>
        <w:rPr>
          <w:rFonts w:ascii="Noto Serif CJK JP" w:hAnsi="Noto Serif CJK JP" w:eastAsia="Noto Serif CJK JP"/>
          <w:b w:val="0"/>
          <w:i w:val="0"/>
          <w:color w:val="222B33"/>
          <w:sz w:val="26"/>
        </w:rPr>
        <w:t>雪深き小塩山にたつ雉の古き跡をも今日は尋ねよ</w:t>
      </w:r>
    </w:p>
    <w:p>
      <w:pPr>
        <w:keepNext/>
        <w:spacing w:after="60"/>
      </w:pPr>
      <w:r>
        <w:rPr>
          <w:rFonts w:ascii="Noto Serif CJK JP" w:hAnsi="Noto Serif CJK JP" w:eastAsia="Noto Serif CJK JP"/>
          <w:b w:val="0"/>
          <w:i w:val="0"/>
          <w:color w:val="6A6F75"/>
          <w:sz w:val="19"/>
        </w:rPr>
        <w:t>雪深き　／　をしほの山に　／　たつきしの　／　ふるき跡をも　／　けふは尋よ</w:t>
      </w:r>
    </w:p>
    <w:p>
      <w:pPr>
        <w:keepNext/>
        <w:spacing w:after="60"/>
      </w:pPr>
      <w:r>
        <w:rPr>
          <w:b w:val="0"/>
          <w:i/>
          <w:color w:val="222B33"/>
          <w:sz w:val="21"/>
        </w:rPr>
        <w:t>Today follow the old tracks</w:t>
        <w:br/>
      </w:r>
      <w:r>
        <w:rPr>
          <w:b w:val="0"/>
          <w:i/>
          <w:color w:val="222B33"/>
          <w:sz w:val="21"/>
        </w:rPr>
        <w:t>of the pheasant that rises</w:t>
        <w:br/>
      </w:r>
      <w:r>
        <w:rPr>
          <w:b w:val="0"/>
          <w:i/>
          <w:color w:val="222B33"/>
          <w:sz w:val="21"/>
        </w:rPr>
        <w:t>on Mount Oshio</w:t>
        <w:br/>
      </w:r>
      <w:r>
        <w:rPr>
          <w:b w:val="0"/>
          <w:i/>
          <w:color w:val="222B33"/>
          <w:sz w:val="21"/>
        </w:rPr>
        <w:t>deep</w:t>
        <w:br/>
      </w:r>
      <w:r>
        <w:rPr>
          <w:b w:val="0"/>
          <w:i/>
          <w:color w:val="222B33"/>
          <w:sz w:val="21"/>
        </w:rPr>
        <w:t>in snow.</w:t>
      </w:r>
    </w:p>
    <w:p>
      <w:pPr>
        <w:spacing w:after="40"/>
      </w:pPr>
      <w:r>
        <w:rPr>
          <w:b w:val="0"/>
          <w:i w:val="0"/>
          <w:color w:val="222B33"/>
          <w:sz w:val="19"/>
        </w:rPr>
        <w:t>The imperial hunt at Ōharano.</w:t>
      </w:r>
    </w:p>
    <w:p>
      <w:pPr>
        <w:spacing w:after="40"/>
      </w:pPr>
      <w:r>
        <w:rPr>
          <w:b w:val="0"/>
          <w:i w:val="0"/>
          <w:color w:val="6A6F75"/>
          <w:sz w:val="18"/>
        </w:rPr>
        <w:t xml:space="preserve">Answered by </w:t>
      </w:r>
      <w:hyperlink w:anchor="p391">
        <w:r>
          <w:rPr>
            <w:color w:val="2E5A80"/>
            <w:u w:val="single"/>
            <w:sz w:val="18"/>
          </w:rPr>
          <w:t xml:space="preserve">No. 391 (Genji)</w:t>
        </w:r>
      </w:hyperlink>
    </w:p>
    <w:p>
      <w:pPr>
        <w:keepNext/>
        <w:spacing w:after="20" w:before="200"/>
      </w:pPr>
      <w:bookmarkStart w:id="420" w:name="p391"/>
      <w:r>
        <w:rPr>
          <w:b/>
          <w:i w:val="0"/>
          <w:color w:val="222B33"/>
          <w:sz w:val="22"/>
        </w:rPr>
        <w:t>No. 391</w:t>
      </w:r>
      <w:r>
        <w:rPr>
          <w:b w:val="0"/>
          <w:i w:val="0"/>
          <w:color w:val="6A6F75"/>
          <w:sz w:val="18"/>
        </w:rPr>
        <w:t xml:space="preserve">   Genji → Reizei Emperor   答 reply</w:t>
      </w:r>
      <w:bookmarkEnd w:id="420"/>
    </w:p>
    <w:p>
      <w:pPr>
        <w:keepNext/>
        <w:spacing w:after="0"/>
      </w:pPr>
      <w:r>
        <w:rPr>
          <w:rFonts w:ascii="Noto Serif CJK JP" w:hAnsi="Noto Serif CJK JP" w:eastAsia="Noto Serif CJK JP"/>
          <w:b w:val="0"/>
          <w:i w:val="0"/>
          <w:color w:val="222B33"/>
          <w:sz w:val="26"/>
        </w:rPr>
        <w:t>小塩山深雪積もれる松原に今日ばかりなる跡やなからむ</w:t>
      </w:r>
    </w:p>
    <w:p>
      <w:pPr>
        <w:keepNext/>
        <w:spacing w:after="60"/>
      </w:pPr>
      <w:r>
        <w:rPr>
          <w:rFonts w:ascii="Noto Serif CJK JP" w:hAnsi="Noto Serif CJK JP" w:eastAsia="Noto Serif CJK JP"/>
          <w:b w:val="0"/>
          <w:i w:val="0"/>
          <w:color w:val="6A6F75"/>
          <w:sz w:val="19"/>
        </w:rPr>
        <w:t>小塩山　／　みゆきつもれる　／　松原に　／　けふはかりなる　／　あとやなからむ</w:t>
      </w:r>
    </w:p>
    <w:p>
      <w:pPr>
        <w:keepNext/>
        <w:spacing w:after="60"/>
      </w:pPr>
      <w:r>
        <w:rPr>
          <w:b w:val="0"/>
          <w:i/>
          <w:color w:val="222B33"/>
          <w:sz w:val="21"/>
        </w:rPr>
        <w:t>In the pine wood</w:t>
        <w:br/>
      </w:r>
      <w:r>
        <w:rPr>
          <w:b w:val="0"/>
          <w:i/>
          <w:color w:val="222B33"/>
          <w:sz w:val="21"/>
        </w:rPr>
        <w:t>of Mount Oshio deep in snow,</w:t>
        <w:br/>
      </w:r>
      <w:r>
        <w:rPr>
          <w:b w:val="0"/>
          <w:i/>
          <w:color w:val="222B33"/>
          <w:sz w:val="21"/>
        </w:rPr>
        <w:t>will there be no tracks</w:t>
        <w:br/>
      </w:r>
      <w:r>
        <w:rPr>
          <w:b w:val="0"/>
          <w:i/>
          <w:color w:val="222B33"/>
          <w:sz w:val="21"/>
        </w:rPr>
        <w:t>of one</w:t>
        <w:br/>
      </w:r>
      <w:r>
        <w:rPr>
          <w:b w:val="0"/>
          <w:i/>
          <w:color w:val="222B33"/>
          <w:sz w:val="21"/>
        </w:rPr>
        <w:t>so rare as today?</w:t>
      </w:r>
    </w:p>
    <w:p>
      <w:pPr>
        <w:spacing w:after="40"/>
      </w:pPr>
      <w:r>
        <w:rPr>
          <w:b w:val="0"/>
          <w:i w:val="0"/>
          <w:color w:val="6A6F75"/>
          <w:sz w:val="18"/>
        </w:rPr>
        <w:t xml:space="preserve">In reply to </w:t>
      </w:r>
      <w:hyperlink w:anchor="p390">
        <w:r>
          <w:rPr>
            <w:color w:val="2E5A80"/>
            <w:u w:val="single"/>
            <w:sz w:val="18"/>
          </w:rPr>
          <w:t xml:space="preserve">No. 390 (Reizei Emperor)</w:t>
        </w:r>
      </w:hyperlink>
    </w:p>
    <w:p>
      <w:pPr>
        <w:keepNext/>
        <w:spacing w:after="20" w:before="200"/>
      </w:pPr>
      <w:bookmarkStart w:id="421" w:name="p392"/>
      <w:r>
        <w:rPr>
          <w:b/>
          <w:i w:val="0"/>
          <w:color w:val="222B33"/>
          <w:sz w:val="22"/>
        </w:rPr>
        <w:t>No. 392</w:t>
      </w:r>
      <w:r>
        <w:rPr>
          <w:b w:val="0"/>
          <w:i w:val="0"/>
          <w:color w:val="6A6F75"/>
          <w:sz w:val="18"/>
        </w:rPr>
        <w:t xml:space="preserve">   Tamakazura → Genji   贈 sent</w:t>
      </w:r>
      <w:bookmarkEnd w:id="421"/>
    </w:p>
    <w:p>
      <w:pPr>
        <w:keepNext/>
        <w:spacing w:after="40"/>
      </w:pPr>
      <w:r>
        <w:rPr>
          <w:b/>
          <w:i w:val="0"/>
          <w:color w:val="6A6F75"/>
          <w:sz w:val="18"/>
        </w:rPr>
        <w:t xml:space="preserve">Context. </w:t>
      </w:r>
      <w:r>
        <w:rPr>
          <w:b w:val="0"/>
          <w:i w:val="0"/>
          <w:color w:val="6A6F75"/>
          <w:sz w:val="19"/>
        </w:rPr>
        <w:t>Tamakazura sees Reizei and her father at the hunt.</w:t>
      </w:r>
    </w:p>
    <w:p>
      <w:pPr>
        <w:keepNext/>
        <w:spacing w:after="0"/>
      </w:pPr>
      <w:r>
        <w:rPr>
          <w:rFonts w:ascii="Noto Serif CJK JP" w:hAnsi="Noto Serif CJK JP" w:eastAsia="Noto Serif CJK JP"/>
          <w:b w:val="0"/>
          <w:i w:val="0"/>
          <w:color w:val="222B33"/>
          <w:sz w:val="26"/>
        </w:rPr>
        <w:t>うちきらし朝ぐもりせし行幸にはさやかに空の光やは見し</w:t>
      </w:r>
    </w:p>
    <w:p>
      <w:pPr>
        <w:keepNext/>
        <w:spacing w:after="60"/>
      </w:pPr>
      <w:r>
        <w:rPr>
          <w:rFonts w:ascii="Noto Serif CJK JP" w:hAnsi="Noto Serif CJK JP" w:eastAsia="Noto Serif CJK JP"/>
          <w:b w:val="0"/>
          <w:i w:val="0"/>
          <w:color w:val="6A6F75"/>
          <w:sz w:val="19"/>
        </w:rPr>
        <w:t>うちきえし　／　あさくもりせし　／　み雪には　／　さやかに空の　／　光やはみし</w:t>
      </w:r>
    </w:p>
    <w:p>
      <w:pPr>
        <w:keepNext/>
        <w:spacing w:after="60"/>
      </w:pPr>
      <w:r>
        <w:rPr>
          <w:b w:val="0"/>
          <w:i/>
          <w:color w:val="222B33"/>
          <w:sz w:val="21"/>
        </w:rPr>
        <w:t>At the procession,</w:t>
        <w:br/>
      </w:r>
      <w:r>
        <w:rPr>
          <w:b w:val="0"/>
          <w:i/>
          <w:color w:val="222B33"/>
          <w:sz w:val="21"/>
        </w:rPr>
        <w:t>clouded over, misty that morning,</w:t>
        <w:br/>
      </w:r>
      <w:r>
        <w:rPr>
          <w:b w:val="0"/>
          <w:i/>
          <w:color w:val="222B33"/>
          <w:sz w:val="21"/>
        </w:rPr>
        <w:t>could I see clearly</w:t>
        <w:br/>
      </w:r>
      <w:r>
        <w:rPr>
          <w:b w:val="0"/>
          <w:i/>
          <w:color w:val="222B33"/>
          <w:sz w:val="21"/>
        </w:rPr>
        <w:t>the light</w:t>
        <w:br/>
      </w:r>
      <w:r>
        <w:rPr>
          <w:b w:val="0"/>
          <w:i/>
          <w:color w:val="222B33"/>
          <w:sz w:val="21"/>
        </w:rPr>
        <w:t>in the sky?</w:t>
      </w:r>
    </w:p>
    <w:p>
      <w:pPr>
        <w:spacing w:after="40"/>
      </w:pPr>
      <w:r>
        <w:rPr>
          <w:b w:val="0"/>
          <w:i w:val="0"/>
          <w:color w:val="222B33"/>
          <w:sz w:val="19"/>
        </w:rPr>
        <w:t>She has glimpsed the Emperor and her real father.</w:t>
      </w:r>
    </w:p>
    <w:p>
      <w:pPr>
        <w:spacing w:after="40"/>
      </w:pPr>
      <w:r>
        <w:rPr>
          <w:b w:val="0"/>
          <w:i w:val="0"/>
          <w:color w:val="6A6F75"/>
          <w:sz w:val="18"/>
        </w:rPr>
        <w:t xml:space="preserve">Answered by </w:t>
      </w:r>
      <w:hyperlink w:anchor="p393">
        <w:r>
          <w:rPr>
            <w:color w:val="2E5A80"/>
            <w:u w:val="single"/>
            <w:sz w:val="18"/>
          </w:rPr>
          <w:t xml:space="preserve">No. 393 (Genji)</w:t>
        </w:r>
      </w:hyperlink>
    </w:p>
    <w:p>
      <w:pPr>
        <w:keepNext/>
        <w:spacing w:after="20" w:before="200"/>
      </w:pPr>
      <w:bookmarkStart w:id="422" w:name="p393"/>
      <w:r>
        <w:rPr>
          <w:b/>
          <w:i w:val="0"/>
          <w:color w:val="222B33"/>
          <w:sz w:val="22"/>
        </w:rPr>
        <w:t>No. 393</w:t>
      </w:r>
      <w:r>
        <w:rPr>
          <w:b w:val="0"/>
          <w:i w:val="0"/>
          <w:color w:val="6A6F75"/>
          <w:sz w:val="18"/>
        </w:rPr>
        <w:t xml:space="preserve">   Genji → Tamakazura   答 reply</w:t>
      </w:r>
      <w:bookmarkEnd w:id="422"/>
    </w:p>
    <w:p>
      <w:pPr>
        <w:keepNext/>
        <w:spacing w:after="0"/>
      </w:pPr>
      <w:r>
        <w:rPr>
          <w:rFonts w:ascii="Noto Serif CJK JP" w:hAnsi="Noto Serif CJK JP" w:eastAsia="Noto Serif CJK JP"/>
          <w:b w:val="0"/>
          <w:i w:val="0"/>
          <w:color w:val="222B33"/>
          <w:sz w:val="26"/>
        </w:rPr>
        <w:t>あかねさす光は空に曇らぬをなどて行幸に目をきらしけむ</w:t>
      </w:r>
    </w:p>
    <w:p>
      <w:pPr>
        <w:keepNext/>
        <w:spacing w:after="60"/>
      </w:pPr>
      <w:r>
        <w:rPr>
          <w:rFonts w:ascii="Noto Serif CJK JP" w:hAnsi="Noto Serif CJK JP" w:eastAsia="Noto Serif CJK JP"/>
          <w:b w:val="0"/>
          <w:i w:val="0"/>
          <w:color w:val="6A6F75"/>
          <w:sz w:val="19"/>
        </w:rPr>
        <w:t>あかねさす　／　光は空に　／　くもらぬを　／　なとてみ雪に　／　めをきらしけむ</w:t>
      </w:r>
    </w:p>
    <w:p>
      <w:pPr>
        <w:keepNext/>
        <w:spacing w:after="60"/>
      </w:pPr>
      <w:r>
        <w:rPr>
          <w:b w:val="0"/>
          <w:i/>
          <w:color w:val="222B33"/>
          <w:sz w:val="21"/>
        </w:rPr>
        <w:t>The bright light</w:t>
        <w:br/>
      </w:r>
      <w:r>
        <w:rPr>
          <w:b w:val="0"/>
          <w:i/>
          <w:color w:val="222B33"/>
          <w:sz w:val="21"/>
        </w:rPr>
        <w:t>was not clouded in the sky;</w:t>
        <w:br/>
      </w:r>
      <w:r>
        <w:rPr>
          <w:b w:val="0"/>
          <w:i/>
          <w:color w:val="222B33"/>
          <w:sz w:val="21"/>
        </w:rPr>
        <w:t>why at the procession</w:t>
        <w:br/>
      </w:r>
      <w:r>
        <w:rPr>
          <w:b w:val="0"/>
          <w:i/>
          <w:color w:val="222B33"/>
          <w:sz w:val="21"/>
        </w:rPr>
        <w:t>were your eyes</w:t>
        <w:br/>
      </w:r>
      <w:r>
        <w:rPr>
          <w:b w:val="0"/>
          <w:i/>
          <w:color w:val="222B33"/>
          <w:sz w:val="21"/>
        </w:rPr>
        <w:t>misted over?</w:t>
      </w:r>
    </w:p>
    <w:p>
      <w:pPr>
        <w:spacing w:after="40"/>
      </w:pPr>
      <w:r>
        <w:rPr>
          <w:b w:val="0"/>
          <w:i w:val="0"/>
          <w:color w:val="222B33"/>
          <w:sz w:val="19"/>
        </w:rPr>
        <w:t>Akane sasu, “madder-red,” pillow word for light.</w:t>
      </w:r>
    </w:p>
    <w:p>
      <w:pPr>
        <w:spacing w:after="40"/>
      </w:pPr>
      <w:r>
        <w:rPr>
          <w:b w:val="0"/>
          <w:i w:val="0"/>
          <w:color w:val="6A6F75"/>
          <w:sz w:val="18"/>
        </w:rPr>
        <w:t xml:space="preserve">In reply to </w:t>
      </w:r>
      <w:hyperlink w:anchor="p392">
        <w:r>
          <w:rPr>
            <w:color w:val="2E5A80"/>
            <w:u w:val="single"/>
            <w:sz w:val="18"/>
          </w:rPr>
          <w:t xml:space="preserve">No. 392 (Tamakazura)</w:t>
        </w:r>
      </w:hyperlink>
    </w:p>
    <w:p>
      <w:pPr>
        <w:keepNext/>
        <w:spacing w:after="20" w:before="200"/>
      </w:pPr>
      <w:bookmarkStart w:id="423" w:name="p394"/>
      <w:r>
        <w:rPr>
          <w:b/>
          <w:i w:val="0"/>
          <w:color w:val="222B33"/>
          <w:sz w:val="22"/>
        </w:rPr>
        <w:t>No. 394</w:t>
      </w:r>
      <w:r>
        <w:rPr>
          <w:b w:val="0"/>
          <w:i w:val="0"/>
          <w:color w:val="6A6F75"/>
          <w:sz w:val="18"/>
        </w:rPr>
        <w:t xml:space="preserve">   Princess Ōmiya → Tamakazura   贈:独 sent / solo</w:t>
      </w:r>
      <w:bookmarkEnd w:id="423"/>
    </w:p>
    <w:p>
      <w:pPr>
        <w:keepNext/>
        <w:spacing w:after="40"/>
      </w:pPr>
      <w:r>
        <w:rPr>
          <w:b/>
          <w:i w:val="0"/>
          <w:color w:val="6A6F75"/>
          <w:sz w:val="18"/>
        </w:rPr>
        <w:t xml:space="preserve">Context. </w:t>
      </w:r>
      <w:r>
        <w:rPr>
          <w:b w:val="0"/>
          <w:i w:val="0"/>
          <w:color w:val="6A6F75"/>
          <w:sz w:val="19"/>
        </w:rPr>
        <w:t>Ōmiya sends a gift for Tamakazura’s initiation; she will be revealed as Tō no Chūjō’s daughter.</w:t>
      </w:r>
    </w:p>
    <w:p>
      <w:pPr>
        <w:keepNext/>
        <w:spacing w:after="0"/>
      </w:pPr>
      <w:r>
        <w:rPr>
          <w:rFonts w:ascii="Noto Serif CJK JP" w:hAnsi="Noto Serif CJK JP" w:eastAsia="Noto Serif CJK JP"/>
          <w:b w:val="0"/>
          <w:i w:val="0"/>
          <w:color w:val="222B33"/>
          <w:sz w:val="26"/>
        </w:rPr>
        <w:t>ふたかたに言ひもてゆけば玉櫛笥わが身はなれぬ懸子なりけり</w:t>
      </w:r>
    </w:p>
    <w:p>
      <w:pPr>
        <w:keepNext/>
        <w:spacing w:after="60"/>
      </w:pPr>
      <w:r>
        <w:rPr>
          <w:rFonts w:ascii="Noto Serif CJK JP" w:hAnsi="Noto Serif CJK JP" w:eastAsia="Noto Serif CJK JP"/>
          <w:b w:val="0"/>
          <w:i w:val="0"/>
          <w:color w:val="6A6F75"/>
          <w:sz w:val="19"/>
        </w:rPr>
        <w:t>ふた方に　／　いひもてゆけは　／　玉くしけ　／　わか身はなれぬ　／　かけこなりけり</w:t>
      </w:r>
    </w:p>
    <w:p>
      <w:pPr>
        <w:keepNext/>
        <w:spacing w:after="60"/>
      </w:pPr>
      <w:r>
        <w:rPr>
          <w:b w:val="0"/>
          <w:i/>
          <w:color w:val="222B33"/>
          <w:sz w:val="21"/>
        </w:rPr>
        <w:t>Speaking of it either way,</w:t>
        <w:br/>
      </w:r>
      <w:r>
        <w:rPr>
          <w:b w:val="0"/>
          <w:i/>
          <w:color w:val="222B33"/>
          <w:sz w:val="21"/>
        </w:rPr>
        <w:t>I am the inner tray</w:t>
        <w:br/>
      </w:r>
      <w:r>
        <w:rPr>
          <w:b w:val="0"/>
          <w:i/>
          <w:color w:val="222B33"/>
          <w:sz w:val="21"/>
        </w:rPr>
        <w:t>inseparable</w:t>
        <w:br/>
      </w:r>
      <w:r>
        <w:rPr>
          <w:b w:val="0"/>
          <w:i/>
          <w:color w:val="222B33"/>
          <w:sz w:val="21"/>
        </w:rPr>
        <w:t>from the jeweled</w:t>
        <w:br/>
      </w:r>
      <w:r>
        <w:rPr>
          <w:b w:val="0"/>
          <w:i/>
          <w:color w:val="222B33"/>
          <w:sz w:val="21"/>
        </w:rPr>
        <w:t>comb box.</w:t>
      </w:r>
    </w:p>
    <w:p>
      <w:pPr>
        <w:spacing w:after="40"/>
      </w:pPr>
      <w:r>
        <w:rPr>
          <w:b w:val="0"/>
          <w:i w:val="0"/>
          <w:color w:val="222B33"/>
          <w:sz w:val="19"/>
        </w:rPr>
        <w:t>Kake, “tray,” and kakego, “child.” She is grandmother whether Tamakazura is Genji’s or Tō no Chūjō’s child.</w:t>
      </w:r>
    </w:p>
    <w:p>
      <w:pPr>
        <w:keepNext/>
        <w:spacing w:after="20" w:before="200"/>
      </w:pPr>
      <w:bookmarkStart w:id="424" w:name="p395"/>
      <w:r>
        <w:rPr>
          <w:b/>
          <w:i w:val="0"/>
          <w:color w:val="222B33"/>
          <w:sz w:val="22"/>
        </w:rPr>
        <w:t>No. 395</w:t>
      </w:r>
      <w:r>
        <w:rPr>
          <w:b w:val="0"/>
          <w:i w:val="0"/>
          <w:color w:val="6A6F75"/>
          <w:sz w:val="18"/>
        </w:rPr>
        <w:t xml:space="preserve">   Suetsumuhana → Genji   贈 sent</w:t>
      </w:r>
      <w:bookmarkEnd w:id="424"/>
    </w:p>
    <w:p>
      <w:pPr>
        <w:keepNext/>
        <w:spacing w:after="40"/>
      </w:pPr>
      <w:r>
        <w:rPr>
          <w:b/>
          <w:i w:val="0"/>
          <w:color w:val="6A6F75"/>
          <w:sz w:val="18"/>
        </w:rPr>
        <w:t xml:space="preserve">Context. </w:t>
      </w:r>
      <w:r>
        <w:rPr>
          <w:b w:val="0"/>
          <w:i w:val="0"/>
          <w:color w:val="6A6F75"/>
          <w:sz w:val="19"/>
        </w:rPr>
        <w:t>Suetsumuhana’s gift for Tamakazura’s initiation.</w:t>
      </w:r>
    </w:p>
    <w:p>
      <w:pPr>
        <w:keepNext/>
        <w:spacing w:after="0"/>
      </w:pPr>
      <w:r>
        <w:rPr>
          <w:rFonts w:ascii="Noto Serif CJK JP" w:hAnsi="Noto Serif CJK JP" w:eastAsia="Noto Serif CJK JP"/>
          <w:b w:val="0"/>
          <w:i w:val="0"/>
          <w:color w:val="222B33"/>
          <w:sz w:val="26"/>
        </w:rPr>
        <w:t>わが身こそ恨みられけれ唐衣君が袂に馴れずと思へば</w:t>
      </w:r>
    </w:p>
    <w:p>
      <w:pPr>
        <w:keepNext/>
        <w:spacing w:after="60"/>
      </w:pPr>
      <w:r>
        <w:rPr>
          <w:rFonts w:ascii="Noto Serif CJK JP" w:hAnsi="Noto Serif CJK JP" w:eastAsia="Noto Serif CJK JP"/>
          <w:b w:val="0"/>
          <w:i w:val="0"/>
          <w:color w:val="6A6F75"/>
          <w:sz w:val="19"/>
        </w:rPr>
        <w:t>我身こそ　／　恨られけれ　／　から衣　／　君かたもとに　／　なれすとおもへは</w:t>
      </w:r>
    </w:p>
    <w:p>
      <w:pPr>
        <w:keepNext/>
        <w:spacing w:after="60"/>
      </w:pPr>
      <w:r>
        <w:rPr>
          <w:b w:val="0"/>
          <w:i/>
          <w:color w:val="222B33"/>
          <w:sz w:val="21"/>
        </w:rPr>
        <w:t>It is myself I resent,</w:t>
        <w:br/>
      </w:r>
      <w:r>
        <w:rPr>
          <w:b w:val="0"/>
          <w:i/>
          <w:color w:val="222B33"/>
          <w:sz w:val="21"/>
        </w:rPr>
        <w:t>thinking I have never</w:t>
        <w:br/>
      </w:r>
      <w:r>
        <w:rPr>
          <w:b w:val="0"/>
          <w:i/>
          <w:color w:val="222B33"/>
          <w:sz w:val="21"/>
        </w:rPr>
        <w:t>grown close to your sleeves,</w:t>
        <w:br/>
      </w:r>
      <w:r>
        <w:rPr>
          <w:b w:val="0"/>
          <w:i/>
          <w:color w:val="222B33"/>
          <w:sz w:val="21"/>
        </w:rPr>
        <w:t>like a Chinese</w:t>
        <w:br/>
      </w:r>
      <w:r>
        <w:rPr>
          <w:b w:val="0"/>
          <w:i/>
          <w:color w:val="222B33"/>
          <w:sz w:val="21"/>
        </w:rPr>
        <w:t>robe.</w:t>
      </w:r>
    </w:p>
    <w:p>
      <w:pPr>
        <w:spacing w:after="40"/>
      </w:pPr>
      <w:r>
        <w:rPr>
          <w:b w:val="0"/>
          <w:i w:val="0"/>
          <w:color w:val="6A6F75"/>
          <w:sz w:val="18"/>
        </w:rPr>
        <w:t xml:space="preserve">Answered by </w:t>
      </w:r>
      <w:hyperlink w:anchor="p396">
        <w:r>
          <w:rPr>
            <w:color w:val="2E5A80"/>
            <w:u w:val="single"/>
            <w:sz w:val="18"/>
          </w:rPr>
          <w:t xml:space="preserve">No. 396 (Genji)</w:t>
        </w:r>
      </w:hyperlink>
      <w:r>
        <w:rPr>
          <w:b w:val="0"/>
          <w:i w:val="0"/>
          <w:color w:val="6A6F75"/>
          <w:sz w:val="18"/>
        </w:rPr>
        <w:t xml:space="preserve">   ·   </w:t>
      </w:r>
      <w:r>
        <w:rPr>
          <w:b w:val="0"/>
          <w:i w:val="0"/>
          <w:color w:val="6A6F75"/>
          <w:sz w:val="18"/>
        </w:rPr>
        <w:t xml:space="preserve">Echo, Suetsumuhana’s Chinese robe: </w:t>
      </w:r>
      <w:hyperlink w:anchor="p79">
        <w:r>
          <w:rPr>
            <w:color w:val="2E5A80"/>
            <w:u w:val="single"/>
            <w:sz w:val="18"/>
          </w:rPr>
          <w:t xml:space="preserve">No. 79</w:t>
        </w:r>
      </w:hyperlink>
      <w:r>
        <w:rPr>
          <w:b w:val="0"/>
          <w:i w:val="0"/>
          <w:color w:val="6A6F75"/>
          <w:sz w:val="18"/>
        </w:rPr>
        <w:t xml:space="preserve">, </w:t>
      </w:r>
      <w:hyperlink w:anchor="p350">
        <w:r>
          <w:rPr>
            <w:color w:val="2E5A80"/>
            <w:u w:val="single"/>
            <w:sz w:val="18"/>
          </w:rPr>
          <w:t xml:space="preserve">No. 350</w:t>
        </w:r>
      </w:hyperlink>
      <w:r>
        <w:rPr>
          <w:b w:val="0"/>
          <w:i w:val="0"/>
          <w:color w:val="6A6F75"/>
          <w:sz w:val="18"/>
        </w:rPr>
        <w:t xml:space="preserve">, </w:t>
      </w:r>
      <w:hyperlink w:anchor="p396">
        <w:r>
          <w:rPr>
            <w:color w:val="2E5A80"/>
            <w:u w:val="single"/>
            <w:sz w:val="18"/>
          </w:rPr>
          <w:t xml:space="preserve">No. 396</w:t>
        </w:r>
      </w:hyperlink>
    </w:p>
    <w:p>
      <w:pPr>
        <w:keepNext/>
        <w:spacing w:after="20" w:before="200"/>
      </w:pPr>
      <w:bookmarkStart w:id="425" w:name="p396"/>
      <w:r>
        <w:rPr>
          <w:b/>
          <w:i w:val="0"/>
          <w:color w:val="222B33"/>
          <w:sz w:val="22"/>
        </w:rPr>
        <w:t>No. 396</w:t>
      </w:r>
      <w:r>
        <w:rPr>
          <w:b w:val="0"/>
          <w:i w:val="0"/>
          <w:color w:val="6A6F75"/>
          <w:sz w:val="18"/>
        </w:rPr>
        <w:t xml:space="preserve">   Genji → Suetsumuhana   答 reply</w:t>
      </w:r>
      <w:bookmarkEnd w:id="425"/>
    </w:p>
    <w:p>
      <w:pPr>
        <w:keepNext/>
        <w:spacing w:after="0"/>
      </w:pPr>
      <w:r>
        <w:rPr>
          <w:rFonts w:ascii="Noto Serif CJK JP" w:hAnsi="Noto Serif CJK JP" w:eastAsia="Noto Serif CJK JP"/>
          <w:b w:val="0"/>
          <w:i w:val="0"/>
          <w:color w:val="222B33"/>
          <w:sz w:val="26"/>
        </w:rPr>
        <w:t>唐衣また唐衣唐衣かへすがへすも唐衣なる</w:t>
      </w:r>
    </w:p>
    <w:p>
      <w:pPr>
        <w:keepNext/>
        <w:spacing w:after="60"/>
      </w:pPr>
      <w:r>
        <w:rPr>
          <w:rFonts w:ascii="Noto Serif CJK JP" w:hAnsi="Noto Serif CJK JP" w:eastAsia="Noto Serif CJK JP"/>
          <w:b w:val="0"/>
          <w:i w:val="0"/>
          <w:color w:val="6A6F75"/>
          <w:sz w:val="19"/>
        </w:rPr>
        <w:t>唐衣　／　又から衣　／　からころも　／　かへすかへすも　／　から衣なる</w:t>
      </w:r>
    </w:p>
    <w:p>
      <w:pPr>
        <w:keepNext/>
        <w:spacing w:after="60"/>
      </w:pPr>
      <w:r>
        <w:rPr>
          <w:b w:val="0"/>
          <w:i/>
          <w:color w:val="222B33"/>
          <w:sz w:val="21"/>
        </w:rPr>
        <w:t>Chinese robe,</w:t>
        <w:br/>
      </w:r>
      <w:r>
        <w:rPr>
          <w:b w:val="0"/>
          <w:i/>
          <w:color w:val="222B33"/>
          <w:sz w:val="21"/>
        </w:rPr>
        <w:t>and Chinese robe again, Chinese robe:</w:t>
        <w:br/>
      </w:r>
      <w:r>
        <w:rPr>
          <w:b w:val="0"/>
          <w:i/>
          <w:color w:val="222B33"/>
          <w:sz w:val="21"/>
        </w:rPr>
        <w:t>over and over</w:t>
        <w:br/>
      </w:r>
      <w:r>
        <w:rPr>
          <w:b w:val="0"/>
          <w:i/>
          <w:color w:val="222B33"/>
          <w:sz w:val="21"/>
        </w:rPr>
        <w:t>it is the</w:t>
        <w:br/>
      </w:r>
      <w:r>
        <w:rPr>
          <w:b w:val="0"/>
          <w:i/>
          <w:color w:val="222B33"/>
          <w:sz w:val="21"/>
        </w:rPr>
        <w:t>Chinese robe.</w:t>
      </w:r>
    </w:p>
    <w:p>
      <w:pPr>
        <w:spacing w:after="40"/>
      </w:pPr>
      <w:r>
        <w:rPr>
          <w:b w:val="0"/>
          <w:i w:val="0"/>
          <w:color w:val="222B33"/>
          <w:sz w:val="19"/>
        </w:rPr>
        <w:t>Genji parodies her one recurring image.</w:t>
      </w:r>
    </w:p>
    <w:p>
      <w:pPr>
        <w:spacing w:after="40"/>
      </w:pPr>
      <w:r>
        <w:rPr>
          <w:b w:val="0"/>
          <w:i w:val="0"/>
          <w:color w:val="6A6F75"/>
          <w:sz w:val="18"/>
        </w:rPr>
        <w:t xml:space="preserve">In reply to </w:t>
      </w:r>
      <w:hyperlink w:anchor="p395">
        <w:r>
          <w:rPr>
            <w:color w:val="2E5A80"/>
            <w:u w:val="single"/>
            <w:sz w:val="18"/>
          </w:rPr>
          <w:t xml:space="preserve">No. 395 (Suetsumuhana)</w:t>
        </w:r>
      </w:hyperlink>
      <w:r>
        <w:rPr>
          <w:b w:val="0"/>
          <w:i w:val="0"/>
          <w:color w:val="6A6F75"/>
          <w:sz w:val="18"/>
        </w:rPr>
        <w:t xml:space="preserve">   ·   </w:t>
      </w:r>
      <w:r>
        <w:rPr>
          <w:b w:val="0"/>
          <w:i w:val="0"/>
          <w:color w:val="6A6F75"/>
          <w:sz w:val="18"/>
        </w:rPr>
        <w:t xml:space="preserve">Echo, Suetsumuhana’s Chinese robe: </w:t>
      </w:r>
      <w:hyperlink w:anchor="p79">
        <w:r>
          <w:rPr>
            <w:color w:val="2E5A80"/>
            <w:u w:val="single"/>
            <w:sz w:val="18"/>
          </w:rPr>
          <w:t xml:space="preserve">No. 79</w:t>
        </w:r>
      </w:hyperlink>
      <w:r>
        <w:rPr>
          <w:b w:val="0"/>
          <w:i w:val="0"/>
          <w:color w:val="6A6F75"/>
          <w:sz w:val="18"/>
        </w:rPr>
        <w:t xml:space="preserve">, </w:t>
      </w:r>
      <w:hyperlink w:anchor="p350">
        <w:r>
          <w:rPr>
            <w:color w:val="2E5A80"/>
            <w:u w:val="single"/>
            <w:sz w:val="18"/>
          </w:rPr>
          <w:t xml:space="preserve">No. 350</w:t>
        </w:r>
      </w:hyperlink>
      <w:r>
        <w:rPr>
          <w:b w:val="0"/>
          <w:i w:val="0"/>
          <w:color w:val="6A6F75"/>
          <w:sz w:val="18"/>
        </w:rPr>
        <w:t xml:space="preserve">, </w:t>
      </w:r>
      <w:hyperlink w:anchor="p395">
        <w:r>
          <w:rPr>
            <w:color w:val="2E5A80"/>
            <w:u w:val="single"/>
            <w:sz w:val="18"/>
          </w:rPr>
          <w:t xml:space="preserve">No. 395</w:t>
        </w:r>
      </w:hyperlink>
    </w:p>
    <w:p>
      <w:pPr>
        <w:keepNext/>
        <w:spacing w:after="20" w:before="200"/>
      </w:pPr>
      <w:bookmarkStart w:id="426" w:name="p397"/>
      <w:r>
        <w:rPr>
          <w:b/>
          <w:i w:val="0"/>
          <w:color w:val="222B33"/>
          <w:sz w:val="22"/>
        </w:rPr>
        <w:t>No. 397</w:t>
      </w:r>
      <w:r>
        <w:rPr>
          <w:b w:val="0"/>
          <w:i w:val="0"/>
          <w:color w:val="6A6F75"/>
          <w:sz w:val="18"/>
        </w:rPr>
        <w:t xml:space="preserve">   Tō no Chūjō → Genji   贈 sent</w:t>
      </w:r>
      <w:bookmarkEnd w:id="426"/>
    </w:p>
    <w:p>
      <w:pPr>
        <w:keepNext/>
        <w:spacing w:after="40"/>
      </w:pPr>
      <w:r>
        <w:rPr>
          <w:b/>
          <w:i w:val="0"/>
          <w:color w:val="6A6F75"/>
          <w:sz w:val="18"/>
        </w:rPr>
        <w:t xml:space="preserve">Context. </w:t>
      </w:r>
      <w:r>
        <w:rPr>
          <w:b w:val="0"/>
          <w:i w:val="0"/>
          <w:color w:val="6A6F75"/>
          <w:sz w:val="19"/>
        </w:rPr>
        <w:t>Tō no Chūjō learns that Tamakazura is his daughter; his resentment of Genji.</w:t>
      </w:r>
    </w:p>
    <w:p>
      <w:pPr>
        <w:keepNext/>
        <w:spacing w:after="0"/>
      </w:pPr>
      <w:r>
        <w:rPr>
          <w:rFonts w:ascii="Noto Serif CJK JP" w:hAnsi="Noto Serif CJK JP" w:eastAsia="Noto Serif CJK JP"/>
          <w:b w:val="0"/>
          <w:i w:val="0"/>
          <w:color w:val="222B33"/>
          <w:sz w:val="26"/>
        </w:rPr>
        <w:t>恨めしや沖つ玉藻をかづくまで磯がくれける海人の心よ</w:t>
      </w:r>
    </w:p>
    <w:p>
      <w:pPr>
        <w:keepNext/>
        <w:spacing w:after="60"/>
      </w:pPr>
      <w:r>
        <w:rPr>
          <w:rFonts w:ascii="Noto Serif CJK JP" w:hAnsi="Noto Serif CJK JP" w:eastAsia="Noto Serif CJK JP"/>
          <w:b w:val="0"/>
          <w:i w:val="0"/>
          <w:color w:val="6A6F75"/>
          <w:sz w:val="19"/>
        </w:rPr>
        <w:t>うらめしや　／　興津玉もを　／　かつくまて　／　磯かくれける　／　あまの心よ</w:t>
      </w:r>
    </w:p>
    <w:p>
      <w:pPr>
        <w:keepNext/>
        <w:spacing w:after="60"/>
      </w:pPr>
      <w:r>
        <w:rPr>
          <w:b w:val="0"/>
          <w:i/>
          <w:color w:val="222B33"/>
          <w:sz w:val="21"/>
        </w:rPr>
        <w:t>How bitter! the heart</w:t>
        <w:br/>
      </w:r>
      <w:r>
        <w:rPr>
          <w:b w:val="0"/>
          <w:i/>
          <w:color w:val="222B33"/>
          <w:sz w:val="21"/>
        </w:rPr>
        <w:t>of the fisher who hid by the rocks</w:t>
        <w:br/>
      </w:r>
      <w:r>
        <w:rPr>
          <w:b w:val="0"/>
          <w:i/>
          <w:color w:val="222B33"/>
          <w:sz w:val="21"/>
        </w:rPr>
        <w:t>until she dove</w:t>
        <w:br/>
      </w:r>
      <w:r>
        <w:rPr>
          <w:b w:val="0"/>
          <w:i/>
          <w:color w:val="222B33"/>
          <w:sz w:val="21"/>
        </w:rPr>
        <w:t>for the jeweled weed</w:t>
        <w:br/>
      </w:r>
      <w:r>
        <w:rPr>
          <w:b w:val="0"/>
          <w:i/>
          <w:color w:val="222B33"/>
          <w:sz w:val="21"/>
        </w:rPr>
        <w:t>of the open sea.</w:t>
      </w:r>
    </w:p>
    <w:p>
      <w:pPr>
        <w:spacing w:after="40"/>
      </w:pPr>
      <w:r>
        <w:rPr>
          <w:b w:val="0"/>
          <w:i w:val="0"/>
          <w:color w:val="222B33"/>
          <w:sz w:val="19"/>
        </w:rPr>
        <w:t>He resents that Genji hid his daughter.</w:t>
      </w:r>
    </w:p>
    <w:p>
      <w:pPr>
        <w:spacing w:after="40"/>
      </w:pPr>
      <w:r>
        <w:rPr>
          <w:b w:val="0"/>
          <w:i w:val="0"/>
          <w:color w:val="6A6F75"/>
          <w:sz w:val="18"/>
        </w:rPr>
        <w:t xml:space="preserve">Answered by </w:t>
      </w:r>
      <w:hyperlink w:anchor="p398">
        <w:r>
          <w:rPr>
            <w:color w:val="2E5A80"/>
            <w:u w:val="single"/>
            <w:sz w:val="18"/>
          </w:rPr>
          <w:t xml:space="preserve">No. 398 (Genji)</w:t>
        </w:r>
      </w:hyperlink>
    </w:p>
    <w:p>
      <w:pPr>
        <w:keepNext/>
        <w:spacing w:after="20" w:before="200"/>
      </w:pPr>
      <w:bookmarkStart w:id="427" w:name="p398"/>
      <w:r>
        <w:rPr>
          <w:b/>
          <w:i w:val="0"/>
          <w:color w:val="222B33"/>
          <w:sz w:val="22"/>
        </w:rPr>
        <w:t>No. 398</w:t>
      </w:r>
      <w:r>
        <w:rPr>
          <w:b w:val="0"/>
          <w:i w:val="0"/>
          <w:color w:val="6A6F75"/>
          <w:sz w:val="18"/>
        </w:rPr>
        <w:t xml:space="preserve">   Genji → Tō no Chūjō   答 reply</w:t>
      </w:r>
      <w:bookmarkEnd w:id="427"/>
    </w:p>
    <w:p>
      <w:pPr>
        <w:keepNext/>
        <w:spacing w:after="0"/>
      </w:pPr>
      <w:r>
        <w:rPr>
          <w:rFonts w:ascii="Noto Serif CJK JP" w:hAnsi="Noto Serif CJK JP" w:eastAsia="Noto Serif CJK JP"/>
          <w:b w:val="0"/>
          <w:i w:val="0"/>
          <w:color w:val="222B33"/>
          <w:sz w:val="26"/>
        </w:rPr>
        <w:t>よるべなみかかる渚にうち寄せて海人も尋ねぬ藻屑とぞ見し</w:t>
      </w:r>
    </w:p>
    <w:p>
      <w:pPr>
        <w:keepNext/>
        <w:spacing w:after="60"/>
      </w:pPr>
      <w:r>
        <w:rPr>
          <w:rFonts w:ascii="Noto Serif CJK JP" w:hAnsi="Noto Serif CJK JP" w:eastAsia="Noto Serif CJK JP"/>
          <w:b w:val="0"/>
          <w:i w:val="0"/>
          <w:color w:val="6A6F75"/>
          <w:sz w:val="19"/>
        </w:rPr>
        <w:t>よるへなみ　／　かゝるなきさに　／　うちよせて　／　あまもたつねぬ　／　もくつとそみし</w:t>
      </w:r>
    </w:p>
    <w:p>
      <w:pPr>
        <w:keepNext/>
        <w:spacing w:after="60"/>
      </w:pPr>
      <w:r>
        <w:rPr>
          <w:b w:val="0"/>
          <w:i/>
          <w:color w:val="222B33"/>
          <w:sz w:val="21"/>
        </w:rPr>
        <w:t>With no place to turn,</w:t>
        <w:br/>
      </w:r>
      <w:r>
        <w:rPr>
          <w:b w:val="0"/>
          <w:i/>
          <w:color w:val="222B33"/>
          <w:sz w:val="21"/>
        </w:rPr>
        <w:t>washed up on such a shore,</w:t>
        <w:br/>
      </w:r>
      <w:r>
        <w:rPr>
          <w:b w:val="0"/>
          <w:i/>
          <w:color w:val="222B33"/>
          <w:sz w:val="21"/>
        </w:rPr>
        <w:t>I saw her as seaweed</w:t>
        <w:br/>
      </w:r>
      <w:r>
        <w:rPr>
          <w:b w:val="0"/>
          <w:i/>
          <w:color w:val="222B33"/>
          <w:sz w:val="21"/>
        </w:rPr>
        <w:t>that even the fisher</w:t>
        <w:br/>
      </w:r>
      <w:r>
        <w:rPr>
          <w:b w:val="0"/>
          <w:i/>
          <w:color w:val="222B33"/>
          <w:sz w:val="21"/>
        </w:rPr>
        <w:t>did not seek.</w:t>
      </w:r>
    </w:p>
    <w:p>
      <w:pPr>
        <w:spacing w:after="40"/>
      </w:pPr>
      <w:r>
        <w:rPr>
          <w:b w:val="0"/>
          <w:i w:val="0"/>
          <w:color w:val="6A6F75"/>
          <w:sz w:val="18"/>
        </w:rPr>
        <w:t xml:space="preserve">In reply to </w:t>
      </w:r>
      <w:hyperlink w:anchor="p397">
        <w:r>
          <w:rPr>
            <w:color w:val="2E5A80"/>
            <w:u w:val="single"/>
            <w:sz w:val="18"/>
          </w:rPr>
          <w:t xml:space="preserve">No. 397 (Tō no Chūjō)</w:t>
        </w:r>
      </w:hyperlink>
    </w:p>
    <w:p>
      <w:pPr>
        <w:pStyle w:val="Heading1"/>
      </w:pPr>
      <w:bookmarkStart w:id="428" w:name="ch30"/>
      <w:r>
        <w:t>Chapter 30 · Fujibakama 藤袴</w:t>
      </w:r>
      <w:bookmarkEnd w:id="428"/>
    </w:p>
    <w:p>
      <w:pPr>
        <w:keepNext/>
        <w:spacing w:after="20" w:before="200"/>
      </w:pPr>
      <w:bookmarkStart w:id="429" w:name="p399"/>
      <w:r>
        <w:rPr>
          <w:b/>
          <w:i w:val="0"/>
          <w:color w:val="222B33"/>
          <w:sz w:val="22"/>
        </w:rPr>
        <w:t>No. 399</w:t>
      </w:r>
      <w:r>
        <w:rPr>
          <w:b w:val="0"/>
          <w:i w:val="0"/>
          <w:color w:val="6A6F75"/>
          <w:sz w:val="18"/>
        </w:rPr>
        <w:t xml:space="preserve">   Yūgiri → Tamakazura   贈 sent</w:t>
      </w:r>
      <w:bookmarkEnd w:id="429"/>
    </w:p>
    <w:p>
      <w:pPr>
        <w:keepNext/>
        <w:spacing w:after="40"/>
      </w:pPr>
      <w:r>
        <w:rPr>
          <w:b/>
          <w:i w:val="0"/>
          <w:color w:val="6A6F75"/>
          <w:sz w:val="18"/>
        </w:rPr>
        <w:t xml:space="preserve">Context. </w:t>
      </w:r>
      <w:r>
        <w:rPr>
          <w:b w:val="0"/>
          <w:i w:val="0"/>
          <w:color w:val="6A6F75"/>
          <w:sz w:val="19"/>
        </w:rPr>
        <w:t>Yūgiri, in mourning for Ōmiya, courts Tamakazura; both are her grandchildren.</w:t>
      </w:r>
    </w:p>
    <w:p>
      <w:pPr>
        <w:keepNext/>
        <w:spacing w:after="0"/>
      </w:pPr>
      <w:r>
        <w:rPr>
          <w:rFonts w:ascii="Noto Serif CJK JP" w:hAnsi="Noto Serif CJK JP" w:eastAsia="Noto Serif CJK JP"/>
          <w:b w:val="0"/>
          <w:i w:val="0"/>
          <w:color w:val="222B33"/>
          <w:sz w:val="26"/>
        </w:rPr>
        <w:t>同じ野の露にやつるる藤袴あはれはかけよかことばかりも</w:t>
      </w:r>
    </w:p>
    <w:p>
      <w:pPr>
        <w:keepNext/>
        <w:spacing w:after="60"/>
      </w:pPr>
      <w:r>
        <w:rPr>
          <w:rFonts w:ascii="Noto Serif CJK JP" w:hAnsi="Noto Serif CJK JP" w:eastAsia="Noto Serif CJK JP"/>
          <w:b w:val="0"/>
          <w:i w:val="0"/>
          <w:color w:val="6A6F75"/>
          <w:sz w:val="19"/>
        </w:rPr>
        <w:t>おなしのゝ　／　露にやつるゝ　／　ふちはかま　／　あはれはかけよ　／　かことはかりも</w:t>
      </w:r>
    </w:p>
    <w:p>
      <w:pPr>
        <w:keepNext/>
        <w:spacing w:after="60"/>
      </w:pPr>
      <w:r>
        <w:rPr>
          <w:b w:val="0"/>
          <w:i/>
          <w:color w:val="222B33"/>
          <w:sz w:val="21"/>
        </w:rPr>
        <w:t>Thoroughwort withered</w:t>
        <w:br/>
      </w:r>
      <w:r>
        <w:rPr>
          <w:b w:val="0"/>
          <w:i/>
          <w:color w:val="222B33"/>
          <w:sz w:val="21"/>
        </w:rPr>
        <w:t>by dew on the same field:</w:t>
        <w:br/>
      </w:r>
      <w:r>
        <w:rPr>
          <w:b w:val="0"/>
          <w:i/>
          <w:color w:val="222B33"/>
          <w:sz w:val="21"/>
        </w:rPr>
        <w:t>bestow some pity on me,</w:t>
        <w:br/>
      </w:r>
      <w:r>
        <w:rPr>
          <w:b w:val="0"/>
          <w:i/>
          <w:color w:val="222B33"/>
          <w:sz w:val="21"/>
        </w:rPr>
        <w:t>if only as an excuse.</w:t>
      </w:r>
    </w:p>
    <w:p>
      <w:pPr>
        <w:spacing w:after="40"/>
      </w:pPr>
      <w:r>
        <w:rPr>
          <w:b w:val="0"/>
          <w:i w:val="0"/>
          <w:color w:val="222B33"/>
          <w:sz w:val="19"/>
        </w:rPr>
        <w:t>Both mourn Ōmiya, their grandmother.</w:t>
      </w:r>
    </w:p>
    <w:p>
      <w:pPr>
        <w:spacing w:after="40"/>
      </w:pPr>
      <w:r>
        <w:rPr>
          <w:b w:val="0"/>
          <w:i w:val="0"/>
          <w:color w:val="6A6F75"/>
          <w:sz w:val="18"/>
        </w:rPr>
        <w:t xml:space="preserve">Answered by </w:t>
      </w:r>
      <w:hyperlink w:anchor="p400">
        <w:r>
          <w:rPr>
            <w:color w:val="2E5A80"/>
            <w:u w:val="single"/>
            <w:sz w:val="18"/>
          </w:rPr>
          <w:t xml:space="preserve">No. 400 (Tamakazura)</w:t>
        </w:r>
      </w:hyperlink>
    </w:p>
    <w:p>
      <w:pPr>
        <w:keepNext/>
        <w:spacing w:after="20" w:before="200"/>
      </w:pPr>
      <w:bookmarkStart w:id="430" w:name="p400"/>
      <w:r>
        <w:rPr>
          <w:b/>
          <w:i w:val="0"/>
          <w:color w:val="222B33"/>
          <w:sz w:val="22"/>
        </w:rPr>
        <w:t>No. 400</w:t>
      </w:r>
      <w:r>
        <w:rPr>
          <w:b w:val="0"/>
          <w:i w:val="0"/>
          <w:color w:val="6A6F75"/>
          <w:sz w:val="18"/>
        </w:rPr>
        <w:t xml:space="preserve">   Tamakazura → Yūgiri   答 reply</w:t>
      </w:r>
      <w:bookmarkEnd w:id="430"/>
    </w:p>
    <w:p>
      <w:pPr>
        <w:keepNext/>
        <w:spacing w:after="0"/>
      </w:pPr>
      <w:r>
        <w:rPr>
          <w:rFonts w:ascii="Noto Serif CJK JP" w:hAnsi="Noto Serif CJK JP" w:eastAsia="Noto Serif CJK JP"/>
          <w:b w:val="0"/>
          <w:i w:val="0"/>
          <w:color w:val="222B33"/>
          <w:sz w:val="26"/>
        </w:rPr>
        <w:t>尋ぬるにはるけき野辺の露ならば薄紫やかことならまし</w:t>
      </w:r>
    </w:p>
    <w:p>
      <w:pPr>
        <w:keepNext/>
        <w:spacing w:after="60"/>
      </w:pPr>
      <w:r>
        <w:rPr>
          <w:rFonts w:ascii="Noto Serif CJK JP" w:hAnsi="Noto Serif CJK JP" w:eastAsia="Noto Serif CJK JP"/>
          <w:b w:val="0"/>
          <w:i w:val="0"/>
          <w:color w:val="6A6F75"/>
          <w:sz w:val="19"/>
        </w:rPr>
        <w:t>たつぬるに　／　はるけき野への　／　露ならは　／　うすむらさきや　／　かことならまし</w:t>
      </w:r>
    </w:p>
    <w:p>
      <w:pPr>
        <w:keepNext/>
        <w:spacing w:after="60"/>
      </w:pPr>
      <w:r>
        <w:rPr>
          <w:b w:val="0"/>
          <w:i/>
          <w:color w:val="222B33"/>
          <w:sz w:val="21"/>
        </w:rPr>
        <w:t>If, traced to its source,</w:t>
        <w:br/>
      </w:r>
      <w:r>
        <w:rPr>
          <w:b w:val="0"/>
          <w:i/>
          <w:color w:val="222B33"/>
          <w:sz w:val="21"/>
        </w:rPr>
        <w:t>it is dew from a distant field,</w:t>
        <w:br/>
      </w:r>
      <w:r>
        <w:rPr>
          <w:b w:val="0"/>
          <w:i/>
          <w:color w:val="222B33"/>
          <w:sz w:val="21"/>
        </w:rPr>
        <w:t>would pale purple then</w:t>
        <w:br/>
      </w:r>
      <w:r>
        <w:rPr>
          <w:b w:val="0"/>
          <w:i/>
          <w:color w:val="222B33"/>
          <w:sz w:val="21"/>
        </w:rPr>
        <w:t>be no more</w:t>
        <w:br/>
      </w:r>
      <w:r>
        <w:rPr>
          <w:b w:val="0"/>
          <w:i/>
          <w:color w:val="222B33"/>
          <w:sz w:val="21"/>
        </w:rPr>
        <w:t>than a pretext?</w:t>
      </w:r>
    </w:p>
    <w:p>
      <w:pPr>
        <w:spacing w:after="40"/>
      </w:pPr>
      <w:r>
        <w:rPr>
          <w:b w:val="0"/>
          <w:i w:val="0"/>
          <w:color w:val="222B33"/>
          <w:sz w:val="19"/>
        </w:rPr>
        <w:t>She turns his figure back on him: their kinship is distant.</w:t>
      </w:r>
    </w:p>
    <w:p>
      <w:pPr>
        <w:spacing w:after="40"/>
      </w:pPr>
      <w:r>
        <w:rPr>
          <w:b w:val="0"/>
          <w:i w:val="0"/>
          <w:color w:val="6A6F75"/>
          <w:sz w:val="18"/>
        </w:rPr>
        <w:t xml:space="preserve">In reply to </w:t>
      </w:r>
      <w:hyperlink w:anchor="p399">
        <w:r>
          <w:rPr>
            <w:color w:val="2E5A80"/>
            <w:u w:val="single"/>
            <w:sz w:val="18"/>
          </w:rPr>
          <w:t xml:space="preserve">No. 399 (Yūgiri)</w:t>
        </w:r>
      </w:hyperlink>
    </w:p>
    <w:p>
      <w:pPr>
        <w:keepNext/>
        <w:spacing w:after="20" w:before="200"/>
      </w:pPr>
      <w:bookmarkStart w:id="431" w:name="p401"/>
      <w:r>
        <w:rPr>
          <w:b/>
          <w:i w:val="0"/>
          <w:color w:val="222B33"/>
          <w:sz w:val="22"/>
        </w:rPr>
        <w:t>No. 401</w:t>
      </w:r>
      <w:r>
        <w:rPr>
          <w:b w:val="0"/>
          <w:i w:val="0"/>
          <w:color w:val="6A6F75"/>
          <w:sz w:val="18"/>
        </w:rPr>
        <w:t xml:space="preserve">   Kashiwagi → Tamakazura   贈 sent</w:t>
      </w:r>
      <w:bookmarkEnd w:id="431"/>
    </w:p>
    <w:p>
      <w:pPr>
        <w:keepNext/>
        <w:spacing w:after="40"/>
      </w:pPr>
      <w:r>
        <w:rPr>
          <w:b/>
          <w:i w:val="0"/>
          <w:color w:val="6A6F75"/>
          <w:sz w:val="18"/>
        </w:rPr>
        <w:t xml:space="preserve">Context. </w:t>
      </w:r>
      <w:r>
        <w:rPr>
          <w:b w:val="0"/>
          <w:i w:val="0"/>
          <w:color w:val="6A6F75"/>
          <w:sz w:val="19"/>
        </w:rPr>
        <w:t>Kashiwagi, who now knows she is his half sister, writes to Tamakazura.</w:t>
      </w:r>
    </w:p>
    <w:p>
      <w:pPr>
        <w:keepNext/>
        <w:spacing w:after="0"/>
      </w:pPr>
      <w:r>
        <w:rPr>
          <w:rFonts w:ascii="Noto Serif CJK JP" w:hAnsi="Noto Serif CJK JP" w:eastAsia="Noto Serif CJK JP"/>
          <w:b w:val="0"/>
          <w:i w:val="0"/>
          <w:color w:val="222B33"/>
          <w:sz w:val="26"/>
        </w:rPr>
        <w:t>妹背山深き道をば尋ねずて緒絶の橋に踏み迷ひけるよ</w:t>
      </w:r>
    </w:p>
    <w:p>
      <w:pPr>
        <w:keepNext/>
        <w:spacing w:after="60"/>
      </w:pPr>
      <w:r>
        <w:rPr>
          <w:rFonts w:ascii="Noto Serif CJK JP" w:hAnsi="Noto Serif CJK JP" w:eastAsia="Noto Serif CJK JP"/>
          <w:b w:val="0"/>
          <w:i w:val="0"/>
          <w:color w:val="6A6F75"/>
          <w:sz w:val="19"/>
        </w:rPr>
        <w:t>いもせ山　／　ふかきみちをは　／　たつねすて　／　をたえのはしに　／　ふみまよひける</w:t>
      </w:r>
    </w:p>
    <w:p>
      <w:pPr>
        <w:keepNext/>
        <w:spacing w:after="60"/>
      </w:pPr>
      <w:r>
        <w:rPr>
          <w:b w:val="0"/>
          <w:i/>
          <w:color w:val="222B33"/>
          <w:sz w:val="21"/>
        </w:rPr>
        <w:t>Not seeking the deep path</w:t>
        <w:br/>
      </w:r>
      <w:r>
        <w:rPr>
          <w:b w:val="0"/>
          <w:i/>
          <w:color w:val="222B33"/>
          <w:sz w:val="21"/>
        </w:rPr>
        <w:t>of the Mountain of Sister and Brother,</w:t>
        <w:br/>
      </w:r>
      <w:r>
        <w:rPr>
          <w:b w:val="0"/>
          <w:i/>
          <w:color w:val="222B33"/>
          <w:sz w:val="21"/>
        </w:rPr>
        <w:t>I wandered lost</w:t>
        <w:br/>
      </w:r>
      <w:r>
        <w:rPr>
          <w:b w:val="0"/>
          <w:i/>
          <w:color w:val="222B33"/>
          <w:sz w:val="21"/>
        </w:rPr>
        <w:t>on the bridge</w:t>
        <w:br/>
      </w:r>
      <w:r>
        <w:rPr>
          <w:b w:val="0"/>
          <w:i/>
          <w:color w:val="222B33"/>
          <w:sz w:val="21"/>
        </w:rPr>
        <w:t>of Broken Cords.</w:t>
      </w:r>
    </w:p>
    <w:p>
      <w:pPr>
        <w:spacing w:after="40"/>
      </w:pPr>
      <w:r>
        <w:rPr>
          <w:b w:val="0"/>
          <w:i w:val="0"/>
          <w:color w:val="222B33"/>
          <w:sz w:val="19"/>
        </w:rPr>
        <w:t>Imoseyama: their real kinship as siblings. Odae no hashi: a broken bond.</w:t>
      </w:r>
    </w:p>
    <w:p>
      <w:pPr>
        <w:spacing w:after="40"/>
      </w:pPr>
      <w:r>
        <w:rPr>
          <w:b w:val="0"/>
          <w:i w:val="0"/>
          <w:color w:val="6A6F75"/>
          <w:sz w:val="18"/>
        </w:rPr>
        <w:t xml:space="preserve">Answered by </w:t>
      </w:r>
      <w:hyperlink w:anchor="p402">
        <w:r>
          <w:rPr>
            <w:color w:val="2E5A80"/>
            <w:u w:val="single"/>
            <w:sz w:val="18"/>
          </w:rPr>
          <w:t xml:space="preserve">No. 402 (Tamakazura)</w:t>
        </w:r>
      </w:hyperlink>
    </w:p>
    <w:p>
      <w:pPr>
        <w:keepNext/>
        <w:spacing w:after="20" w:before="200"/>
      </w:pPr>
      <w:bookmarkStart w:id="432" w:name="p402"/>
      <w:r>
        <w:rPr>
          <w:b/>
          <w:i w:val="0"/>
          <w:color w:val="222B33"/>
          <w:sz w:val="22"/>
        </w:rPr>
        <w:t>No. 402</w:t>
      </w:r>
      <w:r>
        <w:rPr>
          <w:b w:val="0"/>
          <w:i w:val="0"/>
          <w:color w:val="6A6F75"/>
          <w:sz w:val="18"/>
        </w:rPr>
        <w:t xml:space="preserve">   Tamakazura → Kashiwagi   答 reply</w:t>
      </w:r>
      <w:bookmarkEnd w:id="432"/>
    </w:p>
    <w:p>
      <w:pPr>
        <w:keepNext/>
        <w:spacing w:after="0"/>
      </w:pPr>
      <w:r>
        <w:rPr>
          <w:rFonts w:ascii="Noto Serif CJK JP" w:hAnsi="Noto Serif CJK JP" w:eastAsia="Noto Serif CJK JP"/>
          <w:b w:val="0"/>
          <w:i w:val="0"/>
          <w:color w:val="222B33"/>
          <w:sz w:val="26"/>
        </w:rPr>
        <w:t>惑ひける道をば知らず妹背山たどたどしくぞ誰も踏み見し</w:t>
      </w:r>
    </w:p>
    <w:p>
      <w:pPr>
        <w:keepNext/>
        <w:spacing w:after="60"/>
      </w:pPr>
      <w:r>
        <w:rPr>
          <w:rFonts w:ascii="Noto Serif CJK JP" w:hAnsi="Noto Serif CJK JP" w:eastAsia="Noto Serif CJK JP"/>
          <w:b w:val="0"/>
          <w:i w:val="0"/>
          <w:color w:val="6A6F75"/>
          <w:sz w:val="19"/>
        </w:rPr>
        <w:t>まとひける　／　みちをはしらす　／　いもせ山　／　たとたとしくそ　／　たれもふみゝし</w:t>
      </w:r>
    </w:p>
    <w:p>
      <w:pPr>
        <w:keepNext/>
        <w:spacing w:after="60"/>
      </w:pPr>
      <w:r>
        <w:rPr>
          <w:b w:val="0"/>
          <w:i/>
          <w:color w:val="222B33"/>
          <w:sz w:val="21"/>
        </w:rPr>
        <w:t>I did not know you had wandered</w:t>
        <w:br/>
      </w:r>
      <w:r>
        <w:rPr>
          <w:b w:val="0"/>
          <w:i/>
          <w:color w:val="222B33"/>
          <w:sz w:val="21"/>
        </w:rPr>
        <w:t>on that path, but the Mountain</w:t>
        <w:br/>
      </w:r>
      <w:r>
        <w:rPr>
          <w:b w:val="0"/>
          <w:i/>
          <w:color w:val="222B33"/>
          <w:sz w:val="21"/>
        </w:rPr>
        <w:t>of Sister and Brother</w:t>
        <w:br/>
      </w:r>
      <w:r>
        <w:rPr>
          <w:b w:val="0"/>
          <w:i/>
          <w:color w:val="222B33"/>
          <w:sz w:val="21"/>
        </w:rPr>
        <w:t>we all walked</w:t>
        <w:br/>
      </w:r>
      <w:r>
        <w:rPr>
          <w:b w:val="0"/>
          <w:i/>
          <w:color w:val="222B33"/>
          <w:sz w:val="21"/>
        </w:rPr>
        <w:t>unsure of the way.</w:t>
      </w:r>
    </w:p>
    <w:p>
      <w:pPr>
        <w:spacing w:after="40"/>
      </w:pPr>
      <w:r>
        <w:rPr>
          <w:b w:val="0"/>
          <w:i w:val="0"/>
          <w:color w:val="6A6F75"/>
          <w:sz w:val="18"/>
        </w:rPr>
        <w:t xml:space="preserve">In reply to </w:t>
      </w:r>
      <w:hyperlink w:anchor="p401">
        <w:r>
          <w:rPr>
            <w:color w:val="2E5A80"/>
            <w:u w:val="single"/>
            <w:sz w:val="18"/>
          </w:rPr>
          <w:t xml:space="preserve">No. 401 (Kashiwagi)</w:t>
        </w:r>
      </w:hyperlink>
    </w:p>
    <w:p>
      <w:pPr>
        <w:keepNext/>
        <w:spacing w:after="20" w:before="200"/>
      </w:pPr>
      <w:bookmarkStart w:id="433" w:name="p403"/>
      <w:r>
        <w:rPr>
          <w:b/>
          <w:i w:val="0"/>
          <w:color w:val="222B33"/>
          <w:sz w:val="22"/>
        </w:rPr>
        <w:t>No. 403</w:t>
      </w:r>
      <w:r>
        <w:rPr>
          <w:b w:val="0"/>
          <w:i w:val="0"/>
          <w:color w:val="6A6F75"/>
          <w:sz w:val="18"/>
        </w:rPr>
        <w:t xml:space="preserve">   Higekuro → Tamakazura   贈:独 sent / solo</w:t>
      </w:r>
      <w:bookmarkEnd w:id="433"/>
    </w:p>
    <w:p>
      <w:pPr>
        <w:keepNext/>
        <w:spacing w:after="40"/>
      </w:pPr>
      <w:r>
        <w:rPr>
          <w:b/>
          <w:i w:val="0"/>
          <w:color w:val="6A6F75"/>
          <w:sz w:val="18"/>
        </w:rPr>
        <w:t xml:space="preserve">Context. </w:t>
      </w:r>
      <w:r>
        <w:rPr>
          <w:b w:val="0"/>
          <w:i w:val="0"/>
          <w:color w:val="6A6F75"/>
          <w:sz w:val="19"/>
        </w:rPr>
        <w:t>Higekuro presses his suit to Tamakazura before her court service.</w:t>
      </w:r>
    </w:p>
    <w:p>
      <w:pPr>
        <w:keepNext/>
        <w:spacing w:after="0"/>
      </w:pPr>
      <w:r>
        <w:rPr>
          <w:rFonts w:ascii="Noto Serif CJK JP" w:hAnsi="Noto Serif CJK JP" w:eastAsia="Noto Serif CJK JP"/>
          <w:b w:val="0"/>
          <w:i w:val="0"/>
          <w:color w:val="222B33"/>
          <w:sz w:val="26"/>
        </w:rPr>
        <w:t>数ならば厭ひもせまし長月に命をかくるほどぞはかなき</w:t>
      </w:r>
    </w:p>
    <w:p>
      <w:pPr>
        <w:keepNext/>
        <w:spacing w:after="60"/>
      </w:pPr>
      <w:r>
        <w:rPr>
          <w:rFonts w:ascii="Noto Serif CJK JP" w:hAnsi="Noto Serif CJK JP" w:eastAsia="Noto Serif CJK JP"/>
          <w:b w:val="0"/>
          <w:i w:val="0"/>
          <w:color w:val="6A6F75"/>
          <w:sz w:val="19"/>
        </w:rPr>
        <w:t>かすならは　／　いとひもせまし　／　長月に　／　命をかくる　／　ほとそはかなき</w:t>
      </w:r>
    </w:p>
    <w:p>
      <w:pPr>
        <w:keepNext/>
        <w:spacing w:after="60"/>
      </w:pPr>
      <w:r>
        <w:rPr>
          <w:b w:val="0"/>
          <w:i/>
          <w:color w:val="222B33"/>
          <w:sz w:val="21"/>
        </w:rPr>
        <w:t>If I were worth anything,</w:t>
        <w:br/>
      </w:r>
      <w:r>
        <w:rPr>
          <w:b w:val="0"/>
          <w:i/>
          <w:color w:val="222B33"/>
          <w:sz w:val="21"/>
        </w:rPr>
        <w:t>I would hate it, but how fleeting</w:t>
        <w:br/>
      </w:r>
      <w:r>
        <w:rPr>
          <w:b w:val="0"/>
          <w:i/>
          <w:color w:val="222B33"/>
          <w:sz w:val="21"/>
        </w:rPr>
        <w:t>to stake my life</w:t>
        <w:br/>
      </w:r>
      <w:r>
        <w:rPr>
          <w:b w:val="0"/>
          <w:i/>
          <w:color w:val="222B33"/>
          <w:sz w:val="21"/>
        </w:rPr>
        <w:t>on the Long Month,</w:t>
        <w:br/>
      </w:r>
      <w:r>
        <w:rPr>
          <w:b w:val="0"/>
          <w:i/>
          <w:color w:val="222B33"/>
          <w:sz w:val="21"/>
        </w:rPr>
        <w:t>ninth of the year.</w:t>
      </w:r>
    </w:p>
    <w:p>
      <w:pPr>
        <w:spacing w:after="40"/>
      </w:pPr>
      <w:r>
        <w:rPr>
          <w:b w:val="0"/>
          <w:i w:val="0"/>
          <w:color w:val="222B33"/>
          <w:sz w:val="19"/>
        </w:rPr>
        <w:t>The ninth month was inauspicious for marriage.</w:t>
      </w:r>
    </w:p>
    <w:p>
      <w:pPr>
        <w:keepNext/>
        <w:spacing w:after="20" w:before="200"/>
      </w:pPr>
      <w:bookmarkStart w:id="434" w:name="p404"/>
      <w:r>
        <w:rPr>
          <w:b/>
          <w:i w:val="0"/>
          <w:color w:val="222B33"/>
          <w:sz w:val="22"/>
        </w:rPr>
        <w:t>No. 404</w:t>
      </w:r>
      <w:r>
        <w:rPr>
          <w:b w:val="0"/>
          <w:i w:val="0"/>
          <w:color w:val="6A6F75"/>
          <w:sz w:val="18"/>
        </w:rPr>
        <w:t xml:space="preserve">   Prince Hotaru → Tamakazura   贈 sent</w:t>
      </w:r>
      <w:bookmarkEnd w:id="434"/>
    </w:p>
    <w:p>
      <w:pPr>
        <w:keepNext/>
        <w:spacing w:after="40"/>
      </w:pPr>
      <w:r>
        <w:rPr>
          <w:b/>
          <w:i w:val="0"/>
          <w:color w:val="6A6F75"/>
          <w:sz w:val="18"/>
        </w:rPr>
        <w:t xml:space="preserve">Context. </w:t>
      </w:r>
      <w:r>
        <w:rPr>
          <w:b w:val="0"/>
          <w:i w:val="0"/>
          <w:color w:val="6A6F75"/>
          <w:sz w:val="19"/>
        </w:rPr>
        <w:t>Prince Hotaru writes to Tamakazura before she goes to court.</w:t>
      </w:r>
    </w:p>
    <w:p>
      <w:pPr>
        <w:keepNext/>
        <w:spacing w:after="0"/>
      </w:pPr>
      <w:r>
        <w:rPr>
          <w:rFonts w:ascii="Noto Serif CJK JP" w:hAnsi="Noto Serif CJK JP" w:eastAsia="Noto Serif CJK JP"/>
          <w:b w:val="0"/>
          <w:i w:val="0"/>
          <w:color w:val="222B33"/>
          <w:sz w:val="26"/>
        </w:rPr>
        <w:t>朝日さす光を見ても玉笹の葉分けの霜を消たずもあらなむ</w:t>
      </w:r>
    </w:p>
    <w:p>
      <w:pPr>
        <w:keepNext/>
        <w:spacing w:after="60"/>
      </w:pPr>
      <w:r>
        <w:rPr>
          <w:rFonts w:ascii="Noto Serif CJK JP" w:hAnsi="Noto Serif CJK JP" w:eastAsia="Noto Serif CJK JP"/>
          <w:b w:val="0"/>
          <w:i w:val="0"/>
          <w:color w:val="6A6F75"/>
          <w:sz w:val="19"/>
        </w:rPr>
        <w:t>あさ日さす　／　ひかりをみても　／　たまさゝの　／　はわけの霜を　／　けたすもあらなむ</w:t>
      </w:r>
    </w:p>
    <w:p>
      <w:pPr>
        <w:keepNext/>
        <w:spacing w:after="60"/>
      </w:pPr>
      <w:r>
        <w:rPr>
          <w:b w:val="0"/>
          <w:i/>
          <w:color w:val="222B33"/>
          <w:sz w:val="21"/>
        </w:rPr>
        <w:t>Even seeing the light</w:t>
        <w:br/>
      </w:r>
      <w:r>
        <w:rPr>
          <w:b w:val="0"/>
          <w:i/>
          <w:color w:val="222B33"/>
          <w:sz w:val="21"/>
        </w:rPr>
        <w:t>of the morning sun shine,</w:t>
        <w:br/>
      </w:r>
      <w:r>
        <w:rPr>
          <w:b w:val="0"/>
          <w:i/>
          <w:color w:val="222B33"/>
          <w:sz w:val="21"/>
        </w:rPr>
        <w:t>do not let it melt</w:t>
        <w:br/>
      </w:r>
      <w:r>
        <w:rPr>
          <w:b w:val="0"/>
          <w:i/>
          <w:color w:val="222B33"/>
          <w:sz w:val="21"/>
        </w:rPr>
        <w:t>the frost between the leaves</w:t>
        <w:br/>
      </w:r>
      <w:r>
        <w:rPr>
          <w:b w:val="0"/>
          <w:i/>
          <w:color w:val="222B33"/>
          <w:sz w:val="21"/>
        </w:rPr>
        <w:t>of jewel bamboo.</w:t>
      </w:r>
    </w:p>
    <w:p>
      <w:pPr>
        <w:spacing w:after="40"/>
      </w:pPr>
      <w:r>
        <w:rPr>
          <w:b w:val="0"/>
          <w:i w:val="0"/>
          <w:color w:val="222B33"/>
          <w:sz w:val="19"/>
        </w:rPr>
        <w:t>The sun is the Emperor; he asks not to be forgotten.</w:t>
      </w:r>
    </w:p>
    <w:p>
      <w:pPr>
        <w:spacing w:after="40"/>
      </w:pPr>
      <w:r>
        <w:rPr>
          <w:b w:val="0"/>
          <w:i w:val="0"/>
          <w:color w:val="6A6F75"/>
          <w:sz w:val="18"/>
        </w:rPr>
        <w:t xml:space="preserve">Answered by </w:t>
      </w:r>
      <w:hyperlink w:anchor="p406">
        <w:r>
          <w:rPr>
            <w:color w:val="2E5A80"/>
            <w:u w:val="single"/>
            <w:sz w:val="18"/>
          </w:rPr>
          <w:t xml:space="preserve">No. 406 (Tamakazura)</w:t>
        </w:r>
      </w:hyperlink>
    </w:p>
    <w:p>
      <w:pPr>
        <w:keepNext/>
        <w:spacing w:after="20" w:before="200"/>
      </w:pPr>
      <w:bookmarkStart w:id="435" w:name="p405"/>
      <w:r>
        <w:rPr>
          <w:b/>
          <w:i w:val="0"/>
          <w:color w:val="222B33"/>
          <w:sz w:val="22"/>
        </w:rPr>
        <w:t>No. 405</w:t>
      </w:r>
      <w:r>
        <w:rPr>
          <w:b w:val="0"/>
          <w:i w:val="0"/>
          <w:color w:val="6A6F75"/>
          <w:sz w:val="18"/>
        </w:rPr>
        <w:t xml:space="preserve">   Commander of the Left Gate Guards → Tamakazura   贈:独 sent / solo</w:t>
      </w:r>
      <w:bookmarkEnd w:id="435"/>
    </w:p>
    <w:p>
      <w:pPr>
        <w:keepNext/>
        <w:spacing w:after="40"/>
      </w:pPr>
      <w:r>
        <w:rPr>
          <w:b/>
          <w:i w:val="0"/>
          <w:color w:val="6A6F75"/>
          <w:sz w:val="18"/>
        </w:rPr>
        <w:t xml:space="preserve">Context. </w:t>
      </w:r>
      <w:r>
        <w:rPr>
          <w:b w:val="0"/>
          <w:i w:val="0"/>
          <w:color w:val="6A6F75"/>
          <w:sz w:val="19"/>
        </w:rPr>
        <w:t>A minor suitor to Tamakazura; one of many who lose her when Higekuro takes her.</w:t>
      </w:r>
    </w:p>
    <w:p>
      <w:pPr>
        <w:keepNext/>
        <w:spacing w:after="0"/>
      </w:pPr>
      <w:r>
        <w:rPr>
          <w:rFonts w:ascii="Noto Serif CJK JP" w:hAnsi="Noto Serif CJK JP" w:eastAsia="Noto Serif CJK JP"/>
          <w:b w:val="0"/>
          <w:i w:val="0"/>
          <w:color w:val="222B33"/>
          <w:sz w:val="26"/>
        </w:rPr>
        <w:t>忘れなむと思ふもものの悲しきをいかさまにしていかさまにせむ</w:t>
      </w:r>
    </w:p>
    <w:p>
      <w:pPr>
        <w:keepNext/>
        <w:spacing w:after="60"/>
      </w:pPr>
      <w:r>
        <w:rPr>
          <w:rFonts w:ascii="Noto Serif CJK JP" w:hAnsi="Noto Serif CJK JP" w:eastAsia="Noto Serif CJK JP"/>
          <w:b w:val="0"/>
          <w:i w:val="0"/>
          <w:color w:val="6A6F75"/>
          <w:sz w:val="19"/>
        </w:rPr>
        <w:t>わすれなむ　／　と思ふも物の　／　かなしきを　／　いかさまにして　／　いかさまにせむ</w:t>
      </w:r>
    </w:p>
    <w:p>
      <w:pPr>
        <w:keepNext/>
        <w:spacing w:after="60"/>
      </w:pPr>
      <w:r>
        <w:rPr>
          <w:b w:val="0"/>
          <w:i/>
          <w:color w:val="222B33"/>
          <w:sz w:val="21"/>
        </w:rPr>
        <w:t>To think I must forget you</w:t>
        <w:br/>
      </w:r>
      <w:r>
        <w:rPr>
          <w:b w:val="0"/>
          <w:i/>
          <w:color w:val="222B33"/>
          <w:sz w:val="21"/>
        </w:rPr>
        <w:t>is itself so sad;</w:t>
        <w:br/>
      </w:r>
      <w:r>
        <w:rPr>
          <w:b w:val="0"/>
          <w:i/>
          <w:color w:val="222B33"/>
          <w:sz w:val="21"/>
        </w:rPr>
        <w:t>how, in what way,</w:t>
        <w:br/>
      </w:r>
      <w:r>
        <w:rPr>
          <w:b w:val="0"/>
          <w:i/>
          <w:color w:val="222B33"/>
          <w:sz w:val="21"/>
        </w:rPr>
        <w:t>how</w:t>
        <w:br/>
      </w:r>
      <w:r>
        <w:rPr>
          <w:b w:val="0"/>
          <w:i/>
          <w:color w:val="222B33"/>
          <w:sz w:val="21"/>
        </w:rPr>
        <w:t>shall I do it?</w:t>
      </w:r>
    </w:p>
    <w:p>
      <w:pPr>
        <w:keepNext/>
        <w:spacing w:after="20" w:before="200"/>
      </w:pPr>
      <w:bookmarkStart w:id="436" w:name="p406"/>
      <w:r>
        <w:rPr>
          <w:b/>
          <w:i w:val="0"/>
          <w:color w:val="222B33"/>
          <w:sz w:val="22"/>
        </w:rPr>
        <w:t>No. 406</w:t>
      </w:r>
      <w:r>
        <w:rPr>
          <w:b w:val="0"/>
          <w:i w:val="0"/>
          <w:color w:val="6A6F75"/>
          <w:sz w:val="18"/>
        </w:rPr>
        <w:t xml:space="preserve">   Tamakazura → Prince Hotaru   答 reply</w:t>
      </w:r>
      <w:bookmarkEnd w:id="436"/>
    </w:p>
    <w:p>
      <w:pPr>
        <w:keepNext/>
        <w:spacing w:after="40"/>
      </w:pPr>
      <w:r>
        <w:rPr>
          <w:b/>
          <w:i w:val="0"/>
          <w:color w:val="6A6F75"/>
          <w:sz w:val="18"/>
        </w:rPr>
        <w:t xml:space="preserve">Context. </w:t>
      </w:r>
      <w:r>
        <w:rPr>
          <w:b w:val="0"/>
          <w:i w:val="0"/>
          <w:color w:val="6A6F75"/>
          <w:sz w:val="19"/>
        </w:rPr>
        <w:t>Prince Hotaru writes to Tamakazura before she goes to court. (Exchange opened by No. 404.)</w:t>
      </w:r>
    </w:p>
    <w:p>
      <w:pPr>
        <w:keepNext/>
        <w:spacing w:after="0"/>
      </w:pPr>
      <w:r>
        <w:rPr>
          <w:rFonts w:ascii="Noto Serif CJK JP" w:hAnsi="Noto Serif CJK JP" w:eastAsia="Noto Serif CJK JP"/>
          <w:b w:val="0"/>
          <w:i w:val="0"/>
          <w:color w:val="222B33"/>
          <w:sz w:val="26"/>
        </w:rPr>
        <w:t>心もて光に向かふ葵だに朝おく霜をおのれやは消つ</w:t>
      </w:r>
    </w:p>
    <w:p>
      <w:pPr>
        <w:keepNext/>
        <w:spacing w:after="60"/>
      </w:pPr>
      <w:r>
        <w:rPr>
          <w:rFonts w:ascii="Noto Serif CJK JP" w:hAnsi="Noto Serif CJK JP" w:eastAsia="Noto Serif CJK JP"/>
          <w:b w:val="0"/>
          <w:i w:val="0"/>
          <w:color w:val="6A6F75"/>
          <w:sz w:val="19"/>
        </w:rPr>
        <w:t>心もて　／　ひかりにむかふ　／　あふひたに　／　あさをく霜を　／　ゝのれやはけつ</w:t>
      </w:r>
    </w:p>
    <w:p>
      <w:pPr>
        <w:keepNext/>
        <w:spacing w:after="60"/>
      </w:pPr>
      <w:r>
        <w:rPr>
          <w:b w:val="0"/>
          <w:i/>
          <w:color w:val="222B33"/>
          <w:sz w:val="21"/>
        </w:rPr>
        <w:t>Even the hollyhock</w:t>
        <w:br/>
      </w:r>
      <w:r>
        <w:rPr>
          <w:b w:val="0"/>
          <w:i/>
          <w:color w:val="222B33"/>
          <w:sz w:val="21"/>
        </w:rPr>
        <w:t>that turns to the light by its own will,</w:t>
        <w:br/>
      </w:r>
      <w:r>
        <w:rPr>
          <w:b w:val="0"/>
          <w:i/>
          <w:color w:val="222B33"/>
          <w:sz w:val="21"/>
        </w:rPr>
        <w:t>does it of itself</w:t>
        <w:br/>
      </w:r>
      <w:r>
        <w:rPr>
          <w:b w:val="0"/>
          <w:i/>
          <w:color w:val="222B33"/>
          <w:sz w:val="21"/>
        </w:rPr>
        <w:t>melt the frost</w:t>
        <w:br/>
      </w:r>
      <w:r>
        <w:rPr>
          <w:b w:val="0"/>
          <w:i/>
          <w:color w:val="222B33"/>
          <w:sz w:val="21"/>
        </w:rPr>
        <w:t>that falls at dawn?</w:t>
      </w:r>
    </w:p>
    <w:p>
      <w:pPr>
        <w:spacing w:after="40"/>
      </w:pPr>
      <w:r>
        <w:rPr>
          <w:b w:val="0"/>
          <w:i w:val="0"/>
          <w:color w:val="222B33"/>
          <w:sz w:val="19"/>
        </w:rPr>
        <w:t>She answers only Hotaru, and gently.</w:t>
      </w:r>
    </w:p>
    <w:p>
      <w:pPr>
        <w:spacing w:after="40"/>
      </w:pPr>
      <w:r>
        <w:rPr>
          <w:b w:val="0"/>
          <w:i w:val="0"/>
          <w:color w:val="6A6F75"/>
          <w:sz w:val="18"/>
        </w:rPr>
        <w:t xml:space="preserve">In reply to </w:t>
      </w:r>
      <w:hyperlink w:anchor="p404">
        <w:r>
          <w:rPr>
            <w:color w:val="2E5A80"/>
            <w:u w:val="single"/>
            <w:sz w:val="18"/>
          </w:rPr>
          <w:t xml:space="preserve">No. 404 (Prince Hotaru)</w:t>
        </w:r>
      </w:hyperlink>
    </w:p>
    <w:p>
      <w:pPr>
        <w:pStyle w:val="Heading1"/>
      </w:pPr>
      <w:bookmarkStart w:id="437" w:name="ch31"/>
      <w:r>
        <w:t>Chapter 31 · Makibashira 真木柱</w:t>
      </w:r>
      <w:bookmarkEnd w:id="437"/>
    </w:p>
    <w:p>
      <w:pPr>
        <w:keepNext/>
        <w:spacing w:after="20" w:before="200"/>
      </w:pPr>
      <w:bookmarkStart w:id="438" w:name="p407"/>
      <w:r>
        <w:rPr>
          <w:b/>
          <w:i w:val="0"/>
          <w:color w:val="222B33"/>
          <w:sz w:val="22"/>
        </w:rPr>
        <w:t>No. 407</w:t>
      </w:r>
      <w:r>
        <w:rPr>
          <w:b w:val="0"/>
          <w:i w:val="0"/>
          <w:color w:val="6A6F75"/>
          <w:sz w:val="18"/>
        </w:rPr>
        <w:t xml:space="preserve">   Genji → Tamakazura   贈 sent</w:t>
      </w:r>
      <w:bookmarkEnd w:id="438"/>
    </w:p>
    <w:p>
      <w:pPr>
        <w:keepNext/>
        <w:spacing w:after="40"/>
      </w:pPr>
      <w:r>
        <w:rPr>
          <w:b/>
          <w:i w:val="0"/>
          <w:color w:val="6A6F75"/>
          <w:sz w:val="18"/>
        </w:rPr>
        <w:t xml:space="preserve">Context. </w:t>
      </w:r>
      <w:r>
        <w:rPr>
          <w:b w:val="0"/>
          <w:i w:val="0"/>
          <w:color w:val="6A6F75"/>
          <w:sz w:val="19"/>
        </w:rPr>
        <w:t>Genji, after Tamakazura’s marriage to Higekuro; his regret.</w:t>
      </w:r>
    </w:p>
    <w:p>
      <w:pPr>
        <w:keepNext/>
        <w:spacing w:after="0"/>
      </w:pPr>
      <w:r>
        <w:rPr>
          <w:rFonts w:ascii="Noto Serif CJK JP" w:hAnsi="Noto Serif CJK JP" w:eastAsia="Noto Serif CJK JP"/>
          <w:b w:val="0"/>
          <w:i w:val="0"/>
          <w:color w:val="222B33"/>
          <w:sz w:val="26"/>
        </w:rPr>
        <w:t>おりたちて汲みは見ねども渡り川人の瀬とはた契らざりしを</w:t>
      </w:r>
    </w:p>
    <w:p>
      <w:pPr>
        <w:keepNext/>
        <w:spacing w:after="60"/>
      </w:pPr>
      <w:r>
        <w:rPr>
          <w:rFonts w:ascii="Noto Serif CJK JP" w:hAnsi="Noto Serif CJK JP" w:eastAsia="Noto Serif CJK JP"/>
          <w:b w:val="0"/>
          <w:i w:val="0"/>
          <w:color w:val="6A6F75"/>
          <w:sz w:val="19"/>
        </w:rPr>
        <w:t>おりたちて　／　くみはみねとも　／　わたり川　／　人のせとはた　／　ちきらさりしを</w:t>
      </w:r>
    </w:p>
    <w:p>
      <w:pPr>
        <w:keepNext/>
        <w:spacing w:after="60"/>
      </w:pPr>
      <w:r>
        <w:rPr>
          <w:b w:val="0"/>
          <w:i/>
          <w:color w:val="222B33"/>
          <w:sz w:val="21"/>
        </w:rPr>
        <w:t>Though I did not step in</w:t>
        <w:br/>
      </w:r>
      <w:r>
        <w:rPr>
          <w:b w:val="0"/>
          <w:i/>
          <w:color w:val="222B33"/>
          <w:sz w:val="21"/>
        </w:rPr>
        <w:t>and draw from it, I never pledged</w:t>
        <w:br/>
      </w:r>
      <w:r>
        <w:rPr>
          <w:b w:val="0"/>
          <w:i/>
          <w:color w:val="222B33"/>
          <w:sz w:val="21"/>
        </w:rPr>
        <w:t>that at the river of the dead</w:t>
        <w:br/>
      </w:r>
      <w:r>
        <w:rPr>
          <w:b w:val="0"/>
          <w:i/>
          <w:color w:val="222B33"/>
          <w:sz w:val="21"/>
        </w:rPr>
        <w:t>you would cross</w:t>
        <w:br/>
      </w:r>
      <w:r>
        <w:rPr>
          <w:b w:val="0"/>
          <w:i/>
          <w:color w:val="222B33"/>
          <w:sz w:val="21"/>
        </w:rPr>
        <w:t>with another man.</w:t>
      </w:r>
    </w:p>
    <w:p>
      <w:pPr>
        <w:spacing w:after="40"/>
      </w:pPr>
      <w:r>
        <w:rPr>
          <w:b w:val="0"/>
          <w:i w:val="0"/>
          <w:color w:val="222B33"/>
          <w:sz w:val="19"/>
        </w:rPr>
        <w:t>After her marriage to Higekuro. A woman was said to cross the River of Three Crossings led by her first lover.</w:t>
      </w:r>
    </w:p>
    <w:p>
      <w:pPr>
        <w:spacing w:after="40"/>
      </w:pPr>
      <w:r>
        <w:rPr>
          <w:b w:val="0"/>
          <w:i w:val="0"/>
          <w:color w:val="6A6F75"/>
          <w:sz w:val="18"/>
        </w:rPr>
        <w:t xml:space="preserve">Answered by </w:t>
      </w:r>
      <w:hyperlink w:anchor="p408">
        <w:r>
          <w:rPr>
            <w:color w:val="2E5A80"/>
            <w:u w:val="single"/>
            <w:sz w:val="18"/>
          </w:rPr>
          <w:t xml:space="preserve">No. 408 (Tamakazura)</w:t>
        </w:r>
      </w:hyperlink>
    </w:p>
    <w:p>
      <w:pPr>
        <w:keepNext/>
        <w:spacing w:after="20" w:before="200"/>
      </w:pPr>
      <w:bookmarkStart w:id="439" w:name="p408"/>
      <w:r>
        <w:rPr>
          <w:b/>
          <w:i w:val="0"/>
          <w:color w:val="222B33"/>
          <w:sz w:val="22"/>
        </w:rPr>
        <w:t>No. 408</w:t>
      </w:r>
      <w:r>
        <w:rPr>
          <w:b w:val="0"/>
          <w:i w:val="0"/>
          <w:color w:val="6A6F75"/>
          <w:sz w:val="18"/>
        </w:rPr>
        <w:t xml:space="preserve">   Tamakazura → Genji   答 reply</w:t>
      </w:r>
      <w:bookmarkEnd w:id="439"/>
    </w:p>
    <w:p>
      <w:pPr>
        <w:keepNext/>
        <w:spacing w:after="0"/>
      </w:pPr>
      <w:r>
        <w:rPr>
          <w:rFonts w:ascii="Noto Serif CJK JP" w:hAnsi="Noto Serif CJK JP" w:eastAsia="Noto Serif CJK JP"/>
          <w:b w:val="0"/>
          <w:i w:val="0"/>
          <w:color w:val="222B33"/>
          <w:sz w:val="26"/>
        </w:rPr>
        <w:t>みつせ川渡らぬさきにいかでなほ涙の澪の泡と消えなむ</w:t>
      </w:r>
    </w:p>
    <w:p>
      <w:pPr>
        <w:keepNext/>
        <w:spacing w:after="60"/>
      </w:pPr>
      <w:r>
        <w:rPr>
          <w:rFonts w:ascii="Noto Serif CJK JP" w:hAnsi="Noto Serif CJK JP" w:eastAsia="Noto Serif CJK JP"/>
          <w:b w:val="0"/>
          <w:i w:val="0"/>
          <w:color w:val="6A6F75"/>
          <w:sz w:val="19"/>
        </w:rPr>
        <w:t>みつせ川　／　わたらぬさきに　／　いかてなを　／　涙のみをの　／　あはときえなん</w:t>
      </w:r>
    </w:p>
    <w:p>
      <w:pPr>
        <w:keepNext/>
        <w:spacing w:after="60"/>
      </w:pPr>
      <w:r>
        <w:rPr>
          <w:b w:val="0"/>
          <w:i/>
          <w:color w:val="222B33"/>
          <w:sz w:val="21"/>
        </w:rPr>
        <w:t>Before I cross</w:t>
        <w:br/>
      </w:r>
      <w:r>
        <w:rPr>
          <w:b w:val="0"/>
          <w:i/>
          <w:color w:val="222B33"/>
          <w:sz w:val="21"/>
        </w:rPr>
        <w:t>the river of three crossings,</w:t>
        <w:br/>
      </w:r>
      <w:r>
        <w:rPr>
          <w:b w:val="0"/>
          <w:i/>
          <w:color w:val="222B33"/>
          <w:sz w:val="21"/>
        </w:rPr>
        <w:t>might I yet vanish</w:t>
        <w:br/>
      </w:r>
      <w:r>
        <w:rPr>
          <w:b w:val="0"/>
          <w:i/>
          <w:color w:val="222B33"/>
          <w:sz w:val="21"/>
        </w:rPr>
        <w:t>as foam</w:t>
        <w:br/>
      </w:r>
      <w:r>
        <w:rPr>
          <w:b w:val="0"/>
          <w:i/>
          <w:color w:val="222B33"/>
          <w:sz w:val="21"/>
        </w:rPr>
        <w:t>on the stream of tears?</w:t>
      </w:r>
    </w:p>
    <w:p>
      <w:pPr>
        <w:spacing w:after="40"/>
      </w:pPr>
      <w:r>
        <w:rPr>
          <w:b w:val="0"/>
          <w:i w:val="0"/>
          <w:color w:val="6A6F75"/>
          <w:sz w:val="18"/>
        </w:rPr>
        <w:t xml:space="preserve">In reply to </w:t>
      </w:r>
      <w:hyperlink w:anchor="p407">
        <w:r>
          <w:rPr>
            <w:color w:val="2E5A80"/>
            <w:u w:val="single"/>
            <w:sz w:val="18"/>
          </w:rPr>
          <w:t xml:space="preserve">No. 407 (Genji)</w:t>
        </w:r>
      </w:hyperlink>
    </w:p>
    <w:p>
      <w:pPr>
        <w:keepNext/>
        <w:spacing w:after="20" w:before="200"/>
      </w:pPr>
      <w:bookmarkStart w:id="440" w:name="p409"/>
      <w:r>
        <w:rPr>
          <w:b/>
          <w:i w:val="0"/>
          <w:color w:val="222B33"/>
          <w:sz w:val="22"/>
        </w:rPr>
        <w:t>No. 409</w:t>
      </w:r>
      <w:r>
        <w:rPr>
          <w:b w:val="0"/>
          <w:i w:val="0"/>
          <w:color w:val="6A6F75"/>
          <w:sz w:val="18"/>
        </w:rPr>
        <w:t xml:space="preserve">   Higekuro → Tamakazura   贈:独 sent / solo</w:t>
      </w:r>
      <w:bookmarkEnd w:id="440"/>
    </w:p>
    <w:p>
      <w:pPr>
        <w:keepNext/>
        <w:spacing w:after="40"/>
      </w:pPr>
      <w:r>
        <w:rPr>
          <w:b/>
          <w:i w:val="0"/>
          <w:color w:val="6A6F75"/>
          <w:sz w:val="18"/>
        </w:rPr>
        <w:t xml:space="preserve">Context. </w:t>
      </w:r>
      <w:r>
        <w:rPr>
          <w:b w:val="0"/>
          <w:i w:val="0"/>
          <w:color w:val="6A6F75"/>
          <w:sz w:val="19"/>
        </w:rPr>
        <w:t>Higekuro in the snow, after his wife throws ashes on him.</w:t>
      </w:r>
    </w:p>
    <w:p>
      <w:pPr>
        <w:keepNext/>
        <w:spacing w:after="0"/>
      </w:pPr>
      <w:r>
        <w:rPr>
          <w:rFonts w:ascii="Noto Serif CJK JP" w:hAnsi="Noto Serif CJK JP" w:eastAsia="Noto Serif CJK JP"/>
          <w:b w:val="0"/>
          <w:i w:val="0"/>
          <w:color w:val="222B33"/>
          <w:sz w:val="26"/>
        </w:rPr>
        <w:t>心さへ空に乱れし雪もよにひとり冴えつる片敷の袖</w:t>
      </w:r>
    </w:p>
    <w:p>
      <w:pPr>
        <w:keepNext/>
        <w:spacing w:after="60"/>
      </w:pPr>
      <w:r>
        <w:rPr>
          <w:rFonts w:ascii="Noto Serif CJK JP" w:hAnsi="Noto Serif CJK JP" w:eastAsia="Noto Serif CJK JP"/>
          <w:b w:val="0"/>
          <w:i w:val="0"/>
          <w:color w:val="6A6F75"/>
          <w:sz w:val="19"/>
        </w:rPr>
        <w:t>心さへ　／　そらにみたれし　／　雪もよに　／　ひとりさえつる　／　かたしきの袖</w:t>
      </w:r>
    </w:p>
    <w:p>
      <w:pPr>
        <w:keepNext/>
        <w:spacing w:after="60"/>
      </w:pPr>
      <w:r>
        <w:rPr>
          <w:b w:val="0"/>
          <w:i/>
          <w:color w:val="222B33"/>
          <w:sz w:val="21"/>
        </w:rPr>
        <w:t>In the snowfall, when even</w:t>
        <w:br/>
      </w:r>
      <w:r>
        <w:rPr>
          <w:b w:val="0"/>
          <w:i/>
          <w:color w:val="222B33"/>
          <w:sz w:val="21"/>
        </w:rPr>
        <w:t>the heart is scattered to the sky,</w:t>
        <w:br/>
      </w:r>
      <w:r>
        <w:rPr>
          <w:b w:val="0"/>
          <w:i/>
          <w:color w:val="222B33"/>
          <w:sz w:val="21"/>
        </w:rPr>
        <w:t>the sleeve I spread alone</w:t>
        <w:br/>
      </w:r>
      <w:r>
        <w:rPr>
          <w:b w:val="0"/>
          <w:i/>
          <w:color w:val="222B33"/>
          <w:sz w:val="21"/>
        </w:rPr>
        <w:t>has grown</w:t>
        <w:br/>
      </w:r>
      <w:r>
        <w:rPr>
          <w:b w:val="0"/>
          <w:i/>
          <w:color w:val="222B33"/>
          <w:sz w:val="21"/>
        </w:rPr>
        <w:t>cold.</w:t>
      </w:r>
    </w:p>
    <w:p>
      <w:pPr>
        <w:spacing w:after="40"/>
      </w:pPr>
      <w:r>
        <w:rPr>
          <w:b w:val="0"/>
          <w:i w:val="0"/>
          <w:color w:val="222B33"/>
          <w:sz w:val="19"/>
        </w:rPr>
        <w:t>His mad wife has thrown ashes over him.</w:t>
      </w:r>
    </w:p>
    <w:p>
      <w:pPr>
        <w:keepNext/>
        <w:spacing w:after="20" w:before="200"/>
      </w:pPr>
      <w:bookmarkStart w:id="441" w:name="p410"/>
      <w:r>
        <w:rPr>
          <w:b/>
          <w:i w:val="0"/>
          <w:color w:val="222B33"/>
          <w:sz w:val="22"/>
        </w:rPr>
        <w:t>No. 410</w:t>
      </w:r>
      <w:r>
        <w:rPr>
          <w:b w:val="0"/>
          <w:i w:val="0"/>
          <w:color w:val="6A6F75"/>
          <w:sz w:val="18"/>
        </w:rPr>
        <w:t xml:space="preserve">   Moku no Kimi → Higekuro   贈 sent</w:t>
      </w:r>
      <w:bookmarkEnd w:id="441"/>
    </w:p>
    <w:p>
      <w:pPr>
        <w:keepNext/>
        <w:spacing w:after="40"/>
      </w:pPr>
      <w:r>
        <w:rPr>
          <w:b/>
          <w:i w:val="0"/>
          <w:color w:val="6A6F75"/>
          <w:sz w:val="18"/>
        </w:rPr>
        <w:t xml:space="preserve">Context. </w:t>
      </w:r>
      <w:r>
        <w:rPr>
          <w:b w:val="0"/>
          <w:i w:val="0"/>
          <w:color w:val="6A6F75"/>
          <w:sz w:val="19"/>
        </w:rPr>
        <w:t>Moku no Kimi, Higekuro’s mistress and attendant to his wife.</w:t>
      </w:r>
    </w:p>
    <w:p>
      <w:pPr>
        <w:keepNext/>
        <w:spacing w:after="0"/>
      </w:pPr>
      <w:r>
        <w:rPr>
          <w:rFonts w:ascii="Noto Serif CJK JP" w:hAnsi="Noto Serif CJK JP" w:eastAsia="Noto Serif CJK JP"/>
          <w:b w:val="0"/>
          <w:i w:val="0"/>
          <w:color w:val="222B33"/>
          <w:sz w:val="26"/>
        </w:rPr>
        <w:t>ひとりゐて焦がるる胸の苦しきに思ひあまれる炎とぞ見し</w:t>
      </w:r>
    </w:p>
    <w:p>
      <w:pPr>
        <w:keepNext/>
        <w:spacing w:after="60"/>
      </w:pPr>
      <w:r>
        <w:rPr>
          <w:rFonts w:ascii="Noto Serif CJK JP" w:hAnsi="Noto Serif CJK JP" w:eastAsia="Noto Serif CJK JP"/>
          <w:b w:val="0"/>
          <w:i w:val="0"/>
          <w:color w:val="6A6F75"/>
          <w:sz w:val="19"/>
        </w:rPr>
        <w:t>ひとりゐて　／　こかるゝむねの　／　くるしきに　／　思ひあまれる　／　ほのをとそみし</w:t>
      </w:r>
    </w:p>
    <w:p>
      <w:pPr>
        <w:keepNext/>
        <w:spacing w:after="60"/>
      </w:pPr>
      <w:r>
        <w:rPr>
          <w:b w:val="0"/>
          <w:i/>
          <w:color w:val="222B33"/>
          <w:sz w:val="21"/>
        </w:rPr>
        <w:t>I saw it as the flame</w:t>
        <w:br/>
      </w:r>
      <w:r>
        <w:rPr>
          <w:b w:val="0"/>
          <w:i/>
          <w:color w:val="222B33"/>
          <w:sz w:val="21"/>
        </w:rPr>
        <w:t>of a love too much to hold,</w:t>
        <w:br/>
      </w:r>
      <w:r>
        <w:rPr>
          <w:b w:val="0"/>
          <w:i/>
          <w:color w:val="222B33"/>
          <w:sz w:val="21"/>
        </w:rPr>
        <w:t>in the pain of a breast</w:t>
        <w:br/>
      </w:r>
      <w:r>
        <w:rPr>
          <w:b w:val="0"/>
          <w:i/>
          <w:color w:val="222B33"/>
          <w:sz w:val="21"/>
        </w:rPr>
        <w:t>that burns</w:t>
        <w:br/>
      </w:r>
      <w:r>
        <w:rPr>
          <w:b w:val="0"/>
          <w:i/>
          <w:color w:val="222B33"/>
          <w:sz w:val="21"/>
        </w:rPr>
        <w:t>alone.</w:t>
      </w:r>
    </w:p>
    <w:p>
      <w:pPr>
        <w:spacing w:after="40"/>
      </w:pPr>
      <w:r>
        <w:rPr>
          <w:b w:val="0"/>
          <w:i w:val="0"/>
          <w:color w:val="222B33"/>
          <w:sz w:val="19"/>
        </w:rPr>
        <w:t>His wife’s attendant, his former mistress.</w:t>
      </w:r>
    </w:p>
    <w:p>
      <w:pPr>
        <w:spacing w:after="40"/>
      </w:pPr>
      <w:r>
        <w:rPr>
          <w:b w:val="0"/>
          <w:i w:val="0"/>
          <w:color w:val="6A6F75"/>
          <w:sz w:val="18"/>
        </w:rPr>
        <w:t xml:space="preserve">Answered by </w:t>
      </w:r>
      <w:hyperlink w:anchor="p411">
        <w:r>
          <w:rPr>
            <w:color w:val="2E5A80"/>
            <w:u w:val="single"/>
            <w:sz w:val="18"/>
          </w:rPr>
          <w:t xml:space="preserve">No. 411 (Higekuro)</w:t>
        </w:r>
      </w:hyperlink>
    </w:p>
    <w:p>
      <w:pPr>
        <w:keepNext/>
        <w:spacing w:after="20" w:before="200"/>
      </w:pPr>
      <w:bookmarkStart w:id="442" w:name="p411"/>
      <w:r>
        <w:rPr>
          <w:b/>
          <w:i w:val="0"/>
          <w:color w:val="222B33"/>
          <w:sz w:val="22"/>
        </w:rPr>
        <w:t>No. 411</w:t>
      </w:r>
      <w:r>
        <w:rPr>
          <w:b w:val="0"/>
          <w:i w:val="0"/>
          <w:color w:val="6A6F75"/>
          <w:sz w:val="18"/>
        </w:rPr>
        <w:t xml:space="preserve">   Higekuro → Moku no Kimi   答 reply</w:t>
      </w:r>
      <w:bookmarkEnd w:id="442"/>
    </w:p>
    <w:p>
      <w:pPr>
        <w:keepNext/>
        <w:spacing w:after="0"/>
      </w:pPr>
      <w:r>
        <w:rPr>
          <w:rFonts w:ascii="Noto Serif CJK JP" w:hAnsi="Noto Serif CJK JP" w:eastAsia="Noto Serif CJK JP"/>
          <w:b w:val="0"/>
          <w:i w:val="0"/>
          <w:color w:val="222B33"/>
          <w:sz w:val="26"/>
        </w:rPr>
        <w:t>憂きことを思ひ騒げばさまざまにくゆる煙ぞいとど立ちそふ</w:t>
      </w:r>
    </w:p>
    <w:p>
      <w:pPr>
        <w:keepNext/>
        <w:spacing w:after="60"/>
      </w:pPr>
      <w:r>
        <w:rPr>
          <w:rFonts w:ascii="Noto Serif CJK JP" w:hAnsi="Noto Serif CJK JP" w:eastAsia="Noto Serif CJK JP"/>
          <w:b w:val="0"/>
          <w:i w:val="0"/>
          <w:color w:val="6A6F75"/>
          <w:sz w:val="19"/>
        </w:rPr>
        <w:t>うきことを　／　思ひさはけは　／　さまさまに　／　くゆるけふりそ　／　いとゝたちそふ</w:t>
      </w:r>
    </w:p>
    <w:p>
      <w:pPr>
        <w:keepNext/>
        <w:spacing w:after="60"/>
      </w:pPr>
      <w:r>
        <w:rPr>
          <w:b w:val="0"/>
          <w:i/>
          <w:color w:val="222B33"/>
          <w:sz w:val="21"/>
        </w:rPr>
        <w:t>When I fret over</w:t>
        <w:br/>
      </w:r>
      <w:r>
        <w:rPr>
          <w:b w:val="0"/>
          <w:i/>
          <w:color w:val="222B33"/>
          <w:sz w:val="21"/>
        </w:rPr>
        <w:t>bitter things, the smoke of regret</w:t>
        <w:br/>
      </w:r>
      <w:r>
        <w:rPr>
          <w:b w:val="0"/>
          <w:i/>
          <w:color w:val="222B33"/>
          <w:sz w:val="21"/>
        </w:rPr>
        <w:t>rises thick</w:t>
        <w:br/>
      </w:r>
      <w:r>
        <w:rPr>
          <w:b w:val="0"/>
          <w:i/>
          <w:color w:val="222B33"/>
          <w:sz w:val="21"/>
        </w:rPr>
        <w:t>in all</w:t>
        <w:br/>
      </w:r>
      <w:r>
        <w:rPr>
          <w:b w:val="0"/>
          <w:i/>
          <w:color w:val="222B33"/>
          <w:sz w:val="21"/>
        </w:rPr>
        <w:t>its ways.</w:t>
      </w:r>
    </w:p>
    <w:p>
      <w:pPr>
        <w:spacing w:after="40"/>
      </w:pPr>
      <w:r>
        <w:rPr>
          <w:b w:val="0"/>
          <w:i w:val="0"/>
          <w:color w:val="222B33"/>
          <w:sz w:val="19"/>
        </w:rPr>
        <w:t>Kuyuru: “smolder” and “regret.”</w:t>
      </w:r>
    </w:p>
    <w:p>
      <w:pPr>
        <w:spacing w:after="40"/>
      </w:pPr>
      <w:r>
        <w:rPr>
          <w:b w:val="0"/>
          <w:i w:val="0"/>
          <w:color w:val="6A6F75"/>
          <w:sz w:val="18"/>
        </w:rPr>
        <w:t xml:space="preserve">In reply to </w:t>
      </w:r>
      <w:hyperlink w:anchor="p410">
        <w:r>
          <w:rPr>
            <w:color w:val="2E5A80"/>
            <w:u w:val="single"/>
            <w:sz w:val="18"/>
          </w:rPr>
          <w:t xml:space="preserve">No. 410 (Moku no Kimi)</w:t>
        </w:r>
      </w:hyperlink>
    </w:p>
    <w:p>
      <w:pPr>
        <w:keepNext/>
        <w:spacing w:after="20" w:before="200"/>
      </w:pPr>
      <w:bookmarkStart w:id="443" w:name="p412"/>
      <w:r>
        <w:rPr>
          <w:b/>
          <w:i w:val="0"/>
          <w:color w:val="222B33"/>
          <w:sz w:val="22"/>
        </w:rPr>
        <w:t>No. 412</w:t>
      </w:r>
      <w:r>
        <w:rPr>
          <w:b w:val="0"/>
          <w:i w:val="0"/>
          <w:color w:val="6A6F75"/>
          <w:sz w:val="18"/>
        </w:rPr>
        <w:t xml:space="preserve">   Makibashira → Higekuro (by the pillar)   贈 sent</w:t>
      </w:r>
      <w:bookmarkEnd w:id="443"/>
    </w:p>
    <w:p>
      <w:pPr>
        <w:keepNext/>
        <w:spacing w:after="40"/>
      </w:pPr>
      <w:r>
        <w:rPr>
          <w:b/>
          <w:i w:val="0"/>
          <w:color w:val="6A6F75"/>
          <w:sz w:val="18"/>
        </w:rPr>
        <w:t xml:space="preserve">Context. </w:t>
      </w:r>
      <w:r>
        <w:rPr>
          <w:b w:val="0"/>
          <w:i w:val="0"/>
          <w:color w:val="6A6F75"/>
          <w:sz w:val="19"/>
        </w:rPr>
        <w:t>Higekuro’s daughter Makibashira leaves his house with her mother.</w:t>
      </w:r>
    </w:p>
    <w:p>
      <w:pPr>
        <w:keepNext/>
        <w:spacing w:after="0"/>
      </w:pPr>
      <w:r>
        <w:rPr>
          <w:rFonts w:ascii="Noto Serif CJK JP" w:hAnsi="Noto Serif CJK JP" w:eastAsia="Noto Serif CJK JP"/>
          <w:b w:val="0"/>
          <w:i w:val="0"/>
          <w:color w:val="222B33"/>
          <w:sz w:val="26"/>
        </w:rPr>
        <w:t>今はとて宿かれぬとも馴れ来つる真木の柱はわれを忘るな</w:t>
      </w:r>
    </w:p>
    <w:p>
      <w:pPr>
        <w:keepNext/>
        <w:spacing w:after="60"/>
      </w:pPr>
      <w:r>
        <w:rPr>
          <w:rFonts w:ascii="Noto Serif CJK JP" w:hAnsi="Noto Serif CJK JP" w:eastAsia="Noto Serif CJK JP"/>
          <w:b w:val="0"/>
          <w:i w:val="0"/>
          <w:color w:val="6A6F75"/>
          <w:sz w:val="19"/>
        </w:rPr>
        <w:t>いまはとて　／　やとかれぬとも　／　なれきつる　／　まきのはしらは　／　われをわするな</w:t>
      </w:r>
    </w:p>
    <w:p>
      <w:pPr>
        <w:keepNext/>
        <w:spacing w:after="60"/>
      </w:pPr>
      <w:r>
        <w:rPr>
          <w:b w:val="0"/>
          <w:i/>
          <w:color w:val="222B33"/>
          <w:sz w:val="21"/>
        </w:rPr>
        <w:t>Even if now I leave</w:t>
        <w:br/>
      </w:r>
      <w:r>
        <w:rPr>
          <w:b w:val="0"/>
          <w:i/>
          <w:color w:val="222B33"/>
          <w:sz w:val="21"/>
        </w:rPr>
        <w:t>the house where I have lived,</w:t>
        <w:br/>
      </w:r>
      <w:r>
        <w:rPr>
          <w:b w:val="0"/>
          <w:i/>
          <w:color w:val="222B33"/>
          <w:sz w:val="21"/>
        </w:rPr>
        <w:t>true-cypress pillar</w:t>
        <w:br/>
      </w:r>
      <w:r>
        <w:rPr>
          <w:b w:val="0"/>
          <w:i/>
          <w:color w:val="222B33"/>
          <w:sz w:val="21"/>
        </w:rPr>
        <w:t>I grew up with,</w:t>
        <w:br/>
      </w:r>
      <w:r>
        <w:rPr>
          <w:b w:val="0"/>
          <w:i/>
          <w:color w:val="222B33"/>
          <w:sz w:val="21"/>
        </w:rPr>
        <w:t>do not forget me.</w:t>
      </w:r>
    </w:p>
    <w:p>
      <w:pPr>
        <w:spacing w:after="40"/>
      </w:pPr>
      <w:r>
        <w:rPr>
          <w:b w:val="0"/>
          <w:i w:val="0"/>
          <w:color w:val="222B33"/>
          <w:sz w:val="19"/>
        </w:rPr>
        <w:t>Higekuro’s daughter, leaving with her mother, pushes the poem into a crack in the pillar.</w:t>
      </w:r>
    </w:p>
    <w:p>
      <w:pPr>
        <w:spacing w:after="40"/>
      </w:pPr>
      <w:r>
        <w:rPr>
          <w:b w:val="0"/>
          <w:i w:val="0"/>
          <w:color w:val="6A6F75"/>
          <w:sz w:val="18"/>
        </w:rPr>
        <w:t xml:space="preserve">Answered by </w:t>
      </w:r>
      <w:hyperlink w:anchor="p413">
        <w:r>
          <w:rPr>
            <w:color w:val="2E5A80"/>
            <w:u w:val="single"/>
            <w:sz w:val="18"/>
          </w:rPr>
          <w:t xml:space="preserve">No. 413 (Higekuro’s wife)</w:t>
        </w:r>
      </w:hyperlink>
    </w:p>
    <w:p>
      <w:pPr>
        <w:keepNext/>
        <w:spacing w:after="20" w:before="200"/>
      </w:pPr>
      <w:bookmarkStart w:id="444" w:name="p413"/>
      <w:r>
        <w:rPr>
          <w:b/>
          <w:i w:val="0"/>
          <w:color w:val="222B33"/>
          <w:sz w:val="22"/>
        </w:rPr>
        <w:t>No. 413</w:t>
      </w:r>
      <w:r>
        <w:rPr>
          <w:b w:val="0"/>
          <w:i w:val="0"/>
          <w:color w:val="6A6F75"/>
          <w:sz w:val="18"/>
        </w:rPr>
        <w:t xml:space="preserve">   Higekuro’s wife → Makibashira   答 reply</w:t>
      </w:r>
      <w:bookmarkEnd w:id="444"/>
    </w:p>
    <w:p>
      <w:pPr>
        <w:keepNext/>
        <w:spacing w:after="0"/>
      </w:pPr>
      <w:r>
        <w:rPr>
          <w:rFonts w:ascii="Noto Serif CJK JP" w:hAnsi="Noto Serif CJK JP" w:eastAsia="Noto Serif CJK JP"/>
          <w:b w:val="0"/>
          <w:i w:val="0"/>
          <w:color w:val="222B33"/>
          <w:sz w:val="26"/>
        </w:rPr>
        <w:t>馴れきとは思ひ出づとも何により立ちとまるべき真木の柱ぞ</w:t>
      </w:r>
    </w:p>
    <w:p>
      <w:pPr>
        <w:keepNext/>
        <w:spacing w:after="60"/>
      </w:pPr>
      <w:r>
        <w:rPr>
          <w:rFonts w:ascii="Noto Serif CJK JP" w:hAnsi="Noto Serif CJK JP" w:eastAsia="Noto Serif CJK JP"/>
          <w:b w:val="0"/>
          <w:i w:val="0"/>
          <w:color w:val="6A6F75"/>
          <w:sz w:val="19"/>
        </w:rPr>
        <w:t>なれきとは　／　おもひいつとも　／　なにゝより　／　たちとまるへき　／　まきの柱そ</w:t>
      </w:r>
    </w:p>
    <w:p>
      <w:pPr>
        <w:keepNext/>
        <w:spacing w:after="60"/>
      </w:pPr>
      <w:r>
        <w:rPr>
          <w:b w:val="0"/>
          <w:i/>
          <w:color w:val="222B33"/>
          <w:sz w:val="21"/>
        </w:rPr>
        <w:t>Though you may remember</w:t>
        <w:br/>
      </w:r>
      <w:r>
        <w:rPr>
          <w:b w:val="0"/>
          <w:i/>
          <w:color w:val="222B33"/>
          <w:sz w:val="21"/>
        </w:rPr>
        <w:t>growing used to it,</w:t>
        <w:br/>
      </w:r>
      <w:r>
        <w:rPr>
          <w:b w:val="0"/>
          <w:i/>
          <w:color w:val="222B33"/>
          <w:sz w:val="21"/>
        </w:rPr>
        <w:t>why should the cypress pillar</w:t>
        <w:br/>
      </w:r>
      <w:r>
        <w:rPr>
          <w:b w:val="0"/>
          <w:i/>
          <w:color w:val="222B33"/>
          <w:sz w:val="21"/>
        </w:rPr>
        <w:t>stay</w:t>
        <w:br/>
      </w:r>
      <w:r>
        <w:rPr>
          <w:b w:val="0"/>
          <w:i/>
          <w:color w:val="222B33"/>
          <w:sz w:val="21"/>
        </w:rPr>
        <w:t>for you?</w:t>
      </w:r>
    </w:p>
    <w:p>
      <w:pPr>
        <w:spacing w:after="40"/>
      </w:pPr>
      <w:r>
        <w:rPr>
          <w:b w:val="0"/>
          <w:i w:val="0"/>
          <w:color w:val="6A6F75"/>
          <w:sz w:val="18"/>
        </w:rPr>
        <w:t xml:space="preserve">In reply to </w:t>
      </w:r>
      <w:hyperlink w:anchor="p412">
        <w:r>
          <w:rPr>
            <w:color w:val="2E5A80"/>
            <w:u w:val="single"/>
            <w:sz w:val="18"/>
          </w:rPr>
          <w:t xml:space="preserve">No. 412 (Makibashira)</w:t>
        </w:r>
      </w:hyperlink>
    </w:p>
    <w:p>
      <w:pPr>
        <w:keepNext/>
        <w:spacing w:after="20" w:before="200"/>
      </w:pPr>
      <w:bookmarkStart w:id="445" w:name="p414"/>
      <w:r>
        <w:rPr>
          <w:b/>
          <w:i w:val="0"/>
          <w:color w:val="222B33"/>
          <w:sz w:val="22"/>
        </w:rPr>
        <w:t>No. 414</w:t>
      </w:r>
      <w:r>
        <w:rPr>
          <w:b w:val="0"/>
          <w:i w:val="0"/>
          <w:color w:val="6A6F75"/>
          <w:sz w:val="18"/>
        </w:rPr>
        <w:t xml:space="preserve">   Chūjō no Omoto → Moku no Kimi   贈 sent</w:t>
      </w:r>
      <w:bookmarkEnd w:id="445"/>
    </w:p>
    <w:p>
      <w:pPr>
        <w:keepNext/>
        <w:spacing w:after="40"/>
      </w:pPr>
      <w:r>
        <w:rPr>
          <w:b/>
          <w:i w:val="0"/>
          <w:color w:val="6A6F75"/>
          <w:sz w:val="18"/>
        </w:rPr>
        <w:t xml:space="preserve">Context. </w:t>
      </w:r>
      <w:r>
        <w:rPr>
          <w:b w:val="0"/>
          <w:i w:val="0"/>
          <w:color w:val="6A6F75"/>
          <w:sz w:val="19"/>
        </w:rPr>
        <w:t>Two attendants part as Higekuro’s household breaks up.</w:t>
      </w:r>
    </w:p>
    <w:p>
      <w:pPr>
        <w:keepNext/>
        <w:spacing w:after="0"/>
      </w:pPr>
      <w:r>
        <w:rPr>
          <w:rFonts w:ascii="Noto Serif CJK JP" w:hAnsi="Noto Serif CJK JP" w:eastAsia="Noto Serif CJK JP"/>
          <w:b w:val="0"/>
          <w:i w:val="0"/>
          <w:color w:val="222B33"/>
          <w:sz w:val="26"/>
        </w:rPr>
        <w:t>浅けれど石間の水は澄み果てて宿もる君やかけ離るべき</w:t>
      </w:r>
    </w:p>
    <w:p>
      <w:pPr>
        <w:keepNext/>
        <w:spacing w:after="60"/>
      </w:pPr>
      <w:r>
        <w:rPr>
          <w:rFonts w:ascii="Noto Serif CJK JP" w:hAnsi="Noto Serif CJK JP" w:eastAsia="Noto Serif CJK JP"/>
          <w:b w:val="0"/>
          <w:i w:val="0"/>
          <w:color w:val="6A6F75"/>
          <w:sz w:val="19"/>
        </w:rPr>
        <w:t>あさけれと　／　いし間の水は　／　すみはてゝ　／　やともる君や　／　かけはなるへき</w:t>
      </w:r>
    </w:p>
    <w:p>
      <w:pPr>
        <w:keepNext/>
        <w:spacing w:after="60"/>
      </w:pPr>
      <w:r>
        <w:rPr>
          <w:b w:val="0"/>
          <w:i/>
          <w:color w:val="222B33"/>
          <w:sz w:val="21"/>
        </w:rPr>
        <w:t>Shallow though it is,</w:t>
        <w:br/>
      </w:r>
      <w:r>
        <w:rPr>
          <w:b w:val="0"/>
          <w:i/>
          <w:color w:val="222B33"/>
          <w:sz w:val="21"/>
        </w:rPr>
        <w:t>the water among the stones runs clear;</w:t>
        <w:br/>
      </w:r>
      <w:r>
        <w:rPr>
          <w:b w:val="0"/>
          <w:i/>
          <w:color w:val="222B33"/>
          <w:sz w:val="21"/>
        </w:rPr>
        <w:t>and you who keep the house,</w:t>
        <w:br/>
      </w:r>
      <w:r>
        <w:rPr>
          <w:b w:val="0"/>
          <w:i/>
          <w:color w:val="222B33"/>
          <w:sz w:val="21"/>
        </w:rPr>
        <w:t>will you</w:t>
        <w:br/>
      </w:r>
      <w:r>
        <w:rPr>
          <w:b w:val="0"/>
          <w:i/>
          <w:color w:val="222B33"/>
          <w:sz w:val="21"/>
        </w:rPr>
        <w:t>leave it too?</w:t>
      </w:r>
    </w:p>
    <w:p>
      <w:pPr>
        <w:spacing w:after="40"/>
      </w:pPr>
      <w:r>
        <w:rPr>
          <w:b w:val="0"/>
          <w:i w:val="0"/>
          <w:color w:val="222B33"/>
          <w:sz w:val="19"/>
        </w:rPr>
        <w:t>An exchange between two attendants at the parting.</w:t>
      </w:r>
    </w:p>
    <w:p>
      <w:pPr>
        <w:spacing w:after="40"/>
      </w:pPr>
      <w:r>
        <w:rPr>
          <w:b w:val="0"/>
          <w:i w:val="0"/>
          <w:color w:val="6A6F75"/>
          <w:sz w:val="18"/>
        </w:rPr>
        <w:t xml:space="preserve">Answered by </w:t>
      </w:r>
      <w:hyperlink w:anchor="p415">
        <w:r>
          <w:rPr>
            <w:color w:val="2E5A80"/>
            <w:u w:val="single"/>
            <w:sz w:val="18"/>
          </w:rPr>
          <w:t xml:space="preserve">No. 415 (Moku no Kimi)</w:t>
        </w:r>
      </w:hyperlink>
    </w:p>
    <w:p>
      <w:pPr>
        <w:keepNext/>
        <w:spacing w:after="20" w:before="200"/>
      </w:pPr>
      <w:bookmarkStart w:id="446" w:name="p415"/>
      <w:r>
        <w:rPr>
          <w:b/>
          <w:i w:val="0"/>
          <w:color w:val="222B33"/>
          <w:sz w:val="22"/>
        </w:rPr>
        <w:t>No. 415</w:t>
      </w:r>
      <w:r>
        <w:rPr>
          <w:b w:val="0"/>
          <w:i w:val="0"/>
          <w:color w:val="6A6F75"/>
          <w:sz w:val="18"/>
        </w:rPr>
        <w:t xml:space="preserve">   Moku no Kimi → Chūjō no Omoto   答 reply</w:t>
      </w:r>
      <w:bookmarkEnd w:id="446"/>
    </w:p>
    <w:p>
      <w:pPr>
        <w:keepNext/>
        <w:spacing w:after="0"/>
      </w:pPr>
      <w:r>
        <w:rPr>
          <w:rFonts w:ascii="Noto Serif CJK JP" w:hAnsi="Noto Serif CJK JP" w:eastAsia="Noto Serif CJK JP"/>
          <w:b w:val="0"/>
          <w:i w:val="0"/>
          <w:color w:val="222B33"/>
          <w:sz w:val="26"/>
        </w:rPr>
        <w:t>ともかくも岩間の水の結ぼほれかけとむべくも思ほえぬ世を</w:t>
      </w:r>
    </w:p>
    <w:p>
      <w:pPr>
        <w:keepNext/>
        <w:spacing w:after="60"/>
      </w:pPr>
      <w:r>
        <w:rPr>
          <w:rFonts w:ascii="Noto Serif CJK JP" w:hAnsi="Noto Serif CJK JP" w:eastAsia="Noto Serif CJK JP"/>
          <w:b w:val="0"/>
          <w:i w:val="0"/>
          <w:color w:val="6A6F75"/>
          <w:sz w:val="19"/>
        </w:rPr>
        <w:t>ともかくも　／　いはまの水の　／　むすほゝれ　／　かけとむへくも　／　おもほえぬよを</w:t>
      </w:r>
    </w:p>
    <w:p>
      <w:pPr>
        <w:keepNext/>
        <w:spacing w:after="60"/>
      </w:pPr>
      <w:r>
        <w:rPr>
          <w:b w:val="0"/>
          <w:i/>
          <w:color w:val="222B33"/>
          <w:sz w:val="21"/>
        </w:rPr>
        <w:t>In any case the water</w:t>
        <w:br/>
      </w:r>
      <w:r>
        <w:rPr>
          <w:b w:val="0"/>
          <w:i/>
          <w:color w:val="222B33"/>
          <w:sz w:val="21"/>
        </w:rPr>
        <w:t>among the rocks is choked;</w:t>
        <w:br/>
      </w:r>
      <w:r>
        <w:rPr>
          <w:b w:val="0"/>
          <w:i/>
          <w:color w:val="222B33"/>
          <w:sz w:val="21"/>
        </w:rPr>
        <w:t>I cannot think I could stay on</w:t>
        <w:br/>
      </w:r>
      <w:r>
        <w:rPr>
          <w:b w:val="0"/>
          <w:i/>
          <w:color w:val="222B33"/>
          <w:sz w:val="21"/>
        </w:rPr>
        <w:t>in a world</w:t>
        <w:br/>
      </w:r>
      <w:r>
        <w:rPr>
          <w:b w:val="0"/>
          <w:i/>
          <w:color w:val="222B33"/>
          <w:sz w:val="21"/>
        </w:rPr>
        <w:t>like this.</w:t>
      </w:r>
    </w:p>
    <w:p>
      <w:pPr>
        <w:spacing w:after="40"/>
      </w:pPr>
      <w:r>
        <w:rPr>
          <w:b w:val="0"/>
          <w:i w:val="0"/>
          <w:color w:val="6A6F75"/>
          <w:sz w:val="18"/>
        </w:rPr>
        <w:t xml:space="preserve">In reply to </w:t>
      </w:r>
      <w:hyperlink w:anchor="p414">
        <w:r>
          <w:rPr>
            <w:color w:val="2E5A80"/>
            <w:u w:val="single"/>
            <w:sz w:val="18"/>
          </w:rPr>
          <w:t xml:space="preserve">No. 414 (Chūjō no Omoto)</w:t>
        </w:r>
      </w:hyperlink>
    </w:p>
    <w:p>
      <w:pPr>
        <w:keepNext/>
        <w:spacing w:after="20" w:before="200"/>
      </w:pPr>
      <w:bookmarkStart w:id="447" w:name="p416"/>
      <w:r>
        <w:rPr>
          <w:b/>
          <w:i w:val="0"/>
          <w:color w:val="222B33"/>
          <w:sz w:val="22"/>
        </w:rPr>
        <w:t>No. 416</w:t>
      </w:r>
      <w:r>
        <w:rPr>
          <w:b w:val="0"/>
          <w:i w:val="0"/>
          <w:color w:val="6A6F75"/>
          <w:sz w:val="18"/>
        </w:rPr>
        <w:t xml:space="preserve">   Prince Hotaru → Tamakazura   贈:独 sent / solo</w:t>
      </w:r>
      <w:bookmarkEnd w:id="447"/>
    </w:p>
    <w:p>
      <w:pPr>
        <w:keepNext/>
        <w:spacing w:after="40"/>
      </w:pPr>
      <w:r>
        <w:rPr>
          <w:b/>
          <w:i w:val="0"/>
          <w:color w:val="6A6F75"/>
          <w:sz w:val="18"/>
        </w:rPr>
        <w:t xml:space="preserve">Context. </w:t>
      </w:r>
      <w:r>
        <w:rPr>
          <w:b w:val="0"/>
          <w:i w:val="0"/>
          <w:color w:val="6A6F75"/>
          <w:sz w:val="19"/>
        </w:rPr>
        <w:t>Prince Hotaru after Tamakazura’s marriage to Higekuro; the gentle suitor who lost.</w:t>
      </w:r>
    </w:p>
    <w:p>
      <w:pPr>
        <w:keepNext/>
        <w:spacing w:after="0"/>
      </w:pPr>
      <w:r>
        <w:rPr>
          <w:rFonts w:ascii="Noto Serif CJK JP" w:hAnsi="Noto Serif CJK JP" w:eastAsia="Noto Serif CJK JP"/>
          <w:b w:val="0"/>
          <w:i w:val="0"/>
          <w:color w:val="222B33"/>
          <w:sz w:val="26"/>
        </w:rPr>
        <w:t>深山木に羽うち交はしゐる鳥のまたなくねたき春にもあるかな</w:t>
      </w:r>
    </w:p>
    <w:p>
      <w:pPr>
        <w:keepNext/>
        <w:spacing w:after="60"/>
      </w:pPr>
      <w:r>
        <w:rPr>
          <w:rFonts w:ascii="Noto Serif CJK JP" w:hAnsi="Noto Serif CJK JP" w:eastAsia="Noto Serif CJK JP"/>
          <w:b w:val="0"/>
          <w:i w:val="0"/>
          <w:color w:val="6A6F75"/>
          <w:sz w:val="19"/>
        </w:rPr>
        <w:t>みやま木に　／　はねうちかはし　／　ゐる鳥の　／　またなくねたき　／　春にもあるかな</w:t>
      </w:r>
    </w:p>
    <w:p>
      <w:pPr>
        <w:keepNext/>
        <w:spacing w:after="60"/>
      </w:pPr>
      <w:r>
        <w:rPr>
          <w:b w:val="0"/>
          <w:i/>
          <w:color w:val="222B33"/>
          <w:sz w:val="21"/>
        </w:rPr>
        <w:t>A spring so bitterly</w:t>
        <w:br/>
      </w:r>
      <w:r>
        <w:rPr>
          <w:b w:val="0"/>
          <w:i/>
          <w:color w:val="222B33"/>
          <w:sz w:val="21"/>
        </w:rPr>
        <w:t>jealous: birds sharing</w:t>
        <w:br/>
      </w:r>
      <w:r>
        <w:rPr>
          <w:b w:val="0"/>
          <w:i/>
          <w:color w:val="222B33"/>
          <w:sz w:val="21"/>
        </w:rPr>
        <w:t>wing to wing</w:t>
        <w:br/>
      </w:r>
      <w:r>
        <w:rPr>
          <w:b w:val="0"/>
          <w:i/>
          <w:color w:val="222B33"/>
          <w:sz w:val="21"/>
        </w:rPr>
        <w:t>in the trees</w:t>
        <w:br/>
      </w:r>
      <w:r>
        <w:rPr>
          <w:b w:val="0"/>
          <w:i/>
          <w:color w:val="222B33"/>
          <w:sz w:val="21"/>
        </w:rPr>
        <w:t>of the deep mountains.</w:t>
      </w:r>
    </w:p>
    <w:p>
      <w:pPr>
        <w:keepNext/>
        <w:spacing w:after="20" w:before="200"/>
      </w:pPr>
      <w:bookmarkStart w:id="448" w:name="p417"/>
      <w:r>
        <w:rPr>
          <w:b/>
          <w:i w:val="0"/>
          <w:color w:val="222B33"/>
          <w:sz w:val="22"/>
        </w:rPr>
        <w:t>No. 417</w:t>
      </w:r>
      <w:r>
        <w:rPr>
          <w:b w:val="0"/>
          <w:i w:val="0"/>
          <w:color w:val="6A6F75"/>
          <w:sz w:val="18"/>
        </w:rPr>
        <w:t xml:space="preserve">   Reizei Emperor → Tamakazura   贈 sent</w:t>
      </w:r>
      <w:bookmarkEnd w:id="448"/>
    </w:p>
    <w:p>
      <w:pPr>
        <w:keepNext/>
        <w:spacing w:after="40"/>
      </w:pPr>
      <w:r>
        <w:rPr>
          <w:b/>
          <w:i w:val="0"/>
          <w:color w:val="6A6F75"/>
          <w:sz w:val="18"/>
        </w:rPr>
        <w:t xml:space="preserve">Context. </w:t>
      </w:r>
      <w:r>
        <w:rPr>
          <w:b w:val="0"/>
          <w:i w:val="0"/>
          <w:color w:val="6A6F75"/>
          <w:sz w:val="19"/>
        </w:rPr>
        <w:t>Reizei visits Tamakazura at court; he too desires her.</w:t>
      </w:r>
    </w:p>
    <w:p>
      <w:pPr>
        <w:keepNext/>
        <w:spacing w:after="0"/>
      </w:pPr>
      <w:r>
        <w:rPr>
          <w:rFonts w:ascii="Noto Serif CJK JP" w:hAnsi="Noto Serif CJK JP" w:eastAsia="Noto Serif CJK JP"/>
          <w:b w:val="0"/>
          <w:i w:val="0"/>
          <w:color w:val="222B33"/>
          <w:sz w:val="26"/>
        </w:rPr>
        <w:t>などてかく灰あひがたき紫を心に深く思ひそめけむ</w:t>
      </w:r>
    </w:p>
    <w:p>
      <w:pPr>
        <w:keepNext/>
        <w:spacing w:after="60"/>
      </w:pPr>
      <w:r>
        <w:rPr>
          <w:rFonts w:ascii="Noto Serif CJK JP" w:hAnsi="Noto Serif CJK JP" w:eastAsia="Noto Serif CJK JP"/>
          <w:b w:val="0"/>
          <w:i w:val="0"/>
          <w:color w:val="6A6F75"/>
          <w:sz w:val="19"/>
        </w:rPr>
        <w:t>なとてかく　／　はひあひかたき　／　むらさきを　／　心にふかく　／　思ひそめけむ</w:t>
      </w:r>
    </w:p>
    <w:p>
      <w:pPr>
        <w:keepNext/>
        <w:spacing w:after="60"/>
      </w:pPr>
      <w:r>
        <w:rPr>
          <w:b w:val="0"/>
          <w:i/>
          <w:color w:val="222B33"/>
          <w:sz w:val="21"/>
        </w:rPr>
        <w:t>Why did I let my heart</w:t>
        <w:br/>
      </w:r>
      <w:r>
        <w:rPr>
          <w:b w:val="0"/>
          <w:i/>
          <w:color w:val="222B33"/>
          <w:sz w:val="21"/>
        </w:rPr>
        <w:t>be dyed so deep</w:t>
        <w:br/>
      </w:r>
      <w:r>
        <w:rPr>
          <w:b w:val="0"/>
          <w:i/>
          <w:color w:val="222B33"/>
          <w:sz w:val="21"/>
        </w:rPr>
        <w:t>with the purple</w:t>
        <w:br/>
      </w:r>
      <w:r>
        <w:rPr>
          <w:b w:val="0"/>
          <w:i/>
          <w:color w:val="222B33"/>
          <w:sz w:val="21"/>
        </w:rPr>
        <w:t>that is so hard</w:t>
        <w:br/>
      </w:r>
      <w:r>
        <w:rPr>
          <w:b w:val="0"/>
          <w:i/>
          <w:color w:val="222B33"/>
          <w:sz w:val="21"/>
        </w:rPr>
        <w:t>to bring together with ash?</w:t>
      </w:r>
    </w:p>
    <w:p>
      <w:pPr>
        <w:spacing w:after="40"/>
      </w:pPr>
      <w:r>
        <w:rPr>
          <w:b w:val="0"/>
          <w:i w:val="0"/>
          <w:color w:val="222B33"/>
          <w:sz w:val="19"/>
        </w:rPr>
        <w:t>Ai: “mixing” lye into dye, and “meeting.”</w:t>
      </w:r>
    </w:p>
    <w:p>
      <w:pPr>
        <w:spacing w:after="40"/>
      </w:pPr>
      <w:r>
        <w:rPr>
          <w:b w:val="0"/>
          <w:i w:val="0"/>
          <w:color w:val="6A6F75"/>
          <w:sz w:val="18"/>
        </w:rPr>
        <w:t xml:space="preserve">Answered by </w:t>
      </w:r>
      <w:hyperlink w:anchor="p418">
        <w:r>
          <w:rPr>
            <w:color w:val="2E5A80"/>
            <w:u w:val="single"/>
            <w:sz w:val="18"/>
          </w:rPr>
          <w:t xml:space="preserve">No. 418 (Tamakazura)</w:t>
        </w:r>
      </w:hyperlink>
    </w:p>
    <w:p>
      <w:pPr>
        <w:keepNext/>
        <w:spacing w:after="20" w:before="200"/>
      </w:pPr>
      <w:bookmarkStart w:id="449" w:name="p418"/>
      <w:r>
        <w:rPr>
          <w:b/>
          <w:i w:val="0"/>
          <w:color w:val="222B33"/>
          <w:sz w:val="22"/>
        </w:rPr>
        <w:t>No. 418</w:t>
      </w:r>
      <w:r>
        <w:rPr>
          <w:b w:val="0"/>
          <w:i w:val="0"/>
          <w:color w:val="6A6F75"/>
          <w:sz w:val="18"/>
        </w:rPr>
        <w:t xml:space="preserve">   Tamakazura → Reizei Emperor   答 reply</w:t>
      </w:r>
      <w:bookmarkEnd w:id="449"/>
    </w:p>
    <w:p>
      <w:pPr>
        <w:keepNext/>
        <w:spacing w:after="0"/>
      </w:pPr>
      <w:r>
        <w:rPr>
          <w:rFonts w:ascii="Noto Serif CJK JP" w:hAnsi="Noto Serif CJK JP" w:eastAsia="Noto Serif CJK JP"/>
          <w:b w:val="0"/>
          <w:i w:val="0"/>
          <w:color w:val="222B33"/>
          <w:sz w:val="26"/>
        </w:rPr>
        <w:t>いかならむ色とも知らぬ紫を心してこそ人は染めけれ</w:t>
      </w:r>
    </w:p>
    <w:p>
      <w:pPr>
        <w:keepNext/>
        <w:spacing w:after="60"/>
      </w:pPr>
      <w:r>
        <w:rPr>
          <w:rFonts w:ascii="Noto Serif CJK JP" w:hAnsi="Noto Serif CJK JP" w:eastAsia="Noto Serif CJK JP"/>
          <w:b w:val="0"/>
          <w:i w:val="0"/>
          <w:color w:val="6A6F75"/>
          <w:sz w:val="19"/>
        </w:rPr>
        <w:t>いかならん　／　色ともしらぬ　／　むらさきを　／　心してこそ　／　人はそめけれ</w:t>
      </w:r>
    </w:p>
    <w:p>
      <w:pPr>
        <w:keepNext/>
        <w:spacing w:after="60"/>
      </w:pPr>
      <w:r>
        <w:rPr>
          <w:b w:val="0"/>
          <w:i/>
          <w:color w:val="222B33"/>
          <w:sz w:val="21"/>
        </w:rPr>
        <w:t>People dye the purple</w:t>
        <w:br/>
      </w:r>
      <w:r>
        <w:rPr>
          <w:b w:val="0"/>
          <w:i/>
          <w:color w:val="222B33"/>
          <w:sz w:val="21"/>
        </w:rPr>
        <w:t>with care</w:t>
        <w:br/>
      </w:r>
      <w:r>
        <w:rPr>
          <w:b w:val="0"/>
          <w:i/>
          <w:color w:val="222B33"/>
          <w:sz w:val="21"/>
        </w:rPr>
        <w:t>not knowing</w:t>
        <w:br/>
      </w:r>
      <w:r>
        <w:rPr>
          <w:b w:val="0"/>
          <w:i/>
          <w:color w:val="222B33"/>
          <w:sz w:val="21"/>
        </w:rPr>
        <w:t>what color it will</w:t>
        <w:br/>
      </w:r>
      <w:r>
        <w:rPr>
          <w:b w:val="0"/>
          <w:i/>
          <w:color w:val="222B33"/>
          <w:sz w:val="21"/>
        </w:rPr>
        <w:t>become.</w:t>
      </w:r>
    </w:p>
    <w:p>
      <w:pPr>
        <w:spacing w:after="40"/>
      </w:pPr>
      <w:r>
        <w:rPr>
          <w:b w:val="0"/>
          <w:i w:val="0"/>
          <w:color w:val="6A6F75"/>
          <w:sz w:val="18"/>
        </w:rPr>
        <w:t xml:space="preserve">In reply to </w:t>
      </w:r>
      <w:hyperlink w:anchor="p417">
        <w:r>
          <w:rPr>
            <w:color w:val="2E5A80"/>
            <w:u w:val="single"/>
            <w:sz w:val="18"/>
          </w:rPr>
          <w:t xml:space="preserve">No. 417 (Reizei Emperor)</w:t>
        </w:r>
      </w:hyperlink>
    </w:p>
    <w:p>
      <w:pPr>
        <w:keepNext/>
        <w:spacing w:after="20" w:before="200"/>
      </w:pPr>
      <w:bookmarkStart w:id="450" w:name="p419"/>
      <w:r>
        <w:rPr>
          <w:b/>
          <w:i w:val="0"/>
          <w:color w:val="222B33"/>
          <w:sz w:val="22"/>
        </w:rPr>
        <w:t>No. 419</w:t>
      </w:r>
      <w:r>
        <w:rPr>
          <w:b w:val="0"/>
          <w:i w:val="0"/>
          <w:color w:val="6A6F75"/>
          <w:sz w:val="18"/>
        </w:rPr>
        <w:t xml:space="preserve">   Reizei Emperor → Tamakazura   贈 sent</w:t>
      </w:r>
      <w:bookmarkEnd w:id="450"/>
    </w:p>
    <w:p>
      <w:pPr>
        <w:keepNext/>
        <w:spacing w:after="40"/>
      </w:pPr>
      <w:r>
        <w:rPr>
          <w:b/>
          <w:i w:val="0"/>
          <w:color w:val="6A6F75"/>
          <w:sz w:val="18"/>
        </w:rPr>
        <w:t xml:space="preserve">Context. </w:t>
      </w:r>
      <w:r>
        <w:rPr>
          <w:b w:val="0"/>
          <w:i w:val="0"/>
          <w:color w:val="6A6F75"/>
          <w:sz w:val="19"/>
        </w:rPr>
        <w:t>Reizei to Tamakazura as she leaves the palace.</w:t>
      </w:r>
    </w:p>
    <w:p>
      <w:pPr>
        <w:keepNext/>
        <w:spacing w:after="0"/>
      </w:pPr>
      <w:r>
        <w:rPr>
          <w:rFonts w:ascii="Noto Serif CJK JP" w:hAnsi="Noto Serif CJK JP" w:eastAsia="Noto Serif CJK JP"/>
          <w:b w:val="0"/>
          <w:i w:val="0"/>
          <w:color w:val="222B33"/>
          <w:sz w:val="26"/>
        </w:rPr>
        <w:t>九重に霞隔てば梅の花ただ香ばかりも匂ひ来じとや</w:t>
      </w:r>
    </w:p>
    <w:p>
      <w:pPr>
        <w:keepNext/>
        <w:spacing w:after="60"/>
      </w:pPr>
      <w:r>
        <w:rPr>
          <w:rFonts w:ascii="Noto Serif CJK JP" w:hAnsi="Noto Serif CJK JP" w:eastAsia="Noto Serif CJK JP"/>
          <w:b w:val="0"/>
          <w:i w:val="0"/>
          <w:color w:val="6A6F75"/>
          <w:sz w:val="19"/>
        </w:rPr>
        <w:t>九重に　／　かすみへたては　／　梅のはな　／　たゝかはかりも　／　匂ひこしとや</w:t>
      </w:r>
    </w:p>
    <w:p>
      <w:pPr>
        <w:keepNext/>
        <w:spacing w:after="60"/>
      </w:pPr>
      <w:r>
        <w:rPr>
          <w:b w:val="0"/>
          <w:i/>
          <w:color w:val="222B33"/>
          <w:sz w:val="21"/>
        </w:rPr>
        <w:t>If the haze divides you</w:t>
        <w:br/>
      </w:r>
      <w:r>
        <w:rPr>
          <w:b w:val="0"/>
          <w:i/>
          <w:color w:val="222B33"/>
          <w:sz w:val="21"/>
        </w:rPr>
        <w:t>from the ninefold palace, will not</w:t>
        <w:br/>
      </w:r>
      <w:r>
        <w:rPr>
          <w:b w:val="0"/>
          <w:i/>
          <w:color w:val="222B33"/>
          <w:sz w:val="21"/>
        </w:rPr>
        <w:t>even the scent</w:t>
        <w:br/>
      </w:r>
      <w:r>
        <w:rPr>
          <w:b w:val="0"/>
          <w:i/>
          <w:color w:val="222B33"/>
          <w:sz w:val="21"/>
        </w:rPr>
        <w:t>of the plum blossom</w:t>
        <w:br/>
      </w:r>
      <w:r>
        <w:rPr>
          <w:b w:val="0"/>
          <w:i/>
          <w:color w:val="222B33"/>
          <w:sz w:val="21"/>
        </w:rPr>
        <w:t>come to me?</w:t>
      </w:r>
    </w:p>
    <w:p>
      <w:pPr>
        <w:spacing w:after="40"/>
      </w:pPr>
      <w:r>
        <w:rPr>
          <w:b w:val="0"/>
          <w:i w:val="0"/>
          <w:color w:val="6A6F75"/>
          <w:sz w:val="18"/>
        </w:rPr>
        <w:t xml:space="preserve">Answered by </w:t>
      </w:r>
      <w:hyperlink w:anchor="p420">
        <w:r>
          <w:rPr>
            <w:color w:val="2E5A80"/>
            <w:u w:val="single"/>
            <w:sz w:val="18"/>
          </w:rPr>
          <w:t xml:space="preserve">No. 420 (Tamakazura)</w:t>
        </w:r>
      </w:hyperlink>
    </w:p>
    <w:p>
      <w:pPr>
        <w:keepNext/>
        <w:spacing w:after="20" w:before="200"/>
      </w:pPr>
      <w:bookmarkStart w:id="451" w:name="p420"/>
      <w:r>
        <w:rPr>
          <w:b/>
          <w:i w:val="0"/>
          <w:color w:val="222B33"/>
          <w:sz w:val="22"/>
        </w:rPr>
        <w:t>No. 420</w:t>
      </w:r>
      <w:r>
        <w:rPr>
          <w:b w:val="0"/>
          <w:i w:val="0"/>
          <w:color w:val="6A6F75"/>
          <w:sz w:val="18"/>
        </w:rPr>
        <w:t xml:space="preserve">   Tamakazura → Reizei Emperor   答 reply</w:t>
      </w:r>
      <w:bookmarkEnd w:id="451"/>
    </w:p>
    <w:p>
      <w:pPr>
        <w:keepNext/>
        <w:spacing w:after="0"/>
      </w:pPr>
      <w:r>
        <w:rPr>
          <w:rFonts w:ascii="Noto Serif CJK JP" w:hAnsi="Noto Serif CJK JP" w:eastAsia="Noto Serif CJK JP"/>
          <w:b w:val="0"/>
          <w:i w:val="0"/>
          <w:color w:val="222B33"/>
          <w:sz w:val="26"/>
        </w:rPr>
        <w:t>香ばかりは風にもつてよ花の枝に立ち並ぶべき匂ひなくとも</w:t>
      </w:r>
    </w:p>
    <w:p>
      <w:pPr>
        <w:keepNext/>
        <w:spacing w:after="60"/>
      </w:pPr>
      <w:r>
        <w:rPr>
          <w:rFonts w:ascii="Noto Serif CJK JP" w:hAnsi="Noto Serif CJK JP" w:eastAsia="Noto Serif CJK JP"/>
          <w:b w:val="0"/>
          <w:i w:val="0"/>
          <w:color w:val="6A6F75"/>
          <w:sz w:val="19"/>
        </w:rPr>
        <w:t>かはかりは　／　風にもつてよ　／　はなのえに　／　たちならふへき　／　にほひなくとも</w:t>
      </w:r>
    </w:p>
    <w:p>
      <w:pPr>
        <w:keepNext/>
        <w:spacing w:after="60"/>
      </w:pPr>
      <w:r>
        <w:rPr>
          <w:b w:val="0"/>
          <w:i/>
          <w:color w:val="222B33"/>
          <w:sz w:val="21"/>
        </w:rPr>
        <w:t>Let the wind send at least</w:t>
        <w:br/>
      </w:r>
      <w:r>
        <w:rPr>
          <w:b w:val="0"/>
          <w:i/>
          <w:color w:val="222B33"/>
          <w:sz w:val="21"/>
        </w:rPr>
        <w:t>the scent,</w:t>
        <w:br/>
      </w:r>
      <w:r>
        <w:rPr>
          <w:b w:val="0"/>
          <w:i/>
          <w:color w:val="222B33"/>
          <w:sz w:val="21"/>
        </w:rPr>
        <w:t>though I have no fragrance</w:t>
        <w:br/>
      </w:r>
      <w:r>
        <w:rPr>
          <w:b w:val="0"/>
          <w:i/>
          <w:color w:val="222B33"/>
          <w:sz w:val="21"/>
        </w:rPr>
        <w:t>to stand beside</w:t>
        <w:br/>
      </w:r>
      <w:r>
        <w:rPr>
          <w:b w:val="0"/>
          <w:i/>
          <w:color w:val="222B33"/>
          <w:sz w:val="21"/>
        </w:rPr>
        <w:t>the flowering branch.</w:t>
      </w:r>
    </w:p>
    <w:p>
      <w:pPr>
        <w:spacing w:after="40"/>
      </w:pPr>
      <w:r>
        <w:rPr>
          <w:b w:val="0"/>
          <w:i w:val="0"/>
          <w:color w:val="6A6F75"/>
          <w:sz w:val="18"/>
        </w:rPr>
        <w:t xml:space="preserve">In reply to </w:t>
      </w:r>
      <w:hyperlink w:anchor="p419">
        <w:r>
          <w:rPr>
            <w:color w:val="2E5A80"/>
            <w:u w:val="single"/>
            <w:sz w:val="18"/>
          </w:rPr>
          <w:t xml:space="preserve">No. 419 (Reizei Emperor)</w:t>
        </w:r>
      </w:hyperlink>
    </w:p>
    <w:p>
      <w:pPr>
        <w:keepNext/>
        <w:spacing w:after="20" w:before="200"/>
      </w:pPr>
      <w:bookmarkStart w:id="452" w:name="p421"/>
      <w:r>
        <w:rPr>
          <w:b/>
          <w:i w:val="0"/>
          <w:color w:val="222B33"/>
          <w:sz w:val="22"/>
        </w:rPr>
        <w:t>No. 421</w:t>
      </w:r>
      <w:r>
        <w:rPr>
          <w:b w:val="0"/>
          <w:i w:val="0"/>
          <w:color w:val="6A6F75"/>
          <w:sz w:val="18"/>
        </w:rPr>
        <w:t xml:space="preserve">   Genji → Tamakazura   贈 sent</w:t>
      </w:r>
      <w:bookmarkEnd w:id="452"/>
    </w:p>
    <w:p>
      <w:pPr>
        <w:keepNext/>
        <w:spacing w:after="40"/>
      </w:pPr>
      <w:r>
        <w:rPr>
          <w:b/>
          <w:i w:val="0"/>
          <w:color w:val="6A6F75"/>
          <w:sz w:val="18"/>
        </w:rPr>
        <w:t xml:space="preserve">Context. </w:t>
      </w:r>
      <w:r>
        <w:rPr>
          <w:b w:val="0"/>
          <w:i w:val="0"/>
          <w:color w:val="6A6F75"/>
          <w:sz w:val="19"/>
        </w:rPr>
        <w:t>Genji writes to Tamakazura, now Higekuro’s wife; he still cannot let her go.</w:t>
      </w:r>
    </w:p>
    <w:p>
      <w:pPr>
        <w:keepNext/>
        <w:spacing w:after="0"/>
      </w:pPr>
      <w:r>
        <w:rPr>
          <w:rFonts w:ascii="Noto Serif CJK JP" w:hAnsi="Noto Serif CJK JP" w:eastAsia="Noto Serif CJK JP"/>
          <w:b w:val="0"/>
          <w:i w:val="0"/>
          <w:color w:val="222B33"/>
          <w:sz w:val="26"/>
        </w:rPr>
        <w:t>かきたれてのどけきころの春雨にふるさと人をいかに偲ぶや</w:t>
      </w:r>
    </w:p>
    <w:p>
      <w:pPr>
        <w:keepNext/>
        <w:spacing w:after="60"/>
      </w:pPr>
      <w:r>
        <w:rPr>
          <w:rFonts w:ascii="Noto Serif CJK JP" w:hAnsi="Noto Serif CJK JP" w:eastAsia="Noto Serif CJK JP"/>
          <w:b w:val="0"/>
          <w:i w:val="0"/>
          <w:color w:val="6A6F75"/>
          <w:sz w:val="19"/>
        </w:rPr>
        <w:t>かきたれて　／　のとけき比の　／　春雨に　／　ふるさと人を　／　いかにしのふや</w:t>
      </w:r>
    </w:p>
    <w:p>
      <w:pPr>
        <w:keepNext/>
        <w:spacing w:after="60"/>
      </w:pPr>
      <w:r>
        <w:rPr>
          <w:b w:val="0"/>
          <w:i/>
          <w:color w:val="222B33"/>
          <w:sz w:val="21"/>
        </w:rPr>
        <w:t>In the spring rain</w:t>
        <w:br/>
      </w:r>
      <w:r>
        <w:rPr>
          <w:b w:val="0"/>
          <w:i/>
          <w:color w:val="222B33"/>
          <w:sz w:val="21"/>
        </w:rPr>
        <w:t>of these quiet days,</w:t>
        <w:br/>
      </w:r>
      <w:r>
        <w:rPr>
          <w:b w:val="0"/>
          <w:i/>
          <w:color w:val="222B33"/>
          <w:sz w:val="21"/>
        </w:rPr>
        <w:t>how do you think of one</w:t>
        <w:br/>
      </w:r>
      <w:r>
        <w:rPr>
          <w:b w:val="0"/>
          <w:i/>
          <w:color w:val="222B33"/>
          <w:sz w:val="21"/>
        </w:rPr>
        <w:t>in the old home</w:t>
        <w:br/>
      </w:r>
      <w:r>
        <w:rPr>
          <w:b w:val="0"/>
          <w:i/>
          <w:color w:val="222B33"/>
          <w:sz w:val="21"/>
        </w:rPr>
        <w:t>you left?</w:t>
      </w:r>
    </w:p>
    <w:p>
      <w:pPr>
        <w:spacing w:after="40"/>
      </w:pPr>
      <w:r>
        <w:rPr>
          <w:b w:val="0"/>
          <w:i w:val="0"/>
          <w:color w:val="222B33"/>
          <w:sz w:val="19"/>
        </w:rPr>
        <w:t>Furu, “fall” (rain), and furusato, “old home.”</w:t>
      </w:r>
    </w:p>
    <w:p>
      <w:pPr>
        <w:spacing w:after="40"/>
      </w:pPr>
      <w:r>
        <w:rPr>
          <w:b w:val="0"/>
          <w:i w:val="0"/>
          <w:color w:val="6A6F75"/>
          <w:sz w:val="18"/>
        </w:rPr>
        <w:t xml:space="preserve">Answered by </w:t>
      </w:r>
      <w:hyperlink w:anchor="p422">
        <w:r>
          <w:rPr>
            <w:color w:val="2E5A80"/>
            <w:u w:val="single"/>
            <w:sz w:val="18"/>
          </w:rPr>
          <w:t xml:space="preserve">No. 422 (Tamakazura)</w:t>
        </w:r>
      </w:hyperlink>
    </w:p>
    <w:p>
      <w:pPr>
        <w:keepNext/>
        <w:spacing w:after="20" w:before="200"/>
      </w:pPr>
      <w:bookmarkStart w:id="453" w:name="p422"/>
      <w:r>
        <w:rPr>
          <w:b/>
          <w:i w:val="0"/>
          <w:color w:val="222B33"/>
          <w:sz w:val="22"/>
        </w:rPr>
        <w:t>No. 422</w:t>
      </w:r>
      <w:r>
        <w:rPr>
          <w:b w:val="0"/>
          <w:i w:val="0"/>
          <w:color w:val="6A6F75"/>
          <w:sz w:val="18"/>
        </w:rPr>
        <w:t xml:space="preserve">   Tamakazura → Genji   答 reply</w:t>
      </w:r>
      <w:bookmarkEnd w:id="453"/>
    </w:p>
    <w:p>
      <w:pPr>
        <w:keepNext/>
        <w:spacing w:after="0"/>
      </w:pPr>
      <w:r>
        <w:rPr>
          <w:rFonts w:ascii="Noto Serif CJK JP" w:hAnsi="Noto Serif CJK JP" w:eastAsia="Noto Serif CJK JP"/>
          <w:b w:val="0"/>
          <w:i w:val="0"/>
          <w:color w:val="222B33"/>
          <w:sz w:val="26"/>
        </w:rPr>
        <w:t>眺めする軒の雫に袖ぬれてうたかた人を偲ばざらめや</w:t>
      </w:r>
    </w:p>
    <w:p>
      <w:pPr>
        <w:keepNext/>
        <w:spacing w:after="60"/>
      </w:pPr>
      <w:r>
        <w:rPr>
          <w:rFonts w:ascii="Noto Serif CJK JP" w:hAnsi="Noto Serif CJK JP" w:eastAsia="Noto Serif CJK JP"/>
          <w:b w:val="0"/>
          <w:i w:val="0"/>
          <w:color w:val="6A6F75"/>
          <w:sz w:val="19"/>
        </w:rPr>
        <w:t>なかめする　／　軒のしつくに　／　袖ぬれて　／　うたかた人を　／　しのはさらめや</w:t>
      </w:r>
    </w:p>
    <w:p>
      <w:pPr>
        <w:keepNext/>
        <w:spacing w:after="60"/>
      </w:pPr>
      <w:r>
        <w:rPr>
          <w:b w:val="0"/>
          <w:i/>
          <w:color w:val="222B33"/>
          <w:sz w:val="21"/>
        </w:rPr>
        <w:t>My sleeves wet</w:t>
        <w:br/>
      </w:r>
      <w:r>
        <w:rPr>
          <w:b w:val="0"/>
          <w:i/>
          <w:color w:val="222B33"/>
          <w:sz w:val="21"/>
        </w:rPr>
        <w:t>from the drops of the eaves as I gaze:</w:t>
        <w:br/>
      </w:r>
      <w:r>
        <w:rPr>
          <w:b w:val="0"/>
          <w:i/>
          <w:color w:val="222B33"/>
          <w:sz w:val="21"/>
        </w:rPr>
        <w:t>how could I not think,</w:t>
        <w:br/>
      </w:r>
      <w:r>
        <w:rPr>
          <w:b w:val="0"/>
          <w:i/>
          <w:color w:val="222B33"/>
          <w:sz w:val="21"/>
        </w:rPr>
        <w:t>even for a moment,</w:t>
        <w:br/>
      </w:r>
      <w:r>
        <w:rPr>
          <w:b w:val="0"/>
          <w:i/>
          <w:color w:val="222B33"/>
          <w:sz w:val="21"/>
        </w:rPr>
        <w:t>of you?</w:t>
      </w:r>
    </w:p>
    <w:p>
      <w:pPr>
        <w:spacing w:after="40"/>
      </w:pPr>
      <w:r>
        <w:rPr>
          <w:b w:val="0"/>
          <w:i w:val="0"/>
          <w:color w:val="222B33"/>
          <w:sz w:val="19"/>
        </w:rPr>
        <w:t>Utakata: “foam” and “for a moment.”</w:t>
      </w:r>
    </w:p>
    <w:p>
      <w:pPr>
        <w:spacing w:after="40"/>
      </w:pPr>
      <w:r>
        <w:rPr>
          <w:b w:val="0"/>
          <w:i w:val="0"/>
          <w:color w:val="6A6F75"/>
          <w:sz w:val="18"/>
        </w:rPr>
        <w:t xml:space="preserve">In reply to </w:t>
      </w:r>
      <w:hyperlink w:anchor="p421">
        <w:r>
          <w:rPr>
            <w:color w:val="2E5A80"/>
            <w:u w:val="single"/>
            <w:sz w:val="18"/>
          </w:rPr>
          <w:t xml:space="preserve">No. 421 (Genji)</w:t>
        </w:r>
      </w:hyperlink>
    </w:p>
    <w:p>
      <w:pPr>
        <w:keepNext/>
        <w:spacing w:after="20" w:before="200"/>
      </w:pPr>
      <w:bookmarkStart w:id="454" w:name="p423"/>
      <w:r>
        <w:rPr>
          <w:b/>
          <w:i w:val="0"/>
          <w:color w:val="222B33"/>
          <w:sz w:val="22"/>
        </w:rPr>
        <w:t>No. 423</w:t>
      </w:r>
      <w:r>
        <w:rPr>
          <w:b w:val="0"/>
          <w:i w:val="0"/>
          <w:color w:val="6A6F75"/>
          <w:sz w:val="18"/>
        </w:rPr>
        <w:t xml:space="preserve">   Genji   独 solo</w:t>
      </w:r>
      <w:bookmarkEnd w:id="454"/>
    </w:p>
    <w:p>
      <w:pPr>
        <w:keepNext/>
        <w:spacing w:after="40"/>
      </w:pPr>
      <w:r>
        <w:rPr>
          <w:b/>
          <w:i w:val="0"/>
          <w:color w:val="6A6F75"/>
          <w:sz w:val="18"/>
        </w:rPr>
        <w:t xml:space="preserve">Context. </w:t>
      </w:r>
      <w:r>
        <w:rPr>
          <w:b w:val="0"/>
          <w:i w:val="0"/>
          <w:color w:val="6A6F75"/>
          <w:sz w:val="19"/>
        </w:rPr>
        <w:t>Genji on the kerria in Tamakazura’s old quarters.</w:t>
      </w:r>
    </w:p>
    <w:p>
      <w:pPr>
        <w:keepNext/>
        <w:spacing w:after="0"/>
      </w:pPr>
      <w:r>
        <w:rPr>
          <w:rFonts w:ascii="Noto Serif CJK JP" w:hAnsi="Noto Serif CJK JP" w:eastAsia="Noto Serif CJK JP"/>
          <w:b w:val="0"/>
          <w:i w:val="0"/>
          <w:color w:val="222B33"/>
          <w:sz w:val="26"/>
        </w:rPr>
        <w:t>思はずに井手の中道隔つとも言はでぞ恋ふる山吹の花</w:t>
      </w:r>
    </w:p>
    <w:p>
      <w:pPr>
        <w:keepNext/>
        <w:spacing w:after="60"/>
      </w:pPr>
      <w:r>
        <w:rPr>
          <w:rFonts w:ascii="Noto Serif CJK JP" w:hAnsi="Noto Serif CJK JP" w:eastAsia="Noto Serif CJK JP"/>
          <w:b w:val="0"/>
          <w:i w:val="0"/>
          <w:color w:val="6A6F75"/>
          <w:sz w:val="19"/>
        </w:rPr>
        <w:t>思はすに　／　いてのなかみち　／　へたつとも　／　いはてそこふる　／　山ふきのはな</w:t>
      </w:r>
    </w:p>
    <w:p>
      <w:pPr>
        <w:keepNext/>
        <w:spacing w:after="60"/>
      </w:pPr>
      <w:r>
        <w:rPr>
          <w:b w:val="0"/>
          <w:i/>
          <w:color w:val="222B33"/>
          <w:sz w:val="21"/>
        </w:rPr>
        <w:t>Though the middle road to Ide</w:t>
        <w:br/>
      </w:r>
      <w:r>
        <w:rPr>
          <w:b w:val="0"/>
          <w:i/>
          <w:color w:val="222B33"/>
          <w:sz w:val="21"/>
        </w:rPr>
        <w:t>unexpectedly divides us,</w:t>
        <w:br/>
      </w:r>
      <w:r>
        <w:rPr>
          <w:b w:val="0"/>
          <w:i/>
          <w:color w:val="222B33"/>
          <w:sz w:val="21"/>
        </w:rPr>
        <w:t>not speaking, I long for you,</w:t>
        <w:br/>
      </w:r>
      <w:r>
        <w:rPr>
          <w:b w:val="0"/>
          <w:i/>
          <w:color w:val="222B33"/>
          <w:sz w:val="21"/>
        </w:rPr>
        <w:t>kerria rose,</w:t>
        <w:br/>
      </w:r>
      <w:r>
        <w:rPr>
          <w:b w:val="0"/>
          <w:i/>
          <w:color w:val="222B33"/>
          <w:sz w:val="21"/>
        </w:rPr>
        <w:t>the flower that says nothing.</w:t>
      </w:r>
    </w:p>
    <w:p>
      <w:pPr>
        <w:spacing w:after="40"/>
      </w:pPr>
      <w:r>
        <w:rPr>
          <w:b w:val="0"/>
          <w:i w:val="0"/>
          <w:color w:val="222B33"/>
          <w:sz w:val="19"/>
        </w:rPr>
        <w:t>Yamabuki’s color is kuchinashi, “mouthless,” silent.</w:t>
      </w:r>
    </w:p>
    <w:p>
      <w:pPr>
        <w:spacing w:after="40"/>
      </w:pPr>
      <w:r>
        <w:rPr>
          <w:b/>
          <w:i w:val="0"/>
          <w:color w:val="6A6F75"/>
          <w:sz w:val="18"/>
        </w:rPr>
        <w:t xml:space="preserve">Allusion. </w:t>
      </w:r>
      <w:hyperlink r:id="rId20">
        <w:r>
          <w:rPr>
            <w:color w:val="2E5A80"/>
            <w:u w:val="single"/>
            <w:sz w:val="19"/>
          </w:rPr>
          <w:t xml:space="preserve">Kokinshū 1012 (Sosei)</w:t>
        </w:r>
      </w:hyperlink>
      <w:r>
        <w:rPr>
          <w:rFonts w:ascii="Noto Serif CJK JP" w:hAnsi="Noto Serif CJK JP" w:eastAsia="Noto Serif CJK JP"/>
          <w:b w:val="0"/>
          <w:i w:val="0"/>
          <w:sz w:val="20"/>
        </w:rPr>
        <w:t xml:space="preserve">  山吹の花色衣ぬしやたれとへとこたへすくちなしにして</w:t>
      </w:r>
      <w:r>
        <w:rPr>
          <w:b w:val="0"/>
          <w:i w:val="0"/>
          <w:sz w:val="19"/>
        </w:rPr>
        <w:t xml:space="preserve">  “Yamabuki-coloured robe, whose are you? I ask, and it does not answer: it is gardenia (kuchinashi, ‘mouthless’).”</w:t>
      </w:r>
    </w:p>
    <w:p>
      <w:pPr>
        <w:spacing w:after="40"/>
      </w:pPr>
      <w:r>
        <w:rPr>
          <w:b/>
          <w:i w:val="0"/>
          <w:color w:val="6A6F75"/>
          <w:sz w:val="18"/>
        </w:rPr>
        <w:t xml:space="preserve">Allusion. </w:t>
      </w:r>
      <w:hyperlink r:id="rId21">
        <w:r>
          <w:rPr>
            <w:color w:val="2E5A80"/>
            <w:u w:val="single"/>
            <w:sz w:val="19"/>
          </w:rPr>
          <w:t xml:space="preserve">Kokinshū 125 (anonymous)</w:t>
        </w:r>
      </w:hyperlink>
      <w:r>
        <w:rPr>
          <w:rFonts w:ascii="Noto Serif CJK JP" w:hAnsi="Noto Serif CJK JP" w:eastAsia="Noto Serif CJK JP"/>
          <w:b w:val="0"/>
          <w:i w:val="0"/>
          <w:sz w:val="20"/>
        </w:rPr>
        <w:t xml:space="preserve">  かはつなくゐての山吹ちりにけり花のさかりにあはましものを</w:t>
      </w:r>
      <w:r>
        <w:rPr>
          <w:b w:val="0"/>
          <w:i w:val="0"/>
          <w:sz w:val="19"/>
        </w:rPr>
        <w:t xml:space="preserve">  “At Ide, where frogs call, the yamabuki has scattered.”</w:t>
      </w:r>
    </w:p>
    <w:p>
      <w:pPr>
        <w:keepNext/>
        <w:spacing w:after="20" w:before="200"/>
      </w:pPr>
      <w:bookmarkStart w:id="455" w:name="p424"/>
      <w:r>
        <w:rPr>
          <w:b/>
          <w:i w:val="0"/>
          <w:color w:val="222B33"/>
          <w:sz w:val="22"/>
        </w:rPr>
        <w:t>No. 424</w:t>
      </w:r>
      <w:r>
        <w:rPr>
          <w:b w:val="0"/>
          <w:i w:val="0"/>
          <w:color w:val="6A6F75"/>
          <w:sz w:val="18"/>
        </w:rPr>
        <w:t xml:space="preserve">   Genji → Tamakazura   贈 sent</w:t>
      </w:r>
      <w:bookmarkEnd w:id="455"/>
    </w:p>
    <w:p>
      <w:pPr>
        <w:keepNext/>
        <w:spacing w:after="40"/>
      </w:pPr>
      <w:r>
        <w:rPr>
          <w:b/>
          <w:i w:val="0"/>
          <w:color w:val="6A6F75"/>
          <w:sz w:val="18"/>
        </w:rPr>
        <w:t xml:space="preserve">Context. </w:t>
      </w:r>
      <w:r>
        <w:rPr>
          <w:b w:val="0"/>
          <w:i w:val="0"/>
          <w:color w:val="6A6F75"/>
          <w:sz w:val="19"/>
        </w:rPr>
        <w:t>Genji’s gift of duck eggs to Tamakazura, now living with Higekuro; Higekuro answers for her.</w:t>
      </w:r>
    </w:p>
    <w:p>
      <w:pPr>
        <w:keepNext/>
        <w:spacing w:after="0"/>
      </w:pPr>
      <w:r>
        <w:rPr>
          <w:rFonts w:ascii="Noto Serif CJK JP" w:hAnsi="Noto Serif CJK JP" w:eastAsia="Noto Serif CJK JP"/>
          <w:b w:val="0"/>
          <w:i w:val="0"/>
          <w:color w:val="222B33"/>
          <w:sz w:val="26"/>
        </w:rPr>
        <w:t>同じ巣にかへりしかひの見えぬかないかなる人か手ににぎるらむ</w:t>
      </w:r>
    </w:p>
    <w:p>
      <w:pPr>
        <w:keepNext/>
        <w:spacing w:after="60"/>
      </w:pPr>
      <w:r>
        <w:rPr>
          <w:rFonts w:ascii="Noto Serif CJK JP" w:hAnsi="Noto Serif CJK JP" w:eastAsia="Noto Serif CJK JP"/>
          <w:b w:val="0"/>
          <w:i w:val="0"/>
          <w:color w:val="6A6F75"/>
          <w:sz w:val="19"/>
        </w:rPr>
        <w:t>おなしすに　／　かへりしかひの　／　みえぬかな　／　いかなる人か　／　てにゝきるらん</w:t>
      </w:r>
    </w:p>
    <w:p>
      <w:pPr>
        <w:keepNext/>
        <w:spacing w:after="60"/>
      </w:pPr>
      <w:r>
        <w:rPr>
          <w:b w:val="0"/>
          <w:i/>
          <w:color w:val="222B33"/>
          <w:sz w:val="21"/>
        </w:rPr>
        <w:t>I see no sign</w:t>
        <w:br/>
      </w:r>
      <w:r>
        <w:rPr>
          <w:b w:val="0"/>
          <w:i/>
          <w:color w:val="222B33"/>
          <w:sz w:val="21"/>
        </w:rPr>
        <w:t>of the egg that came back to the same nest;</w:t>
        <w:br/>
      </w:r>
      <w:r>
        <w:rPr>
          <w:b w:val="0"/>
          <w:i/>
          <w:color w:val="222B33"/>
          <w:sz w:val="21"/>
        </w:rPr>
        <w:t>what person</w:t>
        <w:br/>
      </w:r>
      <w:r>
        <w:rPr>
          <w:b w:val="0"/>
          <w:i/>
          <w:color w:val="222B33"/>
          <w:sz w:val="21"/>
        </w:rPr>
        <w:t>holds it</w:t>
        <w:br/>
      </w:r>
      <w:r>
        <w:rPr>
          <w:b w:val="0"/>
          <w:i/>
          <w:color w:val="222B33"/>
          <w:sz w:val="21"/>
        </w:rPr>
        <w:t>in his hand?</w:t>
      </w:r>
    </w:p>
    <w:p>
      <w:pPr>
        <w:spacing w:after="40"/>
      </w:pPr>
      <w:r>
        <w:rPr>
          <w:b w:val="0"/>
          <w:i w:val="0"/>
          <w:color w:val="222B33"/>
          <w:sz w:val="19"/>
        </w:rPr>
        <w:t>On the gift of duck eggs. Kai: “egg” and “worth.”</w:t>
      </w:r>
    </w:p>
    <w:p>
      <w:pPr>
        <w:spacing w:after="40"/>
      </w:pPr>
      <w:r>
        <w:rPr>
          <w:b w:val="0"/>
          <w:i w:val="0"/>
          <w:color w:val="6A6F75"/>
          <w:sz w:val="18"/>
        </w:rPr>
        <w:t xml:space="preserve">Answered by </w:t>
      </w:r>
      <w:hyperlink w:anchor="p425">
        <w:r>
          <w:rPr>
            <w:color w:val="2E5A80"/>
            <w:u w:val="single"/>
            <w:sz w:val="18"/>
          </w:rPr>
          <w:t xml:space="preserve">No. 425 (Higekuro (for Tamakazura))</w:t>
        </w:r>
      </w:hyperlink>
    </w:p>
    <w:p>
      <w:pPr>
        <w:keepNext/>
        <w:spacing w:after="20" w:before="200"/>
      </w:pPr>
      <w:bookmarkStart w:id="456" w:name="p425"/>
      <w:r>
        <w:rPr>
          <w:b/>
          <w:i w:val="0"/>
          <w:color w:val="222B33"/>
          <w:sz w:val="22"/>
        </w:rPr>
        <w:t>No. 425</w:t>
      </w:r>
      <w:r>
        <w:rPr>
          <w:b w:val="0"/>
          <w:i w:val="0"/>
          <w:color w:val="6A6F75"/>
          <w:sz w:val="18"/>
        </w:rPr>
        <w:t xml:space="preserve">   Higekuro (for Tamakazura) → Genji   代答 proxy reply</w:t>
      </w:r>
      <w:bookmarkEnd w:id="456"/>
    </w:p>
    <w:p>
      <w:pPr>
        <w:keepNext/>
        <w:spacing w:after="0"/>
      </w:pPr>
      <w:r>
        <w:rPr>
          <w:rFonts w:ascii="Noto Serif CJK JP" w:hAnsi="Noto Serif CJK JP" w:eastAsia="Noto Serif CJK JP"/>
          <w:b w:val="0"/>
          <w:i w:val="0"/>
          <w:color w:val="222B33"/>
          <w:sz w:val="26"/>
        </w:rPr>
        <w:t>巣隠れて数にもあらぬかりの子をいづ方にかは取り隠すべき</w:t>
      </w:r>
    </w:p>
    <w:p>
      <w:pPr>
        <w:keepNext/>
        <w:spacing w:after="60"/>
      </w:pPr>
      <w:r>
        <w:rPr>
          <w:rFonts w:ascii="Noto Serif CJK JP" w:hAnsi="Noto Serif CJK JP" w:eastAsia="Noto Serif CJK JP"/>
          <w:b w:val="0"/>
          <w:i w:val="0"/>
          <w:color w:val="6A6F75"/>
          <w:sz w:val="19"/>
        </w:rPr>
        <w:t>すかくれて　／　かすにもあらぬ　／　かりのこを　／　いつかたにかは　／　とりかくすへき</w:t>
      </w:r>
    </w:p>
    <w:p>
      <w:pPr>
        <w:keepNext/>
        <w:spacing w:after="60"/>
      </w:pPr>
      <w:r>
        <w:rPr>
          <w:b w:val="0"/>
          <w:i/>
          <w:color w:val="222B33"/>
          <w:sz w:val="21"/>
        </w:rPr>
        <w:t>The gosling hidden in its nest</w:t>
        <w:br/>
      </w:r>
      <w:r>
        <w:rPr>
          <w:b w:val="0"/>
          <w:i/>
          <w:color w:val="222B33"/>
          <w:sz w:val="21"/>
        </w:rPr>
        <w:t>and of no account:</w:t>
        <w:br/>
      </w:r>
      <w:r>
        <w:rPr>
          <w:b w:val="0"/>
          <w:i/>
          <w:color w:val="222B33"/>
          <w:sz w:val="21"/>
        </w:rPr>
        <w:t>where could it be</w:t>
        <w:br/>
      </w:r>
      <w:r>
        <w:rPr>
          <w:b w:val="0"/>
          <w:i/>
          <w:color w:val="222B33"/>
          <w:sz w:val="21"/>
        </w:rPr>
        <w:t>hidden</w:t>
        <w:br/>
      </w:r>
      <w:r>
        <w:rPr>
          <w:b w:val="0"/>
          <w:i/>
          <w:color w:val="222B33"/>
          <w:sz w:val="21"/>
        </w:rPr>
        <w:t>away?</w:t>
      </w:r>
    </w:p>
    <w:p>
      <w:pPr>
        <w:spacing w:after="40"/>
      </w:pPr>
      <w:r>
        <w:rPr>
          <w:b/>
          <w:i w:val="0"/>
          <w:color w:val="8A4B1C"/>
          <w:sz w:val="18"/>
        </w:rPr>
        <w:t xml:space="preserve">Attribution uncertain. </w:t>
      </w:r>
      <w:r>
        <w:rPr>
          <w:b w:val="0"/>
          <w:i w:val="0"/>
          <w:sz w:val="19"/>
        </w:rPr>
        <w:t>Proxy poem (代): written by one person in another’s name; the card names the writer.</w:t>
      </w:r>
    </w:p>
    <w:p>
      <w:pPr>
        <w:spacing w:after="40"/>
      </w:pPr>
      <w:r>
        <w:rPr>
          <w:b w:val="0"/>
          <w:i w:val="0"/>
          <w:color w:val="6A6F75"/>
          <w:sz w:val="18"/>
        </w:rPr>
        <w:t xml:space="preserve">In reply to </w:t>
      </w:r>
      <w:hyperlink w:anchor="p424">
        <w:r>
          <w:rPr>
            <w:color w:val="2E5A80"/>
            <w:u w:val="single"/>
            <w:sz w:val="18"/>
          </w:rPr>
          <w:t xml:space="preserve">No. 424 (Genji)</w:t>
        </w:r>
      </w:hyperlink>
    </w:p>
    <w:p>
      <w:pPr>
        <w:keepNext/>
        <w:spacing w:after="20" w:before="200"/>
      </w:pPr>
      <w:bookmarkStart w:id="457" w:name="p426"/>
      <w:r>
        <w:rPr>
          <w:b/>
          <w:i w:val="0"/>
          <w:color w:val="222B33"/>
          <w:sz w:val="22"/>
        </w:rPr>
        <w:t>No. 426</w:t>
      </w:r>
      <w:r>
        <w:rPr>
          <w:b w:val="0"/>
          <w:i w:val="0"/>
          <w:color w:val="6A6F75"/>
          <w:sz w:val="18"/>
        </w:rPr>
        <w:t xml:space="preserve">   Lady Ōmi → Yūgiri   贈 sent</w:t>
      </w:r>
      <w:bookmarkEnd w:id="457"/>
    </w:p>
    <w:p>
      <w:pPr>
        <w:keepNext/>
        <w:spacing w:after="40"/>
      </w:pPr>
      <w:r>
        <w:rPr>
          <w:b/>
          <w:i w:val="0"/>
          <w:color w:val="6A6F75"/>
          <w:sz w:val="18"/>
        </w:rPr>
        <w:t xml:space="preserve">Context. </w:t>
      </w:r>
      <w:r>
        <w:rPr>
          <w:b w:val="0"/>
          <w:i w:val="0"/>
          <w:color w:val="6A6F75"/>
          <w:sz w:val="19"/>
        </w:rPr>
        <w:t>Lady Ōmi flirts with Yūgiri; her comic forwardness against his correctness.</w:t>
      </w:r>
    </w:p>
    <w:p>
      <w:pPr>
        <w:keepNext/>
        <w:spacing w:after="0"/>
      </w:pPr>
      <w:r>
        <w:rPr>
          <w:rFonts w:ascii="Noto Serif CJK JP" w:hAnsi="Noto Serif CJK JP" w:eastAsia="Noto Serif CJK JP"/>
          <w:b w:val="0"/>
          <w:i w:val="0"/>
          <w:color w:val="222B33"/>
          <w:sz w:val="26"/>
        </w:rPr>
        <w:t>沖つ舟よるべ波路に漂はば棹さし寄らむ泊り教へよ</w:t>
      </w:r>
    </w:p>
    <w:p>
      <w:pPr>
        <w:keepNext/>
        <w:spacing w:after="60"/>
      </w:pPr>
      <w:r>
        <w:rPr>
          <w:rFonts w:ascii="Noto Serif CJK JP" w:hAnsi="Noto Serif CJK JP" w:eastAsia="Noto Serif CJK JP"/>
          <w:b w:val="0"/>
          <w:i w:val="0"/>
          <w:color w:val="6A6F75"/>
          <w:sz w:val="19"/>
        </w:rPr>
        <w:t>興津ふね　／　よるへなみ路に　／　たゝよはゝ　／　さほさしよらむ　／　とまりをしへよ</w:t>
      </w:r>
    </w:p>
    <w:p>
      <w:pPr>
        <w:keepNext/>
        <w:spacing w:after="60"/>
      </w:pPr>
      <w:r>
        <w:rPr>
          <w:b w:val="0"/>
          <w:i/>
          <w:color w:val="222B33"/>
          <w:sz w:val="21"/>
        </w:rPr>
        <w:t>If I drift on the sea road</w:t>
        <w:br/>
      </w:r>
      <w:r>
        <w:rPr>
          <w:b w:val="0"/>
          <w:i/>
          <w:color w:val="222B33"/>
          <w:sz w:val="21"/>
        </w:rPr>
        <w:t>with no place to put in,</w:t>
        <w:br/>
      </w:r>
      <w:r>
        <w:rPr>
          <w:b w:val="0"/>
          <w:i/>
          <w:color w:val="222B33"/>
          <w:sz w:val="21"/>
        </w:rPr>
        <w:t>boat of the open sea,</w:t>
        <w:br/>
      </w:r>
      <w:r>
        <w:rPr>
          <w:b w:val="0"/>
          <w:i/>
          <w:color w:val="222B33"/>
          <w:sz w:val="21"/>
        </w:rPr>
        <w:t>tell me the harbor</w:t>
        <w:br/>
      </w:r>
      <w:r>
        <w:rPr>
          <w:b w:val="0"/>
          <w:i/>
          <w:color w:val="222B33"/>
          <w:sz w:val="21"/>
        </w:rPr>
        <w:t>where I can row to you.</w:t>
      </w:r>
    </w:p>
    <w:p>
      <w:pPr>
        <w:spacing w:after="40"/>
      </w:pPr>
      <w:r>
        <w:rPr>
          <w:b w:val="0"/>
          <w:i w:val="0"/>
          <w:color w:val="6A6F75"/>
          <w:sz w:val="18"/>
        </w:rPr>
        <w:t xml:space="preserve">Answered by </w:t>
      </w:r>
      <w:hyperlink w:anchor="p427">
        <w:r>
          <w:rPr>
            <w:color w:val="2E5A80"/>
            <w:u w:val="single"/>
            <w:sz w:val="18"/>
          </w:rPr>
          <w:t xml:space="preserve">No. 427 (Yūgiri)</w:t>
        </w:r>
      </w:hyperlink>
    </w:p>
    <w:p>
      <w:pPr>
        <w:keepNext/>
        <w:spacing w:after="20" w:before="200"/>
      </w:pPr>
      <w:bookmarkStart w:id="458" w:name="p427"/>
      <w:r>
        <w:rPr>
          <w:b/>
          <w:i w:val="0"/>
          <w:color w:val="222B33"/>
          <w:sz w:val="22"/>
        </w:rPr>
        <w:t>No. 427</w:t>
      </w:r>
      <w:r>
        <w:rPr>
          <w:b w:val="0"/>
          <w:i w:val="0"/>
          <w:color w:val="6A6F75"/>
          <w:sz w:val="18"/>
        </w:rPr>
        <w:t xml:space="preserve">   Yūgiri → Lady Ōmi   答 reply</w:t>
      </w:r>
      <w:bookmarkEnd w:id="458"/>
    </w:p>
    <w:p>
      <w:pPr>
        <w:keepNext/>
        <w:spacing w:after="0"/>
      </w:pPr>
      <w:r>
        <w:rPr>
          <w:rFonts w:ascii="Noto Serif CJK JP" w:hAnsi="Noto Serif CJK JP" w:eastAsia="Noto Serif CJK JP"/>
          <w:b w:val="0"/>
          <w:i w:val="0"/>
          <w:color w:val="222B33"/>
          <w:sz w:val="26"/>
        </w:rPr>
        <w:t>よるべなみ風の騒がす舟人も思はぬ方に磯伝ひせず</w:t>
      </w:r>
    </w:p>
    <w:p>
      <w:pPr>
        <w:keepNext/>
        <w:spacing w:after="60"/>
      </w:pPr>
      <w:r>
        <w:rPr>
          <w:rFonts w:ascii="Noto Serif CJK JP" w:hAnsi="Noto Serif CJK JP" w:eastAsia="Noto Serif CJK JP"/>
          <w:b w:val="0"/>
          <w:i w:val="0"/>
          <w:color w:val="6A6F75"/>
          <w:sz w:val="19"/>
        </w:rPr>
        <w:t>よるへなみ　／　風のさはかす　／　舟人も　／　思はぬかたに　／　いそつたいせす</w:t>
      </w:r>
    </w:p>
    <w:p>
      <w:pPr>
        <w:keepNext/>
        <w:spacing w:after="60"/>
      </w:pPr>
      <w:r>
        <w:rPr>
          <w:b w:val="0"/>
          <w:i/>
          <w:color w:val="222B33"/>
          <w:sz w:val="21"/>
        </w:rPr>
        <w:t>Even a boatman tossed</w:t>
        <w:br/>
      </w:r>
      <w:r>
        <w:rPr>
          <w:b w:val="0"/>
          <w:i/>
          <w:color w:val="222B33"/>
          <w:sz w:val="21"/>
        </w:rPr>
        <w:t>by the wind with no place to land</w:t>
        <w:br/>
      </w:r>
      <w:r>
        <w:rPr>
          <w:b w:val="0"/>
          <w:i/>
          <w:color w:val="222B33"/>
          <w:sz w:val="21"/>
        </w:rPr>
        <w:t>does not hug the shore</w:t>
        <w:br/>
      </w:r>
      <w:r>
        <w:rPr>
          <w:b w:val="0"/>
          <w:i/>
          <w:color w:val="222B33"/>
          <w:sz w:val="21"/>
        </w:rPr>
        <w:t>to a place</w:t>
        <w:br/>
      </w:r>
      <w:r>
        <w:rPr>
          <w:b w:val="0"/>
          <w:i/>
          <w:color w:val="222B33"/>
          <w:sz w:val="21"/>
        </w:rPr>
        <w:t>he never thought of.</w:t>
      </w:r>
    </w:p>
    <w:p>
      <w:pPr>
        <w:spacing w:after="40"/>
      </w:pPr>
      <w:r>
        <w:rPr>
          <w:b w:val="0"/>
          <w:i w:val="0"/>
          <w:color w:val="6A6F75"/>
          <w:sz w:val="18"/>
        </w:rPr>
        <w:t xml:space="preserve">In reply to </w:t>
      </w:r>
      <w:hyperlink w:anchor="p426">
        <w:r>
          <w:rPr>
            <w:color w:val="2E5A80"/>
            <w:u w:val="single"/>
            <w:sz w:val="18"/>
          </w:rPr>
          <w:t xml:space="preserve">No. 426 (Lady Ōmi)</w:t>
        </w:r>
      </w:hyperlink>
    </w:p>
    <w:p>
      <w:pPr>
        <w:pStyle w:val="Heading1"/>
      </w:pPr>
      <w:bookmarkStart w:id="459" w:name="ch32"/>
      <w:r>
        <w:t>Chapter 32 · Umegae 梅枝</w:t>
      </w:r>
      <w:bookmarkEnd w:id="459"/>
    </w:p>
    <w:p>
      <w:pPr>
        <w:keepNext/>
        <w:spacing w:after="20" w:before="200"/>
      </w:pPr>
      <w:bookmarkStart w:id="460" w:name="p428"/>
      <w:r>
        <w:rPr>
          <w:b/>
          <w:i w:val="0"/>
          <w:color w:val="222B33"/>
          <w:sz w:val="22"/>
        </w:rPr>
        <w:t>No. 428</w:t>
      </w:r>
      <w:r>
        <w:rPr>
          <w:b w:val="0"/>
          <w:i w:val="0"/>
          <w:color w:val="6A6F75"/>
          <w:sz w:val="18"/>
        </w:rPr>
        <w:t xml:space="preserve">   Princess Asagao → Genji   贈 sent</w:t>
      </w:r>
      <w:bookmarkEnd w:id="460"/>
    </w:p>
    <w:p>
      <w:pPr>
        <w:keepNext/>
        <w:spacing w:after="40"/>
      </w:pPr>
      <w:r>
        <w:rPr>
          <w:b/>
          <w:i w:val="0"/>
          <w:color w:val="6A6F75"/>
          <w:sz w:val="18"/>
        </w:rPr>
        <w:t xml:space="preserve">Context. </w:t>
      </w:r>
      <w:r>
        <w:rPr>
          <w:b w:val="0"/>
          <w:i w:val="0"/>
          <w:color w:val="6A6F75"/>
          <w:sz w:val="19"/>
        </w:rPr>
        <w:t>Princess Asagao sends incense for the Akashi Princess’s initiation.</w:t>
      </w:r>
    </w:p>
    <w:p>
      <w:pPr>
        <w:keepNext/>
        <w:spacing w:after="0"/>
      </w:pPr>
      <w:r>
        <w:rPr>
          <w:rFonts w:ascii="Noto Serif CJK JP" w:hAnsi="Noto Serif CJK JP" w:eastAsia="Noto Serif CJK JP"/>
          <w:b w:val="0"/>
          <w:i w:val="0"/>
          <w:color w:val="222B33"/>
          <w:sz w:val="26"/>
        </w:rPr>
        <w:t>花の香は散りにし枝にとまらねどうつらむ袖に浅くしまめや</w:t>
      </w:r>
    </w:p>
    <w:p>
      <w:pPr>
        <w:keepNext/>
        <w:spacing w:after="60"/>
      </w:pPr>
      <w:r>
        <w:rPr>
          <w:rFonts w:ascii="Noto Serif CJK JP" w:hAnsi="Noto Serif CJK JP" w:eastAsia="Noto Serif CJK JP"/>
          <w:b w:val="0"/>
          <w:i w:val="0"/>
          <w:color w:val="6A6F75"/>
          <w:sz w:val="19"/>
        </w:rPr>
        <w:t>花の香は　／　ちりにし枝に　／　とまらねと　／　うつらむ袖に　／　あさくしまめや</w:t>
      </w:r>
    </w:p>
    <w:p>
      <w:pPr>
        <w:keepNext/>
        <w:spacing w:after="60"/>
      </w:pPr>
      <w:r>
        <w:rPr>
          <w:b w:val="0"/>
          <w:i/>
          <w:color w:val="222B33"/>
          <w:sz w:val="21"/>
        </w:rPr>
        <w:t>The scent of the flower</w:t>
        <w:br/>
      </w:r>
      <w:r>
        <w:rPr>
          <w:b w:val="0"/>
          <w:i/>
          <w:color w:val="222B33"/>
          <w:sz w:val="21"/>
        </w:rPr>
        <w:t>does not stay on the scattered branch,</w:t>
        <w:br/>
      </w:r>
      <w:r>
        <w:rPr>
          <w:b w:val="0"/>
          <w:i/>
          <w:color w:val="222B33"/>
          <w:sz w:val="21"/>
        </w:rPr>
        <w:t>yet it will not cling lightly</w:t>
        <w:br/>
      </w:r>
      <w:r>
        <w:rPr>
          <w:b w:val="0"/>
          <w:i/>
          <w:color w:val="222B33"/>
          <w:sz w:val="21"/>
        </w:rPr>
        <w:t>to the sleeve</w:t>
        <w:br/>
      </w:r>
      <w:r>
        <w:rPr>
          <w:b w:val="0"/>
          <w:i/>
          <w:color w:val="222B33"/>
          <w:sz w:val="21"/>
        </w:rPr>
        <w:t>it passes to.</w:t>
      </w:r>
    </w:p>
    <w:p>
      <w:pPr>
        <w:spacing w:after="40"/>
      </w:pPr>
      <w:r>
        <w:rPr>
          <w:b w:val="0"/>
          <w:i w:val="0"/>
          <w:color w:val="222B33"/>
          <w:sz w:val="19"/>
        </w:rPr>
        <w:t>With incense for the Akashi Princess’s initiation.</w:t>
      </w:r>
    </w:p>
    <w:p>
      <w:pPr>
        <w:spacing w:after="40"/>
      </w:pPr>
      <w:r>
        <w:rPr>
          <w:b w:val="0"/>
          <w:i w:val="0"/>
          <w:color w:val="6A6F75"/>
          <w:sz w:val="18"/>
        </w:rPr>
        <w:t xml:space="preserve">Answered by </w:t>
      </w:r>
      <w:hyperlink w:anchor="p429">
        <w:r>
          <w:rPr>
            <w:color w:val="2E5A80"/>
            <w:u w:val="single"/>
            <w:sz w:val="18"/>
          </w:rPr>
          <w:t xml:space="preserve">No. 429 (Genji)</w:t>
        </w:r>
      </w:hyperlink>
    </w:p>
    <w:p>
      <w:pPr>
        <w:keepNext/>
        <w:spacing w:after="20" w:before="200"/>
      </w:pPr>
      <w:bookmarkStart w:id="461" w:name="p429"/>
      <w:r>
        <w:rPr>
          <w:b/>
          <w:i w:val="0"/>
          <w:color w:val="222B33"/>
          <w:sz w:val="22"/>
        </w:rPr>
        <w:t>No. 429</w:t>
      </w:r>
      <w:r>
        <w:rPr>
          <w:b w:val="0"/>
          <w:i w:val="0"/>
          <w:color w:val="6A6F75"/>
          <w:sz w:val="18"/>
        </w:rPr>
        <w:t xml:space="preserve">   Genji → Princess Asagao   答 reply</w:t>
      </w:r>
      <w:bookmarkEnd w:id="461"/>
    </w:p>
    <w:p>
      <w:pPr>
        <w:keepNext/>
        <w:spacing w:after="0"/>
      </w:pPr>
      <w:r>
        <w:rPr>
          <w:rFonts w:ascii="Noto Serif CJK JP" w:hAnsi="Noto Serif CJK JP" w:eastAsia="Noto Serif CJK JP"/>
          <w:b w:val="0"/>
          <w:i w:val="0"/>
          <w:color w:val="222B33"/>
          <w:sz w:val="26"/>
        </w:rPr>
        <w:t>花の枝にいとど心をしむるかな人のとがめむ香をばつつめど</w:t>
      </w:r>
    </w:p>
    <w:p>
      <w:pPr>
        <w:keepNext/>
        <w:spacing w:after="60"/>
      </w:pPr>
      <w:r>
        <w:rPr>
          <w:rFonts w:ascii="Noto Serif CJK JP" w:hAnsi="Noto Serif CJK JP" w:eastAsia="Noto Serif CJK JP"/>
          <w:b w:val="0"/>
          <w:i w:val="0"/>
          <w:color w:val="6A6F75"/>
          <w:sz w:val="19"/>
        </w:rPr>
        <w:t>花のえに　／　いとゝこゝろを　／　しむるかな　／　人のとかめん　／　香をはつゝめと</w:t>
      </w:r>
    </w:p>
    <w:p>
      <w:pPr>
        <w:keepNext/>
        <w:spacing w:after="60"/>
      </w:pPr>
      <w:r>
        <w:rPr>
          <w:b w:val="0"/>
          <w:i/>
          <w:color w:val="222B33"/>
          <w:sz w:val="21"/>
        </w:rPr>
        <w:t>I set my heart</w:t>
        <w:br/>
      </w:r>
      <w:r>
        <w:rPr>
          <w:b w:val="0"/>
          <w:i/>
          <w:color w:val="222B33"/>
          <w:sz w:val="21"/>
        </w:rPr>
        <w:t>all the more on the flowering branch,</w:t>
        <w:br/>
      </w:r>
      <w:r>
        <w:rPr>
          <w:b w:val="0"/>
          <w:i/>
          <w:color w:val="222B33"/>
          <w:sz w:val="21"/>
        </w:rPr>
        <w:t>though I hide its scent</w:t>
        <w:br/>
      </w:r>
      <w:r>
        <w:rPr>
          <w:b w:val="0"/>
          <w:i/>
          <w:color w:val="222B33"/>
          <w:sz w:val="21"/>
        </w:rPr>
        <w:t>from those</w:t>
        <w:br/>
      </w:r>
      <w:r>
        <w:rPr>
          <w:b w:val="0"/>
          <w:i/>
          <w:color w:val="222B33"/>
          <w:sz w:val="21"/>
        </w:rPr>
        <w:t>who might blame me.</w:t>
      </w:r>
    </w:p>
    <w:p>
      <w:pPr>
        <w:spacing w:after="40"/>
      </w:pPr>
      <w:r>
        <w:rPr>
          <w:b w:val="0"/>
          <w:i w:val="0"/>
          <w:color w:val="6A6F75"/>
          <w:sz w:val="18"/>
        </w:rPr>
        <w:t xml:space="preserve">In reply to </w:t>
      </w:r>
      <w:hyperlink w:anchor="p428">
        <w:r>
          <w:rPr>
            <w:color w:val="2E5A80"/>
            <w:u w:val="single"/>
            <w:sz w:val="18"/>
          </w:rPr>
          <w:t xml:space="preserve">No. 428 (Princess Asagao)</w:t>
        </w:r>
      </w:hyperlink>
    </w:p>
    <w:p>
      <w:pPr>
        <w:keepNext/>
        <w:spacing w:after="20" w:before="200"/>
      </w:pPr>
      <w:bookmarkStart w:id="462" w:name="p430"/>
      <w:r>
        <w:rPr>
          <w:b/>
          <w:i w:val="0"/>
          <w:color w:val="222B33"/>
          <w:sz w:val="22"/>
        </w:rPr>
        <w:t>No. 430</w:t>
      </w:r>
      <w:r>
        <w:rPr>
          <w:b w:val="0"/>
          <w:i w:val="0"/>
          <w:color w:val="6A6F75"/>
          <w:sz w:val="18"/>
        </w:rPr>
        <w:t xml:space="preserve">   Prince Hotaru   唱 group exchange</w:t>
      </w:r>
      <w:bookmarkEnd w:id="462"/>
    </w:p>
    <w:p>
      <w:pPr>
        <w:keepNext/>
        <w:spacing w:after="40"/>
      </w:pPr>
      <w:r>
        <w:rPr>
          <w:b/>
          <w:i w:val="0"/>
          <w:color w:val="6A6F75"/>
          <w:sz w:val="18"/>
        </w:rPr>
        <w:t xml:space="preserve">Context. </w:t>
      </w:r>
      <w:r>
        <w:rPr>
          <w:b w:val="0"/>
          <w:i w:val="0"/>
          <w:color w:val="6A6F75"/>
          <w:sz w:val="19"/>
        </w:rPr>
        <w:t>The incense contest evening at Rokujō before the Akashi Princess’s initiation; Genji’s house in its splendour.</w:t>
      </w:r>
    </w:p>
    <w:p>
      <w:pPr>
        <w:keepNext/>
        <w:spacing w:after="0"/>
      </w:pPr>
      <w:r>
        <w:rPr>
          <w:rFonts w:ascii="Noto Serif CJK JP" w:hAnsi="Noto Serif CJK JP" w:eastAsia="Noto Serif CJK JP"/>
          <w:b w:val="0"/>
          <w:i w:val="0"/>
          <w:color w:val="222B33"/>
          <w:sz w:val="26"/>
        </w:rPr>
        <w:t>鴬の声にやいとどあくがれむ心しめつる花のあたりに</w:t>
      </w:r>
    </w:p>
    <w:p>
      <w:pPr>
        <w:keepNext/>
        <w:spacing w:after="60"/>
      </w:pPr>
      <w:r>
        <w:rPr>
          <w:rFonts w:ascii="Noto Serif CJK JP" w:hAnsi="Noto Serif CJK JP" w:eastAsia="Noto Serif CJK JP"/>
          <w:b w:val="0"/>
          <w:i w:val="0"/>
          <w:color w:val="6A6F75"/>
          <w:sz w:val="19"/>
        </w:rPr>
        <w:t>うくひすの　／　こゑにやいとゝ　／　あくかれん　／　こゝろしめつる　／　花のあたりに</w:t>
      </w:r>
    </w:p>
    <w:p>
      <w:pPr>
        <w:keepNext/>
        <w:spacing w:after="60"/>
      </w:pPr>
      <w:r>
        <w:rPr>
          <w:b w:val="0"/>
          <w:i/>
          <w:color w:val="222B33"/>
          <w:sz w:val="21"/>
        </w:rPr>
        <w:t>Will the warbler’s voice</w:t>
        <w:br/>
      </w:r>
      <w:r>
        <w:rPr>
          <w:b w:val="0"/>
          <w:i/>
          <w:color w:val="222B33"/>
          <w:sz w:val="21"/>
        </w:rPr>
        <w:t>draw me further out of myself</w:t>
        <w:br/>
      </w:r>
      <w:r>
        <w:rPr>
          <w:b w:val="0"/>
          <w:i/>
          <w:color w:val="222B33"/>
          <w:sz w:val="21"/>
        </w:rPr>
        <w:t>beside the flowers</w:t>
        <w:br/>
      </w:r>
      <w:r>
        <w:rPr>
          <w:b w:val="0"/>
          <w:i/>
          <w:color w:val="222B33"/>
          <w:sz w:val="21"/>
        </w:rPr>
        <w:t>where my heart</w:t>
        <w:br/>
      </w:r>
      <w:r>
        <w:rPr>
          <w:b w:val="0"/>
          <w:i/>
          <w:color w:val="222B33"/>
          <w:sz w:val="21"/>
        </w:rPr>
        <w:t>has settled?</w:t>
      </w:r>
    </w:p>
    <w:p>
      <w:pPr>
        <w:spacing w:after="40"/>
      </w:pPr>
      <w:r>
        <w:rPr>
          <w:b w:val="0"/>
          <w:i w:val="0"/>
          <w:color w:val="222B33"/>
          <w:sz w:val="19"/>
        </w:rPr>
        <w:t>The incense contest evening. A group of five poems.</w:t>
      </w:r>
    </w:p>
    <w:p>
      <w:pPr>
        <w:spacing w:after="40"/>
      </w:pPr>
      <w:r>
        <w:rPr>
          <w:b w:val="0"/>
          <w:i w:val="0"/>
          <w:color w:val="6A6F75"/>
          <w:sz w:val="18"/>
        </w:rPr>
        <w:t xml:space="preserve">Answered by </w:t>
      </w:r>
      <w:hyperlink w:anchor="p431">
        <w:r>
          <w:rPr>
            <w:color w:val="2E5A80"/>
            <w:u w:val="single"/>
            <w:sz w:val="18"/>
          </w:rPr>
          <w:t xml:space="preserve">No. 431 (Genji)</w:t>
        </w:r>
      </w:hyperlink>
      <w:r>
        <w:rPr>
          <w:b w:val="0"/>
          <w:i w:val="0"/>
          <w:color w:val="6A6F75"/>
          <w:sz w:val="18"/>
        </w:rPr>
        <w:t xml:space="preserve">, </w:t>
      </w:r>
      <w:hyperlink w:anchor="p432">
        <w:r>
          <w:rPr>
            <w:color w:val="2E5A80"/>
            <w:u w:val="single"/>
            <w:sz w:val="18"/>
          </w:rPr>
          <w:t xml:space="preserve">No. 432 (Kashiwagi)</w:t>
        </w:r>
      </w:hyperlink>
      <w:r>
        <w:rPr>
          <w:b w:val="0"/>
          <w:i w:val="0"/>
          <w:color w:val="6A6F75"/>
          <w:sz w:val="18"/>
        </w:rPr>
        <w:t xml:space="preserve">, </w:t>
      </w:r>
      <w:hyperlink w:anchor="p433">
        <w:r>
          <w:rPr>
            <w:color w:val="2E5A80"/>
            <w:u w:val="single"/>
            <w:sz w:val="18"/>
          </w:rPr>
          <w:t xml:space="preserve">No. 433 (Yūgiri)</w:t>
        </w:r>
      </w:hyperlink>
      <w:r>
        <w:rPr>
          <w:b w:val="0"/>
          <w:i w:val="0"/>
          <w:color w:val="6A6F75"/>
          <w:sz w:val="18"/>
        </w:rPr>
        <w:t xml:space="preserve">, </w:t>
      </w:r>
      <w:hyperlink w:anchor="p434">
        <w:r>
          <w:rPr>
            <w:color w:val="2E5A80"/>
            <w:u w:val="single"/>
            <w:sz w:val="18"/>
          </w:rPr>
          <w:t xml:space="preserve">No. 434 (Kōbai (Kashiwagi’s brother))</w:t>
        </w:r>
      </w:hyperlink>
    </w:p>
    <w:p>
      <w:pPr>
        <w:keepNext/>
        <w:spacing w:after="20" w:before="200"/>
      </w:pPr>
      <w:bookmarkStart w:id="463" w:name="p431"/>
      <w:r>
        <w:rPr>
          <w:b/>
          <w:i w:val="0"/>
          <w:color w:val="222B33"/>
          <w:sz w:val="22"/>
        </w:rPr>
        <w:t>No. 431</w:t>
      </w:r>
      <w:r>
        <w:rPr>
          <w:b w:val="0"/>
          <w:i w:val="0"/>
          <w:color w:val="6A6F75"/>
          <w:sz w:val="18"/>
        </w:rPr>
        <w:t xml:space="preserve">   Genji   唱 group exchange</w:t>
      </w:r>
      <w:bookmarkEnd w:id="463"/>
    </w:p>
    <w:p>
      <w:pPr>
        <w:keepNext/>
        <w:spacing w:after="0"/>
      </w:pPr>
      <w:r>
        <w:rPr>
          <w:rFonts w:ascii="Noto Serif CJK JP" w:hAnsi="Noto Serif CJK JP" w:eastAsia="Noto Serif CJK JP"/>
          <w:b w:val="0"/>
          <w:i w:val="0"/>
          <w:color w:val="222B33"/>
          <w:sz w:val="26"/>
        </w:rPr>
        <w:t>色も香もうつるばかりにこの春は花咲く宿をかれずもあらなむ</w:t>
      </w:r>
    </w:p>
    <w:p>
      <w:pPr>
        <w:keepNext/>
        <w:spacing w:after="60"/>
      </w:pPr>
      <w:r>
        <w:rPr>
          <w:rFonts w:ascii="Noto Serif CJK JP" w:hAnsi="Noto Serif CJK JP" w:eastAsia="Noto Serif CJK JP"/>
          <w:b w:val="0"/>
          <w:i w:val="0"/>
          <w:color w:val="6A6F75"/>
          <w:sz w:val="19"/>
        </w:rPr>
        <w:t>色も香も　／　うつるはかりに　／　この春は　／　花さくやとを　／　かれすもあらなん</w:t>
      </w:r>
    </w:p>
    <w:p>
      <w:pPr>
        <w:keepNext/>
        <w:spacing w:after="60"/>
      </w:pPr>
      <w:r>
        <w:rPr>
          <w:b w:val="0"/>
          <w:i/>
          <w:color w:val="222B33"/>
          <w:sz w:val="21"/>
        </w:rPr>
        <w:t>Do not part</w:t>
        <w:br/>
      </w:r>
      <w:r>
        <w:rPr>
          <w:b w:val="0"/>
          <w:i/>
          <w:color w:val="222B33"/>
          <w:sz w:val="21"/>
        </w:rPr>
        <w:t>from the house where flowers bloom</w:t>
        <w:br/>
      </w:r>
      <w:r>
        <w:rPr>
          <w:b w:val="0"/>
          <w:i/>
          <w:color w:val="222B33"/>
          <w:sz w:val="21"/>
        </w:rPr>
        <w:t>this spring, until color</w:t>
        <w:br/>
      </w:r>
      <w:r>
        <w:rPr>
          <w:b w:val="0"/>
          <w:i/>
          <w:color w:val="222B33"/>
          <w:sz w:val="21"/>
        </w:rPr>
        <w:t>and fragrance</w:t>
        <w:br/>
      </w:r>
      <w:r>
        <w:rPr>
          <w:b w:val="0"/>
          <w:i/>
          <w:color w:val="222B33"/>
          <w:sz w:val="21"/>
        </w:rPr>
        <w:t>have dyed you through.</w:t>
      </w:r>
    </w:p>
    <w:p>
      <w:pPr>
        <w:spacing w:after="40"/>
      </w:pPr>
      <w:r>
        <w:rPr>
          <w:b w:val="0"/>
          <w:i w:val="0"/>
          <w:color w:val="222B33"/>
          <w:sz w:val="19"/>
        </w:rPr>
        <w:t>Karezu: “not leaving” and “not withering.”</w:t>
      </w:r>
    </w:p>
    <w:p>
      <w:pPr>
        <w:spacing w:after="40"/>
      </w:pPr>
      <w:r>
        <w:rPr>
          <w:b w:val="0"/>
          <w:i w:val="0"/>
          <w:color w:val="6A6F75"/>
          <w:sz w:val="18"/>
        </w:rPr>
        <w:t xml:space="preserve">In reply to </w:t>
      </w:r>
      <w:hyperlink w:anchor="p430">
        <w:r>
          <w:rPr>
            <w:color w:val="2E5A80"/>
            <w:u w:val="single"/>
            <w:sz w:val="18"/>
          </w:rPr>
          <w:t xml:space="preserve">No. 430 (Prince Hotaru)</w:t>
        </w:r>
      </w:hyperlink>
    </w:p>
    <w:p>
      <w:pPr>
        <w:keepNext/>
        <w:spacing w:after="20" w:before="200"/>
      </w:pPr>
      <w:bookmarkStart w:id="464" w:name="p432"/>
      <w:r>
        <w:rPr>
          <w:b/>
          <w:i w:val="0"/>
          <w:color w:val="222B33"/>
          <w:sz w:val="22"/>
        </w:rPr>
        <w:t>No. 432</w:t>
      </w:r>
      <w:r>
        <w:rPr>
          <w:b w:val="0"/>
          <w:i w:val="0"/>
          <w:color w:val="6A6F75"/>
          <w:sz w:val="18"/>
        </w:rPr>
        <w:t xml:space="preserve">   Kashiwagi   唱 group exchange</w:t>
      </w:r>
      <w:bookmarkEnd w:id="464"/>
    </w:p>
    <w:p>
      <w:pPr>
        <w:keepNext/>
        <w:spacing w:after="0"/>
      </w:pPr>
      <w:r>
        <w:rPr>
          <w:rFonts w:ascii="Noto Serif CJK JP" w:hAnsi="Noto Serif CJK JP" w:eastAsia="Noto Serif CJK JP"/>
          <w:b w:val="0"/>
          <w:i w:val="0"/>
          <w:color w:val="222B33"/>
          <w:sz w:val="26"/>
        </w:rPr>
        <w:t>鴬のねぐらの枝もなびくまでなほ吹きとほせ夜半の笛竹</w:t>
      </w:r>
    </w:p>
    <w:p>
      <w:pPr>
        <w:keepNext/>
        <w:spacing w:after="60"/>
      </w:pPr>
      <w:r>
        <w:rPr>
          <w:rFonts w:ascii="Noto Serif CJK JP" w:hAnsi="Noto Serif CJK JP" w:eastAsia="Noto Serif CJK JP"/>
          <w:b w:val="0"/>
          <w:i w:val="0"/>
          <w:color w:val="6A6F75"/>
          <w:sz w:val="19"/>
        </w:rPr>
        <w:t>鴬の　／　ねくらのえたも　／　なひくまて　／　なをふきとをせ　／　よはの笛竹</w:t>
      </w:r>
    </w:p>
    <w:p>
      <w:pPr>
        <w:keepNext/>
        <w:spacing w:after="60"/>
      </w:pPr>
      <w:r>
        <w:rPr>
          <w:b w:val="0"/>
          <w:i/>
          <w:color w:val="222B33"/>
          <w:sz w:val="21"/>
        </w:rPr>
        <w:t>Play through, flute of the night,</w:t>
        <w:br/>
      </w:r>
      <w:r>
        <w:rPr>
          <w:b w:val="0"/>
          <w:i/>
          <w:color w:val="222B33"/>
          <w:sz w:val="21"/>
        </w:rPr>
        <w:t>until even</w:t>
        <w:br/>
      </w:r>
      <w:r>
        <w:rPr>
          <w:b w:val="0"/>
          <w:i/>
          <w:color w:val="222B33"/>
          <w:sz w:val="21"/>
        </w:rPr>
        <w:t>the branch</w:t>
        <w:br/>
      </w:r>
      <w:r>
        <w:rPr>
          <w:b w:val="0"/>
          <w:i/>
          <w:color w:val="222B33"/>
          <w:sz w:val="21"/>
        </w:rPr>
        <w:t>where the warbler roosts</w:t>
        <w:br/>
      </w:r>
      <w:r>
        <w:rPr>
          <w:b w:val="0"/>
          <w:i/>
          <w:color w:val="222B33"/>
          <w:sz w:val="21"/>
        </w:rPr>
        <w:t>bends to it.</w:t>
      </w:r>
    </w:p>
    <w:p>
      <w:pPr>
        <w:spacing w:after="40"/>
      </w:pPr>
      <w:r>
        <w:rPr>
          <w:b w:val="0"/>
          <w:i w:val="0"/>
          <w:color w:val="6A6F75"/>
          <w:sz w:val="18"/>
        </w:rPr>
        <w:t xml:space="preserve">In reply to </w:t>
      </w:r>
      <w:hyperlink w:anchor="p430">
        <w:r>
          <w:rPr>
            <w:color w:val="2E5A80"/>
            <w:u w:val="single"/>
            <w:sz w:val="18"/>
          </w:rPr>
          <w:t xml:space="preserve">No. 430 (Prince Hotaru)</w:t>
        </w:r>
      </w:hyperlink>
    </w:p>
    <w:p>
      <w:pPr>
        <w:keepNext/>
        <w:spacing w:after="20" w:before="200"/>
      </w:pPr>
      <w:bookmarkStart w:id="465" w:name="p433"/>
      <w:r>
        <w:rPr>
          <w:b/>
          <w:i w:val="0"/>
          <w:color w:val="222B33"/>
          <w:sz w:val="22"/>
        </w:rPr>
        <w:t>No. 433</w:t>
      </w:r>
      <w:r>
        <w:rPr>
          <w:b w:val="0"/>
          <w:i w:val="0"/>
          <w:color w:val="6A6F75"/>
          <w:sz w:val="18"/>
        </w:rPr>
        <w:t xml:space="preserve">   Yūgiri   唱 group exchange</w:t>
      </w:r>
      <w:bookmarkEnd w:id="465"/>
    </w:p>
    <w:p>
      <w:pPr>
        <w:keepNext/>
        <w:spacing w:after="0"/>
      </w:pPr>
      <w:r>
        <w:rPr>
          <w:rFonts w:ascii="Noto Serif CJK JP" w:hAnsi="Noto Serif CJK JP" w:eastAsia="Noto Serif CJK JP"/>
          <w:b w:val="0"/>
          <w:i w:val="0"/>
          <w:color w:val="222B33"/>
          <w:sz w:val="26"/>
        </w:rPr>
        <w:t>心ありて風の避くめる花の木にとりあへぬまで吹きや寄るべき</w:t>
      </w:r>
    </w:p>
    <w:p>
      <w:pPr>
        <w:keepNext/>
        <w:spacing w:after="60"/>
      </w:pPr>
      <w:r>
        <w:rPr>
          <w:rFonts w:ascii="Noto Serif CJK JP" w:hAnsi="Noto Serif CJK JP" w:eastAsia="Noto Serif CJK JP"/>
          <w:b w:val="0"/>
          <w:i w:val="0"/>
          <w:color w:val="6A6F75"/>
          <w:sz w:val="19"/>
        </w:rPr>
        <w:t>心ありて　／　風のよくめる　／　はなの木に　／　とりあへぬまて　／　ふきやよるへき</w:t>
      </w:r>
    </w:p>
    <w:p>
      <w:pPr>
        <w:keepNext/>
        <w:spacing w:after="60"/>
      </w:pPr>
      <w:r>
        <w:rPr>
          <w:b w:val="0"/>
          <w:i/>
          <w:color w:val="222B33"/>
          <w:sz w:val="21"/>
        </w:rPr>
        <w:t>Should I blow</w:t>
        <w:br/>
      </w:r>
      <w:r>
        <w:rPr>
          <w:b w:val="0"/>
          <w:i/>
          <w:color w:val="222B33"/>
          <w:sz w:val="21"/>
        </w:rPr>
        <w:t>so heedlessly toward the flowering tree</w:t>
        <w:br/>
      </w:r>
      <w:r>
        <w:rPr>
          <w:b w:val="0"/>
          <w:i/>
          <w:color w:val="222B33"/>
          <w:sz w:val="21"/>
        </w:rPr>
        <w:t>that the wind,</w:t>
        <w:br/>
      </w:r>
      <w:r>
        <w:rPr>
          <w:b w:val="0"/>
          <w:i/>
          <w:color w:val="222B33"/>
          <w:sz w:val="21"/>
        </w:rPr>
        <w:t>with good sense,</w:t>
        <w:br/>
      </w:r>
      <w:r>
        <w:rPr>
          <w:b w:val="0"/>
          <w:i/>
          <w:color w:val="222B33"/>
          <w:sz w:val="21"/>
        </w:rPr>
        <w:t>seems to avoid?</w:t>
      </w:r>
    </w:p>
    <w:p>
      <w:pPr>
        <w:spacing w:after="40"/>
      </w:pPr>
      <w:r>
        <w:rPr>
          <w:b w:val="0"/>
          <w:i w:val="0"/>
          <w:color w:val="6A6F75"/>
          <w:sz w:val="18"/>
        </w:rPr>
        <w:t xml:space="preserve">In reply to </w:t>
      </w:r>
      <w:hyperlink w:anchor="p430">
        <w:r>
          <w:rPr>
            <w:color w:val="2E5A80"/>
            <w:u w:val="single"/>
            <w:sz w:val="18"/>
          </w:rPr>
          <w:t xml:space="preserve">No. 430 (Prince Hotaru)</w:t>
        </w:r>
      </w:hyperlink>
    </w:p>
    <w:p>
      <w:pPr>
        <w:keepNext/>
        <w:spacing w:after="20" w:before="200"/>
      </w:pPr>
      <w:bookmarkStart w:id="466" w:name="p434"/>
      <w:r>
        <w:rPr>
          <w:b/>
          <w:i w:val="0"/>
          <w:color w:val="222B33"/>
          <w:sz w:val="22"/>
        </w:rPr>
        <w:t>No. 434</w:t>
      </w:r>
      <w:r>
        <w:rPr>
          <w:b w:val="0"/>
          <w:i w:val="0"/>
          <w:color w:val="6A6F75"/>
          <w:sz w:val="18"/>
        </w:rPr>
        <w:t xml:space="preserve">   Kōbai (Kashiwagi’s brother)   唱 group exchange</w:t>
      </w:r>
      <w:bookmarkEnd w:id="466"/>
    </w:p>
    <w:p>
      <w:pPr>
        <w:keepNext/>
        <w:spacing w:after="0"/>
      </w:pPr>
      <w:r>
        <w:rPr>
          <w:rFonts w:ascii="Noto Serif CJK JP" w:hAnsi="Noto Serif CJK JP" w:eastAsia="Noto Serif CJK JP"/>
          <w:b w:val="0"/>
          <w:i w:val="0"/>
          <w:color w:val="222B33"/>
          <w:sz w:val="26"/>
        </w:rPr>
        <w:t>霞だに月と花とを隔てずはねぐらの鳥もほころびなまし</w:t>
      </w:r>
    </w:p>
    <w:p>
      <w:pPr>
        <w:keepNext/>
        <w:spacing w:after="60"/>
      </w:pPr>
      <w:r>
        <w:rPr>
          <w:rFonts w:ascii="Noto Serif CJK JP" w:hAnsi="Noto Serif CJK JP" w:eastAsia="Noto Serif CJK JP"/>
          <w:b w:val="0"/>
          <w:i w:val="0"/>
          <w:color w:val="6A6F75"/>
          <w:sz w:val="19"/>
        </w:rPr>
        <w:t>かすみたに　／　月と花とを　／　へたてすは　／　ねくらの鳥も　／　ほころひなまし</w:t>
      </w:r>
    </w:p>
    <w:p>
      <w:pPr>
        <w:keepNext/>
        <w:spacing w:after="60"/>
      </w:pPr>
      <w:r>
        <w:rPr>
          <w:b w:val="0"/>
          <w:i/>
          <w:color w:val="222B33"/>
          <w:sz w:val="21"/>
        </w:rPr>
        <w:t>If only the haze</w:t>
        <w:br/>
      </w:r>
      <w:r>
        <w:rPr>
          <w:b w:val="0"/>
          <w:i/>
          <w:color w:val="222B33"/>
          <w:sz w:val="21"/>
        </w:rPr>
        <w:t>would not part the moon and flowers,</w:t>
        <w:br/>
      </w:r>
      <w:r>
        <w:rPr>
          <w:b w:val="0"/>
          <w:i/>
          <w:color w:val="222B33"/>
          <w:sz w:val="21"/>
        </w:rPr>
        <w:t>the birds on their roosts</w:t>
        <w:br/>
      </w:r>
      <w:r>
        <w:rPr>
          <w:b w:val="0"/>
          <w:i/>
          <w:color w:val="222B33"/>
          <w:sz w:val="21"/>
        </w:rPr>
        <w:t>would burst</w:t>
        <w:br/>
      </w:r>
      <w:r>
        <w:rPr>
          <w:b w:val="0"/>
          <w:i/>
          <w:color w:val="222B33"/>
          <w:sz w:val="21"/>
        </w:rPr>
        <w:t>into song.</w:t>
      </w:r>
    </w:p>
    <w:p>
      <w:pPr>
        <w:spacing w:after="40"/>
      </w:pPr>
      <w:r>
        <w:rPr>
          <w:b w:val="0"/>
          <w:i w:val="0"/>
          <w:color w:val="222B33"/>
          <w:sz w:val="19"/>
        </w:rPr>
        <w:t>Hokorobu: “to bloom” and “to open the mouth.”</w:t>
      </w:r>
    </w:p>
    <w:p>
      <w:pPr>
        <w:spacing w:after="40"/>
      </w:pPr>
      <w:r>
        <w:rPr>
          <w:b w:val="0"/>
          <w:i w:val="0"/>
          <w:color w:val="6A6F75"/>
          <w:sz w:val="18"/>
        </w:rPr>
        <w:t xml:space="preserve">In reply to </w:t>
      </w:r>
      <w:hyperlink w:anchor="p430">
        <w:r>
          <w:rPr>
            <w:color w:val="2E5A80"/>
            <w:u w:val="single"/>
            <w:sz w:val="18"/>
          </w:rPr>
          <w:t xml:space="preserve">No. 430 (Prince Hotaru)</w:t>
        </w:r>
      </w:hyperlink>
    </w:p>
    <w:p>
      <w:pPr>
        <w:keepNext/>
        <w:spacing w:after="20" w:before="200"/>
      </w:pPr>
      <w:bookmarkStart w:id="467" w:name="p435"/>
      <w:r>
        <w:rPr>
          <w:b/>
          <w:i w:val="0"/>
          <w:color w:val="222B33"/>
          <w:sz w:val="22"/>
        </w:rPr>
        <w:t>No. 435</w:t>
      </w:r>
      <w:r>
        <w:rPr>
          <w:b w:val="0"/>
          <w:i w:val="0"/>
          <w:color w:val="6A6F75"/>
          <w:sz w:val="18"/>
        </w:rPr>
        <w:t xml:space="preserve">   Prince Hotaru → Genji   贈 sent</w:t>
      </w:r>
      <w:bookmarkEnd w:id="467"/>
    </w:p>
    <w:p>
      <w:pPr>
        <w:keepNext/>
        <w:spacing w:after="40"/>
      </w:pPr>
      <w:r>
        <w:rPr>
          <w:b/>
          <w:i w:val="0"/>
          <w:color w:val="6A6F75"/>
          <w:sz w:val="18"/>
        </w:rPr>
        <w:t xml:space="preserve">Context. </w:t>
      </w:r>
      <w:r>
        <w:rPr>
          <w:b w:val="0"/>
          <w:i w:val="0"/>
          <w:color w:val="6A6F75"/>
          <w:sz w:val="19"/>
        </w:rPr>
        <w:t>Prince Hotaru leaves the incense contest with gifts; Genji’s brother and confidant.</w:t>
      </w:r>
    </w:p>
    <w:p>
      <w:pPr>
        <w:keepNext/>
        <w:spacing w:after="0"/>
      </w:pPr>
      <w:r>
        <w:rPr>
          <w:rFonts w:ascii="Noto Serif CJK JP" w:hAnsi="Noto Serif CJK JP" w:eastAsia="Noto Serif CJK JP"/>
          <w:b w:val="0"/>
          <w:i w:val="0"/>
          <w:color w:val="222B33"/>
          <w:sz w:val="26"/>
        </w:rPr>
        <w:t>花の香をえならぬ袖にうつしもてことあやまりと妹やとがめむ</w:t>
      </w:r>
    </w:p>
    <w:p>
      <w:pPr>
        <w:keepNext/>
        <w:spacing w:after="60"/>
      </w:pPr>
      <w:r>
        <w:rPr>
          <w:rFonts w:ascii="Noto Serif CJK JP" w:hAnsi="Noto Serif CJK JP" w:eastAsia="Noto Serif CJK JP"/>
          <w:b w:val="0"/>
          <w:i w:val="0"/>
          <w:color w:val="6A6F75"/>
          <w:sz w:val="19"/>
        </w:rPr>
        <w:t>花の香を　／　えならぬ袖に　／　うつしもて　／　ことあやまりと　／　いもやとかめむ</w:t>
      </w:r>
    </w:p>
    <w:p>
      <w:pPr>
        <w:keepNext/>
        <w:spacing w:after="60"/>
      </w:pPr>
      <w:r>
        <w:rPr>
          <w:b w:val="0"/>
          <w:i/>
          <w:color w:val="222B33"/>
          <w:sz w:val="21"/>
        </w:rPr>
        <w:t>Carrying home the scent</w:t>
        <w:br/>
      </w:r>
      <w:r>
        <w:rPr>
          <w:b w:val="0"/>
          <w:i/>
          <w:color w:val="222B33"/>
          <w:sz w:val="21"/>
        </w:rPr>
        <w:t>of flowers on these splendid sleeves,</w:t>
        <w:br/>
      </w:r>
      <w:r>
        <w:rPr>
          <w:b w:val="0"/>
          <w:i/>
          <w:color w:val="222B33"/>
          <w:sz w:val="21"/>
        </w:rPr>
        <w:t>will my wife</w:t>
        <w:br/>
      </w:r>
      <w:r>
        <w:rPr>
          <w:b w:val="0"/>
          <w:i/>
          <w:color w:val="222B33"/>
          <w:sz w:val="21"/>
        </w:rPr>
        <w:t>blame me</w:t>
        <w:br/>
      </w:r>
      <w:r>
        <w:rPr>
          <w:b w:val="0"/>
          <w:i/>
          <w:color w:val="222B33"/>
          <w:sz w:val="21"/>
        </w:rPr>
        <w:t>for indiscretion?</w:t>
      </w:r>
    </w:p>
    <w:p>
      <w:pPr>
        <w:spacing w:after="40"/>
      </w:pPr>
      <w:r>
        <w:rPr>
          <w:b w:val="0"/>
          <w:i w:val="0"/>
          <w:color w:val="6A6F75"/>
          <w:sz w:val="18"/>
        </w:rPr>
        <w:t xml:space="preserve">Answered by </w:t>
      </w:r>
      <w:hyperlink w:anchor="p436">
        <w:r>
          <w:rPr>
            <w:color w:val="2E5A80"/>
            <w:u w:val="single"/>
            <w:sz w:val="18"/>
          </w:rPr>
          <w:t xml:space="preserve">No. 436 (Genji)</w:t>
        </w:r>
      </w:hyperlink>
    </w:p>
    <w:p>
      <w:pPr>
        <w:keepNext/>
        <w:spacing w:after="20" w:before="200"/>
      </w:pPr>
      <w:bookmarkStart w:id="468" w:name="p436"/>
      <w:r>
        <w:rPr>
          <w:b/>
          <w:i w:val="0"/>
          <w:color w:val="222B33"/>
          <w:sz w:val="22"/>
        </w:rPr>
        <w:t>No. 436</w:t>
      </w:r>
      <w:r>
        <w:rPr>
          <w:b w:val="0"/>
          <w:i w:val="0"/>
          <w:color w:val="6A6F75"/>
          <w:sz w:val="18"/>
        </w:rPr>
        <w:t xml:space="preserve">   Genji → Prince Hotaru   答 reply</w:t>
      </w:r>
      <w:bookmarkEnd w:id="468"/>
    </w:p>
    <w:p>
      <w:pPr>
        <w:keepNext/>
        <w:spacing w:after="0"/>
      </w:pPr>
      <w:r>
        <w:rPr>
          <w:rFonts w:ascii="Noto Serif CJK JP" w:hAnsi="Noto Serif CJK JP" w:eastAsia="Noto Serif CJK JP"/>
          <w:b w:val="0"/>
          <w:i w:val="0"/>
          <w:color w:val="222B33"/>
          <w:sz w:val="26"/>
        </w:rPr>
        <w:t>めづらしと故里人も待ちぞ見む花の錦を着て帰る君</w:t>
      </w:r>
    </w:p>
    <w:p>
      <w:pPr>
        <w:keepNext/>
        <w:spacing w:after="60"/>
      </w:pPr>
      <w:r>
        <w:rPr>
          <w:rFonts w:ascii="Noto Serif CJK JP" w:hAnsi="Noto Serif CJK JP" w:eastAsia="Noto Serif CJK JP"/>
          <w:b w:val="0"/>
          <w:i w:val="0"/>
          <w:color w:val="6A6F75"/>
          <w:sz w:val="19"/>
        </w:rPr>
        <w:t>めつらしと　／　ふる里人も　／　まちそみむ　／　花のにしきを　／　きてかへる君</w:t>
      </w:r>
    </w:p>
    <w:p>
      <w:pPr>
        <w:keepNext/>
        <w:spacing w:after="60"/>
      </w:pPr>
      <w:r>
        <w:rPr>
          <w:b w:val="0"/>
          <w:i/>
          <w:color w:val="222B33"/>
          <w:sz w:val="21"/>
        </w:rPr>
        <w:t>Your people at home</w:t>
        <w:br/>
      </w:r>
      <w:r>
        <w:rPr>
          <w:b w:val="0"/>
          <w:i/>
          <w:color w:val="222B33"/>
          <w:sz w:val="21"/>
        </w:rPr>
        <w:t>will be glad to see</w:t>
        <w:br/>
      </w:r>
      <w:r>
        <w:rPr>
          <w:b w:val="0"/>
          <w:i/>
          <w:color w:val="222B33"/>
          <w:sz w:val="21"/>
        </w:rPr>
        <w:t>you come back</w:t>
        <w:br/>
      </w:r>
      <w:r>
        <w:rPr>
          <w:b w:val="0"/>
          <w:i/>
          <w:color w:val="222B33"/>
          <w:sz w:val="21"/>
        </w:rPr>
        <w:t>dressed</w:t>
        <w:br/>
      </w:r>
      <w:r>
        <w:rPr>
          <w:b w:val="0"/>
          <w:i/>
          <w:color w:val="222B33"/>
          <w:sz w:val="21"/>
        </w:rPr>
        <w:t>in brocade of flowers.</w:t>
      </w:r>
    </w:p>
    <w:p>
      <w:pPr>
        <w:spacing w:after="40"/>
      </w:pPr>
      <w:r>
        <w:rPr>
          <w:b w:val="0"/>
          <w:i w:val="0"/>
          <w:color w:val="6A6F75"/>
          <w:sz w:val="18"/>
        </w:rPr>
        <w:t xml:space="preserve">In reply to </w:t>
      </w:r>
      <w:hyperlink w:anchor="p435">
        <w:r>
          <w:rPr>
            <w:color w:val="2E5A80"/>
            <w:u w:val="single"/>
            <w:sz w:val="18"/>
          </w:rPr>
          <w:t xml:space="preserve">No. 435 (Prince Hotaru)</w:t>
        </w:r>
      </w:hyperlink>
    </w:p>
    <w:p>
      <w:pPr>
        <w:keepNext/>
        <w:spacing w:after="20" w:before="200"/>
      </w:pPr>
      <w:bookmarkStart w:id="469" w:name="p437"/>
      <w:r>
        <w:rPr>
          <w:b/>
          <w:i w:val="0"/>
          <w:color w:val="222B33"/>
          <w:sz w:val="22"/>
        </w:rPr>
        <w:t>No. 437</w:t>
      </w:r>
      <w:r>
        <w:rPr>
          <w:b w:val="0"/>
          <w:i w:val="0"/>
          <w:color w:val="6A6F75"/>
          <w:sz w:val="18"/>
        </w:rPr>
        <w:t xml:space="preserve">   Yūgiri → Kumoi no Kari   贈 sent</w:t>
      </w:r>
      <w:bookmarkEnd w:id="469"/>
    </w:p>
    <w:p>
      <w:pPr>
        <w:keepNext/>
        <w:spacing w:after="40"/>
      </w:pPr>
      <w:r>
        <w:rPr>
          <w:b/>
          <w:i w:val="0"/>
          <w:color w:val="6A6F75"/>
          <w:sz w:val="18"/>
        </w:rPr>
        <w:t xml:space="preserve">Context. </w:t>
      </w:r>
      <w:r>
        <w:rPr>
          <w:b w:val="0"/>
          <w:i w:val="0"/>
          <w:color w:val="6A6F75"/>
          <w:sz w:val="19"/>
        </w:rPr>
        <w:t>Yūgiri writes to Kumoi no Kari; he hears of other suitors.</w:t>
      </w:r>
    </w:p>
    <w:p>
      <w:pPr>
        <w:keepNext/>
        <w:spacing w:after="0"/>
      </w:pPr>
      <w:r>
        <w:rPr>
          <w:rFonts w:ascii="Noto Serif CJK JP" w:hAnsi="Noto Serif CJK JP" w:eastAsia="Noto Serif CJK JP"/>
          <w:b w:val="0"/>
          <w:i w:val="0"/>
          <w:color w:val="222B33"/>
          <w:sz w:val="26"/>
        </w:rPr>
        <w:t>つれなさは憂き世の常になりゆくを忘れぬ人や人にことなる</w:t>
      </w:r>
    </w:p>
    <w:p>
      <w:pPr>
        <w:keepNext/>
        <w:spacing w:after="60"/>
      </w:pPr>
      <w:r>
        <w:rPr>
          <w:rFonts w:ascii="Noto Serif CJK JP" w:hAnsi="Noto Serif CJK JP" w:eastAsia="Noto Serif CJK JP"/>
          <w:b w:val="0"/>
          <w:i w:val="0"/>
          <w:color w:val="6A6F75"/>
          <w:sz w:val="19"/>
        </w:rPr>
        <w:t>つれなさは　／　うき世のつねに　／　なりゆくを　／　わすれぬ人や　／　人にことなる</w:t>
      </w:r>
    </w:p>
    <w:p>
      <w:pPr>
        <w:keepNext/>
        <w:spacing w:after="60"/>
      </w:pPr>
      <w:r>
        <w:rPr>
          <w:b w:val="0"/>
          <w:i/>
          <w:color w:val="222B33"/>
          <w:sz w:val="21"/>
        </w:rPr>
        <w:t>Coldness is becoming</w:t>
        <w:br/>
      </w:r>
      <w:r>
        <w:rPr>
          <w:b w:val="0"/>
          <w:i/>
          <w:color w:val="222B33"/>
          <w:sz w:val="21"/>
        </w:rPr>
        <w:t>the common way of this bitter world:</w:t>
        <w:br/>
      </w:r>
      <w:r>
        <w:rPr>
          <w:b w:val="0"/>
          <w:i/>
          <w:color w:val="222B33"/>
          <w:sz w:val="21"/>
        </w:rPr>
        <w:t>is the one who does not forget</w:t>
        <w:br/>
      </w:r>
      <w:r>
        <w:rPr>
          <w:b w:val="0"/>
          <w:i/>
          <w:color w:val="222B33"/>
          <w:sz w:val="21"/>
        </w:rPr>
        <w:t>unlike</w:t>
        <w:br/>
      </w:r>
      <w:r>
        <w:rPr>
          <w:b w:val="0"/>
          <w:i/>
          <w:color w:val="222B33"/>
          <w:sz w:val="21"/>
        </w:rPr>
        <w:t>all others?</w:t>
      </w:r>
    </w:p>
    <w:p>
      <w:pPr>
        <w:spacing w:after="40"/>
      </w:pPr>
      <w:r>
        <w:rPr>
          <w:b w:val="0"/>
          <w:i w:val="0"/>
          <w:color w:val="6A6F75"/>
          <w:sz w:val="18"/>
        </w:rPr>
        <w:t xml:space="preserve">Answered by </w:t>
      </w:r>
      <w:hyperlink w:anchor="p438">
        <w:r>
          <w:rPr>
            <w:color w:val="2E5A80"/>
            <w:u w:val="single"/>
            <w:sz w:val="18"/>
          </w:rPr>
          <w:t xml:space="preserve">No. 438 (Kumoi no Kari)</w:t>
        </w:r>
      </w:hyperlink>
    </w:p>
    <w:p>
      <w:pPr>
        <w:keepNext/>
        <w:spacing w:after="20" w:before="200"/>
      </w:pPr>
      <w:bookmarkStart w:id="470" w:name="p438"/>
      <w:r>
        <w:rPr>
          <w:b/>
          <w:i w:val="0"/>
          <w:color w:val="222B33"/>
          <w:sz w:val="22"/>
        </w:rPr>
        <w:t>No. 438</w:t>
      </w:r>
      <w:r>
        <w:rPr>
          <w:b w:val="0"/>
          <w:i w:val="0"/>
          <w:color w:val="6A6F75"/>
          <w:sz w:val="18"/>
        </w:rPr>
        <w:t xml:space="preserve">   Kumoi no Kari → Yūgiri   答 reply</w:t>
      </w:r>
      <w:bookmarkEnd w:id="470"/>
    </w:p>
    <w:p>
      <w:pPr>
        <w:keepNext/>
        <w:spacing w:after="0"/>
      </w:pPr>
      <w:r>
        <w:rPr>
          <w:rFonts w:ascii="Noto Serif CJK JP" w:hAnsi="Noto Serif CJK JP" w:eastAsia="Noto Serif CJK JP"/>
          <w:b w:val="0"/>
          <w:i w:val="0"/>
          <w:color w:val="222B33"/>
          <w:sz w:val="26"/>
        </w:rPr>
        <w:t>限りとて忘れがたきを忘るるもこや世になびく心なるらむ</w:t>
      </w:r>
    </w:p>
    <w:p>
      <w:pPr>
        <w:keepNext/>
        <w:spacing w:after="60"/>
      </w:pPr>
      <w:r>
        <w:rPr>
          <w:rFonts w:ascii="Noto Serif CJK JP" w:hAnsi="Noto Serif CJK JP" w:eastAsia="Noto Serif CJK JP"/>
          <w:b w:val="0"/>
          <w:i w:val="0"/>
          <w:color w:val="6A6F75"/>
          <w:sz w:val="19"/>
        </w:rPr>
        <w:t>かきりとて　／　忘かたきを　／　わするゝも　／　こや世になひく　／　心なるらむ</w:t>
      </w:r>
    </w:p>
    <w:p>
      <w:pPr>
        <w:keepNext/>
        <w:spacing w:after="60"/>
      </w:pPr>
      <w:r>
        <w:rPr>
          <w:b w:val="0"/>
          <w:i/>
          <w:color w:val="222B33"/>
          <w:sz w:val="21"/>
        </w:rPr>
        <w:t>You say it is the end</w:t>
        <w:br/>
      </w:r>
      <w:r>
        <w:rPr>
          <w:b w:val="0"/>
          <w:i/>
          <w:color w:val="222B33"/>
          <w:sz w:val="21"/>
        </w:rPr>
        <w:t>and forget one who cannot forget:</w:t>
        <w:br/>
      </w:r>
      <w:r>
        <w:rPr>
          <w:b w:val="0"/>
          <w:i/>
          <w:color w:val="222B33"/>
          <w:sz w:val="21"/>
        </w:rPr>
        <w:t>is this the heart</w:t>
        <w:br/>
      </w:r>
      <w:r>
        <w:rPr>
          <w:b w:val="0"/>
          <w:i/>
          <w:color w:val="222B33"/>
          <w:sz w:val="21"/>
        </w:rPr>
        <w:t>that bends</w:t>
        <w:br/>
      </w:r>
      <w:r>
        <w:rPr>
          <w:b w:val="0"/>
          <w:i/>
          <w:color w:val="222B33"/>
          <w:sz w:val="21"/>
        </w:rPr>
        <w:t>to the world?</w:t>
      </w:r>
    </w:p>
    <w:p>
      <w:pPr>
        <w:spacing w:after="40"/>
      </w:pPr>
      <w:r>
        <w:rPr>
          <w:b w:val="0"/>
          <w:i w:val="0"/>
          <w:color w:val="6A6F75"/>
          <w:sz w:val="18"/>
        </w:rPr>
        <w:t xml:space="preserve">In reply to </w:t>
      </w:r>
      <w:hyperlink w:anchor="p437">
        <w:r>
          <w:rPr>
            <w:color w:val="2E5A80"/>
            <w:u w:val="single"/>
            <w:sz w:val="18"/>
          </w:rPr>
          <w:t xml:space="preserve">No. 437 (Yūgiri)</w:t>
        </w:r>
      </w:hyperlink>
    </w:p>
    <w:p>
      <w:pPr>
        <w:pStyle w:val="Heading1"/>
      </w:pPr>
      <w:bookmarkStart w:id="471" w:name="ch33"/>
      <w:r>
        <w:t>Chapter 33 · Fuji no Uraba 藤裏葉</w:t>
      </w:r>
      <w:bookmarkEnd w:id="471"/>
    </w:p>
    <w:p>
      <w:pPr>
        <w:keepNext/>
        <w:spacing w:after="20" w:before="200"/>
      </w:pPr>
      <w:bookmarkStart w:id="472" w:name="p439"/>
      <w:r>
        <w:rPr>
          <w:b/>
          <w:i w:val="0"/>
          <w:color w:val="222B33"/>
          <w:sz w:val="22"/>
        </w:rPr>
        <w:t>No. 439</w:t>
      </w:r>
      <w:r>
        <w:rPr>
          <w:b w:val="0"/>
          <w:i w:val="0"/>
          <w:color w:val="6A6F75"/>
          <w:sz w:val="18"/>
        </w:rPr>
        <w:t xml:space="preserve">   Tō no Chūjō → Yūgiri   贈 sent</w:t>
      </w:r>
      <w:bookmarkEnd w:id="472"/>
    </w:p>
    <w:p>
      <w:pPr>
        <w:keepNext/>
        <w:spacing w:after="40"/>
      </w:pPr>
      <w:r>
        <w:rPr>
          <w:b/>
          <w:i w:val="0"/>
          <w:color w:val="6A6F75"/>
          <w:sz w:val="18"/>
        </w:rPr>
        <w:t xml:space="preserve">Context. </w:t>
      </w:r>
      <w:r>
        <w:rPr>
          <w:b w:val="0"/>
          <w:i w:val="0"/>
          <w:color w:val="6A6F75"/>
          <w:sz w:val="19"/>
        </w:rPr>
        <w:t>Tō no Chūjō relents and invites Yūgiri; the wisteria banquet.</w:t>
      </w:r>
    </w:p>
    <w:p>
      <w:pPr>
        <w:keepNext/>
        <w:spacing w:after="0"/>
      </w:pPr>
      <w:r>
        <w:rPr>
          <w:rFonts w:ascii="Noto Serif CJK JP" w:hAnsi="Noto Serif CJK JP" w:eastAsia="Noto Serif CJK JP"/>
          <w:b w:val="0"/>
          <w:i w:val="0"/>
          <w:color w:val="222B33"/>
          <w:sz w:val="26"/>
        </w:rPr>
        <w:t>わが宿の藤の色濃きたそかれに尋ねやは来ぬ春の名残を</w:t>
      </w:r>
    </w:p>
    <w:p>
      <w:pPr>
        <w:keepNext/>
        <w:spacing w:after="60"/>
      </w:pPr>
      <w:r>
        <w:rPr>
          <w:rFonts w:ascii="Noto Serif CJK JP" w:hAnsi="Noto Serif CJK JP" w:eastAsia="Noto Serif CJK JP"/>
          <w:b w:val="0"/>
          <w:i w:val="0"/>
          <w:color w:val="6A6F75"/>
          <w:sz w:val="19"/>
        </w:rPr>
        <w:t>わかやとの　／　藤の色こき　／　たそかれに　／　たつねやはこぬ　／　春のなこりを</w:t>
      </w:r>
    </w:p>
    <w:p>
      <w:pPr>
        <w:keepNext/>
        <w:spacing w:after="60"/>
      </w:pPr>
      <w:r>
        <w:rPr>
          <w:b w:val="0"/>
          <w:i/>
          <w:color w:val="222B33"/>
          <w:sz w:val="21"/>
        </w:rPr>
        <w:t>In the twilight</w:t>
        <w:br/>
      </w:r>
      <w:r>
        <w:rPr>
          <w:b w:val="0"/>
          <w:i/>
          <w:color w:val="222B33"/>
          <w:sz w:val="21"/>
        </w:rPr>
        <w:t>when the wisteria at my house is deep in color,</w:t>
        <w:br/>
      </w:r>
      <w:r>
        <w:rPr>
          <w:b w:val="0"/>
          <w:i/>
          <w:color w:val="222B33"/>
          <w:sz w:val="21"/>
        </w:rPr>
        <w:t>will you not come seeking</w:t>
        <w:br/>
      </w:r>
      <w:r>
        <w:rPr>
          <w:b w:val="0"/>
          <w:i/>
          <w:color w:val="222B33"/>
          <w:sz w:val="21"/>
        </w:rPr>
        <w:t>what is left</w:t>
        <w:br/>
      </w:r>
      <w:r>
        <w:rPr>
          <w:b w:val="0"/>
          <w:i/>
          <w:color w:val="222B33"/>
          <w:sz w:val="21"/>
        </w:rPr>
        <w:t>of spring?</w:t>
      </w:r>
    </w:p>
    <w:p>
      <w:pPr>
        <w:spacing w:after="40"/>
      </w:pPr>
      <w:r>
        <w:rPr>
          <w:b w:val="0"/>
          <w:i w:val="0"/>
          <w:color w:val="222B33"/>
          <w:sz w:val="19"/>
        </w:rPr>
        <w:t>He relents and invites Yūgiri, preparing for the marriage.</w:t>
      </w:r>
    </w:p>
    <w:p>
      <w:pPr>
        <w:spacing w:after="40"/>
      </w:pPr>
      <w:r>
        <w:rPr>
          <w:b w:val="0"/>
          <w:i w:val="0"/>
          <w:color w:val="6A6F75"/>
          <w:sz w:val="18"/>
        </w:rPr>
        <w:t xml:space="preserve">Answered by </w:t>
      </w:r>
      <w:hyperlink w:anchor="p440">
        <w:r>
          <w:rPr>
            <w:color w:val="2E5A80"/>
            <w:u w:val="single"/>
            <w:sz w:val="18"/>
          </w:rPr>
          <w:t xml:space="preserve">No. 440 (Yūgiri)</w:t>
        </w:r>
      </w:hyperlink>
    </w:p>
    <w:p>
      <w:pPr>
        <w:keepNext/>
        <w:spacing w:after="20" w:before="200"/>
      </w:pPr>
      <w:bookmarkStart w:id="473" w:name="p440"/>
      <w:r>
        <w:rPr>
          <w:b/>
          <w:i w:val="0"/>
          <w:color w:val="222B33"/>
          <w:sz w:val="22"/>
        </w:rPr>
        <w:t>No. 440</w:t>
      </w:r>
      <w:r>
        <w:rPr>
          <w:b w:val="0"/>
          <w:i w:val="0"/>
          <w:color w:val="6A6F75"/>
          <w:sz w:val="18"/>
        </w:rPr>
        <w:t xml:space="preserve">   Yūgiri → Tō no Chūjō   答 reply</w:t>
      </w:r>
      <w:bookmarkEnd w:id="473"/>
    </w:p>
    <w:p>
      <w:pPr>
        <w:keepNext/>
        <w:spacing w:after="0"/>
      </w:pPr>
      <w:r>
        <w:rPr>
          <w:rFonts w:ascii="Noto Serif CJK JP" w:hAnsi="Noto Serif CJK JP" w:eastAsia="Noto Serif CJK JP"/>
          <w:b w:val="0"/>
          <w:i w:val="0"/>
          <w:color w:val="222B33"/>
          <w:sz w:val="26"/>
        </w:rPr>
        <w:t>なかなかに折りやまどはむ藤の花たそかれ時のたどたどしくは</w:t>
      </w:r>
    </w:p>
    <w:p>
      <w:pPr>
        <w:keepNext/>
        <w:spacing w:after="60"/>
      </w:pPr>
      <w:r>
        <w:rPr>
          <w:rFonts w:ascii="Noto Serif CJK JP" w:hAnsi="Noto Serif CJK JP" w:eastAsia="Noto Serif CJK JP"/>
          <w:b w:val="0"/>
          <w:i w:val="0"/>
          <w:color w:val="6A6F75"/>
          <w:sz w:val="19"/>
        </w:rPr>
        <w:t>中々に　／　折やまとはむ　／　ふちのはな　／　たそかれときの　／　たとたとしくは</w:t>
      </w:r>
    </w:p>
    <w:p>
      <w:pPr>
        <w:keepNext/>
        <w:spacing w:after="60"/>
      </w:pPr>
      <w:r>
        <w:rPr>
          <w:b w:val="0"/>
          <w:i/>
          <w:color w:val="222B33"/>
          <w:sz w:val="21"/>
        </w:rPr>
        <w:t>I might rather be confused</w:t>
        <w:br/>
      </w:r>
      <w:r>
        <w:rPr>
          <w:b w:val="0"/>
          <w:i/>
          <w:color w:val="222B33"/>
          <w:sz w:val="21"/>
        </w:rPr>
        <w:t>in plucking the wisteria,</w:t>
        <w:br/>
      </w:r>
      <w:r>
        <w:rPr>
          <w:b w:val="0"/>
          <w:i/>
          <w:color w:val="222B33"/>
          <w:sz w:val="21"/>
        </w:rPr>
        <w:t>if in the twilight</w:t>
        <w:br/>
      </w:r>
      <w:r>
        <w:rPr>
          <w:b w:val="0"/>
          <w:i/>
          <w:color w:val="222B33"/>
          <w:sz w:val="21"/>
        </w:rPr>
        <w:t>I am</w:t>
        <w:br/>
      </w:r>
      <w:r>
        <w:rPr>
          <w:b w:val="0"/>
          <w:i/>
          <w:color w:val="222B33"/>
          <w:sz w:val="21"/>
        </w:rPr>
        <w:t>so uncertain.</w:t>
      </w:r>
    </w:p>
    <w:p>
      <w:pPr>
        <w:spacing w:after="40"/>
      </w:pPr>
      <w:r>
        <w:rPr>
          <w:b w:val="0"/>
          <w:i w:val="0"/>
          <w:color w:val="6A6F75"/>
          <w:sz w:val="18"/>
        </w:rPr>
        <w:t xml:space="preserve">In reply to </w:t>
      </w:r>
      <w:hyperlink w:anchor="p439">
        <w:r>
          <w:rPr>
            <w:color w:val="2E5A80"/>
            <w:u w:val="single"/>
            <w:sz w:val="18"/>
          </w:rPr>
          <w:t xml:space="preserve">No. 439 (Tō no Chūjō)</w:t>
        </w:r>
      </w:hyperlink>
    </w:p>
    <w:p>
      <w:pPr>
        <w:keepNext/>
        <w:spacing w:after="20" w:before="200"/>
      </w:pPr>
      <w:bookmarkStart w:id="474" w:name="p441"/>
      <w:r>
        <w:rPr>
          <w:b/>
          <w:i w:val="0"/>
          <w:color w:val="222B33"/>
          <w:sz w:val="22"/>
        </w:rPr>
        <w:t>No. 441</w:t>
      </w:r>
      <w:r>
        <w:rPr>
          <w:b w:val="0"/>
          <w:i w:val="0"/>
          <w:color w:val="6A6F75"/>
          <w:sz w:val="18"/>
        </w:rPr>
        <w:t xml:space="preserve">   Tō no Chūjō   唱 group exchange</w:t>
      </w:r>
      <w:bookmarkEnd w:id="474"/>
    </w:p>
    <w:p>
      <w:pPr>
        <w:keepNext/>
        <w:spacing w:after="40"/>
      </w:pPr>
      <w:r>
        <w:rPr>
          <w:b/>
          <w:i w:val="0"/>
          <w:color w:val="6A6F75"/>
          <w:sz w:val="18"/>
        </w:rPr>
        <w:t xml:space="preserve">Context. </w:t>
      </w:r>
      <w:r>
        <w:rPr>
          <w:b w:val="0"/>
          <w:i w:val="0"/>
          <w:color w:val="6A6F75"/>
          <w:sz w:val="19"/>
        </w:rPr>
        <w:t>The wisteria banquet; Tō no Chūjō yields to Yūgiri.</w:t>
      </w:r>
    </w:p>
    <w:p>
      <w:pPr>
        <w:keepNext/>
        <w:spacing w:after="0"/>
      </w:pPr>
      <w:r>
        <w:rPr>
          <w:rFonts w:ascii="Noto Serif CJK JP" w:hAnsi="Noto Serif CJK JP" w:eastAsia="Noto Serif CJK JP"/>
          <w:b w:val="0"/>
          <w:i w:val="0"/>
          <w:color w:val="222B33"/>
          <w:sz w:val="26"/>
        </w:rPr>
        <w:t>紫にかことはかけむ藤の花まつより過ぎてうれたけれども</w:t>
      </w:r>
    </w:p>
    <w:p>
      <w:pPr>
        <w:keepNext/>
        <w:spacing w:after="60"/>
      </w:pPr>
      <w:r>
        <w:rPr>
          <w:rFonts w:ascii="Noto Serif CJK JP" w:hAnsi="Noto Serif CJK JP" w:eastAsia="Noto Serif CJK JP"/>
          <w:b w:val="0"/>
          <w:i w:val="0"/>
          <w:color w:val="6A6F75"/>
          <w:sz w:val="19"/>
        </w:rPr>
        <w:t>紫に　／　かことはかけむ　／　ふちのはな　／　まつよりすきて　／　うれたけれとも</w:t>
      </w:r>
    </w:p>
    <w:p>
      <w:pPr>
        <w:keepNext/>
        <w:spacing w:after="60"/>
      </w:pPr>
      <w:r>
        <w:rPr>
          <w:b w:val="0"/>
          <w:i/>
          <w:color w:val="222B33"/>
          <w:sz w:val="21"/>
        </w:rPr>
        <w:t>I shall lay the blame</w:t>
        <w:br/>
      </w:r>
      <w:r>
        <w:rPr>
          <w:b w:val="0"/>
          <w:i/>
          <w:color w:val="222B33"/>
          <w:sz w:val="21"/>
        </w:rPr>
        <w:t>on the purple: the wisteria</w:t>
        <w:br/>
      </w:r>
      <w:r>
        <w:rPr>
          <w:b w:val="0"/>
          <w:i/>
          <w:color w:val="222B33"/>
          <w:sz w:val="21"/>
        </w:rPr>
        <w:t>has passed beyond the time of waiting,</w:t>
        <w:br/>
      </w:r>
      <w:r>
        <w:rPr>
          <w:b w:val="0"/>
          <w:i/>
          <w:color w:val="222B33"/>
          <w:sz w:val="21"/>
        </w:rPr>
        <w:t>though it is</w:t>
        <w:br/>
      </w:r>
      <w:r>
        <w:rPr>
          <w:b w:val="0"/>
          <w:i/>
          <w:color w:val="222B33"/>
          <w:sz w:val="21"/>
        </w:rPr>
        <w:t>galling.</w:t>
      </w:r>
    </w:p>
    <w:p>
      <w:pPr>
        <w:spacing w:after="40"/>
      </w:pPr>
      <w:r>
        <w:rPr>
          <w:b w:val="0"/>
          <w:i w:val="0"/>
          <w:color w:val="222B33"/>
          <w:sz w:val="19"/>
        </w:rPr>
        <w:t>Matsu: “pine” and “to wait.” A group of three poems at the banquet.</w:t>
      </w:r>
    </w:p>
    <w:p>
      <w:pPr>
        <w:spacing w:after="40"/>
      </w:pPr>
      <w:r>
        <w:rPr>
          <w:b w:val="0"/>
          <w:i w:val="0"/>
          <w:color w:val="6A6F75"/>
          <w:sz w:val="18"/>
        </w:rPr>
        <w:t xml:space="preserve">Answered by </w:t>
      </w:r>
      <w:hyperlink w:anchor="p442">
        <w:r>
          <w:rPr>
            <w:color w:val="2E5A80"/>
            <w:u w:val="single"/>
            <w:sz w:val="18"/>
          </w:rPr>
          <w:t xml:space="preserve">No. 442 (Yūgiri)</w:t>
        </w:r>
      </w:hyperlink>
      <w:r>
        <w:rPr>
          <w:b w:val="0"/>
          <w:i w:val="0"/>
          <w:color w:val="6A6F75"/>
          <w:sz w:val="18"/>
        </w:rPr>
        <w:t xml:space="preserve">, </w:t>
      </w:r>
      <w:hyperlink w:anchor="p443">
        <w:r>
          <w:rPr>
            <w:color w:val="2E5A80"/>
            <w:u w:val="single"/>
            <w:sz w:val="18"/>
          </w:rPr>
          <w:t xml:space="preserve">No. 443 (Kashiwagi)</w:t>
        </w:r>
      </w:hyperlink>
    </w:p>
    <w:p>
      <w:pPr>
        <w:keepNext/>
        <w:spacing w:after="20" w:before="200"/>
      </w:pPr>
      <w:bookmarkStart w:id="475" w:name="p442"/>
      <w:r>
        <w:rPr>
          <w:b/>
          <w:i w:val="0"/>
          <w:color w:val="222B33"/>
          <w:sz w:val="22"/>
        </w:rPr>
        <w:t>No. 442</w:t>
      </w:r>
      <w:r>
        <w:rPr>
          <w:b w:val="0"/>
          <w:i w:val="0"/>
          <w:color w:val="6A6F75"/>
          <w:sz w:val="18"/>
        </w:rPr>
        <w:t xml:space="preserve">   Yūgiri   唱 group exchange</w:t>
      </w:r>
      <w:bookmarkEnd w:id="475"/>
    </w:p>
    <w:p>
      <w:pPr>
        <w:keepNext/>
        <w:spacing w:after="0"/>
      </w:pPr>
      <w:r>
        <w:rPr>
          <w:rFonts w:ascii="Noto Serif CJK JP" w:hAnsi="Noto Serif CJK JP" w:eastAsia="Noto Serif CJK JP"/>
          <w:b w:val="0"/>
          <w:i w:val="0"/>
          <w:color w:val="222B33"/>
          <w:sz w:val="26"/>
        </w:rPr>
        <w:t>いく返り露けき春を過ぐし来て花の紐解く折にあふらむ</w:t>
      </w:r>
    </w:p>
    <w:p>
      <w:pPr>
        <w:keepNext/>
        <w:spacing w:after="60"/>
      </w:pPr>
      <w:r>
        <w:rPr>
          <w:rFonts w:ascii="Noto Serif CJK JP" w:hAnsi="Noto Serif CJK JP" w:eastAsia="Noto Serif CJK JP"/>
          <w:b w:val="0"/>
          <w:i w:val="0"/>
          <w:color w:val="6A6F75"/>
          <w:sz w:val="19"/>
        </w:rPr>
        <w:t>幾かへり　／　露けき春を　／　すくしきて　／　はなのひもとく　／　をりにあふらん</w:t>
      </w:r>
    </w:p>
    <w:p>
      <w:pPr>
        <w:keepNext/>
        <w:spacing w:after="60"/>
      </w:pPr>
      <w:r>
        <w:rPr>
          <w:b w:val="0"/>
          <w:i/>
          <w:color w:val="222B33"/>
          <w:sz w:val="21"/>
        </w:rPr>
        <w:t>After passing</w:t>
        <w:br/>
      </w:r>
      <w:r>
        <w:rPr>
          <w:b w:val="0"/>
          <w:i/>
          <w:color w:val="222B33"/>
          <w:sz w:val="21"/>
        </w:rPr>
        <w:t>so many dewy springs,</w:t>
        <w:br/>
      </w:r>
      <w:r>
        <w:rPr>
          <w:b w:val="0"/>
          <w:i/>
          <w:color w:val="222B33"/>
          <w:sz w:val="21"/>
        </w:rPr>
        <w:t>I have lived to see</w:t>
        <w:br/>
      </w:r>
      <w:r>
        <w:rPr>
          <w:b w:val="0"/>
          <w:i/>
          <w:color w:val="222B33"/>
          <w:sz w:val="21"/>
        </w:rPr>
        <w:t>the time when the flower</w:t>
        <w:br/>
      </w:r>
      <w:r>
        <w:rPr>
          <w:b w:val="0"/>
          <w:i/>
          <w:color w:val="222B33"/>
          <w:sz w:val="21"/>
        </w:rPr>
        <w:t>loosens its cords.</w:t>
      </w:r>
    </w:p>
    <w:p>
      <w:pPr>
        <w:spacing w:after="40"/>
      </w:pPr>
      <w:r>
        <w:rPr>
          <w:b w:val="0"/>
          <w:i w:val="0"/>
          <w:color w:val="6A6F75"/>
          <w:sz w:val="18"/>
        </w:rPr>
        <w:t xml:space="preserve">In reply to </w:t>
      </w:r>
      <w:hyperlink w:anchor="p441">
        <w:r>
          <w:rPr>
            <w:color w:val="2E5A80"/>
            <w:u w:val="single"/>
            <w:sz w:val="18"/>
          </w:rPr>
          <w:t xml:space="preserve">No. 441 (Tō no Chūjō)</w:t>
        </w:r>
      </w:hyperlink>
    </w:p>
    <w:p>
      <w:pPr>
        <w:keepNext/>
        <w:spacing w:after="20" w:before="200"/>
      </w:pPr>
      <w:bookmarkStart w:id="476" w:name="p443"/>
      <w:r>
        <w:rPr>
          <w:b/>
          <w:i w:val="0"/>
          <w:color w:val="222B33"/>
          <w:sz w:val="22"/>
        </w:rPr>
        <w:t>No. 443</w:t>
      </w:r>
      <w:r>
        <w:rPr>
          <w:b w:val="0"/>
          <w:i w:val="0"/>
          <w:color w:val="6A6F75"/>
          <w:sz w:val="18"/>
        </w:rPr>
        <w:t xml:space="preserve">   Kashiwagi   唱 group exchange</w:t>
      </w:r>
      <w:bookmarkEnd w:id="476"/>
    </w:p>
    <w:p>
      <w:pPr>
        <w:keepNext/>
        <w:spacing w:after="0"/>
      </w:pPr>
      <w:r>
        <w:rPr>
          <w:rFonts w:ascii="Noto Serif CJK JP" w:hAnsi="Noto Serif CJK JP" w:eastAsia="Noto Serif CJK JP"/>
          <w:b w:val="0"/>
          <w:i w:val="0"/>
          <w:color w:val="222B33"/>
          <w:sz w:val="26"/>
        </w:rPr>
        <w:t>たをやめの袖にまがへる藤の花見る人からや色もまさらむ</w:t>
      </w:r>
    </w:p>
    <w:p>
      <w:pPr>
        <w:keepNext/>
        <w:spacing w:after="60"/>
      </w:pPr>
      <w:r>
        <w:rPr>
          <w:rFonts w:ascii="Noto Serif CJK JP" w:hAnsi="Noto Serif CJK JP" w:eastAsia="Noto Serif CJK JP"/>
          <w:b w:val="0"/>
          <w:i w:val="0"/>
          <w:color w:val="6A6F75"/>
          <w:sz w:val="19"/>
        </w:rPr>
        <w:t>たをやめの　／　袖にまかへる　／　藤の花　／　みる人からや　／　色もまさらむ</w:t>
      </w:r>
    </w:p>
    <w:p>
      <w:pPr>
        <w:keepNext/>
        <w:spacing w:after="60"/>
      </w:pPr>
      <w:r>
        <w:rPr>
          <w:b w:val="0"/>
          <w:i/>
          <w:color w:val="222B33"/>
          <w:sz w:val="21"/>
        </w:rPr>
        <w:t>The wisteria</w:t>
        <w:br/>
      </w:r>
      <w:r>
        <w:rPr>
          <w:b w:val="0"/>
          <w:i/>
          <w:color w:val="222B33"/>
          <w:sz w:val="21"/>
        </w:rPr>
        <w:t>like a graceful lady’s sleeves:</w:t>
        <w:br/>
      </w:r>
      <w:r>
        <w:rPr>
          <w:b w:val="0"/>
          <w:i/>
          <w:color w:val="222B33"/>
          <w:sz w:val="21"/>
        </w:rPr>
        <w:t>will its color deepen</w:t>
        <w:br/>
      </w:r>
      <w:r>
        <w:rPr>
          <w:b w:val="0"/>
          <w:i/>
          <w:color w:val="222B33"/>
          <w:sz w:val="21"/>
        </w:rPr>
        <w:t>for the one</w:t>
        <w:br/>
      </w:r>
      <w:r>
        <w:rPr>
          <w:b w:val="0"/>
          <w:i/>
          <w:color w:val="222B33"/>
          <w:sz w:val="21"/>
        </w:rPr>
        <w:t>who sees it?</w:t>
      </w:r>
    </w:p>
    <w:p>
      <w:pPr>
        <w:spacing w:after="40"/>
      </w:pPr>
      <w:r>
        <w:rPr>
          <w:b w:val="0"/>
          <w:i w:val="0"/>
          <w:color w:val="6A6F75"/>
          <w:sz w:val="18"/>
        </w:rPr>
        <w:t xml:space="preserve">In reply to </w:t>
      </w:r>
      <w:hyperlink w:anchor="p441">
        <w:r>
          <w:rPr>
            <w:color w:val="2E5A80"/>
            <w:u w:val="single"/>
            <w:sz w:val="18"/>
          </w:rPr>
          <w:t xml:space="preserve">No. 441 (Tō no Chūjō)</w:t>
        </w:r>
      </w:hyperlink>
    </w:p>
    <w:p>
      <w:pPr>
        <w:keepNext/>
        <w:spacing w:after="20" w:before="200"/>
      </w:pPr>
      <w:bookmarkStart w:id="477" w:name="p444"/>
      <w:r>
        <w:rPr>
          <w:b/>
          <w:i w:val="0"/>
          <w:color w:val="222B33"/>
          <w:sz w:val="22"/>
        </w:rPr>
        <w:t>No. 444</w:t>
      </w:r>
      <w:r>
        <w:rPr>
          <w:b w:val="0"/>
          <w:i w:val="0"/>
          <w:color w:val="6A6F75"/>
          <w:sz w:val="18"/>
        </w:rPr>
        <w:t xml:space="preserve">   Kumoi no Kari → Yūgiri   贈 sent</w:t>
      </w:r>
      <w:bookmarkEnd w:id="477"/>
    </w:p>
    <w:p>
      <w:pPr>
        <w:keepNext/>
        <w:spacing w:after="40"/>
      </w:pPr>
      <w:r>
        <w:rPr>
          <w:b/>
          <w:i w:val="0"/>
          <w:color w:val="6A6F75"/>
          <w:sz w:val="18"/>
        </w:rPr>
        <w:t xml:space="preserve">Context. </w:t>
      </w:r>
      <w:r>
        <w:rPr>
          <w:b w:val="0"/>
          <w:i w:val="0"/>
          <w:color w:val="6A6F75"/>
          <w:sz w:val="19"/>
        </w:rPr>
        <w:t>Kumoi no Kari after the marriage; the gossip.</w:t>
      </w:r>
    </w:p>
    <w:p>
      <w:pPr>
        <w:keepNext/>
        <w:spacing w:after="0"/>
      </w:pPr>
      <w:r>
        <w:rPr>
          <w:rFonts w:ascii="Noto Serif CJK JP" w:hAnsi="Noto Serif CJK JP" w:eastAsia="Noto Serif CJK JP"/>
          <w:b w:val="0"/>
          <w:i w:val="0"/>
          <w:color w:val="222B33"/>
          <w:sz w:val="26"/>
        </w:rPr>
        <w:t>浅き名を言ひ流しける河口はいかが漏らしし関の荒垣</w:t>
      </w:r>
    </w:p>
    <w:p>
      <w:pPr>
        <w:keepNext/>
        <w:spacing w:after="60"/>
      </w:pPr>
      <w:r>
        <w:rPr>
          <w:rFonts w:ascii="Noto Serif CJK JP" w:hAnsi="Noto Serif CJK JP" w:eastAsia="Noto Serif CJK JP"/>
          <w:b w:val="0"/>
          <w:i w:val="0"/>
          <w:color w:val="6A6F75"/>
          <w:sz w:val="19"/>
        </w:rPr>
        <w:t>あさきなを　／　いひなかしける　／　川くちは　／　いかゝもらしゝ　／　関のあらかき</w:t>
      </w:r>
    </w:p>
    <w:p>
      <w:pPr>
        <w:keepNext/>
        <w:spacing w:after="60"/>
      </w:pPr>
      <w:r>
        <w:rPr>
          <w:b w:val="0"/>
          <w:i/>
          <w:color w:val="222B33"/>
          <w:sz w:val="21"/>
        </w:rPr>
        <w:t>How did the rough fence</w:t>
        <w:br/>
      </w:r>
      <w:r>
        <w:rPr>
          <w:b w:val="0"/>
          <w:i/>
          <w:color w:val="222B33"/>
          <w:sz w:val="21"/>
        </w:rPr>
        <w:t>of the barrier at Kawaguchi</w:t>
        <w:br/>
      </w:r>
      <w:r>
        <w:rPr>
          <w:b w:val="0"/>
          <w:i/>
          <w:color w:val="222B33"/>
          <w:sz w:val="21"/>
        </w:rPr>
        <w:t>let slip the name</w:t>
        <w:br/>
      </w:r>
      <w:r>
        <w:rPr>
          <w:b w:val="0"/>
          <w:i/>
          <w:color w:val="222B33"/>
          <w:sz w:val="21"/>
        </w:rPr>
        <w:t>that spread</w:t>
        <w:br/>
      </w:r>
      <w:r>
        <w:rPr>
          <w:b w:val="0"/>
          <w:i/>
          <w:color w:val="222B33"/>
          <w:sz w:val="21"/>
        </w:rPr>
        <w:t>so shallow?</w:t>
      </w:r>
    </w:p>
    <w:p>
      <w:pPr>
        <w:spacing w:after="40"/>
      </w:pPr>
      <w:r>
        <w:rPr>
          <w:b w:val="0"/>
          <w:i w:val="0"/>
          <w:color w:val="222B33"/>
          <w:sz w:val="19"/>
        </w:rPr>
        <w:t>Recalls the saibara “Kawaguchi.”</w:t>
      </w:r>
    </w:p>
    <w:p>
      <w:pPr>
        <w:spacing w:after="40"/>
      </w:pPr>
      <w:r>
        <w:rPr>
          <w:b/>
          <w:i w:val="0"/>
          <w:color w:val="6A6F75"/>
          <w:sz w:val="18"/>
        </w:rPr>
        <w:t xml:space="preserve">Allusion. </w:t>
      </w:r>
      <w:r>
        <w:rPr>
          <w:b w:val="0"/>
          <w:i w:val="0"/>
          <w:sz w:val="19"/>
        </w:rPr>
        <w:t>Saibara ‘Kawaguchi’ (河口)</w:t>
      </w:r>
      <w:r>
        <w:rPr>
          <w:b w:val="0"/>
          <w:i w:val="0"/>
          <w:sz w:val="19"/>
        </w:rPr>
        <w:t xml:space="preserve">  A song of a girl slipping past the guarded fence at the river mouth.</w:t>
      </w:r>
    </w:p>
    <w:p>
      <w:pPr>
        <w:spacing w:after="40"/>
      </w:pPr>
      <w:r>
        <w:rPr>
          <w:b w:val="0"/>
          <w:i w:val="0"/>
          <w:color w:val="6A6F75"/>
          <w:sz w:val="18"/>
        </w:rPr>
        <w:t xml:space="preserve">Answered by </w:t>
      </w:r>
      <w:hyperlink w:anchor="p445">
        <w:r>
          <w:rPr>
            <w:color w:val="2E5A80"/>
            <w:u w:val="single"/>
            <w:sz w:val="18"/>
          </w:rPr>
          <w:t xml:space="preserve">No. 445 (Yūgiri)</w:t>
        </w:r>
      </w:hyperlink>
    </w:p>
    <w:p>
      <w:pPr>
        <w:keepNext/>
        <w:spacing w:after="20" w:before="200"/>
      </w:pPr>
      <w:bookmarkStart w:id="478" w:name="p445"/>
      <w:r>
        <w:rPr>
          <w:b/>
          <w:i w:val="0"/>
          <w:color w:val="222B33"/>
          <w:sz w:val="22"/>
        </w:rPr>
        <w:t>No. 445</w:t>
      </w:r>
      <w:r>
        <w:rPr>
          <w:b w:val="0"/>
          <w:i w:val="0"/>
          <w:color w:val="6A6F75"/>
          <w:sz w:val="18"/>
        </w:rPr>
        <w:t xml:space="preserve">   Yūgiri → Kumoi no Kari   答 reply</w:t>
      </w:r>
      <w:bookmarkEnd w:id="478"/>
    </w:p>
    <w:p>
      <w:pPr>
        <w:keepNext/>
        <w:spacing w:after="0"/>
      </w:pPr>
      <w:r>
        <w:rPr>
          <w:rFonts w:ascii="Noto Serif CJK JP" w:hAnsi="Noto Serif CJK JP" w:eastAsia="Noto Serif CJK JP"/>
          <w:b w:val="0"/>
          <w:i w:val="0"/>
          <w:color w:val="222B33"/>
          <w:sz w:val="26"/>
        </w:rPr>
        <w:t>漏りにける岫田の関を河口の浅きにのみはおほせざらなむ</w:t>
      </w:r>
    </w:p>
    <w:p>
      <w:pPr>
        <w:keepNext/>
        <w:spacing w:after="60"/>
      </w:pPr>
      <w:r>
        <w:rPr>
          <w:rFonts w:ascii="Noto Serif CJK JP" w:hAnsi="Noto Serif CJK JP" w:eastAsia="Noto Serif CJK JP"/>
          <w:b w:val="0"/>
          <w:i w:val="0"/>
          <w:color w:val="6A6F75"/>
          <w:sz w:val="19"/>
        </w:rPr>
        <w:t>もりにける　／　くきたのせきを　／　川くちの　／　あさきにのみは　／　おほせさらなん</w:t>
      </w:r>
    </w:p>
    <w:p>
      <w:pPr>
        <w:keepNext/>
        <w:spacing w:after="60"/>
      </w:pPr>
      <w:r>
        <w:rPr>
          <w:b w:val="0"/>
          <w:i/>
          <w:color w:val="222B33"/>
          <w:sz w:val="21"/>
        </w:rPr>
        <w:t>Do not put all the blame</w:t>
        <w:br/>
      </w:r>
      <w:r>
        <w:rPr>
          <w:b w:val="0"/>
          <w:i/>
          <w:color w:val="222B33"/>
          <w:sz w:val="21"/>
        </w:rPr>
        <w:t>on the shallowness of the river mouth</w:t>
        <w:br/>
      </w:r>
      <w:r>
        <w:rPr>
          <w:b w:val="0"/>
          <w:i/>
          <w:color w:val="222B33"/>
          <w:sz w:val="21"/>
        </w:rPr>
        <w:t>for the barrier of Kukita</w:t>
        <w:br/>
      </w:r>
      <w:r>
        <w:rPr>
          <w:b w:val="0"/>
          <w:i/>
          <w:color w:val="222B33"/>
          <w:sz w:val="21"/>
        </w:rPr>
        <w:t>that let</w:t>
        <w:br/>
      </w:r>
      <w:r>
        <w:rPr>
          <w:b w:val="0"/>
          <w:i/>
          <w:color w:val="222B33"/>
          <w:sz w:val="21"/>
        </w:rPr>
        <w:t>it slip.</w:t>
      </w:r>
    </w:p>
    <w:p>
      <w:pPr>
        <w:spacing w:after="40"/>
      </w:pPr>
      <w:r>
        <w:rPr>
          <w:b w:val="0"/>
          <w:i w:val="0"/>
          <w:color w:val="6A6F75"/>
          <w:sz w:val="18"/>
        </w:rPr>
        <w:t xml:space="preserve">In reply to </w:t>
      </w:r>
      <w:hyperlink w:anchor="p444">
        <w:r>
          <w:rPr>
            <w:color w:val="2E5A80"/>
            <w:u w:val="single"/>
            <w:sz w:val="18"/>
          </w:rPr>
          <w:t xml:space="preserve">No. 444 (Kumoi no Kari)</w:t>
        </w:r>
      </w:hyperlink>
    </w:p>
    <w:p>
      <w:pPr>
        <w:keepNext/>
        <w:spacing w:after="20" w:before="200"/>
      </w:pPr>
      <w:bookmarkStart w:id="479" w:name="p446"/>
      <w:r>
        <w:rPr>
          <w:b/>
          <w:i w:val="0"/>
          <w:color w:val="222B33"/>
          <w:sz w:val="22"/>
        </w:rPr>
        <w:t>No. 446</w:t>
      </w:r>
      <w:r>
        <w:rPr>
          <w:b w:val="0"/>
          <w:i w:val="0"/>
          <w:color w:val="6A6F75"/>
          <w:sz w:val="18"/>
        </w:rPr>
        <w:t xml:space="preserve">   Yūgiri → Kumoi no Kari   贈:独 sent / solo</w:t>
      </w:r>
      <w:bookmarkEnd w:id="479"/>
    </w:p>
    <w:p>
      <w:pPr>
        <w:keepNext/>
        <w:spacing w:after="40"/>
      </w:pPr>
      <w:r>
        <w:rPr>
          <w:b/>
          <w:i w:val="0"/>
          <w:color w:val="6A6F75"/>
          <w:sz w:val="18"/>
        </w:rPr>
        <w:t xml:space="preserve">Context. </w:t>
      </w:r>
      <w:r>
        <w:rPr>
          <w:b w:val="0"/>
          <w:i w:val="0"/>
          <w:color w:val="6A6F75"/>
          <w:sz w:val="19"/>
        </w:rPr>
        <w:t>Yūgiri to Kumoi no Kari the morning after the marriage.</w:t>
      </w:r>
    </w:p>
    <w:p>
      <w:pPr>
        <w:keepNext/>
        <w:spacing w:after="0"/>
      </w:pPr>
      <w:r>
        <w:rPr>
          <w:rFonts w:ascii="Noto Serif CJK JP" w:hAnsi="Noto Serif CJK JP" w:eastAsia="Noto Serif CJK JP"/>
          <w:b w:val="0"/>
          <w:i w:val="0"/>
          <w:color w:val="222B33"/>
          <w:sz w:val="26"/>
        </w:rPr>
        <w:t>とがむなよ忍びにしぼる手もたゆみ今日あらはるる袖のしづくを</w:t>
      </w:r>
    </w:p>
    <w:p>
      <w:pPr>
        <w:keepNext/>
        <w:spacing w:after="60"/>
      </w:pPr>
      <w:r>
        <w:rPr>
          <w:rFonts w:ascii="Noto Serif CJK JP" w:hAnsi="Noto Serif CJK JP" w:eastAsia="Noto Serif CJK JP"/>
          <w:b w:val="0"/>
          <w:i w:val="0"/>
          <w:color w:val="6A6F75"/>
          <w:sz w:val="19"/>
        </w:rPr>
        <w:t>とかむなよ　／　しのひにしほる　／　てもたゆみ　／　けふあらはるゝ　／　袖のしつくを</w:t>
      </w:r>
    </w:p>
    <w:p>
      <w:pPr>
        <w:keepNext/>
        <w:spacing w:after="60"/>
      </w:pPr>
      <w:r>
        <w:rPr>
          <w:b w:val="0"/>
          <w:i/>
          <w:color w:val="222B33"/>
          <w:sz w:val="21"/>
        </w:rPr>
        <w:t>Do not blame me</w:t>
        <w:br/>
      </w:r>
      <w:r>
        <w:rPr>
          <w:b w:val="0"/>
          <w:i/>
          <w:color w:val="222B33"/>
          <w:sz w:val="21"/>
        </w:rPr>
        <w:t>if my hand, tired of wringing in secret,</w:t>
        <w:br/>
      </w:r>
      <w:r>
        <w:rPr>
          <w:b w:val="0"/>
          <w:i/>
          <w:color w:val="222B33"/>
          <w:sz w:val="21"/>
        </w:rPr>
        <w:t>lets show today</w:t>
        <w:br/>
      </w:r>
      <w:r>
        <w:rPr>
          <w:b w:val="0"/>
          <w:i/>
          <w:color w:val="222B33"/>
          <w:sz w:val="21"/>
        </w:rPr>
        <w:t>the drops</w:t>
        <w:br/>
      </w:r>
      <w:r>
        <w:rPr>
          <w:b w:val="0"/>
          <w:i/>
          <w:color w:val="222B33"/>
          <w:sz w:val="21"/>
        </w:rPr>
        <w:t>on my sleeve.</w:t>
      </w:r>
    </w:p>
    <w:p>
      <w:pPr>
        <w:keepNext/>
        <w:spacing w:after="20" w:before="200"/>
      </w:pPr>
      <w:bookmarkStart w:id="480" w:name="p447"/>
      <w:r>
        <w:rPr>
          <w:b/>
          <w:i w:val="0"/>
          <w:color w:val="222B33"/>
          <w:sz w:val="22"/>
        </w:rPr>
        <w:t>No. 447</w:t>
      </w:r>
      <w:r>
        <w:rPr>
          <w:b w:val="0"/>
          <w:i w:val="0"/>
          <w:color w:val="6A6F75"/>
          <w:sz w:val="18"/>
        </w:rPr>
        <w:t xml:space="preserve">   Yūgiri → Koremitsu’s daughter   贈 sent</w:t>
      </w:r>
      <w:bookmarkEnd w:id="480"/>
    </w:p>
    <w:p>
      <w:pPr>
        <w:keepNext/>
        <w:spacing w:after="40"/>
      </w:pPr>
      <w:r>
        <w:rPr>
          <w:b/>
          <w:i w:val="0"/>
          <w:color w:val="6A6F75"/>
          <w:sz w:val="18"/>
        </w:rPr>
        <w:t xml:space="preserve">Context. </w:t>
      </w:r>
      <w:r>
        <w:rPr>
          <w:b w:val="0"/>
          <w:i w:val="0"/>
          <w:color w:val="6A6F75"/>
          <w:sz w:val="19"/>
        </w:rPr>
        <w:t>Yūgiri to Koremitsu’s daughter at the Kamo Festival.</w:t>
      </w:r>
    </w:p>
    <w:p>
      <w:pPr>
        <w:keepNext/>
        <w:spacing w:after="0"/>
      </w:pPr>
      <w:r>
        <w:rPr>
          <w:rFonts w:ascii="Noto Serif CJK JP" w:hAnsi="Noto Serif CJK JP" w:eastAsia="Noto Serif CJK JP"/>
          <w:b w:val="0"/>
          <w:i w:val="0"/>
          <w:color w:val="222B33"/>
          <w:sz w:val="26"/>
        </w:rPr>
        <w:t>何とかや今日のかざしよかつ見つつおぼめくまでもなりにけるかな</w:t>
      </w:r>
    </w:p>
    <w:p>
      <w:pPr>
        <w:keepNext/>
        <w:spacing w:after="60"/>
      </w:pPr>
      <w:r>
        <w:rPr>
          <w:rFonts w:ascii="Noto Serif CJK JP" w:hAnsi="Noto Serif CJK JP" w:eastAsia="Noto Serif CJK JP"/>
          <w:b w:val="0"/>
          <w:i w:val="0"/>
          <w:color w:val="6A6F75"/>
          <w:sz w:val="19"/>
        </w:rPr>
        <w:t>なにとかや　／　けふのかさしよ　／　かつみつゝ　／　おほめくまても　／　なりにけるかな</w:t>
      </w:r>
    </w:p>
    <w:p>
      <w:pPr>
        <w:keepNext/>
        <w:spacing w:after="60"/>
      </w:pPr>
      <w:r>
        <w:rPr>
          <w:b w:val="0"/>
          <w:i/>
          <w:color w:val="222B33"/>
          <w:sz w:val="21"/>
        </w:rPr>
        <w:t>What is it called,</w:t>
        <w:br/>
      </w:r>
      <w:r>
        <w:rPr>
          <w:b w:val="0"/>
          <w:i/>
          <w:color w:val="222B33"/>
          <w:sz w:val="21"/>
        </w:rPr>
        <w:t>today’s hair ornament?</w:t>
        <w:br/>
      </w:r>
      <w:r>
        <w:rPr>
          <w:b w:val="0"/>
          <w:i/>
          <w:color w:val="222B33"/>
          <w:sz w:val="21"/>
        </w:rPr>
        <w:t>Seeing it, I have come</w:t>
        <w:br/>
      </w:r>
      <w:r>
        <w:rPr>
          <w:b w:val="0"/>
          <w:i/>
          <w:color w:val="222B33"/>
          <w:sz w:val="21"/>
        </w:rPr>
        <w:t>to be uncertain</w:t>
        <w:br/>
      </w:r>
      <w:r>
        <w:rPr>
          <w:b w:val="0"/>
          <w:i/>
          <w:color w:val="222B33"/>
          <w:sz w:val="21"/>
        </w:rPr>
        <w:t>of its name.</w:t>
      </w:r>
    </w:p>
    <w:p>
      <w:pPr>
        <w:spacing w:after="40"/>
      </w:pPr>
      <w:r>
        <w:rPr>
          <w:b w:val="0"/>
          <w:i w:val="0"/>
          <w:color w:val="222B33"/>
          <w:sz w:val="19"/>
        </w:rPr>
        <w:t>At the Kamo Festival.</w:t>
      </w:r>
    </w:p>
    <w:p>
      <w:pPr>
        <w:spacing w:after="40"/>
      </w:pPr>
      <w:r>
        <w:rPr>
          <w:b w:val="0"/>
          <w:i w:val="0"/>
          <w:color w:val="6A6F75"/>
          <w:sz w:val="18"/>
        </w:rPr>
        <w:t xml:space="preserve">Answered by </w:t>
      </w:r>
      <w:hyperlink w:anchor="p448">
        <w:r>
          <w:rPr>
            <w:color w:val="2E5A80"/>
            <w:u w:val="single"/>
            <w:sz w:val="18"/>
          </w:rPr>
          <w:t xml:space="preserve">No. 448 (Koremitsu’s daughter)</w:t>
        </w:r>
      </w:hyperlink>
    </w:p>
    <w:p>
      <w:pPr>
        <w:keepNext/>
        <w:spacing w:after="20" w:before="200"/>
      </w:pPr>
      <w:bookmarkStart w:id="481" w:name="p448"/>
      <w:r>
        <w:rPr>
          <w:b/>
          <w:i w:val="0"/>
          <w:color w:val="222B33"/>
          <w:sz w:val="22"/>
        </w:rPr>
        <w:t>No. 448</w:t>
      </w:r>
      <w:r>
        <w:rPr>
          <w:b w:val="0"/>
          <w:i w:val="0"/>
          <w:color w:val="6A6F75"/>
          <w:sz w:val="18"/>
        </w:rPr>
        <w:t xml:space="preserve">   Koremitsu’s daughter → Yūgiri   答 reply</w:t>
      </w:r>
      <w:bookmarkEnd w:id="481"/>
    </w:p>
    <w:p>
      <w:pPr>
        <w:keepNext/>
        <w:spacing w:after="0"/>
      </w:pPr>
      <w:r>
        <w:rPr>
          <w:rFonts w:ascii="Noto Serif CJK JP" w:hAnsi="Noto Serif CJK JP" w:eastAsia="Noto Serif CJK JP"/>
          <w:b w:val="0"/>
          <w:i w:val="0"/>
          <w:color w:val="222B33"/>
          <w:sz w:val="26"/>
        </w:rPr>
        <w:t>かざしてもかつたどらるる草の名は桂を折りし人や知るらむ</w:t>
      </w:r>
    </w:p>
    <w:p>
      <w:pPr>
        <w:keepNext/>
        <w:spacing w:after="60"/>
      </w:pPr>
      <w:r>
        <w:rPr>
          <w:rFonts w:ascii="Noto Serif CJK JP" w:hAnsi="Noto Serif CJK JP" w:eastAsia="Noto Serif CJK JP"/>
          <w:b w:val="0"/>
          <w:i w:val="0"/>
          <w:color w:val="6A6F75"/>
          <w:sz w:val="19"/>
        </w:rPr>
        <w:t>かさしても　／　かつたとらるゝ　／　くさのなは　／　かつらをおりし　／　人やしるらん</w:t>
      </w:r>
    </w:p>
    <w:p>
      <w:pPr>
        <w:keepNext/>
        <w:spacing w:after="60"/>
      </w:pPr>
      <w:r>
        <w:rPr>
          <w:b w:val="0"/>
          <w:i/>
          <w:color w:val="222B33"/>
          <w:sz w:val="21"/>
        </w:rPr>
        <w:t>Even wearing it,</w:t>
        <w:br/>
      </w:r>
      <w:r>
        <w:rPr>
          <w:b w:val="0"/>
          <w:i/>
          <w:color w:val="222B33"/>
          <w:sz w:val="21"/>
        </w:rPr>
        <w:t>I am unsure of the grass’s name;</w:t>
        <w:br/>
      </w:r>
      <w:r>
        <w:rPr>
          <w:b w:val="0"/>
          <w:i/>
          <w:color w:val="222B33"/>
          <w:sz w:val="21"/>
        </w:rPr>
        <w:t>the one who broke</w:t>
        <w:br/>
      </w:r>
      <w:r>
        <w:rPr>
          <w:b w:val="0"/>
          <w:i/>
          <w:color w:val="222B33"/>
          <w:sz w:val="21"/>
        </w:rPr>
        <w:t>the katsura</w:t>
        <w:br/>
      </w:r>
      <w:r>
        <w:rPr>
          <w:b w:val="0"/>
          <w:i/>
          <w:color w:val="222B33"/>
          <w:sz w:val="21"/>
        </w:rPr>
        <w:t>should know.</w:t>
      </w:r>
    </w:p>
    <w:p>
      <w:pPr>
        <w:spacing w:after="40"/>
      </w:pPr>
      <w:r>
        <w:rPr>
          <w:b w:val="0"/>
          <w:i w:val="0"/>
          <w:color w:val="222B33"/>
          <w:sz w:val="19"/>
        </w:rPr>
        <w:t>Breaking the katsura: passing the examinations, which Yūgiri did.</w:t>
      </w:r>
    </w:p>
    <w:p>
      <w:pPr>
        <w:spacing w:after="40"/>
      </w:pPr>
      <w:r>
        <w:rPr>
          <w:b w:val="0"/>
          <w:i w:val="0"/>
          <w:color w:val="6A6F75"/>
          <w:sz w:val="18"/>
        </w:rPr>
        <w:t xml:space="preserve">In reply to </w:t>
      </w:r>
      <w:hyperlink w:anchor="p447">
        <w:r>
          <w:rPr>
            <w:color w:val="2E5A80"/>
            <w:u w:val="single"/>
            <w:sz w:val="18"/>
          </w:rPr>
          <w:t xml:space="preserve">No. 447 (Yūgiri)</w:t>
        </w:r>
      </w:hyperlink>
    </w:p>
    <w:p>
      <w:pPr>
        <w:keepNext/>
        <w:spacing w:after="20" w:before="200"/>
      </w:pPr>
      <w:bookmarkStart w:id="482" w:name="p449"/>
      <w:r>
        <w:rPr>
          <w:b/>
          <w:i w:val="0"/>
          <w:color w:val="222B33"/>
          <w:sz w:val="22"/>
        </w:rPr>
        <w:t>No. 449</w:t>
      </w:r>
      <w:r>
        <w:rPr>
          <w:b w:val="0"/>
          <w:i w:val="0"/>
          <w:color w:val="6A6F75"/>
          <w:sz w:val="18"/>
        </w:rPr>
        <w:t xml:space="preserve">   Yūgiri → Kumoi no Kari’s nurse   贈 sent</w:t>
      </w:r>
      <w:bookmarkEnd w:id="482"/>
    </w:p>
    <w:p>
      <w:pPr>
        <w:keepNext/>
        <w:spacing w:after="40"/>
      </w:pPr>
      <w:r>
        <w:rPr>
          <w:b/>
          <w:i w:val="0"/>
          <w:color w:val="6A6F75"/>
          <w:sz w:val="18"/>
        </w:rPr>
        <w:t xml:space="preserve">Context. </w:t>
      </w:r>
      <w:r>
        <w:rPr>
          <w:b w:val="0"/>
          <w:i w:val="0"/>
          <w:color w:val="6A6F75"/>
          <w:sz w:val="19"/>
        </w:rPr>
        <w:t>Yūgiri, now raised in rank, remembers the nurse’s insult.</w:t>
      </w:r>
    </w:p>
    <w:p>
      <w:pPr>
        <w:keepNext/>
        <w:spacing w:after="0"/>
      </w:pPr>
      <w:r>
        <w:rPr>
          <w:rFonts w:ascii="Noto Serif CJK JP" w:hAnsi="Noto Serif CJK JP" w:eastAsia="Noto Serif CJK JP"/>
          <w:b w:val="0"/>
          <w:i w:val="0"/>
          <w:color w:val="222B33"/>
          <w:sz w:val="26"/>
        </w:rPr>
        <w:t>浅緑若葉の菊を露にても濃き紫の色とかけきや</w:t>
      </w:r>
    </w:p>
    <w:p>
      <w:pPr>
        <w:keepNext/>
        <w:spacing w:after="60"/>
      </w:pPr>
      <w:r>
        <w:rPr>
          <w:rFonts w:ascii="Noto Serif CJK JP" w:hAnsi="Noto Serif CJK JP" w:eastAsia="Noto Serif CJK JP"/>
          <w:b w:val="0"/>
          <w:i w:val="0"/>
          <w:color w:val="6A6F75"/>
          <w:sz w:val="19"/>
        </w:rPr>
        <w:t>あさみとり　／　わかはの菊を　／　露にても　／　こきむらさきの　／　色とかけきや</w:t>
      </w:r>
    </w:p>
    <w:p>
      <w:pPr>
        <w:keepNext/>
        <w:spacing w:after="60"/>
      </w:pPr>
      <w:r>
        <w:rPr>
          <w:b w:val="0"/>
          <w:i/>
          <w:color w:val="222B33"/>
          <w:sz w:val="21"/>
        </w:rPr>
        <w:t>Did you think the young chrysanthemum</w:t>
        <w:br/>
      </w:r>
      <w:r>
        <w:rPr>
          <w:b w:val="0"/>
          <w:i/>
          <w:color w:val="222B33"/>
          <w:sz w:val="21"/>
        </w:rPr>
        <w:t>of pale green</w:t>
        <w:br/>
      </w:r>
      <w:r>
        <w:rPr>
          <w:b w:val="0"/>
          <w:i/>
          <w:color w:val="222B33"/>
          <w:sz w:val="21"/>
        </w:rPr>
        <w:t>would ever, even by dew,</w:t>
        <w:br/>
      </w:r>
      <w:r>
        <w:rPr>
          <w:b w:val="0"/>
          <w:i/>
          <w:color w:val="222B33"/>
          <w:sz w:val="21"/>
        </w:rPr>
        <w:t>take the color</w:t>
        <w:br/>
      </w:r>
      <w:r>
        <w:rPr>
          <w:b w:val="0"/>
          <w:i/>
          <w:color w:val="222B33"/>
          <w:sz w:val="21"/>
        </w:rPr>
        <w:t>of deep purple?</w:t>
      </w:r>
    </w:p>
    <w:p>
      <w:pPr>
        <w:spacing w:after="40"/>
      </w:pPr>
      <w:r>
        <w:rPr>
          <w:b w:val="0"/>
          <w:i w:val="0"/>
          <w:color w:val="222B33"/>
          <w:sz w:val="19"/>
        </w:rPr>
        <w:t>She once scorned his low rank.</w:t>
      </w:r>
    </w:p>
    <w:p>
      <w:pPr>
        <w:spacing w:after="40"/>
      </w:pPr>
      <w:r>
        <w:rPr>
          <w:b w:val="0"/>
          <w:i w:val="0"/>
          <w:color w:val="6A6F75"/>
          <w:sz w:val="18"/>
        </w:rPr>
        <w:t xml:space="preserve">Answered by </w:t>
      </w:r>
      <w:hyperlink w:anchor="p450">
        <w:r>
          <w:rPr>
            <w:color w:val="2E5A80"/>
            <w:u w:val="single"/>
            <w:sz w:val="18"/>
          </w:rPr>
          <w:t xml:space="preserve">No. 450 (Kumoi no Kari’s nurse)</w:t>
        </w:r>
      </w:hyperlink>
      <w:r>
        <w:rPr>
          <w:b w:val="0"/>
          <w:i w:val="0"/>
          <w:color w:val="6A6F75"/>
          <w:sz w:val="18"/>
        </w:rPr>
        <w:t xml:space="preserve">   ·   </w:t>
      </w:r>
      <w:r>
        <w:rPr>
          <w:b w:val="0"/>
          <w:i w:val="0"/>
          <w:color w:val="6A6F75"/>
          <w:sz w:val="18"/>
        </w:rPr>
        <w:t xml:space="preserve">Echo, Purple and the bond of kinship: </w:t>
      </w:r>
      <w:hyperlink w:anchor="p63">
        <w:r>
          <w:rPr>
            <w:color w:val="2E5A80"/>
            <w:u w:val="single"/>
            <w:sz w:val="18"/>
          </w:rPr>
          <w:t xml:space="preserve">No. 63</w:t>
        </w:r>
      </w:hyperlink>
      <w:r>
        <w:rPr>
          <w:b w:val="0"/>
          <w:i w:val="0"/>
          <w:color w:val="6A6F75"/>
          <w:sz w:val="18"/>
        </w:rPr>
        <w:t xml:space="preserve">, </w:t>
      </w:r>
      <w:hyperlink w:anchor="p362">
        <w:r>
          <w:rPr>
            <w:color w:val="2E5A80"/>
            <w:u w:val="single"/>
            <w:sz w:val="18"/>
          </w:rPr>
          <w:t xml:space="preserve">No. 362</w:t>
        </w:r>
      </w:hyperlink>
      <w:r>
        <w:rPr>
          <w:b w:val="0"/>
          <w:i w:val="0"/>
          <w:color w:val="6A6F75"/>
          <w:sz w:val="18"/>
        </w:rPr>
        <w:t xml:space="preserve">, </w:t>
      </w:r>
      <w:hyperlink w:anchor="p456">
        <w:r>
          <w:rPr>
            <w:color w:val="2E5A80"/>
            <w:u w:val="single"/>
            <w:sz w:val="18"/>
          </w:rPr>
          <w:t xml:space="preserve">No. 456</w:t>
        </w:r>
      </w:hyperlink>
      <w:r>
        <w:rPr>
          <w:b w:val="0"/>
          <w:i w:val="0"/>
          <w:color w:val="6A6F75"/>
          <w:sz w:val="18"/>
        </w:rPr>
        <w:t xml:space="preserve">, </w:t>
      </w:r>
      <w:hyperlink w:anchor="p616">
        <w:r>
          <w:rPr>
            <w:color w:val="2E5A80"/>
            <w:u w:val="single"/>
            <w:sz w:val="18"/>
          </w:rPr>
          <w:t xml:space="preserve">No. 616</w:t>
        </w:r>
      </w:hyperlink>
    </w:p>
    <w:p>
      <w:pPr>
        <w:keepNext/>
        <w:spacing w:after="20" w:before="200"/>
      </w:pPr>
      <w:bookmarkStart w:id="483" w:name="p450"/>
      <w:r>
        <w:rPr>
          <w:b/>
          <w:i w:val="0"/>
          <w:color w:val="222B33"/>
          <w:sz w:val="22"/>
        </w:rPr>
        <w:t>No. 450</w:t>
      </w:r>
      <w:r>
        <w:rPr>
          <w:b w:val="0"/>
          <w:i w:val="0"/>
          <w:color w:val="6A6F75"/>
          <w:sz w:val="18"/>
        </w:rPr>
        <w:t xml:space="preserve">   Kumoi no Kari’s nurse → Yūgiri   答 reply</w:t>
      </w:r>
      <w:bookmarkEnd w:id="483"/>
    </w:p>
    <w:p>
      <w:pPr>
        <w:keepNext/>
        <w:spacing w:after="0"/>
      </w:pPr>
      <w:r>
        <w:rPr>
          <w:rFonts w:ascii="Noto Serif CJK JP" w:hAnsi="Noto Serif CJK JP" w:eastAsia="Noto Serif CJK JP"/>
          <w:b w:val="0"/>
          <w:i w:val="0"/>
          <w:color w:val="222B33"/>
          <w:sz w:val="26"/>
        </w:rPr>
        <w:t>双葉より名立たる園の菊なれば浅き色わく露もなかりき</w:t>
      </w:r>
    </w:p>
    <w:p>
      <w:pPr>
        <w:keepNext/>
        <w:spacing w:after="60"/>
      </w:pPr>
      <w:r>
        <w:rPr>
          <w:rFonts w:ascii="Noto Serif CJK JP" w:hAnsi="Noto Serif CJK JP" w:eastAsia="Noto Serif CJK JP"/>
          <w:b w:val="0"/>
          <w:i w:val="0"/>
          <w:color w:val="6A6F75"/>
          <w:sz w:val="19"/>
        </w:rPr>
        <w:t>ふた葉より　／　なたゝるそのゝ　／　菊なれは　／　あさき色わく　／　露もなかりき</w:t>
      </w:r>
    </w:p>
    <w:p>
      <w:pPr>
        <w:keepNext/>
        <w:spacing w:after="60"/>
      </w:pPr>
      <w:r>
        <w:rPr>
          <w:b w:val="0"/>
          <w:i/>
          <w:color w:val="222B33"/>
          <w:sz w:val="21"/>
        </w:rPr>
        <w:t>Since it was a chrysanthemum</w:t>
        <w:br/>
      </w:r>
      <w:r>
        <w:rPr>
          <w:b w:val="0"/>
          <w:i/>
          <w:color w:val="222B33"/>
          <w:sz w:val="21"/>
        </w:rPr>
        <w:t>of a garden famous from the seedling,</w:t>
        <w:br/>
      </w:r>
      <w:r>
        <w:rPr>
          <w:b w:val="0"/>
          <w:i/>
          <w:color w:val="222B33"/>
          <w:sz w:val="21"/>
        </w:rPr>
        <w:t>there was no dew</w:t>
        <w:br/>
      </w:r>
      <w:r>
        <w:rPr>
          <w:b w:val="0"/>
          <w:i/>
          <w:color w:val="222B33"/>
          <w:sz w:val="21"/>
        </w:rPr>
        <w:t>to tell</w:t>
        <w:br/>
      </w:r>
      <w:r>
        <w:rPr>
          <w:b w:val="0"/>
          <w:i/>
          <w:color w:val="222B33"/>
          <w:sz w:val="21"/>
        </w:rPr>
        <w:t>pale colors apart.</w:t>
      </w:r>
    </w:p>
    <w:p>
      <w:pPr>
        <w:spacing w:after="40"/>
      </w:pPr>
      <w:r>
        <w:rPr>
          <w:b w:val="0"/>
          <w:i w:val="0"/>
          <w:color w:val="6A6F75"/>
          <w:sz w:val="18"/>
        </w:rPr>
        <w:t xml:space="preserve">In reply to </w:t>
      </w:r>
      <w:hyperlink w:anchor="p449">
        <w:r>
          <w:rPr>
            <w:color w:val="2E5A80"/>
            <w:u w:val="single"/>
            <w:sz w:val="18"/>
          </w:rPr>
          <w:t xml:space="preserve">No. 449 (Yūgiri)</w:t>
        </w:r>
      </w:hyperlink>
    </w:p>
    <w:p>
      <w:pPr>
        <w:keepNext/>
        <w:spacing w:after="20" w:before="200"/>
      </w:pPr>
      <w:bookmarkStart w:id="484" w:name="p451"/>
      <w:r>
        <w:rPr>
          <w:b/>
          <w:i w:val="0"/>
          <w:color w:val="222B33"/>
          <w:sz w:val="22"/>
        </w:rPr>
        <w:t>No. 451</w:t>
      </w:r>
      <w:r>
        <w:rPr>
          <w:b w:val="0"/>
          <w:i w:val="0"/>
          <w:color w:val="6A6F75"/>
          <w:sz w:val="18"/>
        </w:rPr>
        <w:t xml:space="preserve">   Yūgiri   贈 sent</w:t>
      </w:r>
      <w:bookmarkEnd w:id="484"/>
    </w:p>
    <w:p>
      <w:pPr>
        <w:keepNext/>
        <w:spacing w:after="40"/>
      </w:pPr>
      <w:r>
        <w:rPr>
          <w:b/>
          <w:i w:val="0"/>
          <w:color w:val="6A6F75"/>
          <w:sz w:val="18"/>
        </w:rPr>
        <w:t xml:space="preserve">Context. </w:t>
      </w:r>
      <w:r>
        <w:rPr>
          <w:b w:val="0"/>
          <w:i w:val="0"/>
          <w:color w:val="6A6F75"/>
          <w:sz w:val="19"/>
        </w:rPr>
        <w:t>Yūgiri and Kumoi no Kari settle in Ōmiya’s old house.</w:t>
      </w:r>
    </w:p>
    <w:p>
      <w:pPr>
        <w:keepNext/>
        <w:spacing w:after="0"/>
      </w:pPr>
      <w:r>
        <w:rPr>
          <w:rFonts w:ascii="Noto Serif CJK JP" w:hAnsi="Noto Serif CJK JP" w:eastAsia="Noto Serif CJK JP"/>
          <w:b w:val="0"/>
          <w:i w:val="0"/>
          <w:color w:val="222B33"/>
          <w:sz w:val="26"/>
        </w:rPr>
        <w:t>なれこそは岩守るあるじ見し人の行方は知るや宿の真清水</w:t>
      </w:r>
    </w:p>
    <w:p>
      <w:pPr>
        <w:keepNext/>
        <w:spacing w:after="60"/>
      </w:pPr>
      <w:r>
        <w:rPr>
          <w:rFonts w:ascii="Noto Serif CJK JP" w:hAnsi="Noto Serif CJK JP" w:eastAsia="Noto Serif CJK JP"/>
          <w:b w:val="0"/>
          <w:i w:val="0"/>
          <w:color w:val="6A6F75"/>
          <w:sz w:val="19"/>
        </w:rPr>
        <w:t>なれこそは　／　岩もるあるし　／　みし人の　／　ゆくゑはしるや　／　ゝとのまし水</w:t>
      </w:r>
    </w:p>
    <w:p>
      <w:pPr>
        <w:keepNext/>
        <w:spacing w:after="60"/>
      </w:pPr>
      <w:r>
        <w:rPr>
          <w:b w:val="0"/>
          <w:i/>
          <w:color w:val="222B33"/>
          <w:sz w:val="21"/>
        </w:rPr>
        <w:t>You, clear spring water</w:t>
        <w:br/>
      </w:r>
      <w:r>
        <w:rPr>
          <w:b w:val="0"/>
          <w:i/>
          <w:color w:val="222B33"/>
          <w:sz w:val="21"/>
        </w:rPr>
        <w:t>at the house, master guarding the rocks:</w:t>
        <w:br/>
      </w:r>
      <w:r>
        <w:rPr>
          <w:b w:val="0"/>
          <w:i/>
          <w:color w:val="222B33"/>
          <w:sz w:val="21"/>
        </w:rPr>
        <w:t>do you know where they have gone,</w:t>
        <w:br/>
      </w:r>
      <w:r>
        <w:rPr>
          <w:b w:val="0"/>
          <w:i/>
          <w:color w:val="222B33"/>
          <w:sz w:val="21"/>
        </w:rPr>
        <w:t>those we</w:t>
        <w:br/>
      </w:r>
      <w:r>
        <w:rPr>
          <w:b w:val="0"/>
          <w:i/>
          <w:color w:val="222B33"/>
          <w:sz w:val="21"/>
        </w:rPr>
        <w:t>knew?</w:t>
      </w:r>
    </w:p>
    <w:p>
      <w:pPr>
        <w:spacing w:after="40"/>
      </w:pPr>
      <w:r>
        <w:rPr>
          <w:b w:val="0"/>
          <w:i w:val="0"/>
          <w:color w:val="222B33"/>
          <w:sz w:val="19"/>
        </w:rPr>
        <w:t>In Ōmiya’s old house, now theirs.</w:t>
      </w:r>
    </w:p>
    <w:p>
      <w:pPr>
        <w:spacing w:after="40"/>
      </w:pPr>
      <w:r>
        <w:rPr>
          <w:b w:val="0"/>
          <w:i w:val="0"/>
          <w:color w:val="6A6F75"/>
          <w:sz w:val="18"/>
        </w:rPr>
        <w:t xml:space="preserve">Answered by </w:t>
      </w:r>
      <w:hyperlink w:anchor="p452">
        <w:r>
          <w:rPr>
            <w:color w:val="2E5A80"/>
            <w:u w:val="single"/>
            <w:sz w:val="18"/>
          </w:rPr>
          <w:t xml:space="preserve">No. 452 (Kumoi no Kari)</w:t>
        </w:r>
      </w:hyperlink>
    </w:p>
    <w:p>
      <w:pPr>
        <w:keepNext/>
        <w:spacing w:after="20" w:before="200"/>
      </w:pPr>
      <w:bookmarkStart w:id="485" w:name="p452"/>
      <w:r>
        <w:rPr>
          <w:b/>
          <w:i w:val="0"/>
          <w:color w:val="222B33"/>
          <w:sz w:val="22"/>
        </w:rPr>
        <w:t>No. 452</w:t>
      </w:r>
      <w:r>
        <w:rPr>
          <w:b w:val="0"/>
          <w:i w:val="0"/>
          <w:color w:val="6A6F75"/>
          <w:sz w:val="18"/>
        </w:rPr>
        <w:t xml:space="preserve">   Kumoi no Kari → Yūgiri   答 reply</w:t>
      </w:r>
      <w:bookmarkEnd w:id="485"/>
    </w:p>
    <w:p>
      <w:pPr>
        <w:keepNext/>
        <w:spacing w:after="0"/>
      </w:pPr>
      <w:r>
        <w:rPr>
          <w:rFonts w:ascii="Noto Serif CJK JP" w:hAnsi="Noto Serif CJK JP" w:eastAsia="Noto Serif CJK JP"/>
          <w:b w:val="0"/>
          <w:i w:val="0"/>
          <w:color w:val="222B33"/>
          <w:sz w:val="26"/>
        </w:rPr>
        <w:t>亡き人の影だに見えずつれなくて心をやれるいさらゐの水</w:t>
      </w:r>
    </w:p>
    <w:p>
      <w:pPr>
        <w:keepNext/>
        <w:spacing w:after="60"/>
      </w:pPr>
      <w:r>
        <w:rPr>
          <w:rFonts w:ascii="Noto Serif CJK JP" w:hAnsi="Noto Serif CJK JP" w:eastAsia="Noto Serif CJK JP"/>
          <w:b w:val="0"/>
          <w:i w:val="0"/>
          <w:color w:val="6A6F75"/>
          <w:sz w:val="19"/>
        </w:rPr>
        <w:t>なき人の　／　かけたにみえす　／　つれなくて　／　こゝろをやれる　／　いさらゐの水</w:t>
      </w:r>
    </w:p>
    <w:p>
      <w:pPr>
        <w:keepNext/>
        <w:spacing w:after="60"/>
      </w:pPr>
      <w:r>
        <w:rPr>
          <w:b w:val="0"/>
          <w:i/>
          <w:color w:val="222B33"/>
          <w:sz w:val="21"/>
        </w:rPr>
        <w:t>Not even the shadow</w:t>
        <w:br/>
      </w:r>
      <w:r>
        <w:rPr>
          <w:b w:val="0"/>
          <w:i/>
          <w:color w:val="222B33"/>
          <w:sz w:val="21"/>
        </w:rPr>
        <w:t>of the dead appears,</w:t>
        <w:br/>
      </w:r>
      <w:r>
        <w:rPr>
          <w:b w:val="0"/>
          <w:i/>
          <w:color w:val="222B33"/>
          <w:sz w:val="21"/>
        </w:rPr>
        <w:t>and indifferent, the little spring</w:t>
        <w:br/>
      </w:r>
      <w:r>
        <w:rPr>
          <w:b w:val="0"/>
          <w:i/>
          <w:color w:val="222B33"/>
          <w:sz w:val="21"/>
        </w:rPr>
        <w:t>goes its way</w:t>
        <w:br/>
      </w:r>
      <w:r>
        <w:rPr>
          <w:b w:val="0"/>
          <w:i/>
          <w:color w:val="222B33"/>
          <w:sz w:val="21"/>
        </w:rPr>
        <w:t>content.</w:t>
      </w:r>
    </w:p>
    <w:p>
      <w:pPr>
        <w:spacing w:after="40"/>
      </w:pPr>
      <w:r>
        <w:rPr>
          <w:b w:val="0"/>
          <w:i w:val="0"/>
          <w:color w:val="6A6F75"/>
          <w:sz w:val="18"/>
        </w:rPr>
        <w:t xml:space="preserve">In reply to </w:t>
      </w:r>
      <w:hyperlink w:anchor="p451">
        <w:r>
          <w:rPr>
            <w:color w:val="2E5A80"/>
            <w:u w:val="single"/>
            <w:sz w:val="18"/>
          </w:rPr>
          <w:t xml:space="preserve">No. 451 (Yūgiri)</w:t>
        </w:r>
      </w:hyperlink>
    </w:p>
    <w:p>
      <w:pPr>
        <w:keepNext/>
        <w:spacing w:after="20" w:before="200"/>
      </w:pPr>
      <w:bookmarkStart w:id="486" w:name="p453"/>
      <w:r>
        <w:rPr>
          <w:b/>
          <w:i w:val="0"/>
          <w:color w:val="222B33"/>
          <w:sz w:val="22"/>
        </w:rPr>
        <w:t>No. 453</w:t>
      </w:r>
      <w:r>
        <w:rPr>
          <w:b w:val="0"/>
          <w:i w:val="0"/>
          <w:color w:val="6A6F75"/>
          <w:sz w:val="18"/>
        </w:rPr>
        <w:t xml:space="preserve">   Tō no Chūjō   贈 sent</w:t>
      </w:r>
      <w:bookmarkEnd w:id="486"/>
    </w:p>
    <w:p>
      <w:pPr>
        <w:keepNext/>
        <w:spacing w:after="40"/>
      </w:pPr>
      <w:r>
        <w:rPr>
          <w:b/>
          <w:i w:val="0"/>
          <w:color w:val="6A6F75"/>
          <w:sz w:val="18"/>
        </w:rPr>
        <w:t xml:space="preserve">Context. </w:t>
      </w:r>
      <w:r>
        <w:rPr>
          <w:b w:val="0"/>
          <w:i w:val="0"/>
          <w:color w:val="6A6F75"/>
          <w:sz w:val="19"/>
        </w:rPr>
        <w:t>Tō no Chūjō visits the couple at Ōmiya’s house.</w:t>
      </w:r>
    </w:p>
    <w:p>
      <w:pPr>
        <w:keepNext/>
        <w:spacing w:after="0"/>
      </w:pPr>
      <w:r>
        <w:rPr>
          <w:rFonts w:ascii="Noto Serif CJK JP" w:hAnsi="Noto Serif CJK JP" w:eastAsia="Noto Serif CJK JP"/>
          <w:b w:val="0"/>
          <w:i w:val="0"/>
          <w:color w:val="222B33"/>
          <w:sz w:val="26"/>
        </w:rPr>
        <w:t>そのかみの老木はむべも朽ちぬらむ植ゑし小松も苔生ひにけり</w:t>
      </w:r>
    </w:p>
    <w:p>
      <w:pPr>
        <w:keepNext/>
        <w:spacing w:after="60"/>
      </w:pPr>
      <w:r>
        <w:rPr>
          <w:rFonts w:ascii="Noto Serif CJK JP" w:hAnsi="Noto Serif CJK JP" w:eastAsia="Noto Serif CJK JP"/>
          <w:b w:val="0"/>
          <w:i w:val="0"/>
          <w:color w:val="6A6F75"/>
          <w:sz w:val="19"/>
        </w:rPr>
        <w:t>そのかみの　／　おい木はむへも　／　くちぬらむ　／　うへしこ松も　／　こけおひにけり</w:t>
      </w:r>
    </w:p>
    <w:p>
      <w:pPr>
        <w:keepNext/>
        <w:spacing w:after="60"/>
      </w:pPr>
      <w:r>
        <w:rPr>
          <w:b w:val="0"/>
          <w:i/>
          <w:color w:val="222B33"/>
          <w:sz w:val="21"/>
        </w:rPr>
        <w:t>The old trees of those days</w:t>
        <w:br/>
      </w:r>
      <w:r>
        <w:rPr>
          <w:b w:val="0"/>
          <w:i/>
          <w:color w:val="222B33"/>
          <w:sz w:val="21"/>
        </w:rPr>
        <w:t>have rotted, as they should;</w:t>
        <w:br/>
      </w:r>
      <w:r>
        <w:rPr>
          <w:b w:val="0"/>
          <w:i/>
          <w:color w:val="222B33"/>
          <w:sz w:val="21"/>
        </w:rPr>
        <w:t>even the little pines we planted</w:t>
        <w:br/>
      </w:r>
      <w:r>
        <w:rPr>
          <w:b w:val="0"/>
          <w:i/>
          <w:color w:val="222B33"/>
          <w:sz w:val="21"/>
        </w:rPr>
        <w:t>are grown</w:t>
        <w:br/>
      </w:r>
      <w:r>
        <w:rPr>
          <w:b w:val="0"/>
          <w:i/>
          <w:color w:val="222B33"/>
          <w:sz w:val="21"/>
        </w:rPr>
        <w:t>with moss.</w:t>
      </w:r>
    </w:p>
    <w:p>
      <w:pPr>
        <w:spacing w:after="40"/>
      </w:pPr>
      <w:r>
        <w:rPr>
          <w:b w:val="0"/>
          <w:i w:val="0"/>
          <w:color w:val="6A6F75"/>
          <w:sz w:val="18"/>
        </w:rPr>
        <w:t xml:space="preserve">Answered by </w:t>
      </w:r>
      <w:hyperlink w:anchor="p454">
        <w:r>
          <w:rPr>
            <w:color w:val="2E5A80"/>
            <w:u w:val="single"/>
            <w:sz w:val="18"/>
          </w:rPr>
          <w:t xml:space="preserve">No. 454 (Yūgiri’s nurse)</w:t>
        </w:r>
      </w:hyperlink>
    </w:p>
    <w:p>
      <w:pPr>
        <w:keepNext/>
        <w:spacing w:after="20" w:before="200"/>
      </w:pPr>
      <w:bookmarkStart w:id="487" w:name="p454"/>
      <w:r>
        <w:rPr>
          <w:b/>
          <w:i w:val="0"/>
          <w:color w:val="222B33"/>
          <w:sz w:val="22"/>
        </w:rPr>
        <w:t>No. 454</w:t>
      </w:r>
      <w:r>
        <w:rPr>
          <w:b w:val="0"/>
          <w:i w:val="0"/>
          <w:color w:val="6A6F75"/>
          <w:sz w:val="18"/>
        </w:rPr>
        <w:t xml:space="preserve">   Yūgiri’s nurse → Tō no Chūjō   答 reply</w:t>
      </w:r>
      <w:bookmarkEnd w:id="487"/>
    </w:p>
    <w:p>
      <w:pPr>
        <w:keepNext/>
        <w:spacing w:after="0"/>
      </w:pPr>
      <w:r>
        <w:rPr>
          <w:rFonts w:ascii="Noto Serif CJK JP" w:hAnsi="Noto Serif CJK JP" w:eastAsia="Noto Serif CJK JP"/>
          <w:b w:val="0"/>
          <w:i w:val="0"/>
          <w:color w:val="222B33"/>
          <w:sz w:val="26"/>
        </w:rPr>
        <w:t>いづれをも蔭とぞ頼む双葉より根ざし交はせる松の末々</w:t>
      </w:r>
    </w:p>
    <w:p>
      <w:pPr>
        <w:keepNext/>
        <w:spacing w:after="60"/>
      </w:pPr>
      <w:r>
        <w:rPr>
          <w:rFonts w:ascii="Noto Serif CJK JP" w:hAnsi="Noto Serif CJK JP" w:eastAsia="Noto Serif CJK JP"/>
          <w:b w:val="0"/>
          <w:i w:val="0"/>
          <w:color w:val="6A6F75"/>
          <w:sz w:val="19"/>
        </w:rPr>
        <w:t>いつれをも　／　かけとそたのむ　／　ふたはより　／　ねさしかはせる　／　松のすゑすゑ</w:t>
      </w:r>
    </w:p>
    <w:p>
      <w:pPr>
        <w:keepNext/>
        <w:spacing w:after="60"/>
      </w:pPr>
      <w:r>
        <w:rPr>
          <w:b w:val="0"/>
          <w:i/>
          <w:color w:val="222B33"/>
          <w:sz w:val="21"/>
        </w:rPr>
        <w:t>We trust them all</w:t>
        <w:br/>
      </w:r>
      <w:r>
        <w:rPr>
          <w:b w:val="0"/>
          <w:i/>
          <w:color w:val="222B33"/>
          <w:sz w:val="21"/>
        </w:rPr>
        <w:t>as our shelter: the tips of pines</w:t>
        <w:br/>
      </w:r>
      <w:r>
        <w:rPr>
          <w:b w:val="0"/>
          <w:i/>
          <w:color w:val="222B33"/>
          <w:sz w:val="21"/>
        </w:rPr>
        <w:t>whose roots have mingled</w:t>
        <w:br/>
      </w:r>
      <w:r>
        <w:rPr>
          <w:b w:val="0"/>
          <w:i/>
          <w:color w:val="222B33"/>
          <w:sz w:val="21"/>
        </w:rPr>
        <w:t>since they were</w:t>
        <w:br/>
      </w:r>
      <w:r>
        <w:rPr>
          <w:b w:val="0"/>
          <w:i/>
          <w:color w:val="222B33"/>
          <w:sz w:val="21"/>
        </w:rPr>
        <w:t>seedlings.</w:t>
      </w:r>
    </w:p>
    <w:p>
      <w:pPr>
        <w:spacing w:after="40"/>
      </w:pPr>
      <w:r>
        <w:rPr>
          <w:b/>
          <w:i w:val="0"/>
          <w:color w:val="8A4B1C"/>
          <w:sz w:val="18"/>
        </w:rPr>
        <w:t xml:space="preserve">Attribution uncertain. </w:t>
      </w:r>
      <w:r>
        <w:rPr>
          <w:b w:val="0"/>
          <w:i w:val="0"/>
          <w:sz w:val="19"/>
        </w:rPr>
        <w:t>Yūgiri’s nurse, Saishō no Kimi (Zenshū 全集).</w:t>
      </w:r>
    </w:p>
    <w:p>
      <w:pPr>
        <w:spacing w:after="40"/>
      </w:pPr>
      <w:r>
        <w:rPr>
          <w:b w:val="0"/>
          <w:i w:val="0"/>
          <w:color w:val="6A6F75"/>
          <w:sz w:val="18"/>
        </w:rPr>
        <w:t xml:space="preserve">In reply to </w:t>
      </w:r>
      <w:hyperlink w:anchor="p453">
        <w:r>
          <w:rPr>
            <w:color w:val="2E5A80"/>
            <w:u w:val="single"/>
            <w:sz w:val="18"/>
          </w:rPr>
          <w:t xml:space="preserve">No. 453 (Tō no Chūjō)</w:t>
        </w:r>
      </w:hyperlink>
    </w:p>
    <w:p>
      <w:pPr>
        <w:keepNext/>
        <w:spacing w:after="20" w:before="200"/>
      </w:pPr>
      <w:bookmarkStart w:id="488" w:name="p455"/>
      <w:r>
        <w:rPr>
          <w:b/>
          <w:i w:val="0"/>
          <w:color w:val="222B33"/>
          <w:sz w:val="22"/>
        </w:rPr>
        <w:t>No. 455</w:t>
      </w:r>
      <w:r>
        <w:rPr>
          <w:b w:val="0"/>
          <w:i w:val="0"/>
          <w:color w:val="6A6F75"/>
          <w:sz w:val="18"/>
        </w:rPr>
        <w:t xml:space="preserve">   Genji → Tō no Chūjō   贈 sent</w:t>
      </w:r>
      <w:bookmarkEnd w:id="488"/>
    </w:p>
    <w:p>
      <w:pPr>
        <w:keepNext/>
        <w:spacing w:after="40"/>
      </w:pPr>
      <w:r>
        <w:rPr>
          <w:b/>
          <w:i w:val="0"/>
          <w:color w:val="6A6F75"/>
          <w:sz w:val="18"/>
        </w:rPr>
        <w:t xml:space="preserve">Context. </w:t>
      </w:r>
      <w:r>
        <w:rPr>
          <w:b w:val="0"/>
          <w:i w:val="0"/>
          <w:color w:val="6A6F75"/>
          <w:sz w:val="19"/>
        </w:rPr>
        <w:t>The imperial visit to Rokujō; Genji and Tō no Chūjō recall their youth.</w:t>
      </w:r>
    </w:p>
    <w:p>
      <w:pPr>
        <w:keepNext/>
        <w:spacing w:after="0"/>
      </w:pPr>
      <w:r>
        <w:rPr>
          <w:rFonts w:ascii="Noto Serif CJK JP" w:hAnsi="Noto Serif CJK JP" w:eastAsia="Noto Serif CJK JP"/>
          <w:b w:val="0"/>
          <w:i w:val="0"/>
          <w:color w:val="222B33"/>
          <w:sz w:val="26"/>
        </w:rPr>
        <w:t>色まさる籬の菊も折々に袖うちかけし秋を恋ふらし</w:t>
      </w:r>
    </w:p>
    <w:p>
      <w:pPr>
        <w:keepNext/>
        <w:spacing w:after="60"/>
      </w:pPr>
      <w:r>
        <w:rPr>
          <w:rFonts w:ascii="Noto Serif CJK JP" w:hAnsi="Noto Serif CJK JP" w:eastAsia="Noto Serif CJK JP"/>
          <w:b w:val="0"/>
          <w:i w:val="0"/>
          <w:color w:val="6A6F75"/>
          <w:sz w:val="19"/>
        </w:rPr>
        <w:t>色まさる　／　まかきの菊も　／　をりをりに　／　袖うちかけし　／　秋をこふらし</w:t>
      </w:r>
    </w:p>
    <w:p>
      <w:pPr>
        <w:keepNext/>
        <w:spacing w:after="60"/>
      </w:pPr>
      <w:r>
        <w:rPr>
          <w:b w:val="0"/>
          <w:i/>
          <w:color w:val="222B33"/>
          <w:sz w:val="21"/>
        </w:rPr>
        <w:t>The chrysanthemum by the fence,</w:t>
        <w:br/>
      </w:r>
      <w:r>
        <w:rPr>
          <w:b w:val="0"/>
          <w:i/>
          <w:color w:val="222B33"/>
          <w:sz w:val="21"/>
        </w:rPr>
        <w:t>deeper in color now, must long</w:t>
        <w:br/>
      </w:r>
      <w:r>
        <w:rPr>
          <w:b w:val="0"/>
          <w:i/>
          <w:color w:val="222B33"/>
          <w:sz w:val="21"/>
        </w:rPr>
        <w:t>for the autumns when</w:t>
        <w:br/>
      </w:r>
      <w:r>
        <w:rPr>
          <w:b w:val="0"/>
          <w:i/>
          <w:color w:val="222B33"/>
          <w:sz w:val="21"/>
        </w:rPr>
        <w:t>now and then</w:t>
        <w:br/>
      </w:r>
      <w:r>
        <w:rPr>
          <w:b w:val="0"/>
          <w:i/>
          <w:color w:val="222B33"/>
          <w:sz w:val="21"/>
        </w:rPr>
        <w:t>we wore it on our sleeves.</w:t>
      </w:r>
    </w:p>
    <w:p>
      <w:pPr>
        <w:spacing w:after="40"/>
      </w:pPr>
      <w:r>
        <w:rPr>
          <w:b w:val="0"/>
          <w:i w:val="0"/>
          <w:color w:val="222B33"/>
          <w:sz w:val="19"/>
        </w:rPr>
        <w:t>The imperial visit to Rokujō. They danced together as young men.</w:t>
      </w:r>
    </w:p>
    <w:p>
      <w:pPr>
        <w:spacing w:after="40"/>
      </w:pPr>
      <w:r>
        <w:rPr>
          <w:b w:val="0"/>
          <w:i w:val="0"/>
          <w:color w:val="6A6F75"/>
          <w:sz w:val="18"/>
        </w:rPr>
        <w:t xml:space="preserve">Answered by </w:t>
      </w:r>
      <w:hyperlink w:anchor="p456">
        <w:r>
          <w:rPr>
            <w:color w:val="2E5A80"/>
            <w:u w:val="single"/>
            <w:sz w:val="18"/>
          </w:rPr>
          <w:t xml:space="preserve">No. 456 (Tō no Chūjō)</w:t>
        </w:r>
      </w:hyperlink>
    </w:p>
    <w:p>
      <w:pPr>
        <w:keepNext/>
        <w:spacing w:after="20" w:before="200"/>
      </w:pPr>
      <w:bookmarkStart w:id="489" w:name="p456"/>
      <w:r>
        <w:rPr>
          <w:b/>
          <w:i w:val="0"/>
          <w:color w:val="222B33"/>
          <w:sz w:val="22"/>
        </w:rPr>
        <w:t>No. 456</w:t>
      </w:r>
      <w:r>
        <w:rPr>
          <w:b w:val="0"/>
          <w:i w:val="0"/>
          <w:color w:val="6A6F75"/>
          <w:sz w:val="18"/>
        </w:rPr>
        <w:t xml:space="preserve">   Tō no Chūjō → Genji   答 reply</w:t>
      </w:r>
      <w:bookmarkEnd w:id="489"/>
    </w:p>
    <w:p>
      <w:pPr>
        <w:keepNext/>
        <w:spacing w:after="0"/>
      </w:pPr>
      <w:r>
        <w:rPr>
          <w:rFonts w:ascii="Noto Serif CJK JP" w:hAnsi="Noto Serif CJK JP" w:eastAsia="Noto Serif CJK JP"/>
          <w:b w:val="0"/>
          <w:i w:val="0"/>
          <w:color w:val="222B33"/>
          <w:sz w:val="26"/>
        </w:rPr>
        <w:t>紫の雲にまがへる菊の花濁りなき世の星かとぞ見る</w:t>
      </w:r>
    </w:p>
    <w:p>
      <w:pPr>
        <w:keepNext/>
        <w:spacing w:after="60"/>
      </w:pPr>
      <w:r>
        <w:rPr>
          <w:rFonts w:ascii="Noto Serif CJK JP" w:hAnsi="Noto Serif CJK JP" w:eastAsia="Noto Serif CJK JP"/>
          <w:b w:val="0"/>
          <w:i w:val="0"/>
          <w:color w:val="6A6F75"/>
          <w:sz w:val="19"/>
        </w:rPr>
        <w:t>むらさきの　／　雲にまかへる　／　きくのはな　／　にこりなきよの　／　ほしかとそみる</w:t>
      </w:r>
    </w:p>
    <w:p>
      <w:pPr>
        <w:keepNext/>
        <w:spacing w:after="60"/>
      </w:pPr>
      <w:r>
        <w:rPr>
          <w:b w:val="0"/>
          <w:i/>
          <w:color w:val="222B33"/>
          <w:sz w:val="21"/>
        </w:rPr>
        <w:t>The chrysanthemum</w:t>
        <w:br/>
      </w:r>
      <w:r>
        <w:rPr>
          <w:b w:val="0"/>
          <w:i/>
          <w:color w:val="222B33"/>
          <w:sz w:val="21"/>
        </w:rPr>
        <w:t>that mingles with purple clouds</w:t>
        <w:br/>
      </w:r>
      <w:r>
        <w:rPr>
          <w:b w:val="0"/>
          <w:i/>
          <w:color w:val="222B33"/>
          <w:sz w:val="21"/>
        </w:rPr>
        <w:t>I take for a star</w:t>
        <w:br/>
      </w:r>
      <w:r>
        <w:rPr>
          <w:b w:val="0"/>
          <w:i/>
          <w:color w:val="222B33"/>
          <w:sz w:val="21"/>
        </w:rPr>
        <w:t>in a world</w:t>
        <w:br/>
      </w:r>
      <w:r>
        <w:rPr>
          <w:b w:val="0"/>
          <w:i/>
          <w:color w:val="222B33"/>
          <w:sz w:val="21"/>
        </w:rPr>
        <w:t>without stain.</w:t>
      </w:r>
    </w:p>
    <w:p>
      <w:pPr>
        <w:spacing w:after="40"/>
      </w:pPr>
      <w:r>
        <w:rPr>
          <w:b w:val="0"/>
          <w:i w:val="0"/>
          <w:color w:val="222B33"/>
          <w:sz w:val="19"/>
        </w:rPr>
        <w:t>Purple clouds mark Genji’s new quasi-imperial rank.</w:t>
      </w:r>
    </w:p>
    <w:p>
      <w:pPr>
        <w:spacing w:after="40"/>
      </w:pPr>
      <w:r>
        <w:rPr>
          <w:b w:val="0"/>
          <w:i w:val="0"/>
          <w:color w:val="6A6F75"/>
          <w:sz w:val="18"/>
        </w:rPr>
        <w:t xml:space="preserve">In reply to </w:t>
      </w:r>
      <w:hyperlink w:anchor="p455">
        <w:r>
          <w:rPr>
            <w:color w:val="2E5A80"/>
            <w:u w:val="single"/>
            <w:sz w:val="18"/>
          </w:rPr>
          <w:t xml:space="preserve">No. 455 (Genji)</w:t>
        </w:r>
      </w:hyperlink>
      <w:r>
        <w:rPr>
          <w:b w:val="0"/>
          <w:i w:val="0"/>
          <w:color w:val="6A6F75"/>
          <w:sz w:val="18"/>
        </w:rPr>
        <w:t xml:space="preserve">   ·   </w:t>
      </w:r>
      <w:r>
        <w:rPr>
          <w:b w:val="0"/>
          <w:i w:val="0"/>
          <w:color w:val="6A6F75"/>
          <w:sz w:val="18"/>
        </w:rPr>
        <w:t xml:space="preserve">Echo, Purple and the bond of kinship: </w:t>
      </w:r>
      <w:hyperlink w:anchor="p63">
        <w:r>
          <w:rPr>
            <w:color w:val="2E5A80"/>
            <w:u w:val="single"/>
            <w:sz w:val="18"/>
          </w:rPr>
          <w:t xml:space="preserve">No. 63</w:t>
        </w:r>
      </w:hyperlink>
      <w:r>
        <w:rPr>
          <w:b w:val="0"/>
          <w:i w:val="0"/>
          <w:color w:val="6A6F75"/>
          <w:sz w:val="18"/>
        </w:rPr>
        <w:t xml:space="preserve">, </w:t>
      </w:r>
      <w:hyperlink w:anchor="p362">
        <w:r>
          <w:rPr>
            <w:color w:val="2E5A80"/>
            <w:u w:val="single"/>
            <w:sz w:val="18"/>
          </w:rPr>
          <w:t xml:space="preserve">No. 362</w:t>
        </w:r>
      </w:hyperlink>
      <w:r>
        <w:rPr>
          <w:b w:val="0"/>
          <w:i w:val="0"/>
          <w:color w:val="6A6F75"/>
          <w:sz w:val="18"/>
        </w:rPr>
        <w:t xml:space="preserve">, </w:t>
      </w:r>
      <w:hyperlink w:anchor="p449">
        <w:r>
          <w:rPr>
            <w:color w:val="2E5A80"/>
            <w:u w:val="single"/>
            <w:sz w:val="18"/>
          </w:rPr>
          <w:t xml:space="preserve">No. 449</w:t>
        </w:r>
      </w:hyperlink>
      <w:r>
        <w:rPr>
          <w:b w:val="0"/>
          <w:i w:val="0"/>
          <w:color w:val="6A6F75"/>
          <w:sz w:val="18"/>
        </w:rPr>
        <w:t xml:space="preserve">, </w:t>
      </w:r>
      <w:hyperlink w:anchor="p616">
        <w:r>
          <w:rPr>
            <w:color w:val="2E5A80"/>
            <w:u w:val="single"/>
            <w:sz w:val="18"/>
          </w:rPr>
          <w:t xml:space="preserve">No. 616</w:t>
        </w:r>
      </w:hyperlink>
    </w:p>
    <w:p>
      <w:pPr>
        <w:keepNext/>
        <w:spacing w:after="20" w:before="200"/>
      </w:pPr>
      <w:bookmarkStart w:id="490" w:name="p457"/>
      <w:r>
        <w:rPr>
          <w:b/>
          <w:i w:val="0"/>
          <w:color w:val="222B33"/>
          <w:sz w:val="22"/>
        </w:rPr>
        <w:t>No. 457</w:t>
      </w:r>
      <w:r>
        <w:rPr>
          <w:b w:val="0"/>
          <w:i w:val="0"/>
          <w:color w:val="6A6F75"/>
          <w:sz w:val="18"/>
        </w:rPr>
        <w:t xml:space="preserve">   Suzaku Retired Emperor → Reizei Emperor   贈 sent</w:t>
      </w:r>
      <w:bookmarkEnd w:id="490"/>
    </w:p>
    <w:p>
      <w:pPr>
        <w:keepNext/>
        <w:spacing w:after="40"/>
      </w:pPr>
      <w:r>
        <w:rPr>
          <w:b/>
          <w:i w:val="0"/>
          <w:color w:val="6A6F75"/>
          <w:sz w:val="18"/>
        </w:rPr>
        <w:t xml:space="preserve">Context. </w:t>
      </w:r>
      <w:r>
        <w:rPr>
          <w:b w:val="0"/>
          <w:i w:val="0"/>
          <w:color w:val="6A6F75"/>
          <w:sz w:val="19"/>
        </w:rPr>
        <w:t>Suzaku and Reizei at the imperial visit to Rokujō; the honours mark Genji’s quasi-imperial rank.</w:t>
      </w:r>
    </w:p>
    <w:p>
      <w:pPr>
        <w:keepNext/>
        <w:spacing w:after="0"/>
      </w:pPr>
      <w:r>
        <w:rPr>
          <w:rFonts w:ascii="Noto Serif CJK JP" w:hAnsi="Noto Serif CJK JP" w:eastAsia="Noto Serif CJK JP"/>
          <w:b w:val="0"/>
          <w:i w:val="0"/>
          <w:color w:val="222B33"/>
          <w:sz w:val="26"/>
        </w:rPr>
        <w:t>秋をへて時雨ふりぬる里人もかかる紅葉の折をこそ見ね</w:t>
      </w:r>
    </w:p>
    <w:p>
      <w:pPr>
        <w:keepNext/>
        <w:spacing w:after="60"/>
      </w:pPr>
      <w:r>
        <w:rPr>
          <w:rFonts w:ascii="Noto Serif CJK JP" w:hAnsi="Noto Serif CJK JP" w:eastAsia="Noto Serif CJK JP"/>
          <w:b w:val="0"/>
          <w:i w:val="0"/>
          <w:color w:val="6A6F75"/>
          <w:sz w:val="19"/>
        </w:rPr>
        <w:t>秋をへて　／　時雨ふりぬる　／　里人も　／　かゝるもみちの　／　をりをこそみね</w:t>
      </w:r>
    </w:p>
    <w:p>
      <w:pPr>
        <w:keepNext/>
        <w:spacing w:after="60"/>
      </w:pPr>
      <w:r>
        <w:rPr>
          <w:b w:val="0"/>
          <w:i/>
          <w:color w:val="222B33"/>
          <w:sz w:val="21"/>
        </w:rPr>
        <w:t>Even one of the village</w:t>
        <w:br/>
      </w:r>
      <w:r>
        <w:rPr>
          <w:b w:val="0"/>
          <w:i/>
          <w:color w:val="222B33"/>
          <w:sz w:val="21"/>
        </w:rPr>
        <w:t>who has seen autumns of showers</w:t>
        <w:br/>
      </w:r>
      <w:r>
        <w:rPr>
          <w:b w:val="0"/>
          <w:i/>
          <w:color w:val="222B33"/>
          <w:sz w:val="21"/>
        </w:rPr>
        <w:t>has never seen</w:t>
        <w:br/>
      </w:r>
      <w:r>
        <w:rPr>
          <w:b w:val="0"/>
          <w:i/>
          <w:color w:val="222B33"/>
          <w:sz w:val="21"/>
        </w:rPr>
        <w:t>such a time</w:t>
        <w:br/>
      </w:r>
      <w:r>
        <w:rPr>
          <w:b w:val="0"/>
          <w:i/>
          <w:color w:val="222B33"/>
          <w:sz w:val="21"/>
        </w:rPr>
        <w:t>of autumn leaves.</w:t>
      </w:r>
    </w:p>
    <w:p>
      <w:pPr>
        <w:spacing w:after="40"/>
      </w:pPr>
      <w:r>
        <w:rPr>
          <w:b w:val="0"/>
          <w:i w:val="0"/>
          <w:color w:val="6A6F75"/>
          <w:sz w:val="18"/>
        </w:rPr>
        <w:t xml:space="preserve">Answered by </w:t>
      </w:r>
      <w:hyperlink w:anchor="p458">
        <w:r>
          <w:rPr>
            <w:color w:val="2E5A80"/>
            <w:u w:val="single"/>
            <w:sz w:val="18"/>
          </w:rPr>
          <w:t xml:space="preserve">No. 458 (Reizei Emperor)</w:t>
        </w:r>
      </w:hyperlink>
    </w:p>
    <w:p>
      <w:pPr>
        <w:keepNext/>
        <w:spacing w:after="20" w:before="200"/>
      </w:pPr>
      <w:bookmarkStart w:id="491" w:name="p458"/>
      <w:r>
        <w:rPr>
          <w:b/>
          <w:i w:val="0"/>
          <w:color w:val="222B33"/>
          <w:sz w:val="22"/>
        </w:rPr>
        <w:t>No. 458</w:t>
      </w:r>
      <w:r>
        <w:rPr>
          <w:b w:val="0"/>
          <w:i w:val="0"/>
          <w:color w:val="6A6F75"/>
          <w:sz w:val="18"/>
        </w:rPr>
        <w:t xml:space="preserve">   Reizei Emperor → Suzaku Retired Emperor   答 reply</w:t>
      </w:r>
      <w:bookmarkEnd w:id="491"/>
    </w:p>
    <w:p>
      <w:pPr>
        <w:keepNext/>
        <w:spacing w:after="0"/>
      </w:pPr>
      <w:r>
        <w:rPr>
          <w:rFonts w:ascii="Noto Serif CJK JP" w:hAnsi="Noto Serif CJK JP" w:eastAsia="Noto Serif CJK JP"/>
          <w:b w:val="0"/>
          <w:i w:val="0"/>
          <w:color w:val="222B33"/>
          <w:sz w:val="26"/>
        </w:rPr>
        <w:t>世の常の紅葉とや見るいにしへのためしにひける庭の錦を</w:t>
      </w:r>
    </w:p>
    <w:p>
      <w:pPr>
        <w:keepNext/>
        <w:spacing w:after="60"/>
      </w:pPr>
      <w:r>
        <w:rPr>
          <w:rFonts w:ascii="Noto Serif CJK JP" w:hAnsi="Noto Serif CJK JP" w:eastAsia="Noto Serif CJK JP"/>
          <w:b w:val="0"/>
          <w:i w:val="0"/>
          <w:color w:val="6A6F75"/>
          <w:sz w:val="19"/>
        </w:rPr>
        <w:t>よのつねの　／　もみちとやみる　／　いにしへの　／　ためしにひける　／　にはのにしきを</w:t>
      </w:r>
    </w:p>
    <w:p>
      <w:pPr>
        <w:keepNext/>
        <w:spacing w:after="60"/>
      </w:pPr>
      <w:r>
        <w:rPr>
          <w:b w:val="0"/>
          <w:i/>
          <w:color w:val="222B33"/>
          <w:sz w:val="21"/>
        </w:rPr>
        <w:t>Do you see them as common</w:t>
        <w:br/>
      </w:r>
      <w:r>
        <w:rPr>
          <w:b w:val="0"/>
          <w:i/>
          <w:color w:val="222B33"/>
          <w:sz w:val="21"/>
        </w:rPr>
        <w:t>autumn leaves: the brocade</w:t>
        <w:br/>
      </w:r>
      <w:r>
        <w:rPr>
          <w:b w:val="0"/>
          <w:i/>
          <w:color w:val="222B33"/>
          <w:sz w:val="21"/>
        </w:rPr>
        <w:t>of the garden that draws</w:t>
        <w:br/>
      </w:r>
      <w:r>
        <w:rPr>
          <w:b w:val="0"/>
          <w:i/>
          <w:color w:val="222B33"/>
          <w:sz w:val="21"/>
        </w:rPr>
        <w:t>on precedents</w:t>
        <w:br/>
      </w:r>
      <w:r>
        <w:rPr>
          <w:b w:val="0"/>
          <w:i/>
          <w:color w:val="222B33"/>
          <w:sz w:val="21"/>
        </w:rPr>
        <w:t>of old?</w:t>
      </w:r>
    </w:p>
    <w:p>
      <w:pPr>
        <w:spacing w:after="40"/>
      </w:pPr>
      <w:r>
        <w:rPr>
          <w:b w:val="0"/>
          <w:i w:val="0"/>
          <w:color w:val="6A6F75"/>
          <w:sz w:val="18"/>
        </w:rPr>
        <w:t xml:space="preserve">In reply to </w:t>
      </w:r>
      <w:hyperlink w:anchor="p457">
        <w:r>
          <w:rPr>
            <w:color w:val="2E5A80"/>
            <w:u w:val="single"/>
            <w:sz w:val="18"/>
          </w:rPr>
          <w:t xml:space="preserve">No. 457 (Suzaku Retired Emperor)</w:t>
        </w:r>
      </w:hyperlink>
    </w:p>
    <w:p>
      <w:pPr>
        <w:pStyle w:val="Heading1"/>
      </w:pPr>
      <w:bookmarkStart w:id="492" w:name="ch34"/>
      <w:r>
        <w:t>Chapter 34 · Wakana I 若菜上</w:t>
      </w:r>
      <w:bookmarkEnd w:id="492"/>
    </w:p>
    <w:p>
      <w:pPr>
        <w:keepNext/>
        <w:spacing w:after="20" w:before="200"/>
      </w:pPr>
      <w:bookmarkStart w:id="493" w:name="p459"/>
      <w:r>
        <w:rPr>
          <w:b/>
          <w:i w:val="0"/>
          <w:color w:val="222B33"/>
          <w:sz w:val="22"/>
        </w:rPr>
        <w:t>No. 459</w:t>
      </w:r>
      <w:r>
        <w:rPr>
          <w:b w:val="0"/>
          <w:i w:val="0"/>
          <w:color w:val="6A6F75"/>
          <w:sz w:val="18"/>
        </w:rPr>
        <w:t xml:space="preserve">   Akikonomu → Suzaku Retired Emperor   贈 sent</w:t>
      </w:r>
      <w:bookmarkEnd w:id="493"/>
    </w:p>
    <w:p>
      <w:pPr>
        <w:keepNext/>
        <w:spacing w:after="40"/>
      </w:pPr>
      <w:r>
        <w:rPr>
          <w:b/>
          <w:i w:val="0"/>
          <w:color w:val="6A6F75"/>
          <w:sz w:val="18"/>
        </w:rPr>
        <w:t xml:space="preserve">Context. </w:t>
      </w:r>
      <w:r>
        <w:rPr>
          <w:b w:val="0"/>
          <w:i w:val="0"/>
          <w:color w:val="6A6F75"/>
          <w:sz w:val="19"/>
        </w:rPr>
        <w:t>Akikonomu’s gift for the Third Princess’s initiation.</w:t>
      </w:r>
    </w:p>
    <w:p>
      <w:pPr>
        <w:keepNext/>
        <w:spacing w:after="0"/>
      </w:pPr>
      <w:r>
        <w:rPr>
          <w:rFonts w:ascii="Noto Serif CJK JP" w:hAnsi="Noto Serif CJK JP" w:eastAsia="Noto Serif CJK JP"/>
          <w:b w:val="0"/>
          <w:i w:val="0"/>
          <w:color w:val="222B33"/>
          <w:sz w:val="26"/>
        </w:rPr>
        <w:t>さしながら昔を今に伝ふれば玉の小櫛ぞ神さびにける</w:t>
      </w:r>
    </w:p>
    <w:p>
      <w:pPr>
        <w:keepNext/>
        <w:spacing w:after="60"/>
      </w:pPr>
      <w:r>
        <w:rPr>
          <w:rFonts w:ascii="Noto Serif CJK JP" w:hAnsi="Noto Serif CJK JP" w:eastAsia="Noto Serif CJK JP"/>
          <w:b w:val="0"/>
          <w:i w:val="0"/>
          <w:color w:val="6A6F75"/>
          <w:sz w:val="19"/>
        </w:rPr>
        <w:t>さしなから　／　むかしをいまに　／　つたふれは　／　たまのをくしそ　／　神さひにける</w:t>
      </w:r>
    </w:p>
    <w:p>
      <w:pPr>
        <w:keepNext/>
        <w:spacing w:after="60"/>
      </w:pPr>
      <w:r>
        <w:rPr>
          <w:b w:val="0"/>
          <w:i/>
          <w:color w:val="222B33"/>
          <w:sz w:val="21"/>
        </w:rPr>
        <w:t>Wearing it still,</w:t>
        <w:br/>
      </w:r>
      <w:r>
        <w:rPr>
          <w:b w:val="0"/>
          <w:i/>
          <w:color w:val="222B33"/>
          <w:sz w:val="21"/>
        </w:rPr>
        <w:t>passing the past on to the present,</w:t>
        <w:br/>
      </w:r>
      <w:r>
        <w:rPr>
          <w:b w:val="0"/>
          <w:i/>
          <w:color w:val="222B33"/>
          <w:sz w:val="21"/>
        </w:rPr>
        <w:t>the jeweled comb</w:t>
        <w:br/>
      </w:r>
      <w:r>
        <w:rPr>
          <w:b w:val="0"/>
          <w:i/>
          <w:color w:val="222B33"/>
          <w:sz w:val="21"/>
        </w:rPr>
        <w:t>has grown</w:t>
        <w:br/>
      </w:r>
      <w:r>
        <w:rPr>
          <w:b w:val="0"/>
          <w:i/>
          <w:color w:val="222B33"/>
          <w:sz w:val="21"/>
        </w:rPr>
        <w:t>venerable.</w:t>
      </w:r>
    </w:p>
    <w:p>
      <w:pPr>
        <w:spacing w:after="40"/>
      </w:pPr>
      <w:r>
        <w:rPr>
          <w:b w:val="0"/>
          <w:i w:val="0"/>
          <w:color w:val="222B33"/>
          <w:sz w:val="19"/>
        </w:rPr>
        <w:t>For the Third Princess’s initiation; the comb he gave her at Ise (274).</w:t>
      </w:r>
    </w:p>
    <w:p>
      <w:pPr>
        <w:spacing w:after="40"/>
      </w:pPr>
      <w:r>
        <w:rPr>
          <w:b w:val="0"/>
          <w:i w:val="0"/>
          <w:color w:val="6A6F75"/>
          <w:sz w:val="18"/>
        </w:rPr>
        <w:t xml:space="preserve">Answered by </w:t>
      </w:r>
      <w:hyperlink w:anchor="p460">
        <w:r>
          <w:rPr>
            <w:color w:val="2E5A80"/>
            <w:u w:val="single"/>
            <w:sz w:val="18"/>
          </w:rPr>
          <w:t xml:space="preserve">No. 460 (Suzaku Retired Emperor)</w:t>
        </w:r>
      </w:hyperlink>
      <w:r>
        <w:rPr>
          <w:b w:val="0"/>
          <w:i w:val="0"/>
          <w:color w:val="6A6F75"/>
          <w:sz w:val="18"/>
        </w:rPr>
        <w:t xml:space="preserve">   ·   </w:t>
      </w:r>
      <w:r>
        <w:rPr>
          <w:b w:val="0"/>
          <w:i w:val="0"/>
          <w:color w:val="6A6F75"/>
          <w:sz w:val="18"/>
        </w:rPr>
        <w:t xml:space="preserve">Echo, The comb of parting: </w:t>
      </w:r>
      <w:hyperlink w:anchor="p274">
        <w:r>
          <w:rPr>
            <w:color w:val="2E5A80"/>
            <w:u w:val="single"/>
            <w:sz w:val="18"/>
          </w:rPr>
          <w:t xml:space="preserve">No. 274</w:t>
        </w:r>
      </w:hyperlink>
      <w:r>
        <w:rPr>
          <w:b w:val="0"/>
          <w:i w:val="0"/>
          <w:color w:val="6A6F75"/>
          <w:sz w:val="18"/>
        </w:rPr>
        <w:t xml:space="preserve">, </w:t>
      </w:r>
      <w:hyperlink w:anchor="p460">
        <w:r>
          <w:rPr>
            <w:color w:val="2E5A80"/>
            <w:u w:val="single"/>
            <w:sz w:val="18"/>
          </w:rPr>
          <w:t xml:space="preserve">No. 460</w:t>
        </w:r>
      </w:hyperlink>
    </w:p>
    <w:p>
      <w:pPr>
        <w:keepNext/>
        <w:spacing w:after="20" w:before="200"/>
      </w:pPr>
      <w:bookmarkStart w:id="494" w:name="p460"/>
      <w:r>
        <w:rPr>
          <w:b/>
          <w:i w:val="0"/>
          <w:color w:val="222B33"/>
          <w:sz w:val="22"/>
        </w:rPr>
        <w:t>No. 460</w:t>
      </w:r>
      <w:r>
        <w:rPr>
          <w:b w:val="0"/>
          <w:i w:val="0"/>
          <w:color w:val="6A6F75"/>
          <w:sz w:val="18"/>
        </w:rPr>
        <w:t xml:space="preserve">   Suzaku Retired Emperor → Akikonomu   答 reply</w:t>
      </w:r>
      <w:bookmarkEnd w:id="494"/>
    </w:p>
    <w:p>
      <w:pPr>
        <w:keepNext/>
        <w:spacing w:after="0"/>
      </w:pPr>
      <w:r>
        <w:rPr>
          <w:rFonts w:ascii="Noto Serif CJK JP" w:hAnsi="Noto Serif CJK JP" w:eastAsia="Noto Serif CJK JP"/>
          <w:b w:val="0"/>
          <w:i w:val="0"/>
          <w:color w:val="222B33"/>
          <w:sz w:val="26"/>
        </w:rPr>
        <w:t>さしつぎに見るものにもが万世を黄楊の小櫛の神さぶるまで</w:t>
      </w:r>
    </w:p>
    <w:p>
      <w:pPr>
        <w:keepNext/>
        <w:spacing w:after="60"/>
      </w:pPr>
      <w:r>
        <w:rPr>
          <w:rFonts w:ascii="Noto Serif CJK JP" w:hAnsi="Noto Serif CJK JP" w:eastAsia="Noto Serif CJK JP"/>
          <w:b w:val="0"/>
          <w:i w:val="0"/>
          <w:color w:val="6A6F75"/>
          <w:sz w:val="19"/>
        </w:rPr>
        <w:t>さしつきに　／　みる物にもか　／　よろつ世を　／　つけのをくしの　／　神さふるまて</w:t>
      </w:r>
    </w:p>
    <w:p>
      <w:pPr>
        <w:keepNext/>
        <w:spacing w:after="60"/>
      </w:pPr>
      <w:r>
        <w:rPr>
          <w:b w:val="0"/>
          <w:i/>
          <w:color w:val="222B33"/>
          <w:sz w:val="21"/>
        </w:rPr>
        <w:t>May I see it worn</w:t>
        <w:br/>
      </w:r>
      <w:r>
        <w:rPr>
          <w:b w:val="0"/>
          <w:i/>
          <w:color w:val="222B33"/>
          <w:sz w:val="21"/>
        </w:rPr>
        <w:t>next by her,</w:t>
        <w:br/>
      </w:r>
      <w:r>
        <w:rPr>
          <w:b w:val="0"/>
          <w:i/>
          <w:color w:val="222B33"/>
          <w:sz w:val="21"/>
        </w:rPr>
        <w:t>until the boxwood comb</w:t>
        <w:br/>
      </w:r>
      <w:r>
        <w:rPr>
          <w:b w:val="0"/>
          <w:i/>
          <w:color w:val="222B33"/>
          <w:sz w:val="21"/>
        </w:rPr>
        <w:t>grows venerable</w:t>
        <w:br/>
      </w:r>
      <w:r>
        <w:rPr>
          <w:b w:val="0"/>
          <w:i/>
          <w:color w:val="222B33"/>
          <w:sz w:val="21"/>
        </w:rPr>
        <w:t>through ten thousand ages.</w:t>
      </w:r>
    </w:p>
    <w:p>
      <w:pPr>
        <w:spacing w:after="40"/>
      </w:pPr>
      <w:r>
        <w:rPr>
          <w:b w:val="0"/>
          <w:i w:val="0"/>
          <w:color w:val="222B33"/>
          <w:sz w:val="19"/>
        </w:rPr>
        <w:t>Tsuge, “boxwood,” and tsugu, “to pass on.”</w:t>
      </w:r>
    </w:p>
    <w:p>
      <w:pPr>
        <w:spacing w:after="40"/>
      </w:pPr>
      <w:r>
        <w:rPr>
          <w:b w:val="0"/>
          <w:i w:val="0"/>
          <w:color w:val="6A6F75"/>
          <w:sz w:val="18"/>
        </w:rPr>
        <w:t xml:space="preserve">In reply to </w:t>
      </w:r>
      <w:hyperlink w:anchor="p459">
        <w:r>
          <w:rPr>
            <w:color w:val="2E5A80"/>
            <w:u w:val="single"/>
            <w:sz w:val="18"/>
          </w:rPr>
          <w:t xml:space="preserve">No. 459 (Akikonomu)</w:t>
        </w:r>
      </w:hyperlink>
      <w:r>
        <w:rPr>
          <w:b w:val="0"/>
          <w:i w:val="0"/>
          <w:color w:val="6A6F75"/>
          <w:sz w:val="18"/>
        </w:rPr>
        <w:t xml:space="preserve">   ·   </w:t>
      </w:r>
      <w:r>
        <w:rPr>
          <w:b w:val="0"/>
          <w:i w:val="0"/>
          <w:color w:val="6A6F75"/>
          <w:sz w:val="18"/>
        </w:rPr>
        <w:t xml:space="preserve">Echo, The comb of parting: </w:t>
      </w:r>
      <w:hyperlink w:anchor="p274">
        <w:r>
          <w:rPr>
            <w:color w:val="2E5A80"/>
            <w:u w:val="single"/>
            <w:sz w:val="18"/>
          </w:rPr>
          <w:t xml:space="preserve">No. 274</w:t>
        </w:r>
      </w:hyperlink>
      <w:r>
        <w:rPr>
          <w:b w:val="0"/>
          <w:i w:val="0"/>
          <w:color w:val="6A6F75"/>
          <w:sz w:val="18"/>
        </w:rPr>
        <w:t xml:space="preserve">, </w:t>
      </w:r>
      <w:hyperlink w:anchor="p459">
        <w:r>
          <w:rPr>
            <w:color w:val="2E5A80"/>
            <w:u w:val="single"/>
            <w:sz w:val="18"/>
          </w:rPr>
          <w:t xml:space="preserve">No. 459</w:t>
        </w:r>
      </w:hyperlink>
    </w:p>
    <w:p>
      <w:pPr>
        <w:keepNext/>
        <w:spacing w:after="20" w:before="200"/>
      </w:pPr>
      <w:bookmarkStart w:id="495" w:name="p461"/>
      <w:r>
        <w:rPr>
          <w:b/>
          <w:i w:val="0"/>
          <w:color w:val="222B33"/>
          <w:sz w:val="22"/>
        </w:rPr>
        <w:t>No. 461</w:t>
      </w:r>
      <w:r>
        <w:rPr>
          <w:b w:val="0"/>
          <w:i w:val="0"/>
          <w:color w:val="6A6F75"/>
          <w:sz w:val="18"/>
        </w:rPr>
        <w:t xml:space="preserve">   Tamakazura → Genji   贈 sent</w:t>
      </w:r>
      <w:bookmarkEnd w:id="495"/>
    </w:p>
    <w:p>
      <w:pPr>
        <w:keepNext/>
        <w:spacing w:after="40"/>
      </w:pPr>
      <w:r>
        <w:rPr>
          <w:b/>
          <w:i w:val="0"/>
          <w:color w:val="6A6F75"/>
          <w:sz w:val="18"/>
        </w:rPr>
        <w:t xml:space="preserve">Context. </w:t>
      </w:r>
      <w:r>
        <w:rPr>
          <w:b w:val="0"/>
          <w:i w:val="0"/>
          <w:color w:val="6A6F75"/>
          <w:sz w:val="19"/>
        </w:rPr>
        <w:t>Tamakazura’s gift of herbs for Genji’s fortieth birthday.</w:t>
      </w:r>
    </w:p>
    <w:p>
      <w:pPr>
        <w:keepNext/>
        <w:spacing w:after="0"/>
      </w:pPr>
      <w:r>
        <w:rPr>
          <w:rFonts w:ascii="Noto Serif CJK JP" w:hAnsi="Noto Serif CJK JP" w:eastAsia="Noto Serif CJK JP"/>
          <w:b w:val="0"/>
          <w:i w:val="0"/>
          <w:color w:val="222B33"/>
          <w:sz w:val="26"/>
        </w:rPr>
        <w:t>若葉さす野辺の小松を引き連れてもとの岩根を祈る今日かな</w:t>
      </w:r>
    </w:p>
    <w:p>
      <w:pPr>
        <w:keepNext/>
        <w:spacing w:after="60"/>
      </w:pPr>
      <w:r>
        <w:rPr>
          <w:rFonts w:ascii="Noto Serif CJK JP" w:hAnsi="Noto Serif CJK JP" w:eastAsia="Noto Serif CJK JP"/>
          <w:b w:val="0"/>
          <w:i w:val="0"/>
          <w:color w:val="6A6F75"/>
          <w:sz w:val="19"/>
        </w:rPr>
        <w:t>わか葉さす　／　野へのこ松を　／　ひきつれて　／　もとのいはねを　／　いのるけふかな</w:t>
      </w:r>
    </w:p>
    <w:p>
      <w:pPr>
        <w:keepNext/>
        <w:spacing w:after="60"/>
      </w:pPr>
      <w:r>
        <w:rPr>
          <w:b w:val="0"/>
          <w:i/>
          <w:color w:val="222B33"/>
          <w:sz w:val="21"/>
        </w:rPr>
        <w:t>Leading the little pines</w:t>
        <w:br/>
      </w:r>
      <w:r>
        <w:rPr>
          <w:b w:val="0"/>
          <w:i/>
          <w:color w:val="222B33"/>
          <w:sz w:val="21"/>
        </w:rPr>
        <w:t>of the fields with their young leaves,</w:t>
        <w:br/>
      </w:r>
      <w:r>
        <w:rPr>
          <w:b w:val="0"/>
          <w:i/>
          <w:color w:val="222B33"/>
          <w:sz w:val="21"/>
        </w:rPr>
        <w:t>today I pray</w:t>
        <w:br/>
      </w:r>
      <w:r>
        <w:rPr>
          <w:b w:val="0"/>
          <w:i/>
          <w:color w:val="222B33"/>
          <w:sz w:val="21"/>
        </w:rPr>
        <w:t>for the rock</w:t>
        <w:br/>
      </w:r>
      <w:r>
        <w:rPr>
          <w:b w:val="0"/>
          <w:i/>
          <w:color w:val="222B33"/>
          <w:sz w:val="21"/>
        </w:rPr>
        <w:t>where they took root.</w:t>
      </w:r>
    </w:p>
    <w:p>
      <w:pPr>
        <w:spacing w:after="40"/>
      </w:pPr>
      <w:r>
        <w:rPr>
          <w:b w:val="0"/>
          <w:i w:val="0"/>
          <w:color w:val="222B33"/>
          <w:sz w:val="19"/>
        </w:rPr>
        <w:t>For Genji’s fortieth birthday, bringing her sons.</w:t>
      </w:r>
    </w:p>
    <w:p>
      <w:pPr>
        <w:spacing w:after="40"/>
      </w:pPr>
      <w:r>
        <w:rPr>
          <w:b w:val="0"/>
          <w:i w:val="0"/>
          <w:color w:val="6A6F75"/>
          <w:sz w:val="18"/>
        </w:rPr>
        <w:t xml:space="preserve">Answered by </w:t>
      </w:r>
      <w:hyperlink w:anchor="p462">
        <w:r>
          <w:rPr>
            <w:color w:val="2E5A80"/>
            <w:u w:val="single"/>
            <w:sz w:val="18"/>
          </w:rPr>
          <w:t xml:space="preserve">No. 462 (Genji)</w:t>
        </w:r>
      </w:hyperlink>
      <w:r>
        <w:rPr>
          <w:b w:val="0"/>
          <w:i w:val="0"/>
          <w:color w:val="6A6F75"/>
          <w:sz w:val="18"/>
        </w:rPr>
        <w:t xml:space="preserve">   ·   </w:t>
      </w:r>
      <w:r>
        <w:rPr>
          <w:b w:val="0"/>
          <w:i w:val="0"/>
          <w:color w:val="6A6F75"/>
          <w:sz w:val="18"/>
        </w:rPr>
        <w:t xml:space="preserve">Echo, Picking young herbs and years: </w:t>
      </w:r>
      <w:hyperlink w:anchor="p462">
        <w:r>
          <w:rPr>
            <w:color w:val="2E5A80"/>
            <w:u w:val="single"/>
            <w:sz w:val="18"/>
          </w:rPr>
          <w:t xml:space="preserve">No. 462</w:t>
        </w:r>
      </w:hyperlink>
      <w:r>
        <w:rPr>
          <w:b w:val="0"/>
          <w:i w:val="0"/>
          <w:color w:val="6A6F75"/>
          <w:sz w:val="18"/>
        </w:rPr>
        <w:t xml:space="preserve">, </w:t>
      </w:r>
      <w:hyperlink w:anchor="p790">
        <w:r>
          <w:rPr>
            <w:color w:val="2E5A80"/>
            <w:u w:val="single"/>
            <w:sz w:val="18"/>
          </w:rPr>
          <w:t xml:space="preserve">No. 790</w:t>
        </w:r>
      </w:hyperlink>
      <w:r>
        <w:rPr>
          <w:b w:val="0"/>
          <w:i w:val="0"/>
          <w:color w:val="6A6F75"/>
          <w:sz w:val="18"/>
        </w:rPr>
        <w:t xml:space="preserve">, </w:t>
      </w:r>
      <w:hyperlink w:anchor="p791">
        <w:r>
          <w:rPr>
            <w:color w:val="2E5A80"/>
            <w:u w:val="single"/>
            <w:sz w:val="18"/>
          </w:rPr>
          <w:t xml:space="preserve">No. 791</w:t>
        </w:r>
      </w:hyperlink>
    </w:p>
    <w:p>
      <w:pPr>
        <w:keepNext/>
        <w:spacing w:after="20" w:before="200"/>
      </w:pPr>
      <w:bookmarkStart w:id="496" w:name="p462"/>
      <w:r>
        <w:rPr>
          <w:b/>
          <w:i w:val="0"/>
          <w:color w:val="222B33"/>
          <w:sz w:val="22"/>
        </w:rPr>
        <w:t>No. 462</w:t>
      </w:r>
      <w:r>
        <w:rPr>
          <w:b w:val="0"/>
          <w:i w:val="0"/>
          <w:color w:val="6A6F75"/>
          <w:sz w:val="18"/>
        </w:rPr>
        <w:t xml:space="preserve">   Genji → Tamakazura   答 reply</w:t>
      </w:r>
      <w:bookmarkEnd w:id="496"/>
    </w:p>
    <w:p>
      <w:pPr>
        <w:keepNext/>
        <w:spacing w:after="0"/>
      </w:pPr>
      <w:r>
        <w:rPr>
          <w:rFonts w:ascii="Noto Serif CJK JP" w:hAnsi="Noto Serif CJK JP" w:eastAsia="Noto Serif CJK JP"/>
          <w:b w:val="0"/>
          <w:i w:val="0"/>
          <w:color w:val="222B33"/>
          <w:sz w:val="26"/>
        </w:rPr>
        <w:t>小松原末の齢に引かれてや野辺の若菜も年を摘むべき</w:t>
      </w:r>
    </w:p>
    <w:p>
      <w:pPr>
        <w:keepNext/>
        <w:spacing w:after="60"/>
      </w:pPr>
      <w:r>
        <w:rPr>
          <w:rFonts w:ascii="Noto Serif CJK JP" w:hAnsi="Noto Serif CJK JP" w:eastAsia="Noto Serif CJK JP"/>
          <w:b w:val="0"/>
          <w:i w:val="0"/>
          <w:color w:val="6A6F75"/>
          <w:sz w:val="19"/>
        </w:rPr>
        <w:t>小松はら　／　すゑのよはひに　／　ひかれてや　／　のへのわかなも　／　年をつむへき</w:t>
      </w:r>
    </w:p>
    <w:p>
      <w:pPr>
        <w:keepNext/>
        <w:spacing w:after="60"/>
      </w:pPr>
      <w:r>
        <w:rPr>
          <w:b w:val="0"/>
          <w:i/>
          <w:color w:val="222B33"/>
          <w:sz w:val="21"/>
        </w:rPr>
        <w:t>Drawn by the long years</w:t>
        <w:br/>
      </w:r>
      <w:r>
        <w:rPr>
          <w:b w:val="0"/>
          <w:i/>
          <w:color w:val="222B33"/>
          <w:sz w:val="21"/>
        </w:rPr>
        <w:t>of the little pines,</w:t>
        <w:br/>
      </w:r>
      <w:r>
        <w:rPr>
          <w:b w:val="0"/>
          <w:i/>
          <w:color w:val="222B33"/>
          <w:sz w:val="21"/>
        </w:rPr>
        <w:t>must the young herbs of the field</w:t>
        <w:br/>
      </w:r>
      <w:r>
        <w:rPr>
          <w:b w:val="0"/>
          <w:i/>
          <w:color w:val="222B33"/>
          <w:sz w:val="21"/>
        </w:rPr>
        <w:t>too</w:t>
        <w:br/>
      </w:r>
      <w:r>
        <w:rPr>
          <w:b w:val="0"/>
          <w:i/>
          <w:color w:val="222B33"/>
          <w:sz w:val="21"/>
        </w:rPr>
        <w:t>gather years?</w:t>
      </w:r>
    </w:p>
    <w:p>
      <w:pPr>
        <w:spacing w:after="40"/>
      </w:pPr>
      <w:r>
        <w:rPr>
          <w:b w:val="0"/>
          <w:i w:val="0"/>
          <w:color w:val="222B33"/>
          <w:sz w:val="19"/>
        </w:rPr>
        <w:t>Tsumu: “to pick” and “to pile up” years. Wakana, “young herbs,” names the chapters.</w:t>
      </w:r>
    </w:p>
    <w:p>
      <w:pPr>
        <w:spacing w:after="40"/>
      </w:pPr>
      <w:r>
        <w:rPr>
          <w:b w:val="0"/>
          <w:i w:val="0"/>
          <w:color w:val="6A6F75"/>
          <w:sz w:val="18"/>
        </w:rPr>
        <w:t xml:space="preserve">In reply to </w:t>
      </w:r>
      <w:hyperlink w:anchor="p461">
        <w:r>
          <w:rPr>
            <w:color w:val="2E5A80"/>
            <w:u w:val="single"/>
            <w:sz w:val="18"/>
          </w:rPr>
          <w:t xml:space="preserve">No. 461 (Tamakazura)</w:t>
        </w:r>
      </w:hyperlink>
      <w:r>
        <w:rPr>
          <w:b w:val="0"/>
          <w:i w:val="0"/>
          <w:color w:val="6A6F75"/>
          <w:sz w:val="18"/>
        </w:rPr>
        <w:t xml:space="preserve">   ·   </w:t>
      </w:r>
      <w:r>
        <w:rPr>
          <w:b w:val="0"/>
          <w:i w:val="0"/>
          <w:color w:val="6A6F75"/>
          <w:sz w:val="18"/>
        </w:rPr>
        <w:t xml:space="preserve">Echo, Picking young herbs and years: </w:t>
      </w:r>
      <w:hyperlink w:anchor="p461">
        <w:r>
          <w:rPr>
            <w:color w:val="2E5A80"/>
            <w:u w:val="single"/>
            <w:sz w:val="18"/>
          </w:rPr>
          <w:t xml:space="preserve">No. 461</w:t>
        </w:r>
      </w:hyperlink>
      <w:r>
        <w:rPr>
          <w:b w:val="0"/>
          <w:i w:val="0"/>
          <w:color w:val="6A6F75"/>
          <w:sz w:val="18"/>
        </w:rPr>
        <w:t xml:space="preserve">, </w:t>
      </w:r>
      <w:hyperlink w:anchor="p790">
        <w:r>
          <w:rPr>
            <w:color w:val="2E5A80"/>
            <w:u w:val="single"/>
            <w:sz w:val="18"/>
          </w:rPr>
          <w:t xml:space="preserve">No. 790</w:t>
        </w:r>
      </w:hyperlink>
      <w:r>
        <w:rPr>
          <w:b w:val="0"/>
          <w:i w:val="0"/>
          <w:color w:val="6A6F75"/>
          <w:sz w:val="18"/>
        </w:rPr>
        <w:t xml:space="preserve">, </w:t>
      </w:r>
      <w:hyperlink w:anchor="p791">
        <w:r>
          <w:rPr>
            <w:color w:val="2E5A80"/>
            <w:u w:val="single"/>
            <w:sz w:val="18"/>
          </w:rPr>
          <w:t xml:space="preserve">No. 791</w:t>
        </w:r>
      </w:hyperlink>
    </w:p>
    <w:p>
      <w:pPr>
        <w:keepNext/>
        <w:spacing w:after="20" w:before="200"/>
      </w:pPr>
      <w:bookmarkStart w:id="497" w:name="p463"/>
      <w:r>
        <w:rPr>
          <w:b/>
          <w:i w:val="0"/>
          <w:color w:val="222B33"/>
          <w:sz w:val="22"/>
        </w:rPr>
        <w:t>No. 463</w:t>
      </w:r>
      <w:r>
        <w:rPr>
          <w:b w:val="0"/>
          <w:i w:val="0"/>
          <w:color w:val="6A6F75"/>
          <w:sz w:val="18"/>
        </w:rPr>
        <w:t xml:space="preserve">   Murasaki   独 solo</w:t>
      </w:r>
      <w:bookmarkEnd w:id="497"/>
    </w:p>
    <w:p>
      <w:pPr>
        <w:keepNext/>
        <w:spacing w:after="40"/>
      </w:pPr>
      <w:r>
        <w:rPr>
          <w:b/>
          <w:i w:val="0"/>
          <w:color w:val="6A6F75"/>
          <w:sz w:val="18"/>
        </w:rPr>
        <w:t xml:space="preserve">Context. </w:t>
      </w:r>
      <w:r>
        <w:rPr>
          <w:b w:val="0"/>
          <w:i w:val="0"/>
          <w:color w:val="6A6F75"/>
          <w:sz w:val="19"/>
        </w:rPr>
        <w:t>Murasaki’s private poem after Genji marries the Third Princess.</w:t>
      </w:r>
    </w:p>
    <w:p>
      <w:pPr>
        <w:keepNext/>
        <w:spacing w:after="0"/>
      </w:pPr>
      <w:r>
        <w:rPr>
          <w:rFonts w:ascii="Noto Serif CJK JP" w:hAnsi="Noto Serif CJK JP" w:eastAsia="Noto Serif CJK JP"/>
          <w:b w:val="0"/>
          <w:i w:val="0"/>
          <w:color w:val="222B33"/>
          <w:sz w:val="26"/>
        </w:rPr>
        <w:t>目に近く移れば変はる世の中を行く末遠く頼みけるかな</w:t>
      </w:r>
    </w:p>
    <w:p>
      <w:pPr>
        <w:keepNext/>
        <w:spacing w:after="60"/>
      </w:pPr>
      <w:r>
        <w:rPr>
          <w:rFonts w:ascii="Noto Serif CJK JP" w:hAnsi="Noto Serif CJK JP" w:eastAsia="Noto Serif CJK JP"/>
          <w:b w:val="0"/>
          <w:i w:val="0"/>
          <w:color w:val="6A6F75"/>
          <w:sz w:val="19"/>
        </w:rPr>
        <w:t>めにちかく　／　うつれはかはる　／　世の中を　／　行すゑとをく　／　たのみけるかな</w:t>
      </w:r>
    </w:p>
    <w:p>
      <w:pPr>
        <w:keepNext/>
        <w:spacing w:after="60"/>
      </w:pPr>
      <w:r>
        <w:rPr>
          <w:b w:val="0"/>
          <w:i/>
          <w:color w:val="222B33"/>
          <w:sz w:val="21"/>
        </w:rPr>
        <w:t>How far ahead</w:t>
        <w:br/>
      </w:r>
      <w:r>
        <w:rPr>
          <w:b w:val="0"/>
          <w:i/>
          <w:color w:val="222B33"/>
          <w:sz w:val="21"/>
        </w:rPr>
        <w:t>I trusted, in a world</w:t>
        <w:br/>
      </w:r>
      <w:r>
        <w:rPr>
          <w:b w:val="0"/>
          <w:i/>
          <w:color w:val="222B33"/>
          <w:sz w:val="21"/>
        </w:rPr>
        <w:t>that shifts and changes</w:t>
        <w:br/>
      </w:r>
      <w:r>
        <w:rPr>
          <w:b w:val="0"/>
          <w:i/>
          <w:color w:val="222B33"/>
          <w:sz w:val="21"/>
        </w:rPr>
        <w:t>even before</w:t>
        <w:br/>
      </w:r>
      <w:r>
        <w:rPr>
          <w:b w:val="0"/>
          <w:i/>
          <w:color w:val="222B33"/>
          <w:sz w:val="21"/>
        </w:rPr>
        <w:t>my eyes.</w:t>
      </w:r>
    </w:p>
    <w:p>
      <w:pPr>
        <w:spacing w:after="40"/>
      </w:pPr>
      <w:r>
        <w:rPr>
          <w:b w:val="0"/>
          <w:i w:val="0"/>
          <w:color w:val="222B33"/>
          <w:sz w:val="19"/>
        </w:rPr>
        <w:t>Written in practice after Genji marries the Third Princess.</w:t>
      </w:r>
    </w:p>
    <w:p>
      <w:pPr>
        <w:spacing w:after="40"/>
      </w:pPr>
      <w:r>
        <w:rPr>
          <w:b w:val="0"/>
          <w:i w:val="0"/>
          <w:color w:val="6A6F75"/>
          <w:sz w:val="18"/>
        </w:rPr>
        <w:t xml:space="preserve">Answered by </w:t>
      </w:r>
      <w:hyperlink w:anchor="p464">
        <w:r>
          <w:rPr>
            <w:color w:val="2E5A80"/>
            <w:u w:val="single"/>
            <w:sz w:val="18"/>
          </w:rPr>
          <w:t xml:space="preserve">No. 464 (Genji)</w:t>
        </w:r>
      </w:hyperlink>
    </w:p>
    <w:p>
      <w:pPr>
        <w:keepNext/>
        <w:spacing w:after="20" w:before="200"/>
      </w:pPr>
      <w:bookmarkStart w:id="498" w:name="p464"/>
      <w:r>
        <w:rPr>
          <w:b/>
          <w:i w:val="0"/>
          <w:color w:val="222B33"/>
          <w:sz w:val="22"/>
        </w:rPr>
        <w:t>No. 464</w:t>
      </w:r>
      <w:r>
        <w:rPr>
          <w:b w:val="0"/>
          <w:i w:val="0"/>
          <w:color w:val="6A6F75"/>
          <w:sz w:val="18"/>
        </w:rPr>
        <w:t xml:space="preserve">   Genji → Murasaki   独:答 solo / reply</w:t>
      </w:r>
      <w:bookmarkEnd w:id="498"/>
    </w:p>
    <w:p>
      <w:pPr>
        <w:keepNext/>
        <w:spacing w:after="0"/>
      </w:pPr>
      <w:r>
        <w:rPr>
          <w:rFonts w:ascii="Noto Serif CJK JP" w:hAnsi="Noto Serif CJK JP" w:eastAsia="Noto Serif CJK JP"/>
          <w:b w:val="0"/>
          <w:i w:val="0"/>
          <w:color w:val="222B33"/>
          <w:sz w:val="26"/>
        </w:rPr>
        <w:t>命こそ絶ゆとも絶えめ定めなき世の常ならぬ仲の契りを</w:t>
      </w:r>
    </w:p>
    <w:p>
      <w:pPr>
        <w:keepNext/>
        <w:spacing w:after="60"/>
      </w:pPr>
      <w:r>
        <w:rPr>
          <w:rFonts w:ascii="Noto Serif CJK JP" w:hAnsi="Noto Serif CJK JP" w:eastAsia="Noto Serif CJK JP"/>
          <w:b w:val="0"/>
          <w:i w:val="0"/>
          <w:color w:val="6A6F75"/>
          <w:sz w:val="19"/>
        </w:rPr>
        <w:t>命こそ　／　たゆともたえめ　／　さためなき　／　よのつねならぬ　／　中の契を</w:t>
      </w:r>
    </w:p>
    <w:p>
      <w:pPr>
        <w:keepNext/>
        <w:spacing w:after="60"/>
      </w:pPr>
      <w:r>
        <w:rPr>
          <w:b w:val="0"/>
          <w:i/>
          <w:color w:val="222B33"/>
          <w:sz w:val="21"/>
        </w:rPr>
        <w:t>Life itself may end</w:t>
        <w:br/>
      </w:r>
      <w:r>
        <w:rPr>
          <w:b w:val="0"/>
          <w:i/>
          <w:color w:val="222B33"/>
          <w:sz w:val="21"/>
        </w:rPr>
        <w:t>if it must end,</w:t>
        <w:br/>
      </w:r>
      <w:r>
        <w:rPr>
          <w:b w:val="0"/>
          <w:i/>
          <w:color w:val="222B33"/>
          <w:sz w:val="21"/>
        </w:rPr>
        <w:t>but our bond is not</w:t>
        <w:br/>
      </w:r>
      <w:r>
        <w:rPr>
          <w:b w:val="0"/>
          <w:i/>
          <w:color w:val="222B33"/>
          <w:sz w:val="21"/>
        </w:rPr>
        <w:t>the common way</w:t>
        <w:br/>
      </w:r>
      <w:r>
        <w:rPr>
          <w:b w:val="0"/>
          <w:i/>
          <w:color w:val="222B33"/>
          <w:sz w:val="21"/>
        </w:rPr>
        <w:t>of this uncertain world.</w:t>
      </w:r>
    </w:p>
    <w:p>
      <w:pPr>
        <w:spacing w:after="40"/>
      </w:pPr>
      <w:r>
        <w:rPr>
          <w:b/>
          <w:i w:val="0"/>
          <w:color w:val="8A4B1C"/>
          <w:sz w:val="18"/>
        </w:rPr>
        <w:t xml:space="preserve">Attribution uncertain. </w:t>
      </w:r>
      <w:r>
        <w:rPr>
          <w:b w:val="0"/>
          <w:i w:val="0"/>
          <w:sz w:val="19"/>
        </w:rPr>
        <w:t>Classified both as a reply to No. 463 and as private reflection; the reply link is editorial.</w:t>
      </w:r>
    </w:p>
    <w:p>
      <w:pPr>
        <w:spacing w:after="40"/>
      </w:pPr>
      <w:r>
        <w:rPr>
          <w:b w:val="0"/>
          <w:i w:val="0"/>
          <w:color w:val="6A6F75"/>
          <w:sz w:val="18"/>
        </w:rPr>
        <w:t xml:space="preserve">In reply to </w:t>
      </w:r>
      <w:hyperlink w:anchor="p463">
        <w:r>
          <w:rPr>
            <w:color w:val="2E5A80"/>
            <w:u w:val="single"/>
            <w:sz w:val="18"/>
          </w:rPr>
          <w:t xml:space="preserve">No. 463 (Murasaki)</w:t>
        </w:r>
      </w:hyperlink>
    </w:p>
    <w:p>
      <w:pPr>
        <w:keepNext/>
        <w:spacing w:after="20" w:before="200"/>
      </w:pPr>
      <w:bookmarkStart w:id="499" w:name="p465"/>
      <w:r>
        <w:rPr>
          <w:b/>
          <w:i w:val="0"/>
          <w:color w:val="222B33"/>
          <w:sz w:val="22"/>
        </w:rPr>
        <w:t>No. 465</w:t>
      </w:r>
      <w:r>
        <w:rPr>
          <w:b w:val="0"/>
          <w:i w:val="0"/>
          <w:color w:val="6A6F75"/>
          <w:sz w:val="18"/>
        </w:rPr>
        <w:t xml:space="preserve">   Genji → the Third Princess   贈 sent</w:t>
      </w:r>
      <w:bookmarkEnd w:id="499"/>
    </w:p>
    <w:p>
      <w:pPr>
        <w:keepNext/>
        <w:spacing w:after="40"/>
      </w:pPr>
      <w:r>
        <w:rPr>
          <w:b/>
          <w:i w:val="0"/>
          <w:color w:val="6A6F75"/>
          <w:sz w:val="18"/>
        </w:rPr>
        <w:t xml:space="preserve">Context. </w:t>
      </w:r>
      <w:r>
        <w:rPr>
          <w:b w:val="0"/>
          <w:i w:val="0"/>
          <w:color w:val="6A6F75"/>
          <w:sz w:val="19"/>
        </w:rPr>
        <w:t>Genji’s morning-after letter on his marriage to the Third Princess; he has left Murasaki for her and finds her childish.</w:t>
      </w:r>
    </w:p>
    <w:p>
      <w:pPr>
        <w:keepNext/>
        <w:spacing w:after="0"/>
      </w:pPr>
      <w:r>
        <w:rPr>
          <w:rFonts w:ascii="Noto Serif CJK JP" w:hAnsi="Noto Serif CJK JP" w:eastAsia="Noto Serif CJK JP"/>
          <w:b w:val="0"/>
          <w:i w:val="0"/>
          <w:color w:val="222B33"/>
          <w:sz w:val="26"/>
        </w:rPr>
        <w:t>中道を隔つるほどはなけれども心乱るる今朝のあは雪</w:t>
      </w:r>
    </w:p>
    <w:p>
      <w:pPr>
        <w:keepNext/>
        <w:spacing w:after="60"/>
      </w:pPr>
      <w:r>
        <w:rPr>
          <w:rFonts w:ascii="Noto Serif CJK JP" w:hAnsi="Noto Serif CJK JP" w:eastAsia="Noto Serif CJK JP"/>
          <w:b w:val="0"/>
          <w:i w:val="0"/>
          <w:color w:val="6A6F75"/>
          <w:sz w:val="19"/>
        </w:rPr>
        <w:t>なかみちを　／　へたつるほとは　／　なけれとも　／　心みたるゝ　／　けさのあは雪</w:t>
      </w:r>
    </w:p>
    <w:p>
      <w:pPr>
        <w:keepNext/>
        <w:spacing w:after="60"/>
      </w:pPr>
      <w:r>
        <w:rPr>
          <w:b w:val="0"/>
          <w:i/>
          <w:color w:val="222B33"/>
          <w:sz w:val="21"/>
        </w:rPr>
        <w:t>Though not much distance</w:t>
        <w:br/>
      </w:r>
      <w:r>
        <w:rPr>
          <w:b w:val="0"/>
          <w:i/>
          <w:color w:val="222B33"/>
          <w:sz w:val="21"/>
        </w:rPr>
        <w:t>lies along the way between us,</w:t>
        <w:br/>
      </w:r>
      <w:r>
        <w:rPr>
          <w:b w:val="0"/>
          <w:i/>
          <w:color w:val="222B33"/>
          <w:sz w:val="21"/>
        </w:rPr>
        <w:t>my heart is disturbed</w:t>
        <w:br/>
      </w:r>
      <w:r>
        <w:rPr>
          <w:b w:val="0"/>
          <w:i/>
          <w:color w:val="222B33"/>
          <w:sz w:val="21"/>
        </w:rPr>
        <w:t>by this morning’s</w:t>
        <w:br/>
      </w:r>
      <w:r>
        <w:rPr>
          <w:b w:val="0"/>
          <w:i/>
          <w:color w:val="222B33"/>
          <w:sz w:val="21"/>
        </w:rPr>
        <w:t>light snow.</w:t>
      </w:r>
    </w:p>
    <w:p>
      <w:pPr>
        <w:spacing w:after="40"/>
      </w:pPr>
      <w:r>
        <w:rPr>
          <w:b w:val="0"/>
          <w:i w:val="0"/>
          <w:color w:val="6A6F75"/>
          <w:sz w:val="18"/>
        </w:rPr>
        <w:t xml:space="preserve">Answered by </w:t>
      </w:r>
      <w:hyperlink w:anchor="p466">
        <w:r>
          <w:rPr>
            <w:color w:val="2E5A80"/>
            <w:u w:val="single"/>
            <w:sz w:val="18"/>
          </w:rPr>
          <w:t xml:space="preserve">No. 466 (the Third Princess)</w:t>
        </w:r>
      </w:hyperlink>
    </w:p>
    <w:p>
      <w:pPr>
        <w:keepNext/>
        <w:spacing w:after="20" w:before="200"/>
      </w:pPr>
      <w:bookmarkStart w:id="500" w:name="p466"/>
      <w:r>
        <w:rPr>
          <w:b/>
          <w:i w:val="0"/>
          <w:color w:val="222B33"/>
          <w:sz w:val="22"/>
        </w:rPr>
        <w:t>No. 466</w:t>
      </w:r>
      <w:r>
        <w:rPr>
          <w:b w:val="0"/>
          <w:i w:val="0"/>
          <w:color w:val="6A6F75"/>
          <w:sz w:val="18"/>
        </w:rPr>
        <w:t xml:space="preserve">   the Third Princess → Genji   答 reply</w:t>
      </w:r>
      <w:bookmarkEnd w:id="500"/>
    </w:p>
    <w:p>
      <w:pPr>
        <w:keepNext/>
        <w:spacing w:after="0"/>
      </w:pPr>
      <w:r>
        <w:rPr>
          <w:rFonts w:ascii="Noto Serif CJK JP" w:hAnsi="Noto Serif CJK JP" w:eastAsia="Noto Serif CJK JP"/>
          <w:b w:val="0"/>
          <w:i w:val="0"/>
          <w:color w:val="222B33"/>
          <w:sz w:val="26"/>
        </w:rPr>
        <w:t>はかなくてうはの空にぞ消えぬべき風にただよふ春のあは雪</w:t>
      </w:r>
    </w:p>
    <w:p>
      <w:pPr>
        <w:keepNext/>
        <w:spacing w:after="60"/>
      </w:pPr>
      <w:r>
        <w:rPr>
          <w:rFonts w:ascii="Noto Serif CJK JP" w:hAnsi="Noto Serif CJK JP" w:eastAsia="Noto Serif CJK JP"/>
          <w:b w:val="0"/>
          <w:i w:val="0"/>
          <w:color w:val="6A6F75"/>
          <w:sz w:val="19"/>
        </w:rPr>
        <w:t>はかなくて　／　うはのそらにそ　／　きえぬへき　／　風にたゝよふ　／　春のあは雪</w:t>
      </w:r>
    </w:p>
    <w:p>
      <w:pPr>
        <w:keepNext/>
        <w:spacing w:after="60"/>
      </w:pPr>
      <w:r>
        <w:rPr>
          <w:b w:val="0"/>
          <w:i/>
          <w:color w:val="222B33"/>
          <w:sz w:val="21"/>
        </w:rPr>
        <w:t>Frail, I shall vanish</w:t>
        <w:br/>
      </w:r>
      <w:r>
        <w:rPr>
          <w:b w:val="0"/>
          <w:i/>
          <w:color w:val="222B33"/>
          <w:sz w:val="21"/>
        </w:rPr>
        <w:t>in the empty sky:</w:t>
        <w:br/>
      </w:r>
      <w:r>
        <w:rPr>
          <w:b w:val="0"/>
          <w:i/>
          <w:color w:val="222B33"/>
          <w:sz w:val="21"/>
        </w:rPr>
        <w:t>a light spring snow</w:t>
        <w:br/>
      </w:r>
      <w:r>
        <w:rPr>
          <w:b w:val="0"/>
          <w:i/>
          <w:color w:val="222B33"/>
          <w:sz w:val="21"/>
        </w:rPr>
        <w:t>drifting</w:t>
        <w:br/>
      </w:r>
      <w:r>
        <w:rPr>
          <w:b w:val="0"/>
          <w:i/>
          <w:color w:val="222B33"/>
          <w:sz w:val="21"/>
        </w:rPr>
        <w:t>on the wind.</w:t>
      </w:r>
    </w:p>
    <w:p>
      <w:pPr>
        <w:spacing w:after="40"/>
      </w:pPr>
      <w:r>
        <w:rPr>
          <w:b w:val="0"/>
          <w:i w:val="0"/>
          <w:color w:val="222B33"/>
          <w:sz w:val="19"/>
        </w:rPr>
        <w:t>Childish, as Genji sees it; even her hand is unformed.</w:t>
      </w:r>
    </w:p>
    <w:p>
      <w:pPr>
        <w:spacing w:after="40"/>
      </w:pPr>
      <w:r>
        <w:rPr>
          <w:b w:val="0"/>
          <w:i w:val="0"/>
          <w:color w:val="6A6F75"/>
          <w:sz w:val="18"/>
        </w:rPr>
        <w:t xml:space="preserve">In reply to </w:t>
      </w:r>
      <w:hyperlink w:anchor="p465">
        <w:r>
          <w:rPr>
            <w:color w:val="2E5A80"/>
            <w:u w:val="single"/>
            <w:sz w:val="18"/>
          </w:rPr>
          <w:t xml:space="preserve">No. 465 (Genji)</w:t>
        </w:r>
      </w:hyperlink>
    </w:p>
    <w:p>
      <w:pPr>
        <w:keepNext/>
        <w:spacing w:after="20" w:before="200"/>
      </w:pPr>
      <w:bookmarkStart w:id="501" w:name="p467"/>
      <w:r>
        <w:rPr>
          <w:b/>
          <w:i w:val="0"/>
          <w:color w:val="222B33"/>
          <w:sz w:val="22"/>
        </w:rPr>
        <w:t>No. 467</w:t>
      </w:r>
      <w:r>
        <w:rPr>
          <w:b w:val="0"/>
          <w:i w:val="0"/>
          <w:color w:val="6A6F75"/>
          <w:sz w:val="18"/>
        </w:rPr>
        <w:t xml:space="preserve">   Suzaku Retired Emperor → Murasaki   贈 sent</w:t>
      </w:r>
      <w:bookmarkEnd w:id="501"/>
    </w:p>
    <w:p>
      <w:pPr>
        <w:keepNext/>
        <w:spacing w:after="40"/>
      </w:pPr>
      <w:r>
        <w:rPr>
          <w:b/>
          <w:i w:val="0"/>
          <w:color w:val="6A6F75"/>
          <w:sz w:val="18"/>
        </w:rPr>
        <w:t xml:space="preserve">Context. </w:t>
      </w:r>
      <w:r>
        <w:rPr>
          <w:b w:val="0"/>
          <w:i w:val="0"/>
          <w:color w:val="6A6F75"/>
          <w:sz w:val="19"/>
        </w:rPr>
        <w:t>Suzaku, about to take vows, commends his daughter to Murasaki; Murasaki must accept her rival.</w:t>
      </w:r>
    </w:p>
    <w:p>
      <w:pPr>
        <w:keepNext/>
        <w:spacing w:after="0"/>
      </w:pPr>
      <w:r>
        <w:rPr>
          <w:rFonts w:ascii="Noto Serif CJK JP" w:hAnsi="Noto Serif CJK JP" w:eastAsia="Noto Serif CJK JP"/>
          <w:b w:val="0"/>
          <w:i w:val="0"/>
          <w:color w:val="222B33"/>
          <w:sz w:val="26"/>
        </w:rPr>
        <w:t>背きにしこの世に残る心こそ入る山路のほだしなりけれ</w:t>
      </w:r>
    </w:p>
    <w:p>
      <w:pPr>
        <w:keepNext/>
        <w:spacing w:after="60"/>
      </w:pPr>
      <w:r>
        <w:rPr>
          <w:rFonts w:ascii="Noto Serif CJK JP" w:hAnsi="Noto Serif CJK JP" w:eastAsia="Noto Serif CJK JP"/>
          <w:b w:val="0"/>
          <w:i w:val="0"/>
          <w:color w:val="6A6F75"/>
          <w:sz w:val="19"/>
        </w:rPr>
        <w:t>そむきにし　／　この世にのこる　／　こゝろこそ　／　いる山みちの　／　ほたしなりけれ</w:t>
      </w:r>
    </w:p>
    <w:p>
      <w:pPr>
        <w:keepNext/>
        <w:spacing w:after="60"/>
      </w:pPr>
      <w:r>
        <w:rPr>
          <w:b w:val="0"/>
          <w:i/>
          <w:color w:val="222B33"/>
          <w:sz w:val="21"/>
        </w:rPr>
        <w:t>The heart that remains</w:t>
        <w:br/>
      </w:r>
      <w:r>
        <w:rPr>
          <w:b w:val="0"/>
          <w:i/>
          <w:color w:val="222B33"/>
          <w:sz w:val="21"/>
        </w:rPr>
        <w:t>in the world I renounced</w:t>
        <w:br/>
      </w:r>
      <w:r>
        <w:rPr>
          <w:b w:val="0"/>
          <w:i/>
          <w:color w:val="222B33"/>
          <w:sz w:val="21"/>
        </w:rPr>
        <w:t>is the fetter</w:t>
        <w:br/>
      </w:r>
      <w:r>
        <w:rPr>
          <w:b w:val="0"/>
          <w:i/>
          <w:color w:val="222B33"/>
          <w:sz w:val="21"/>
        </w:rPr>
        <w:t>on the mountain path</w:t>
        <w:br/>
      </w:r>
      <w:r>
        <w:rPr>
          <w:b w:val="0"/>
          <w:i/>
          <w:color w:val="222B33"/>
          <w:sz w:val="21"/>
        </w:rPr>
        <w:t>I enter.</w:t>
      </w:r>
    </w:p>
    <w:p>
      <w:pPr>
        <w:spacing w:after="40"/>
      </w:pPr>
      <w:r>
        <w:rPr>
          <w:b w:val="0"/>
          <w:i w:val="0"/>
          <w:color w:val="222B33"/>
          <w:sz w:val="19"/>
        </w:rPr>
        <w:t>He commends his daughter to Murasaki.</w:t>
      </w:r>
    </w:p>
    <w:p>
      <w:pPr>
        <w:spacing w:after="40"/>
      </w:pPr>
      <w:r>
        <w:rPr>
          <w:b w:val="0"/>
          <w:i w:val="0"/>
          <w:color w:val="6A6F75"/>
          <w:sz w:val="18"/>
        </w:rPr>
        <w:t xml:space="preserve">Answered by </w:t>
      </w:r>
      <w:hyperlink w:anchor="p468">
        <w:r>
          <w:rPr>
            <w:color w:val="2E5A80"/>
            <w:u w:val="single"/>
            <w:sz w:val="18"/>
          </w:rPr>
          <w:t xml:space="preserve">No. 468 (Murasaki)</w:t>
        </w:r>
      </w:hyperlink>
    </w:p>
    <w:p>
      <w:pPr>
        <w:keepNext/>
        <w:spacing w:after="20" w:before="200"/>
      </w:pPr>
      <w:bookmarkStart w:id="502" w:name="p468"/>
      <w:r>
        <w:rPr>
          <w:b/>
          <w:i w:val="0"/>
          <w:color w:val="222B33"/>
          <w:sz w:val="22"/>
        </w:rPr>
        <w:t>No. 468</w:t>
      </w:r>
      <w:r>
        <w:rPr>
          <w:b w:val="0"/>
          <w:i w:val="0"/>
          <w:color w:val="6A6F75"/>
          <w:sz w:val="18"/>
        </w:rPr>
        <w:t xml:space="preserve">   Murasaki → Suzaku Retired Emperor   答 reply</w:t>
      </w:r>
      <w:bookmarkEnd w:id="502"/>
    </w:p>
    <w:p>
      <w:pPr>
        <w:keepNext/>
        <w:spacing w:after="0"/>
      </w:pPr>
      <w:r>
        <w:rPr>
          <w:rFonts w:ascii="Noto Serif CJK JP" w:hAnsi="Noto Serif CJK JP" w:eastAsia="Noto Serif CJK JP"/>
          <w:b w:val="0"/>
          <w:i w:val="0"/>
          <w:color w:val="222B33"/>
          <w:sz w:val="26"/>
        </w:rPr>
        <w:t>背く世のうしろめたくはさりがたきほだしをしひてかけな離れそ</w:t>
      </w:r>
    </w:p>
    <w:p>
      <w:pPr>
        <w:keepNext/>
        <w:spacing w:after="60"/>
      </w:pPr>
      <w:r>
        <w:rPr>
          <w:rFonts w:ascii="Noto Serif CJK JP" w:hAnsi="Noto Serif CJK JP" w:eastAsia="Noto Serif CJK JP"/>
          <w:b w:val="0"/>
          <w:i w:val="0"/>
          <w:color w:val="6A6F75"/>
          <w:sz w:val="19"/>
        </w:rPr>
        <w:t>そむくよの　／　うしろめたくは　／　さりかたき　／　ほたしをしゐて　／　かけなはなれそ</w:t>
      </w:r>
    </w:p>
    <w:p>
      <w:pPr>
        <w:keepNext/>
        <w:spacing w:after="60"/>
      </w:pPr>
      <w:r>
        <w:rPr>
          <w:b w:val="0"/>
          <w:i/>
          <w:color w:val="222B33"/>
          <w:sz w:val="21"/>
        </w:rPr>
        <w:t>If you are anxious</w:t>
        <w:br/>
      </w:r>
      <w:r>
        <w:rPr>
          <w:b w:val="0"/>
          <w:i/>
          <w:color w:val="222B33"/>
          <w:sz w:val="21"/>
        </w:rPr>
        <w:t>about the world you renounce,</w:t>
        <w:br/>
      </w:r>
      <w:r>
        <w:rPr>
          <w:b w:val="0"/>
          <w:i/>
          <w:color w:val="222B33"/>
          <w:sz w:val="21"/>
        </w:rPr>
        <w:t>do not force yourself</w:t>
        <w:br/>
      </w:r>
      <w:r>
        <w:rPr>
          <w:b w:val="0"/>
          <w:i/>
          <w:color w:val="222B33"/>
          <w:sz w:val="21"/>
        </w:rPr>
        <w:t>to leave</w:t>
        <w:br/>
      </w:r>
      <w:r>
        <w:rPr>
          <w:b w:val="0"/>
          <w:i/>
          <w:color w:val="222B33"/>
          <w:sz w:val="21"/>
        </w:rPr>
        <w:t>the fetter you cannot shake off.</w:t>
      </w:r>
    </w:p>
    <w:p>
      <w:pPr>
        <w:spacing w:after="40"/>
      </w:pPr>
      <w:r>
        <w:rPr>
          <w:b w:val="0"/>
          <w:i w:val="0"/>
          <w:color w:val="6A6F75"/>
          <w:sz w:val="18"/>
        </w:rPr>
        <w:t xml:space="preserve">In reply to </w:t>
      </w:r>
      <w:hyperlink w:anchor="p467">
        <w:r>
          <w:rPr>
            <w:color w:val="2E5A80"/>
            <w:u w:val="single"/>
            <w:sz w:val="18"/>
          </w:rPr>
          <w:t xml:space="preserve">No. 467 (Suzaku Retired Emperor)</w:t>
        </w:r>
      </w:hyperlink>
    </w:p>
    <w:p>
      <w:pPr>
        <w:keepNext/>
        <w:spacing w:after="20" w:before="200"/>
      </w:pPr>
      <w:bookmarkStart w:id="503" w:name="p469"/>
      <w:r>
        <w:rPr>
          <w:b/>
          <w:i w:val="0"/>
          <w:color w:val="222B33"/>
          <w:sz w:val="22"/>
        </w:rPr>
        <w:t>No. 469</w:t>
      </w:r>
      <w:r>
        <w:rPr>
          <w:b w:val="0"/>
          <w:i w:val="0"/>
          <w:color w:val="6A6F75"/>
          <w:sz w:val="18"/>
        </w:rPr>
        <w:t xml:space="preserve">   Genji → Oborozukiyo   贈 sent</w:t>
      </w:r>
      <w:bookmarkEnd w:id="503"/>
    </w:p>
    <w:p>
      <w:pPr>
        <w:keepNext/>
        <w:spacing w:after="40"/>
      </w:pPr>
      <w:r>
        <w:rPr>
          <w:b/>
          <w:i w:val="0"/>
          <w:color w:val="6A6F75"/>
          <w:sz w:val="18"/>
        </w:rPr>
        <w:t xml:space="preserve">Context. </w:t>
      </w:r>
      <w:r>
        <w:rPr>
          <w:b w:val="0"/>
          <w:i w:val="0"/>
          <w:color w:val="6A6F75"/>
          <w:sz w:val="19"/>
        </w:rPr>
        <w:t>Genji renews his affair with Oborozukiyo, now living at home after Suzaku’s renunciation; at forty he repeats the recklessness that once sent him to Suma.</w:t>
      </w:r>
    </w:p>
    <w:p>
      <w:pPr>
        <w:keepNext/>
        <w:spacing w:after="0"/>
      </w:pPr>
      <w:r>
        <w:rPr>
          <w:rFonts w:ascii="Noto Serif CJK JP" w:hAnsi="Noto Serif CJK JP" w:eastAsia="Noto Serif CJK JP"/>
          <w:b w:val="0"/>
          <w:i w:val="0"/>
          <w:color w:val="222B33"/>
          <w:sz w:val="26"/>
        </w:rPr>
        <w:t>年月をなかに隔てて逢坂のさも塞きがたく落つる涙か</w:t>
      </w:r>
    </w:p>
    <w:p>
      <w:pPr>
        <w:keepNext/>
        <w:spacing w:after="60"/>
      </w:pPr>
      <w:r>
        <w:rPr>
          <w:rFonts w:ascii="Noto Serif CJK JP" w:hAnsi="Noto Serif CJK JP" w:eastAsia="Noto Serif CJK JP"/>
          <w:b w:val="0"/>
          <w:i w:val="0"/>
          <w:color w:val="6A6F75"/>
          <w:sz w:val="19"/>
        </w:rPr>
        <w:t>とし月を　／　中にへたてゝ　／　あふさかの　／　さもせきかたく　／　おつる涙か</w:t>
      </w:r>
    </w:p>
    <w:p>
      <w:pPr>
        <w:keepNext/>
        <w:spacing w:after="60"/>
      </w:pPr>
      <w:r>
        <w:rPr>
          <w:b w:val="0"/>
          <w:i/>
          <w:color w:val="222B33"/>
          <w:sz w:val="21"/>
        </w:rPr>
        <w:t>With months and years</w:t>
        <w:br/>
      </w:r>
      <w:r>
        <w:rPr>
          <w:b w:val="0"/>
          <w:i/>
          <w:color w:val="222B33"/>
          <w:sz w:val="21"/>
        </w:rPr>
        <w:t>lying between us, at Ōsaka</w:t>
        <w:br/>
      </w:r>
      <w:r>
        <w:rPr>
          <w:b w:val="0"/>
          <w:i/>
          <w:color w:val="222B33"/>
          <w:sz w:val="21"/>
        </w:rPr>
        <w:t>tears fall that I cannot</w:t>
        <w:br/>
      </w:r>
      <w:r>
        <w:rPr>
          <w:b w:val="0"/>
          <w:i/>
          <w:color w:val="222B33"/>
          <w:sz w:val="21"/>
        </w:rPr>
        <w:t>hold back</w:t>
        <w:br/>
      </w:r>
      <w:r>
        <w:rPr>
          <w:b w:val="0"/>
          <w:i/>
          <w:color w:val="222B33"/>
          <w:sz w:val="21"/>
        </w:rPr>
        <w:t>like the barrier.</w:t>
      </w:r>
    </w:p>
    <w:p>
      <w:pPr>
        <w:spacing w:after="40"/>
      </w:pPr>
      <w:r>
        <w:rPr>
          <w:b w:val="0"/>
          <w:i w:val="0"/>
          <w:color w:val="222B33"/>
          <w:sz w:val="19"/>
        </w:rPr>
        <w:t>He resumes the affair.</w:t>
      </w:r>
    </w:p>
    <w:p>
      <w:pPr>
        <w:spacing w:after="40"/>
      </w:pPr>
      <w:r>
        <w:rPr>
          <w:b w:val="0"/>
          <w:i w:val="0"/>
          <w:color w:val="6A6F75"/>
          <w:sz w:val="18"/>
        </w:rPr>
        <w:t xml:space="preserve">Answered by </w:t>
      </w:r>
      <w:hyperlink w:anchor="p470">
        <w:r>
          <w:rPr>
            <w:color w:val="2E5A80"/>
            <w:u w:val="single"/>
            <w:sz w:val="18"/>
          </w:rPr>
          <w:t xml:space="preserve">No. 470 (Oborozukiyo)</w:t>
        </w:r>
      </w:hyperlink>
    </w:p>
    <w:p>
      <w:pPr>
        <w:keepNext/>
        <w:spacing w:after="20" w:before="200"/>
      </w:pPr>
      <w:bookmarkStart w:id="504" w:name="p470"/>
      <w:r>
        <w:rPr>
          <w:b/>
          <w:i w:val="0"/>
          <w:color w:val="222B33"/>
          <w:sz w:val="22"/>
        </w:rPr>
        <w:t>No. 470</w:t>
      </w:r>
      <w:r>
        <w:rPr>
          <w:b w:val="0"/>
          <w:i w:val="0"/>
          <w:color w:val="6A6F75"/>
          <w:sz w:val="18"/>
        </w:rPr>
        <w:t xml:space="preserve">   Oborozukiyo → Genji   答 reply</w:t>
      </w:r>
      <w:bookmarkEnd w:id="504"/>
    </w:p>
    <w:p>
      <w:pPr>
        <w:keepNext/>
        <w:spacing w:after="0"/>
      </w:pPr>
      <w:r>
        <w:rPr>
          <w:rFonts w:ascii="Noto Serif CJK JP" w:hAnsi="Noto Serif CJK JP" w:eastAsia="Noto Serif CJK JP"/>
          <w:b w:val="0"/>
          <w:i w:val="0"/>
          <w:color w:val="222B33"/>
          <w:sz w:val="26"/>
        </w:rPr>
        <w:t>涙のみ塞きとめがたき清水にてゆき逢ふ道ははやく絶えにき</w:t>
      </w:r>
    </w:p>
    <w:p>
      <w:pPr>
        <w:keepNext/>
        <w:spacing w:after="60"/>
      </w:pPr>
      <w:r>
        <w:rPr>
          <w:rFonts w:ascii="Noto Serif CJK JP" w:hAnsi="Noto Serif CJK JP" w:eastAsia="Noto Serif CJK JP"/>
          <w:b w:val="0"/>
          <w:i w:val="0"/>
          <w:color w:val="6A6F75"/>
          <w:sz w:val="19"/>
        </w:rPr>
        <w:t>なみたのみ　／　せきとめかたき　／　しみつにて　／　行あふみちは　／　ゝやくたえにきな</w:t>
      </w:r>
    </w:p>
    <w:p>
      <w:pPr>
        <w:keepNext/>
        <w:spacing w:after="60"/>
      </w:pPr>
      <w:r>
        <w:rPr>
          <w:b w:val="0"/>
          <w:i/>
          <w:color w:val="222B33"/>
          <w:sz w:val="21"/>
        </w:rPr>
        <w:t>Only tears, a spring</w:t>
        <w:br/>
      </w:r>
      <w:r>
        <w:rPr>
          <w:b w:val="0"/>
          <w:i/>
          <w:color w:val="222B33"/>
          <w:sz w:val="21"/>
        </w:rPr>
        <w:t>that cannot be held back:</w:t>
        <w:br/>
      </w:r>
      <w:r>
        <w:rPr>
          <w:b w:val="0"/>
          <w:i/>
          <w:color w:val="222B33"/>
          <w:sz w:val="21"/>
        </w:rPr>
        <w:t>the road</w:t>
        <w:br/>
      </w:r>
      <w:r>
        <w:rPr>
          <w:b w:val="0"/>
          <w:i/>
          <w:color w:val="222B33"/>
          <w:sz w:val="21"/>
        </w:rPr>
        <w:t>where we used to meet</w:t>
        <w:br/>
      </w:r>
      <w:r>
        <w:rPr>
          <w:b w:val="0"/>
          <w:i/>
          <w:color w:val="222B33"/>
          <w:sz w:val="21"/>
        </w:rPr>
        <w:t>ended long ago.</w:t>
      </w:r>
    </w:p>
    <w:p>
      <w:pPr>
        <w:spacing w:after="40"/>
      </w:pPr>
      <w:r>
        <w:rPr>
          <w:b w:val="0"/>
          <w:i w:val="0"/>
          <w:color w:val="6A6F75"/>
          <w:sz w:val="18"/>
        </w:rPr>
        <w:t xml:space="preserve">In reply to </w:t>
      </w:r>
      <w:hyperlink w:anchor="p469">
        <w:r>
          <w:rPr>
            <w:color w:val="2E5A80"/>
            <w:u w:val="single"/>
            <w:sz w:val="18"/>
          </w:rPr>
          <w:t xml:space="preserve">No. 469 (Genji)</w:t>
        </w:r>
      </w:hyperlink>
    </w:p>
    <w:p>
      <w:pPr>
        <w:keepNext/>
        <w:spacing w:after="20" w:before="200"/>
      </w:pPr>
      <w:bookmarkStart w:id="505" w:name="p471"/>
      <w:r>
        <w:rPr>
          <w:b/>
          <w:i w:val="0"/>
          <w:color w:val="222B33"/>
          <w:sz w:val="22"/>
        </w:rPr>
        <w:t>No. 471</w:t>
      </w:r>
      <w:r>
        <w:rPr>
          <w:b w:val="0"/>
          <w:i w:val="0"/>
          <w:color w:val="6A6F75"/>
          <w:sz w:val="18"/>
        </w:rPr>
        <w:t xml:space="preserve">   Genji → Oborozukiyo   贈 sent</w:t>
      </w:r>
      <w:bookmarkEnd w:id="505"/>
    </w:p>
    <w:p>
      <w:pPr>
        <w:keepNext/>
        <w:spacing w:after="40"/>
      </w:pPr>
      <w:r>
        <w:rPr>
          <w:b/>
          <w:i w:val="0"/>
          <w:color w:val="6A6F75"/>
          <w:sz w:val="18"/>
        </w:rPr>
        <w:t xml:space="preserve">Context. </w:t>
      </w:r>
      <w:r>
        <w:rPr>
          <w:b w:val="0"/>
          <w:i w:val="0"/>
          <w:color w:val="6A6F75"/>
          <w:sz w:val="19"/>
        </w:rPr>
        <w:t>Leaving Oborozukiyo; the wisteria of her house and Suma recalled.</w:t>
      </w:r>
    </w:p>
    <w:p>
      <w:pPr>
        <w:keepNext/>
        <w:spacing w:after="0"/>
      </w:pPr>
      <w:r>
        <w:rPr>
          <w:rFonts w:ascii="Noto Serif CJK JP" w:hAnsi="Noto Serif CJK JP" w:eastAsia="Noto Serif CJK JP"/>
          <w:b w:val="0"/>
          <w:i w:val="0"/>
          <w:color w:val="222B33"/>
          <w:sz w:val="26"/>
        </w:rPr>
        <w:t>沈みしも忘れぬものをこりずまに身も投げつべき宿の藤波</w:t>
      </w:r>
    </w:p>
    <w:p>
      <w:pPr>
        <w:keepNext/>
        <w:spacing w:after="60"/>
      </w:pPr>
      <w:r>
        <w:rPr>
          <w:rFonts w:ascii="Noto Serif CJK JP" w:hAnsi="Noto Serif CJK JP" w:eastAsia="Noto Serif CJK JP"/>
          <w:b w:val="0"/>
          <w:i w:val="0"/>
          <w:color w:val="6A6F75"/>
          <w:sz w:val="19"/>
        </w:rPr>
        <w:t>しつみしも　／　わすれぬものを　／　こりすまに　／　身もなけつへき　／　やとの藤なみ</w:t>
      </w:r>
    </w:p>
    <w:p>
      <w:pPr>
        <w:keepNext/>
        <w:spacing w:after="60"/>
      </w:pPr>
      <w:r>
        <w:rPr>
          <w:b w:val="0"/>
          <w:i/>
          <w:color w:val="222B33"/>
          <w:sz w:val="21"/>
        </w:rPr>
        <w:t>I have not forgotten</w:t>
        <w:br/>
      </w:r>
      <w:r>
        <w:rPr>
          <w:b w:val="0"/>
          <w:i/>
          <w:color w:val="222B33"/>
          <w:sz w:val="21"/>
        </w:rPr>
        <w:t>how I sank once, but undeterred</w:t>
        <w:br/>
      </w:r>
      <w:r>
        <w:rPr>
          <w:b w:val="0"/>
          <w:i/>
          <w:color w:val="222B33"/>
          <w:sz w:val="21"/>
        </w:rPr>
        <w:t>I could throw myself</w:t>
        <w:br/>
      </w:r>
      <w:r>
        <w:rPr>
          <w:b w:val="0"/>
          <w:i/>
          <w:color w:val="222B33"/>
          <w:sz w:val="21"/>
        </w:rPr>
        <w:t>into the waves of wisteria</w:t>
        <w:br/>
      </w:r>
      <w:r>
        <w:rPr>
          <w:b w:val="0"/>
          <w:i/>
          <w:color w:val="222B33"/>
          <w:sz w:val="21"/>
        </w:rPr>
        <w:t>at your house.</w:t>
      </w:r>
    </w:p>
    <w:p>
      <w:pPr>
        <w:spacing w:after="40"/>
      </w:pPr>
      <w:r>
        <w:rPr>
          <w:b w:val="0"/>
          <w:i w:val="0"/>
          <w:color w:val="222B33"/>
          <w:sz w:val="19"/>
        </w:rPr>
        <w:t>Korizuma: “undeterred” and Suma.</w:t>
      </w:r>
    </w:p>
    <w:p>
      <w:pPr>
        <w:spacing w:after="40"/>
      </w:pPr>
      <w:r>
        <w:rPr>
          <w:b w:val="0"/>
          <w:i w:val="0"/>
          <w:color w:val="6A6F75"/>
          <w:sz w:val="18"/>
        </w:rPr>
        <w:t xml:space="preserve">Answered by </w:t>
      </w:r>
      <w:hyperlink w:anchor="p472">
        <w:r>
          <w:rPr>
            <w:color w:val="2E5A80"/>
            <w:u w:val="single"/>
            <w:sz w:val="18"/>
          </w:rPr>
          <w:t xml:space="preserve">No. 472 (Oborozukiyo)</w:t>
        </w:r>
      </w:hyperlink>
    </w:p>
    <w:p>
      <w:pPr>
        <w:keepNext/>
        <w:spacing w:after="20" w:before="200"/>
      </w:pPr>
      <w:bookmarkStart w:id="506" w:name="p472"/>
      <w:r>
        <w:rPr>
          <w:b/>
          <w:i w:val="0"/>
          <w:color w:val="222B33"/>
          <w:sz w:val="22"/>
        </w:rPr>
        <w:t>No. 472</w:t>
      </w:r>
      <w:r>
        <w:rPr>
          <w:b w:val="0"/>
          <w:i w:val="0"/>
          <w:color w:val="6A6F75"/>
          <w:sz w:val="18"/>
        </w:rPr>
        <w:t xml:space="preserve">   Oborozukiyo → Genji   答 reply</w:t>
      </w:r>
      <w:bookmarkEnd w:id="506"/>
    </w:p>
    <w:p>
      <w:pPr>
        <w:keepNext/>
        <w:spacing w:after="0"/>
      </w:pPr>
      <w:r>
        <w:rPr>
          <w:rFonts w:ascii="Noto Serif CJK JP" w:hAnsi="Noto Serif CJK JP" w:eastAsia="Noto Serif CJK JP"/>
          <w:b w:val="0"/>
          <w:i w:val="0"/>
          <w:color w:val="222B33"/>
          <w:sz w:val="26"/>
        </w:rPr>
        <w:t>身を投げむ淵もまことの淵ならでかけじやさらにこりずまの波</w:t>
      </w:r>
    </w:p>
    <w:p>
      <w:pPr>
        <w:keepNext/>
        <w:spacing w:after="60"/>
      </w:pPr>
      <w:r>
        <w:rPr>
          <w:rFonts w:ascii="Noto Serif CJK JP" w:hAnsi="Noto Serif CJK JP" w:eastAsia="Noto Serif CJK JP"/>
          <w:b w:val="0"/>
          <w:i w:val="0"/>
          <w:color w:val="6A6F75"/>
          <w:sz w:val="19"/>
        </w:rPr>
        <w:t>身をなけん　／　ふちもまことの　／　ふちならて　／　かけしやさらに　／　こりすまの浪</w:t>
      </w:r>
    </w:p>
    <w:p>
      <w:pPr>
        <w:keepNext/>
        <w:spacing w:after="60"/>
      </w:pPr>
      <w:r>
        <w:rPr>
          <w:b w:val="0"/>
          <w:i/>
          <w:color w:val="222B33"/>
          <w:sz w:val="21"/>
        </w:rPr>
        <w:t>The pool you would throw yourself into</w:t>
        <w:br/>
      </w:r>
      <w:r>
        <w:rPr>
          <w:b w:val="0"/>
          <w:i/>
          <w:color w:val="222B33"/>
          <w:sz w:val="21"/>
        </w:rPr>
        <w:t>is not a real one;</w:t>
        <w:br/>
      </w:r>
      <w:r>
        <w:rPr>
          <w:b w:val="0"/>
          <w:i/>
          <w:color w:val="222B33"/>
          <w:sz w:val="21"/>
        </w:rPr>
        <w:t>I will not hang again</w:t>
        <w:br/>
      </w:r>
      <w:r>
        <w:rPr>
          <w:b w:val="0"/>
          <w:i/>
          <w:color w:val="222B33"/>
          <w:sz w:val="21"/>
        </w:rPr>
        <w:t>on the undeterred</w:t>
        <w:br/>
      </w:r>
      <w:r>
        <w:rPr>
          <w:b w:val="0"/>
          <w:i/>
          <w:color w:val="222B33"/>
          <w:sz w:val="21"/>
        </w:rPr>
        <w:t>waves.</w:t>
      </w:r>
    </w:p>
    <w:p>
      <w:pPr>
        <w:spacing w:after="40"/>
      </w:pPr>
      <w:r>
        <w:rPr>
          <w:b w:val="0"/>
          <w:i w:val="0"/>
          <w:color w:val="6A6F75"/>
          <w:sz w:val="18"/>
        </w:rPr>
        <w:t xml:space="preserve">In reply to </w:t>
      </w:r>
      <w:hyperlink w:anchor="p471">
        <w:r>
          <w:rPr>
            <w:color w:val="2E5A80"/>
            <w:u w:val="single"/>
            <w:sz w:val="18"/>
          </w:rPr>
          <w:t xml:space="preserve">No. 471 (Genji)</w:t>
        </w:r>
      </w:hyperlink>
    </w:p>
    <w:p>
      <w:pPr>
        <w:keepNext/>
        <w:spacing w:after="20" w:before="200"/>
      </w:pPr>
      <w:bookmarkStart w:id="507" w:name="p473"/>
      <w:r>
        <w:rPr>
          <w:b/>
          <w:i w:val="0"/>
          <w:color w:val="222B33"/>
          <w:sz w:val="22"/>
        </w:rPr>
        <w:t>No. 473</w:t>
      </w:r>
      <w:r>
        <w:rPr>
          <w:b w:val="0"/>
          <w:i w:val="0"/>
          <w:color w:val="6A6F75"/>
          <w:sz w:val="18"/>
        </w:rPr>
        <w:t xml:space="preserve">   Murasaki   独 solo</w:t>
      </w:r>
      <w:bookmarkEnd w:id="507"/>
    </w:p>
    <w:p>
      <w:pPr>
        <w:keepNext/>
        <w:spacing w:after="40"/>
      </w:pPr>
      <w:r>
        <w:rPr>
          <w:b/>
          <w:i w:val="0"/>
          <w:color w:val="6A6F75"/>
          <w:sz w:val="18"/>
        </w:rPr>
        <w:t xml:space="preserve">Context. </w:t>
      </w:r>
      <w:r>
        <w:rPr>
          <w:b w:val="0"/>
          <w:i w:val="0"/>
          <w:color w:val="6A6F75"/>
          <w:sz w:val="19"/>
        </w:rPr>
        <w:t>Murasaki’s private poem as Genji divides his nights; the beginning of her illness of the heart.</w:t>
      </w:r>
    </w:p>
    <w:p>
      <w:pPr>
        <w:keepNext/>
        <w:spacing w:after="0"/>
      </w:pPr>
      <w:r>
        <w:rPr>
          <w:rFonts w:ascii="Noto Serif CJK JP" w:hAnsi="Noto Serif CJK JP" w:eastAsia="Noto Serif CJK JP"/>
          <w:b w:val="0"/>
          <w:i w:val="0"/>
          <w:color w:val="222B33"/>
          <w:sz w:val="26"/>
        </w:rPr>
        <w:t>身に近く秋や来ぬらむ見るままに青葉の山も移ろひにけり</w:t>
      </w:r>
    </w:p>
    <w:p>
      <w:pPr>
        <w:keepNext/>
        <w:spacing w:after="60"/>
      </w:pPr>
      <w:r>
        <w:rPr>
          <w:rFonts w:ascii="Noto Serif CJK JP" w:hAnsi="Noto Serif CJK JP" w:eastAsia="Noto Serif CJK JP"/>
          <w:b w:val="0"/>
          <w:i w:val="0"/>
          <w:color w:val="6A6F75"/>
          <w:sz w:val="19"/>
        </w:rPr>
        <w:t>身にちかく　／　秋やきぬらん　／　みるまゝに　／　あを葉の山も　／　うつろひにけり</w:t>
      </w:r>
    </w:p>
    <w:p>
      <w:pPr>
        <w:keepNext/>
        <w:spacing w:after="60"/>
      </w:pPr>
      <w:r>
        <w:rPr>
          <w:b w:val="0"/>
          <w:i/>
          <w:color w:val="222B33"/>
          <w:sz w:val="21"/>
        </w:rPr>
        <w:t>Has autumn come</w:t>
        <w:br/>
      </w:r>
      <w:r>
        <w:rPr>
          <w:b w:val="0"/>
          <w:i/>
          <w:color w:val="222B33"/>
          <w:sz w:val="21"/>
        </w:rPr>
        <w:t>close to me? As I watch,</w:t>
        <w:br/>
      </w:r>
      <w:r>
        <w:rPr>
          <w:b w:val="0"/>
          <w:i/>
          <w:color w:val="222B33"/>
          <w:sz w:val="21"/>
        </w:rPr>
        <w:t>even the mountain</w:t>
        <w:br/>
      </w:r>
      <w:r>
        <w:rPr>
          <w:b w:val="0"/>
          <w:i/>
          <w:color w:val="222B33"/>
          <w:sz w:val="21"/>
        </w:rPr>
        <w:t>of green leaves</w:t>
        <w:br/>
      </w:r>
      <w:r>
        <w:rPr>
          <w:b w:val="0"/>
          <w:i/>
          <w:color w:val="222B33"/>
          <w:sz w:val="21"/>
        </w:rPr>
        <w:t>has turned.</w:t>
      </w:r>
    </w:p>
    <w:p>
      <w:pPr>
        <w:spacing w:after="40"/>
      </w:pPr>
      <w:r>
        <w:rPr>
          <w:b w:val="0"/>
          <w:i w:val="0"/>
          <w:color w:val="222B33"/>
          <w:sz w:val="19"/>
        </w:rPr>
        <w:t>Aki: “autumn” and “weariness”: Genji has grown tired of her.</w:t>
      </w:r>
    </w:p>
    <w:p>
      <w:pPr>
        <w:spacing w:after="40"/>
      </w:pPr>
      <w:r>
        <w:rPr>
          <w:b w:val="0"/>
          <w:i w:val="0"/>
          <w:color w:val="6A6F75"/>
          <w:sz w:val="18"/>
        </w:rPr>
        <w:t xml:space="preserve">Answered by </w:t>
      </w:r>
      <w:hyperlink w:anchor="p474">
        <w:r>
          <w:rPr>
            <w:color w:val="2E5A80"/>
            <w:u w:val="single"/>
            <w:sz w:val="18"/>
          </w:rPr>
          <w:t xml:space="preserve">No. 474 (Genji)</w:t>
        </w:r>
      </w:hyperlink>
    </w:p>
    <w:p>
      <w:pPr>
        <w:keepNext/>
        <w:spacing w:after="20" w:before="200"/>
      </w:pPr>
      <w:bookmarkStart w:id="508" w:name="p474"/>
      <w:r>
        <w:rPr>
          <w:b/>
          <w:i w:val="0"/>
          <w:color w:val="222B33"/>
          <w:sz w:val="22"/>
        </w:rPr>
        <w:t>No. 474</w:t>
      </w:r>
      <w:r>
        <w:rPr>
          <w:b w:val="0"/>
          <w:i w:val="0"/>
          <w:color w:val="6A6F75"/>
          <w:sz w:val="18"/>
        </w:rPr>
        <w:t xml:space="preserve">   Genji → Murasaki   独:答 solo / reply</w:t>
      </w:r>
      <w:bookmarkEnd w:id="508"/>
    </w:p>
    <w:p>
      <w:pPr>
        <w:keepNext/>
        <w:spacing w:after="0"/>
      </w:pPr>
      <w:r>
        <w:rPr>
          <w:rFonts w:ascii="Noto Serif CJK JP" w:hAnsi="Noto Serif CJK JP" w:eastAsia="Noto Serif CJK JP"/>
          <w:b w:val="0"/>
          <w:i w:val="0"/>
          <w:color w:val="222B33"/>
          <w:sz w:val="26"/>
        </w:rPr>
        <w:t>水鳥の青羽は色も変はらぬを萩の下こそけしきことなれ</w:t>
      </w:r>
    </w:p>
    <w:p>
      <w:pPr>
        <w:keepNext/>
        <w:spacing w:after="60"/>
      </w:pPr>
      <w:r>
        <w:rPr>
          <w:rFonts w:ascii="Noto Serif CJK JP" w:hAnsi="Noto Serif CJK JP" w:eastAsia="Noto Serif CJK JP"/>
          <w:b w:val="0"/>
          <w:i w:val="0"/>
          <w:color w:val="6A6F75"/>
          <w:sz w:val="19"/>
        </w:rPr>
        <w:t>水鳥の　／　あをははいろも　／　かはらぬを　／　萩のしたこそ　／　けしきことなれ</w:t>
      </w:r>
    </w:p>
    <w:p>
      <w:pPr>
        <w:keepNext/>
        <w:spacing w:after="60"/>
      </w:pPr>
      <w:r>
        <w:rPr>
          <w:b w:val="0"/>
          <w:i/>
          <w:color w:val="222B33"/>
          <w:sz w:val="21"/>
        </w:rPr>
        <w:t>The water bird’s green wing</w:t>
        <w:br/>
      </w:r>
      <w:r>
        <w:rPr>
          <w:b w:val="0"/>
          <w:i/>
          <w:color w:val="222B33"/>
          <w:sz w:val="21"/>
        </w:rPr>
        <w:t>does not change its color,</w:t>
        <w:br/>
      </w:r>
      <w:r>
        <w:rPr>
          <w:b w:val="0"/>
          <w:i/>
          <w:color w:val="222B33"/>
          <w:sz w:val="21"/>
        </w:rPr>
        <w:t>but beneath the bush clover</w:t>
        <w:br/>
      </w:r>
      <w:r>
        <w:rPr>
          <w:b w:val="0"/>
          <w:i/>
          <w:color w:val="222B33"/>
          <w:sz w:val="21"/>
        </w:rPr>
        <w:t>the look of things</w:t>
        <w:br/>
      </w:r>
      <w:r>
        <w:rPr>
          <w:b w:val="0"/>
          <w:i/>
          <w:color w:val="222B33"/>
          <w:sz w:val="21"/>
        </w:rPr>
        <w:t>is different.</w:t>
      </w:r>
    </w:p>
    <w:p>
      <w:pPr>
        <w:spacing w:after="40"/>
      </w:pPr>
      <w:r>
        <w:rPr>
          <w:b/>
          <w:i w:val="0"/>
          <w:color w:val="8A4B1C"/>
          <w:sz w:val="18"/>
        </w:rPr>
        <w:t xml:space="preserve">Attribution uncertain. </w:t>
      </w:r>
      <w:r>
        <w:rPr>
          <w:b w:val="0"/>
          <w:i w:val="0"/>
          <w:sz w:val="19"/>
        </w:rPr>
        <w:t>Classified both as a reply to No. 473 and as private reflection; the reply link is editorial.</w:t>
      </w:r>
    </w:p>
    <w:p>
      <w:pPr>
        <w:spacing w:after="40"/>
      </w:pPr>
      <w:r>
        <w:rPr>
          <w:b w:val="0"/>
          <w:i w:val="0"/>
          <w:color w:val="6A6F75"/>
          <w:sz w:val="18"/>
        </w:rPr>
        <w:t xml:space="preserve">In reply to </w:t>
      </w:r>
      <w:hyperlink w:anchor="p473">
        <w:r>
          <w:rPr>
            <w:color w:val="2E5A80"/>
            <w:u w:val="single"/>
            <w:sz w:val="18"/>
          </w:rPr>
          <w:t xml:space="preserve">No. 473 (Murasaki)</w:t>
        </w:r>
      </w:hyperlink>
    </w:p>
    <w:p>
      <w:pPr>
        <w:keepNext/>
        <w:spacing w:after="20" w:before="200"/>
      </w:pPr>
      <w:bookmarkStart w:id="509" w:name="p475"/>
      <w:r>
        <w:rPr>
          <w:b/>
          <w:i w:val="0"/>
          <w:color w:val="222B33"/>
          <w:sz w:val="22"/>
        </w:rPr>
        <w:t>No. 475</w:t>
      </w:r>
      <w:r>
        <w:rPr>
          <w:b w:val="0"/>
          <w:i w:val="0"/>
          <w:color w:val="6A6F75"/>
          <w:sz w:val="18"/>
        </w:rPr>
        <w:t xml:space="preserve">   Akashi Nun → the Akashi Consort   唱 group exchange</w:t>
      </w:r>
      <w:bookmarkEnd w:id="509"/>
    </w:p>
    <w:p>
      <w:pPr>
        <w:keepNext/>
        <w:spacing w:after="40"/>
      </w:pPr>
      <w:r>
        <w:rPr>
          <w:b/>
          <w:i w:val="0"/>
          <w:color w:val="6A6F75"/>
          <w:sz w:val="18"/>
        </w:rPr>
        <w:t xml:space="preserve">Context. </w:t>
      </w:r>
      <w:r>
        <w:rPr>
          <w:b w:val="0"/>
          <w:i w:val="0"/>
          <w:color w:val="6A6F75"/>
          <w:sz w:val="19"/>
        </w:rPr>
        <w:t>The Akashi Consort has borne a prince; the Nun, her grandmother, weeps for the family’s rise.</w:t>
      </w:r>
    </w:p>
    <w:p>
      <w:pPr>
        <w:keepNext/>
        <w:spacing w:after="0"/>
      </w:pPr>
      <w:r>
        <w:rPr>
          <w:rFonts w:ascii="Noto Serif CJK JP" w:hAnsi="Noto Serif CJK JP" w:eastAsia="Noto Serif CJK JP"/>
          <w:b w:val="0"/>
          <w:i w:val="0"/>
          <w:color w:val="222B33"/>
          <w:sz w:val="26"/>
        </w:rPr>
        <w:t>老の波かひある浦に立ち出でてしほたるる海人を誰れかとがめむ</w:t>
      </w:r>
    </w:p>
    <w:p>
      <w:pPr>
        <w:keepNext/>
        <w:spacing w:after="60"/>
      </w:pPr>
      <w:r>
        <w:rPr>
          <w:rFonts w:ascii="Noto Serif CJK JP" w:hAnsi="Noto Serif CJK JP" w:eastAsia="Noto Serif CJK JP"/>
          <w:b w:val="0"/>
          <w:i w:val="0"/>
          <w:color w:val="6A6F75"/>
          <w:sz w:val="19"/>
        </w:rPr>
        <w:t>おいのなみ　／　かひあるうらに　／　たちいてゝ　／　しほたるゝあま　／　をたれかとかめむ</w:t>
      </w:r>
    </w:p>
    <w:p>
      <w:pPr>
        <w:keepNext/>
        <w:spacing w:after="60"/>
      </w:pPr>
      <w:r>
        <w:rPr>
          <w:b w:val="0"/>
          <w:i/>
          <w:color w:val="222B33"/>
          <w:sz w:val="21"/>
        </w:rPr>
        <w:t>Rising like an old wave</w:t>
        <w:br/>
      </w:r>
      <w:r>
        <w:rPr>
          <w:b w:val="0"/>
          <w:i/>
          <w:color w:val="222B33"/>
          <w:sz w:val="21"/>
        </w:rPr>
        <w:t>on a shore of worth,</w:t>
        <w:br/>
      </w:r>
      <w:r>
        <w:rPr>
          <w:b w:val="0"/>
          <w:i/>
          <w:color w:val="222B33"/>
          <w:sz w:val="21"/>
        </w:rPr>
        <w:t>who would blame</w:t>
        <w:br/>
      </w:r>
      <w:r>
        <w:rPr>
          <w:b w:val="0"/>
          <w:i/>
          <w:color w:val="222B33"/>
          <w:sz w:val="21"/>
        </w:rPr>
        <w:t>the fisher</w:t>
        <w:br/>
      </w:r>
      <w:r>
        <w:rPr>
          <w:b w:val="0"/>
          <w:i/>
          <w:color w:val="222B33"/>
          <w:sz w:val="21"/>
        </w:rPr>
        <w:t>for dripping tears?</w:t>
      </w:r>
    </w:p>
    <w:p>
      <w:pPr>
        <w:spacing w:after="40"/>
      </w:pPr>
      <w:r>
        <w:rPr>
          <w:b w:val="0"/>
          <w:i w:val="0"/>
          <w:color w:val="222B33"/>
          <w:sz w:val="19"/>
        </w:rPr>
        <w:t>Her granddaughter has borne a prince. Kai: “shell” and “worth.”</w:t>
      </w:r>
    </w:p>
    <w:p>
      <w:pPr>
        <w:spacing w:after="40"/>
      </w:pPr>
      <w:r>
        <w:rPr>
          <w:b w:val="0"/>
          <w:i w:val="0"/>
          <w:color w:val="6A6F75"/>
          <w:sz w:val="18"/>
        </w:rPr>
        <w:t xml:space="preserve">Answered by </w:t>
      </w:r>
      <w:hyperlink w:anchor="p476">
        <w:r>
          <w:rPr>
            <w:color w:val="2E5A80"/>
            <w:u w:val="single"/>
            <w:sz w:val="18"/>
          </w:rPr>
          <w:t xml:space="preserve">No. 476 (the Akashi Consort)</w:t>
        </w:r>
      </w:hyperlink>
      <w:r>
        <w:rPr>
          <w:b w:val="0"/>
          <w:i w:val="0"/>
          <w:color w:val="6A6F75"/>
          <w:sz w:val="18"/>
        </w:rPr>
        <w:t xml:space="preserve">, </w:t>
      </w:r>
      <w:hyperlink w:anchor="p477">
        <w:r>
          <w:rPr>
            <w:color w:val="2E5A80"/>
            <w:u w:val="single"/>
            <w:sz w:val="18"/>
          </w:rPr>
          <w:t xml:space="preserve">No. 477 (Lady Akashi)</w:t>
        </w:r>
      </w:hyperlink>
    </w:p>
    <w:p>
      <w:pPr>
        <w:keepNext/>
        <w:spacing w:after="20" w:before="200"/>
      </w:pPr>
      <w:bookmarkStart w:id="510" w:name="p476"/>
      <w:r>
        <w:rPr>
          <w:b/>
          <w:i w:val="0"/>
          <w:color w:val="222B33"/>
          <w:sz w:val="22"/>
        </w:rPr>
        <w:t>No. 476</w:t>
      </w:r>
      <w:r>
        <w:rPr>
          <w:b w:val="0"/>
          <w:i w:val="0"/>
          <w:color w:val="6A6F75"/>
          <w:sz w:val="18"/>
        </w:rPr>
        <w:t xml:space="preserve">   the Akashi Consort → Akashi Nun   唱 group exchange</w:t>
      </w:r>
      <w:bookmarkEnd w:id="510"/>
    </w:p>
    <w:p>
      <w:pPr>
        <w:keepNext/>
        <w:spacing w:after="0"/>
      </w:pPr>
      <w:r>
        <w:rPr>
          <w:rFonts w:ascii="Noto Serif CJK JP" w:hAnsi="Noto Serif CJK JP" w:eastAsia="Noto Serif CJK JP"/>
          <w:b w:val="0"/>
          <w:i w:val="0"/>
          <w:color w:val="222B33"/>
          <w:sz w:val="26"/>
        </w:rPr>
        <w:t>しほたるる海人を波路のしるべにて尋ねも見ばや浜の苫屋を</w:t>
      </w:r>
    </w:p>
    <w:p>
      <w:pPr>
        <w:keepNext/>
        <w:spacing w:after="60"/>
      </w:pPr>
      <w:r>
        <w:rPr>
          <w:rFonts w:ascii="Noto Serif CJK JP" w:hAnsi="Noto Serif CJK JP" w:eastAsia="Noto Serif CJK JP"/>
          <w:b w:val="0"/>
          <w:i w:val="0"/>
          <w:color w:val="6A6F75"/>
          <w:sz w:val="19"/>
        </w:rPr>
        <w:t>しほたるゝ　／　あまを浪路の　／　しるへにて　／　たつねもみはや　／　はまのとまやを</w:t>
      </w:r>
    </w:p>
    <w:p>
      <w:pPr>
        <w:keepNext/>
        <w:spacing w:after="60"/>
      </w:pPr>
      <w:r>
        <w:rPr>
          <w:b w:val="0"/>
          <w:i/>
          <w:color w:val="222B33"/>
          <w:sz w:val="21"/>
        </w:rPr>
        <w:t>With the dripping fisher</w:t>
        <w:br/>
      </w:r>
      <w:r>
        <w:rPr>
          <w:b w:val="0"/>
          <w:i/>
          <w:color w:val="222B33"/>
          <w:sz w:val="21"/>
        </w:rPr>
        <w:t>as guide across the sea road,</w:t>
        <w:br/>
      </w:r>
      <w:r>
        <w:rPr>
          <w:b w:val="0"/>
          <w:i/>
          <w:color w:val="222B33"/>
          <w:sz w:val="21"/>
        </w:rPr>
        <w:t>I would like to visit</w:t>
        <w:br/>
      </w:r>
      <w:r>
        <w:rPr>
          <w:b w:val="0"/>
          <w:i/>
          <w:color w:val="222B33"/>
          <w:sz w:val="21"/>
        </w:rPr>
        <w:t>the reed hut</w:t>
        <w:br/>
      </w:r>
      <w:r>
        <w:rPr>
          <w:b w:val="0"/>
          <w:i/>
          <w:color w:val="222B33"/>
          <w:sz w:val="21"/>
        </w:rPr>
        <w:t>on the beach.</w:t>
      </w:r>
    </w:p>
    <w:p>
      <w:pPr>
        <w:spacing w:after="40"/>
      </w:pPr>
      <w:r>
        <w:rPr>
          <w:b w:val="0"/>
          <w:i w:val="0"/>
          <w:color w:val="6A6F75"/>
          <w:sz w:val="18"/>
        </w:rPr>
        <w:t xml:space="preserve">In reply to </w:t>
      </w:r>
      <w:hyperlink w:anchor="p475">
        <w:r>
          <w:rPr>
            <w:color w:val="2E5A80"/>
            <w:u w:val="single"/>
            <w:sz w:val="18"/>
          </w:rPr>
          <w:t xml:space="preserve">No. 475 (Akashi Nun)</w:t>
        </w:r>
      </w:hyperlink>
    </w:p>
    <w:p>
      <w:pPr>
        <w:keepNext/>
        <w:spacing w:after="20" w:before="200"/>
      </w:pPr>
      <w:bookmarkStart w:id="511" w:name="p477"/>
      <w:r>
        <w:rPr>
          <w:b/>
          <w:i w:val="0"/>
          <w:color w:val="222B33"/>
          <w:sz w:val="22"/>
        </w:rPr>
        <w:t>No. 477</w:t>
      </w:r>
      <w:r>
        <w:rPr>
          <w:b w:val="0"/>
          <w:i w:val="0"/>
          <w:color w:val="6A6F75"/>
          <w:sz w:val="18"/>
        </w:rPr>
        <w:t xml:space="preserve">   Lady Akashi   唱 group exchange</w:t>
      </w:r>
      <w:bookmarkEnd w:id="511"/>
    </w:p>
    <w:p>
      <w:pPr>
        <w:keepNext/>
        <w:spacing w:after="0"/>
      </w:pPr>
      <w:r>
        <w:rPr>
          <w:rFonts w:ascii="Noto Serif CJK JP" w:hAnsi="Noto Serif CJK JP" w:eastAsia="Noto Serif CJK JP"/>
          <w:b w:val="0"/>
          <w:i w:val="0"/>
          <w:color w:val="222B33"/>
          <w:sz w:val="26"/>
        </w:rPr>
        <w:t>世を捨てて明石の浦に住む人も心の闇ははるけしもせじ</w:t>
      </w:r>
    </w:p>
    <w:p>
      <w:pPr>
        <w:keepNext/>
        <w:spacing w:after="60"/>
      </w:pPr>
      <w:r>
        <w:rPr>
          <w:rFonts w:ascii="Noto Serif CJK JP" w:hAnsi="Noto Serif CJK JP" w:eastAsia="Noto Serif CJK JP"/>
          <w:b w:val="0"/>
          <w:i w:val="0"/>
          <w:color w:val="6A6F75"/>
          <w:sz w:val="19"/>
        </w:rPr>
        <w:t>よをすてゝ　／　あかしのうらに　／　すむ人も　／　心のやみは　／　ゝるけしもせし</w:t>
      </w:r>
    </w:p>
    <w:p>
      <w:pPr>
        <w:keepNext/>
        <w:spacing w:after="60"/>
      </w:pPr>
      <w:r>
        <w:rPr>
          <w:b w:val="0"/>
          <w:i/>
          <w:color w:val="222B33"/>
          <w:sz w:val="21"/>
        </w:rPr>
        <w:t>Even he who left the world</w:t>
        <w:br/>
      </w:r>
      <w:r>
        <w:rPr>
          <w:b w:val="0"/>
          <w:i/>
          <w:color w:val="222B33"/>
          <w:sz w:val="21"/>
        </w:rPr>
        <w:t>to live on Akashi Bay</w:t>
        <w:br/>
      </w:r>
      <w:r>
        <w:rPr>
          <w:b w:val="0"/>
          <w:i/>
          <w:color w:val="222B33"/>
          <w:sz w:val="21"/>
        </w:rPr>
        <w:t>will not have cleared away</w:t>
        <w:br/>
      </w:r>
      <w:r>
        <w:rPr>
          <w:b w:val="0"/>
          <w:i/>
          <w:color w:val="222B33"/>
          <w:sz w:val="21"/>
        </w:rPr>
        <w:t>the darkness</w:t>
        <w:br/>
      </w:r>
      <w:r>
        <w:rPr>
          <w:b w:val="0"/>
          <w:i/>
          <w:color w:val="222B33"/>
          <w:sz w:val="21"/>
        </w:rPr>
        <w:t>of a parent’s heart.</w:t>
      </w:r>
    </w:p>
    <w:p>
      <w:pPr>
        <w:spacing w:after="40"/>
      </w:pPr>
      <w:r>
        <w:rPr>
          <w:b/>
          <w:i w:val="0"/>
          <w:color w:val="6A6F75"/>
          <w:sz w:val="18"/>
        </w:rPr>
        <w:t xml:space="preserve">Allusion. </w:t>
      </w:r>
      <w:hyperlink r:id="rId22">
        <w:r>
          <w:rPr>
            <w:color w:val="2E5A80"/>
            <w:u w:val="single"/>
            <w:sz w:val="19"/>
          </w:rPr>
          <w:t xml:space="preserve">Gosenshū 1102 (Fujiwara no Kanesuke)</w:t>
        </w:r>
      </w:hyperlink>
      <w:r>
        <w:rPr>
          <w:rFonts w:ascii="Noto Serif CJK JP" w:hAnsi="Noto Serif CJK JP" w:eastAsia="Noto Serif CJK JP"/>
          <w:b w:val="0"/>
          <w:i w:val="0"/>
          <w:sz w:val="20"/>
        </w:rPr>
        <w:t xml:space="preserve">  人の親の心は闇にあらねども子を思ふ道にまどひぬるかな</w:t>
      </w:r>
      <w:r>
        <w:rPr>
          <w:b w:val="0"/>
          <w:i w:val="0"/>
          <w:sz w:val="19"/>
        </w:rPr>
        <w:t xml:space="preserve">  “A parent’s heart is not darkness, yet on the road of thinking of a child it loses its way.” Kanesuke was Murasaki Shikibu’s great-grandfather.</w:t>
      </w:r>
    </w:p>
    <w:p>
      <w:pPr>
        <w:spacing w:after="40"/>
      </w:pPr>
      <w:r>
        <w:rPr>
          <w:b w:val="0"/>
          <w:i w:val="0"/>
          <w:color w:val="6A6F75"/>
          <w:sz w:val="18"/>
        </w:rPr>
        <w:t xml:space="preserve">In reply to </w:t>
      </w:r>
      <w:hyperlink w:anchor="p475">
        <w:r>
          <w:rPr>
            <w:color w:val="2E5A80"/>
            <w:u w:val="single"/>
            <w:sz w:val="18"/>
          </w:rPr>
          <w:t xml:space="preserve">No. 475 (Akashi Nun)</w:t>
        </w:r>
      </w:hyperlink>
    </w:p>
    <w:p>
      <w:pPr>
        <w:keepNext/>
        <w:spacing w:after="20" w:before="200"/>
      </w:pPr>
      <w:bookmarkStart w:id="512" w:name="p478"/>
      <w:r>
        <w:rPr>
          <w:b/>
          <w:i w:val="0"/>
          <w:color w:val="222B33"/>
          <w:sz w:val="22"/>
        </w:rPr>
        <w:t>No. 478</w:t>
      </w:r>
      <w:r>
        <w:rPr>
          <w:b w:val="0"/>
          <w:i w:val="0"/>
          <w:color w:val="6A6F75"/>
          <w:sz w:val="18"/>
        </w:rPr>
        <w:t xml:space="preserve">   Akashi Novice → Lady Akashi   贈:独 sent / solo</w:t>
      </w:r>
      <w:bookmarkEnd w:id="512"/>
    </w:p>
    <w:p>
      <w:pPr>
        <w:keepNext/>
        <w:spacing w:after="40"/>
      </w:pPr>
      <w:r>
        <w:rPr>
          <w:b/>
          <w:i w:val="0"/>
          <w:color w:val="6A6F75"/>
          <w:sz w:val="18"/>
        </w:rPr>
        <w:t xml:space="preserve">Context. </w:t>
      </w:r>
      <w:r>
        <w:rPr>
          <w:b w:val="0"/>
          <w:i w:val="0"/>
          <w:color w:val="6A6F75"/>
          <w:sz w:val="19"/>
        </w:rPr>
        <w:t>The Akashi Novice’s farewell letter before he vanishes into the mountains; his old dream fulfilled.</w:t>
      </w:r>
    </w:p>
    <w:p>
      <w:pPr>
        <w:keepNext/>
        <w:spacing w:after="0"/>
      </w:pPr>
      <w:r>
        <w:rPr>
          <w:rFonts w:ascii="Noto Serif CJK JP" w:hAnsi="Noto Serif CJK JP" w:eastAsia="Noto Serif CJK JP"/>
          <w:b w:val="0"/>
          <w:i w:val="0"/>
          <w:color w:val="222B33"/>
          <w:sz w:val="26"/>
        </w:rPr>
        <w:t>光出でむ暁近くなりにけり今ぞ見し世の夢語りする</w:t>
      </w:r>
    </w:p>
    <w:p>
      <w:pPr>
        <w:keepNext/>
        <w:spacing w:after="60"/>
      </w:pPr>
      <w:r>
        <w:rPr>
          <w:rFonts w:ascii="Noto Serif CJK JP" w:hAnsi="Noto Serif CJK JP" w:eastAsia="Noto Serif CJK JP"/>
          <w:b w:val="0"/>
          <w:i w:val="0"/>
          <w:color w:val="6A6F75"/>
          <w:sz w:val="19"/>
        </w:rPr>
        <w:t>ひかりいてん　／　あか月ちかく　／　なりにけり　／　いまそみしよの　／　夢かたりする</w:t>
      </w:r>
    </w:p>
    <w:p>
      <w:pPr>
        <w:keepNext/>
        <w:spacing w:after="60"/>
      </w:pPr>
      <w:r>
        <w:rPr>
          <w:b w:val="0"/>
          <w:i/>
          <w:color w:val="222B33"/>
          <w:sz w:val="21"/>
        </w:rPr>
        <w:t>Near is the dawn</w:t>
        <w:br/>
      </w:r>
      <w:r>
        <w:rPr>
          <w:b w:val="0"/>
          <w:i/>
          <w:color w:val="222B33"/>
          <w:sz w:val="21"/>
        </w:rPr>
        <w:t>when the light will shine;</w:t>
        <w:br/>
      </w:r>
      <w:r>
        <w:rPr>
          <w:b w:val="0"/>
          <w:i/>
          <w:color w:val="222B33"/>
          <w:sz w:val="21"/>
        </w:rPr>
        <w:t>now at last I tell</w:t>
        <w:br/>
      </w:r>
      <w:r>
        <w:rPr>
          <w:b w:val="0"/>
          <w:i/>
          <w:color w:val="222B33"/>
          <w:sz w:val="21"/>
        </w:rPr>
        <w:t>the dream</w:t>
        <w:br/>
      </w:r>
      <w:r>
        <w:rPr>
          <w:b w:val="0"/>
          <w:i/>
          <w:color w:val="222B33"/>
          <w:sz w:val="21"/>
        </w:rPr>
        <w:t>I saw long ago.</w:t>
      </w:r>
    </w:p>
    <w:p>
      <w:pPr>
        <w:spacing w:after="40"/>
      </w:pPr>
      <w:r>
        <w:rPr>
          <w:b w:val="0"/>
          <w:i w:val="0"/>
          <w:color w:val="222B33"/>
          <w:sz w:val="19"/>
        </w:rPr>
        <w:t>His dream of the sun and moon foretold the family’s rise.</w:t>
      </w:r>
    </w:p>
    <w:p>
      <w:pPr>
        <w:keepNext/>
        <w:spacing w:after="20" w:before="200"/>
      </w:pPr>
      <w:bookmarkStart w:id="513" w:name="p479"/>
      <w:r>
        <w:rPr>
          <w:b/>
          <w:i w:val="0"/>
          <w:color w:val="222B33"/>
          <w:sz w:val="22"/>
        </w:rPr>
        <w:t>No. 479</w:t>
      </w:r>
      <w:r>
        <w:rPr>
          <w:b w:val="0"/>
          <w:i w:val="0"/>
          <w:color w:val="6A6F75"/>
          <w:sz w:val="18"/>
        </w:rPr>
        <w:t xml:space="preserve">   Kashiwagi → Yūgiri   贈 sent</w:t>
      </w:r>
      <w:bookmarkEnd w:id="513"/>
    </w:p>
    <w:p>
      <w:pPr>
        <w:keepNext/>
        <w:spacing w:after="40"/>
      </w:pPr>
      <w:r>
        <w:rPr>
          <w:b/>
          <w:i w:val="0"/>
          <w:color w:val="6A6F75"/>
          <w:sz w:val="18"/>
        </w:rPr>
        <w:t xml:space="preserve">Context. </w:t>
      </w:r>
      <w:r>
        <w:rPr>
          <w:b w:val="0"/>
          <w:i w:val="0"/>
          <w:color w:val="6A6F75"/>
          <w:sz w:val="19"/>
        </w:rPr>
        <w:t>After the kickball game where Kashiwagi glimpsed the Third Princess; he sounds out Yūgiri.</w:t>
      </w:r>
    </w:p>
    <w:p>
      <w:pPr>
        <w:keepNext/>
        <w:spacing w:after="0"/>
      </w:pPr>
      <w:r>
        <w:rPr>
          <w:rFonts w:ascii="Noto Serif CJK JP" w:hAnsi="Noto Serif CJK JP" w:eastAsia="Noto Serif CJK JP"/>
          <w:b w:val="0"/>
          <w:i w:val="0"/>
          <w:color w:val="222B33"/>
          <w:sz w:val="26"/>
        </w:rPr>
        <w:t>いかなれば花に木づたふ鴬の桜をわきてねぐらとはせぬ</w:t>
      </w:r>
    </w:p>
    <w:p>
      <w:pPr>
        <w:keepNext/>
        <w:spacing w:after="60"/>
      </w:pPr>
      <w:r>
        <w:rPr>
          <w:rFonts w:ascii="Noto Serif CJK JP" w:hAnsi="Noto Serif CJK JP" w:eastAsia="Noto Serif CJK JP"/>
          <w:b w:val="0"/>
          <w:i w:val="0"/>
          <w:color w:val="6A6F75"/>
          <w:sz w:val="19"/>
        </w:rPr>
        <w:t>いかなれは　／　花にこつたふ　／　うくひすの　／　桜をわきて　／　ねくらとはせぬ</w:t>
      </w:r>
    </w:p>
    <w:p>
      <w:pPr>
        <w:keepNext/>
        <w:spacing w:after="60"/>
      </w:pPr>
      <w:r>
        <w:rPr>
          <w:b w:val="0"/>
          <w:i/>
          <w:color w:val="222B33"/>
          <w:sz w:val="21"/>
        </w:rPr>
        <w:t>Why does the warbler</w:t>
        <w:br/>
      </w:r>
      <w:r>
        <w:rPr>
          <w:b w:val="0"/>
          <w:i/>
          <w:color w:val="222B33"/>
          <w:sz w:val="21"/>
        </w:rPr>
        <w:t>that flits among the flowers</w:t>
        <w:br/>
      </w:r>
      <w:r>
        <w:rPr>
          <w:b w:val="0"/>
          <w:i/>
          <w:color w:val="222B33"/>
          <w:sz w:val="21"/>
        </w:rPr>
        <w:t>not choose the cherry</w:t>
        <w:br/>
      </w:r>
      <w:r>
        <w:rPr>
          <w:b w:val="0"/>
          <w:i/>
          <w:color w:val="222B33"/>
          <w:sz w:val="21"/>
        </w:rPr>
        <w:t>above all</w:t>
        <w:br/>
      </w:r>
      <w:r>
        <w:rPr>
          <w:b w:val="0"/>
          <w:i/>
          <w:color w:val="222B33"/>
          <w:sz w:val="21"/>
        </w:rPr>
        <w:t>for its roost?</w:t>
      </w:r>
    </w:p>
    <w:p>
      <w:pPr>
        <w:spacing w:after="40"/>
      </w:pPr>
      <w:r>
        <w:rPr>
          <w:b w:val="0"/>
          <w:i w:val="0"/>
          <w:color w:val="222B33"/>
          <w:sz w:val="19"/>
        </w:rPr>
        <w:t>After glimpsing the Third Princess at kickball: why does Genji neglect her?</w:t>
      </w:r>
    </w:p>
    <w:p>
      <w:pPr>
        <w:spacing w:after="40"/>
      </w:pPr>
      <w:r>
        <w:rPr>
          <w:b w:val="0"/>
          <w:i w:val="0"/>
          <w:color w:val="6A6F75"/>
          <w:sz w:val="18"/>
        </w:rPr>
        <w:t xml:space="preserve">Answered by </w:t>
      </w:r>
      <w:hyperlink w:anchor="p480">
        <w:r>
          <w:rPr>
            <w:color w:val="2E5A80"/>
            <w:u w:val="single"/>
            <w:sz w:val="18"/>
          </w:rPr>
          <w:t xml:space="preserve">No. 480 (Yūgiri)</w:t>
        </w:r>
      </w:hyperlink>
    </w:p>
    <w:p>
      <w:pPr>
        <w:keepNext/>
        <w:spacing w:after="20" w:before="200"/>
      </w:pPr>
      <w:bookmarkStart w:id="514" w:name="p480"/>
      <w:r>
        <w:rPr>
          <w:b/>
          <w:i w:val="0"/>
          <w:color w:val="222B33"/>
          <w:sz w:val="22"/>
        </w:rPr>
        <w:t>No. 480</w:t>
      </w:r>
      <w:r>
        <w:rPr>
          <w:b w:val="0"/>
          <w:i w:val="0"/>
          <w:color w:val="6A6F75"/>
          <w:sz w:val="18"/>
        </w:rPr>
        <w:t xml:space="preserve">   Yūgiri → Kashiwagi   答 reply</w:t>
      </w:r>
      <w:bookmarkEnd w:id="514"/>
    </w:p>
    <w:p>
      <w:pPr>
        <w:keepNext/>
        <w:spacing w:after="0"/>
      </w:pPr>
      <w:r>
        <w:rPr>
          <w:rFonts w:ascii="Noto Serif CJK JP" w:hAnsi="Noto Serif CJK JP" w:eastAsia="Noto Serif CJK JP"/>
          <w:b w:val="0"/>
          <w:i w:val="0"/>
          <w:color w:val="222B33"/>
          <w:sz w:val="26"/>
        </w:rPr>
        <w:t>深山木にねぐら定むるはこ鳥もいかでか花の色に飽くべき</w:t>
      </w:r>
    </w:p>
    <w:p>
      <w:pPr>
        <w:keepNext/>
        <w:spacing w:after="60"/>
      </w:pPr>
      <w:r>
        <w:rPr>
          <w:rFonts w:ascii="Noto Serif CJK JP" w:hAnsi="Noto Serif CJK JP" w:eastAsia="Noto Serif CJK JP"/>
          <w:b w:val="0"/>
          <w:i w:val="0"/>
          <w:color w:val="6A6F75"/>
          <w:sz w:val="19"/>
        </w:rPr>
        <w:t>み山木に　／　ねくらさたむる　／　はこ鳥も　／　いかてか花の　／　いろにあくへき</w:t>
      </w:r>
    </w:p>
    <w:p>
      <w:pPr>
        <w:keepNext/>
        <w:spacing w:after="60"/>
      </w:pPr>
      <w:r>
        <w:rPr>
          <w:b w:val="0"/>
          <w:i/>
          <w:color w:val="222B33"/>
          <w:sz w:val="21"/>
        </w:rPr>
        <w:t>How could the bird</w:t>
        <w:br/>
      </w:r>
      <w:r>
        <w:rPr>
          <w:b w:val="0"/>
          <w:i/>
          <w:color w:val="222B33"/>
          <w:sz w:val="21"/>
        </w:rPr>
        <w:t>that keeps its roost in the deep mountain trees</w:t>
        <w:br/>
      </w:r>
      <w:r>
        <w:rPr>
          <w:b w:val="0"/>
          <w:i/>
          <w:color w:val="222B33"/>
          <w:sz w:val="21"/>
        </w:rPr>
        <w:t>ever tire</w:t>
        <w:br/>
      </w:r>
      <w:r>
        <w:rPr>
          <w:b w:val="0"/>
          <w:i/>
          <w:color w:val="222B33"/>
          <w:sz w:val="21"/>
        </w:rPr>
        <w:t>of the flower’s</w:t>
        <w:br/>
      </w:r>
      <w:r>
        <w:rPr>
          <w:b w:val="0"/>
          <w:i/>
          <w:color w:val="222B33"/>
          <w:sz w:val="21"/>
        </w:rPr>
        <w:t>color?</w:t>
      </w:r>
    </w:p>
    <w:p>
      <w:pPr>
        <w:spacing w:after="40"/>
      </w:pPr>
      <w:r>
        <w:rPr>
          <w:b w:val="0"/>
          <w:i w:val="0"/>
          <w:color w:val="6A6F75"/>
          <w:sz w:val="18"/>
        </w:rPr>
        <w:t xml:space="preserve">In reply to </w:t>
      </w:r>
      <w:hyperlink w:anchor="p479">
        <w:r>
          <w:rPr>
            <w:color w:val="2E5A80"/>
            <w:u w:val="single"/>
            <w:sz w:val="18"/>
          </w:rPr>
          <w:t xml:space="preserve">No. 479 (Kashiwagi)</w:t>
        </w:r>
      </w:hyperlink>
    </w:p>
    <w:p>
      <w:pPr>
        <w:keepNext/>
        <w:spacing w:after="20" w:before="200"/>
      </w:pPr>
      <w:bookmarkStart w:id="515" w:name="p481"/>
      <w:r>
        <w:rPr>
          <w:b/>
          <w:i w:val="0"/>
          <w:color w:val="222B33"/>
          <w:sz w:val="22"/>
        </w:rPr>
        <w:t>No. 481</w:t>
      </w:r>
      <w:r>
        <w:rPr>
          <w:b w:val="0"/>
          <w:i w:val="0"/>
          <w:color w:val="6A6F75"/>
          <w:sz w:val="18"/>
        </w:rPr>
        <w:t xml:space="preserve">   Kashiwagi → the Third Princess   贈 sent</w:t>
      </w:r>
      <w:bookmarkEnd w:id="515"/>
    </w:p>
    <w:p>
      <w:pPr>
        <w:keepNext/>
        <w:spacing w:after="40"/>
      </w:pPr>
      <w:r>
        <w:rPr>
          <w:b/>
          <w:i w:val="0"/>
          <w:color w:val="6A6F75"/>
          <w:sz w:val="18"/>
        </w:rPr>
        <w:t xml:space="preserve">Context. </w:t>
      </w:r>
      <w:r>
        <w:rPr>
          <w:b w:val="0"/>
          <w:i w:val="0"/>
          <w:color w:val="6A6F75"/>
          <w:sz w:val="19"/>
        </w:rPr>
        <w:t>Kashiwagi’s first letter to the Third Princess, through Kojijū; the obsession begins.</w:t>
      </w:r>
    </w:p>
    <w:p>
      <w:pPr>
        <w:keepNext/>
        <w:spacing w:after="0"/>
      </w:pPr>
      <w:r>
        <w:rPr>
          <w:rFonts w:ascii="Noto Serif CJK JP" w:hAnsi="Noto Serif CJK JP" w:eastAsia="Noto Serif CJK JP"/>
          <w:b w:val="0"/>
          <w:i w:val="0"/>
          <w:color w:val="222B33"/>
          <w:sz w:val="26"/>
        </w:rPr>
        <w:t>よそに見て折らぬ嘆きはしげれどもなごり恋しき花の夕かげ</w:t>
      </w:r>
    </w:p>
    <w:p>
      <w:pPr>
        <w:keepNext/>
        <w:spacing w:after="60"/>
      </w:pPr>
      <w:r>
        <w:rPr>
          <w:rFonts w:ascii="Noto Serif CJK JP" w:hAnsi="Noto Serif CJK JP" w:eastAsia="Noto Serif CJK JP"/>
          <w:b w:val="0"/>
          <w:i w:val="0"/>
          <w:color w:val="6A6F75"/>
          <w:sz w:val="19"/>
        </w:rPr>
        <w:t>よそにみて　／　おらぬなけきは　／　しけれとも　／　なこりこひしき　／　花の夕かけ</w:t>
      </w:r>
    </w:p>
    <w:p>
      <w:pPr>
        <w:keepNext/>
        <w:spacing w:after="60"/>
      </w:pPr>
      <w:r>
        <w:rPr>
          <w:b w:val="0"/>
          <w:i/>
          <w:color w:val="222B33"/>
          <w:sz w:val="21"/>
        </w:rPr>
        <w:t>Seeing it from afar, my sighs</w:t>
        <w:br/>
      </w:r>
      <w:r>
        <w:rPr>
          <w:b w:val="0"/>
          <w:i/>
          <w:color w:val="222B33"/>
          <w:sz w:val="21"/>
        </w:rPr>
        <w:t>grow thick that I cannot pluck it,</w:t>
        <w:br/>
      </w:r>
      <w:r>
        <w:rPr>
          <w:b w:val="0"/>
          <w:i/>
          <w:color w:val="222B33"/>
          <w:sz w:val="21"/>
        </w:rPr>
        <w:t>yet I long for</w:t>
        <w:br/>
      </w:r>
      <w:r>
        <w:rPr>
          <w:b w:val="0"/>
          <w:i/>
          <w:color w:val="222B33"/>
          <w:sz w:val="21"/>
        </w:rPr>
        <w:t>the flower’s evening light</w:t>
        <w:br/>
      </w:r>
      <w:r>
        <w:rPr>
          <w:b w:val="0"/>
          <w:i/>
          <w:color w:val="222B33"/>
          <w:sz w:val="21"/>
        </w:rPr>
        <w:t>that lingers.</w:t>
      </w:r>
    </w:p>
    <w:p>
      <w:pPr>
        <w:spacing w:after="40"/>
      </w:pPr>
      <w:r>
        <w:rPr>
          <w:b w:val="0"/>
          <w:i w:val="0"/>
          <w:color w:val="6A6F75"/>
          <w:sz w:val="18"/>
        </w:rPr>
        <w:t xml:space="preserve">Answered by </w:t>
      </w:r>
      <w:hyperlink w:anchor="p482">
        <w:r>
          <w:rPr>
            <w:color w:val="2E5A80"/>
            <w:u w:val="single"/>
            <w:sz w:val="18"/>
          </w:rPr>
          <w:t xml:space="preserve">No. 482 (Kojijū (for the Third Princess))</w:t>
        </w:r>
      </w:hyperlink>
    </w:p>
    <w:p>
      <w:pPr>
        <w:keepNext/>
        <w:spacing w:after="20" w:before="200"/>
      </w:pPr>
      <w:bookmarkStart w:id="516" w:name="p482"/>
      <w:r>
        <w:rPr>
          <w:b/>
          <w:i w:val="0"/>
          <w:color w:val="222B33"/>
          <w:sz w:val="22"/>
        </w:rPr>
        <w:t>No. 482</w:t>
      </w:r>
      <w:r>
        <w:rPr>
          <w:b w:val="0"/>
          <w:i w:val="0"/>
          <w:color w:val="6A6F75"/>
          <w:sz w:val="18"/>
        </w:rPr>
        <w:t xml:space="preserve">   Kojijū (for the Third Princess) → Kashiwagi   代答 proxy reply</w:t>
      </w:r>
      <w:bookmarkEnd w:id="516"/>
    </w:p>
    <w:p>
      <w:pPr>
        <w:keepNext/>
        <w:spacing w:after="0"/>
      </w:pPr>
      <w:r>
        <w:rPr>
          <w:rFonts w:ascii="Noto Serif CJK JP" w:hAnsi="Noto Serif CJK JP" w:eastAsia="Noto Serif CJK JP"/>
          <w:b w:val="0"/>
          <w:i w:val="0"/>
          <w:color w:val="222B33"/>
          <w:sz w:val="26"/>
        </w:rPr>
        <w:t>いまさらに色にな出でそ山桜およばぬ枝に心かけきと</w:t>
      </w:r>
    </w:p>
    <w:p>
      <w:pPr>
        <w:keepNext/>
        <w:spacing w:after="60"/>
      </w:pPr>
      <w:r>
        <w:rPr>
          <w:rFonts w:ascii="Noto Serif CJK JP" w:hAnsi="Noto Serif CJK JP" w:eastAsia="Noto Serif CJK JP"/>
          <w:b w:val="0"/>
          <w:i w:val="0"/>
          <w:color w:val="6A6F75"/>
          <w:sz w:val="19"/>
        </w:rPr>
        <w:t>いまさらに　／　色にないてそ　／　山さくら　／　をよはぬ枝に　／　心かけきと</w:t>
      </w:r>
    </w:p>
    <w:p>
      <w:pPr>
        <w:keepNext/>
        <w:spacing w:after="60"/>
      </w:pPr>
      <w:r>
        <w:rPr>
          <w:b w:val="0"/>
          <w:i/>
          <w:color w:val="222B33"/>
          <w:sz w:val="21"/>
        </w:rPr>
        <w:t>Do not show it now</w:t>
        <w:br/>
      </w:r>
      <w:r>
        <w:rPr>
          <w:b w:val="0"/>
          <w:i/>
          <w:color w:val="222B33"/>
          <w:sz w:val="21"/>
        </w:rPr>
        <w:t>in your color, that you set your heart</w:t>
        <w:br/>
      </w:r>
      <w:r>
        <w:rPr>
          <w:b w:val="0"/>
          <w:i/>
          <w:color w:val="222B33"/>
          <w:sz w:val="21"/>
        </w:rPr>
        <w:t>on a branch of mountain cherry</w:t>
        <w:br/>
      </w:r>
      <w:r>
        <w:rPr>
          <w:b w:val="0"/>
          <w:i/>
          <w:color w:val="222B33"/>
          <w:sz w:val="21"/>
        </w:rPr>
        <w:t>beyond</w:t>
        <w:br/>
      </w:r>
      <w:r>
        <w:rPr>
          <w:b w:val="0"/>
          <w:i/>
          <w:color w:val="222B33"/>
          <w:sz w:val="21"/>
        </w:rPr>
        <w:t>your reach.</w:t>
      </w:r>
    </w:p>
    <w:p>
      <w:pPr>
        <w:spacing w:after="40"/>
      </w:pPr>
      <w:r>
        <w:rPr>
          <w:b/>
          <w:i w:val="0"/>
          <w:color w:val="8A4B1C"/>
          <w:sz w:val="18"/>
        </w:rPr>
        <w:t xml:space="preserve">Attribution uncertain. </w:t>
      </w:r>
      <w:r>
        <w:rPr>
          <w:b w:val="0"/>
          <w:i w:val="0"/>
          <w:sz w:val="19"/>
        </w:rPr>
        <w:t>Proxy poem (代): written by one person in another’s name; the card names the writer.</w:t>
      </w:r>
    </w:p>
    <w:p>
      <w:pPr>
        <w:spacing w:after="40"/>
      </w:pPr>
      <w:r>
        <w:rPr>
          <w:b w:val="0"/>
          <w:i w:val="0"/>
          <w:color w:val="6A6F75"/>
          <w:sz w:val="18"/>
        </w:rPr>
        <w:t xml:space="preserve">In reply to </w:t>
      </w:r>
      <w:hyperlink w:anchor="p481">
        <w:r>
          <w:rPr>
            <w:color w:val="2E5A80"/>
            <w:u w:val="single"/>
            <w:sz w:val="18"/>
          </w:rPr>
          <w:t xml:space="preserve">No. 481 (Kashiwagi)</w:t>
        </w:r>
      </w:hyperlink>
    </w:p>
    <w:p>
      <w:pPr>
        <w:pStyle w:val="Heading1"/>
      </w:pPr>
      <w:bookmarkStart w:id="517" w:name="ch35"/>
      <w:r>
        <w:t>Chapter 35 · Wakana II 若菜下</w:t>
      </w:r>
      <w:bookmarkEnd w:id="517"/>
    </w:p>
    <w:p>
      <w:pPr>
        <w:keepNext/>
        <w:spacing w:after="20" w:before="200"/>
      </w:pPr>
      <w:bookmarkStart w:id="518" w:name="p483"/>
      <w:r>
        <w:rPr>
          <w:b/>
          <w:i w:val="0"/>
          <w:color w:val="222B33"/>
          <w:sz w:val="22"/>
        </w:rPr>
        <w:t>No. 483</w:t>
      </w:r>
      <w:r>
        <w:rPr>
          <w:b w:val="0"/>
          <w:i w:val="0"/>
          <w:color w:val="6A6F75"/>
          <w:sz w:val="18"/>
        </w:rPr>
        <w:t xml:space="preserve">   Kashiwagi → the cat   独 solo</w:t>
      </w:r>
      <w:bookmarkEnd w:id="518"/>
    </w:p>
    <w:p>
      <w:pPr>
        <w:keepNext/>
        <w:spacing w:after="40"/>
      </w:pPr>
      <w:r>
        <w:rPr>
          <w:b/>
          <w:i w:val="0"/>
          <w:color w:val="6A6F75"/>
          <w:sz w:val="18"/>
        </w:rPr>
        <w:t xml:space="preserve">Context. </w:t>
      </w:r>
      <w:r>
        <w:rPr>
          <w:b w:val="0"/>
          <w:i w:val="0"/>
          <w:color w:val="6A6F75"/>
          <w:sz w:val="19"/>
        </w:rPr>
        <w:t>Kashiwagi has obtained the Third Princess’s cat; it becomes her substitute.</w:t>
      </w:r>
    </w:p>
    <w:p>
      <w:pPr>
        <w:keepNext/>
        <w:spacing w:after="0"/>
      </w:pPr>
      <w:r>
        <w:rPr>
          <w:rFonts w:ascii="Noto Serif CJK JP" w:hAnsi="Noto Serif CJK JP" w:eastAsia="Noto Serif CJK JP"/>
          <w:b w:val="0"/>
          <w:i w:val="0"/>
          <w:color w:val="222B33"/>
          <w:sz w:val="26"/>
        </w:rPr>
        <w:t>恋ひわぶる人のかたみと手ならせばなれよ何とて鳴く音なるらむ</w:t>
      </w:r>
    </w:p>
    <w:p>
      <w:pPr>
        <w:keepNext/>
        <w:spacing w:after="60"/>
      </w:pPr>
      <w:r>
        <w:rPr>
          <w:rFonts w:ascii="Noto Serif CJK JP" w:hAnsi="Noto Serif CJK JP" w:eastAsia="Noto Serif CJK JP"/>
          <w:b w:val="0"/>
          <w:i w:val="0"/>
          <w:color w:val="6A6F75"/>
          <w:sz w:val="19"/>
        </w:rPr>
        <w:t>恋わふる　／　人のかたみと　／　てならせは　／　なれよなにとて　／　なくねなるらむ</w:t>
      </w:r>
    </w:p>
    <w:p>
      <w:pPr>
        <w:keepNext/>
        <w:spacing w:after="60"/>
      </w:pPr>
      <w:r>
        <w:rPr>
          <w:b w:val="0"/>
          <w:i/>
          <w:color w:val="222B33"/>
          <w:sz w:val="21"/>
        </w:rPr>
        <w:t>Since I handle you</w:t>
        <w:br/>
      </w:r>
      <w:r>
        <w:rPr>
          <w:b w:val="0"/>
          <w:i/>
          <w:color w:val="222B33"/>
          <w:sz w:val="21"/>
        </w:rPr>
        <w:t>as a keepsake of the one I long for,</w:t>
        <w:br/>
      </w:r>
      <w:r>
        <w:rPr>
          <w:b w:val="0"/>
          <w:i/>
          <w:color w:val="222B33"/>
          <w:sz w:val="21"/>
        </w:rPr>
        <w:t>tell me, why</w:t>
        <w:br/>
      </w:r>
      <w:r>
        <w:rPr>
          <w:b w:val="0"/>
          <w:i/>
          <w:color w:val="222B33"/>
          <w:sz w:val="21"/>
        </w:rPr>
        <w:t>do you cry</w:t>
        <w:br/>
      </w:r>
      <w:r>
        <w:rPr>
          <w:b w:val="0"/>
          <w:i/>
          <w:color w:val="222B33"/>
          <w:sz w:val="21"/>
        </w:rPr>
        <w:t>so?</w:t>
      </w:r>
    </w:p>
    <w:p>
      <w:pPr>
        <w:spacing w:after="40"/>
      </w:pPr>
      <w:r>
        <w:rPr>
          <w:b w:val="0"/>
          <w:i w:val="0"/>
          <w:color w:val="222B33"/>
          <w:sz w:val="19"/>
        </w:rPr>
        <w:t>Ne, the cat’s cry; also “sleep.”</w:t>
      </w:r>
    </w:p>
    <w:p>
      <w:pPr>
        <w:keepNext/>
        <w:spacing w:after="20" w:before="200"/>
      </w:pPr>
      <w:bookmarkStart w:id="519" w:name="p484"/>
      <w:r>
        <w:rPr>
          <w:b/>
          <w:i w:val="0"/>
          <w:color w:val="222B33"/>
          <w:sz w:val="22"/>
        </w:rPr>
        <w:t>No. 484</w:t>
      </w:r>
      <w:r>
        <w:rPr>
          <w:b w:val="0"/>
          <w:i w:val="0"/>
          <w:color w:val="6A6F75"/>
          <w:sz w:val="18"/>
        </w:rPr>
        <w:t xml:space="preserve">   Genji   贈 sent</w:t>
      </w:r>
      <w:bookmarkEnd w:id="519"/>
    </w:p>
    <w:p>
      <w:pPr>
        <w:keepNext/>
        <w:spacing w:after="40"/>
      </w:pPr>
      <w:r>
        <w:rPr>
          <w:b/>
          <w:i w:val="0"/>
          <w:color w:val="6A6F75"/>
          <w:sz w:val="18"/>
        </w:rPr>
        <w:t xml:space="preserve">Context. </w:t>
      </w:r>
      <w:r>
        <w:rPr>
          <w:b w:val="0"/>
          <w:i w:val="0"/>
          <w:color w:val="6A6F75"/>
          <w:sz w:val="19"/>
        </w:rPr>
        <w:t>Genji’s second pilgrimage to Sumiyoshi, in thanks for the Akashi family’s fortune.</w:t>
      </w:r>
    </w:p>
    <w:p>
      <w:pPr>
        <w:keepNext/>
        <w:spacing w:after="0"/>
      </w:pPr>
      <w:r>
        <w:rPr>
          <w:rFonts w:ascii="Noto Serif CJK JP" w:hAnsi="Noto Serif CJK JP" w:eastAsia="Noto Serif CJK JP"/>
          <w:b w:val="0"/>
          <w:i w:val="0"/>
          <w:color w:val="222B33"/>
          <w:sz w:val="26"/>
        </w:rPr>
        <w:t>誰れかまた心を知りて住吉の神代を経たる松にこと問ふ</w:t>
      </w:r>
    </w:p>
    <w:p>
      <w:pPr>
        <w:keepNext/>
        <w:spacing w:after="60"/>
      </w:pPr>
      <w:r>
        <w:rPr>
          <w:rFonts w:ascii="Noto Serif CJK JP" w:hAnsi="Noto Serif CJK JP" w:eastAsia="Noto Serif CJK JP"/>
          <w:b w:val="0"/>
          <w:i w:val="0"/>
          <w:color w:val="6A6F75"/>
          <w:sz w:val="19"/>
        </w:rPr>
        <w:t>たれか又　／　心をしりて　／　住吉の　／　神世をへたる　／　松にことゝふ</w:t>
      </w:r>
    </w:p>
    <w:p>
      <w:pPr>
        <w:keepNext/>
        <w:spacing w:after="60"/>
      </w:pPr>
      <w:r>
        <w:rPr>
          <w:b w:val="0"/>
          <w:i/>
          <w:color w:val="222B33"/>
          <w:sz w:val="21"/>
        </w:rPr>
        <w:t>Who else would know</w:t>
        <w:br/>
      </w:r>
      <w:r>
        <w:rPr>
          <w:b w:val="0"/>
          <w:i/>
          <w:color w:val="222B33"/>
          <w:sz w:val="21"/>
        </w:rPr>
        <w:t>my heart, to speak</w:t>
        <w:br/>
      </w:r>
      <w:r>
        <w:rPr>
          <w:b w:val="0"/>
          <w:i/>
          <w:color w:val="222B33"/>
          <w:sz w:val="21"/>
        </w:rPr>
        <w:t>to the pine of Sumiyoshi</w:t>
        <w:br/>
      </w:r>
      <w:r>
        <w:rPr>
          <w:b w:val="0"/>
          <w:i/>
          <w:color w:val="222B33"/>
          <w:sz w:val="21"/>
        </w:rPr>
        <w:t>that has lived</w:t>
        <w:br/>
      </w:r>
      <w:r>
        <w:rPr>
          <w:b w:val="0"/>
          <w:i/>
          <w:color w:val="222B33"/>
          <w:sz w:val="21"/>
        </w:rPr>
        <w:t>since the age of the gods?</w:t>
      </w:r>
    </w:p>
    <w:p>
      <w:pPr>
        <w:spacing w:after="40"/>
      </w:pPr>
      <w:r>
        <w:rPr>
          <w:b w:val="0"/>
          <w:i w:val="0"/>
          <w:color w:val="222B33"/>
          <w:sz w:val="19"/>
        </w:rPr>
        <w:t>The second Sumiyoshi pilgrimage.</w:t>
      </w:r>
    </w:p>
    <w:p>
      <w:pPr>
        <w:spacing w:after="40"/>
      </w:pPr>
      <w:r>
        <w:rPr>
          <w:b w:val="0"/>
          <w:i w:val="0"/>
          <w:color w:val="6A6F75"/>
          <w:sz w:val="18"/>
        </w:rPr>
        <w:t xml:space="preserve">Answered by </w:t>
      </w:r>
      <w:hyperlink w:anchor="p485">
        <w:r>
          <w:rPr>
            <w:color w:val="2E5A80"/>
            <w:u w:val="single"/>
            <w:sz w:val="18"/>
          </w:rPr>
          <w:t xml:space="preserve">No. 485 (Akashi Nun)</w:t>
        </w:r>
      </w:hyperlink>
    </w:p>
    <w:p>
      <w:pPr>
        <w:keepNext/>
        <w:spacing w:after="20" w:before="200"/>
      </w:pPr>
      <w:bookmarkStart w:id="520" w:name="p485"/>
      <w:r>
        <w:rPr>
          <w:b/>
          <w:i w:val="0"/>
          <w:color w:val="222B33"/>
          <w:sz w:val="22"/>
        </w:rPr>
        <w:t>No. 485</w:t>
      </w:r>
      <w:r>
        <w:rPr>
          <w:b w:val="0"/>
          <w:i w:val="0"/>
          <w:color w:val="6A6F75"/>
          <w:sz w:val="18"/>
        </w:rPr>
        <w:t xml:space="preserve">   Akashi Nun → Genji   答 reply</w:t>
      </w:r>
      <w:bookmarkEnd w:id="520"/>
    </w:p>
    <w:p>
      <w:pPr>
        <w:keepNext/>
        <w:spacing w:after="0"/>
      </w:pPr>
      <w:r>
        <w:rPr>
          <w:rFonts w:ascii="Noto Serif CJK JP" w:hAnsi="Noto Serif CJK JP" w:eastAsia="Noto Serif CJK JP"/>
          <w:b w:val="0"/>
          <w:i w:val="0"/>
          <w:color w:val="222B33"/>
          <w:sz w:val="26"/>
        </w:rPr>
        <w:t>住の江をいけるかひある渚とは年経る尼も今日や知るらむ</w:t>
      </w:r>
    </w:p>
    <w:p>
      <w:pPr>
        <w:keepNext/>
        <w:spacing w:after="60"/>
      </w:pPr>
      <w:r>
        <w:rPr>
          <w:rFonts w:ascii="Noto Serif CJK JP" w:hAnsi="Noto Serif CJK JP" w:eastAsia="Noto Serif CJK JP"/>
          <w:b w:val="0"/>
          <w:i w:val="0"/>
          <w:color w:val="6A6F75"/>
          <w:sz w:val="19"/>
        </w:rPr>
        <w:t>すみのえを　／　いけるかひある　／　なきさとは　／　年ふるあまも　／　けふやしるらん</w:t>
      </w:r>
    </w:p>
    <w:p>
      <w:pPr>
        <w:keepNext/>
        <w:spacing w:after="60"/>
      </w:pPr>
      <w:r>
        <w:rPr>
          <w:b w:val="0"/>
          <w:i/>
          <w:color w:val="222B33"/>
          <w:sz w:val="21"/>
        </w:rPr>
        <w:t>Today the old nun</w:t>
        <w:br/>
      </w:r>
      <w:r>
        <w:rPr>
          <w:b w:val="0"/>
          <w:i/>
          <w:color w:val="222B33"/>
          <w:sz w:val="21"/>
        </w:rPr>
        <w:t>must know at last</w:t>
        <w:br/>
      </w:r>
      <w:r>
        <w:rPr>
          <w:b w:val="0"/>
          <w:i/>
          <w:color w:val="222B33"/>
          <w:sz w:val="21"/>
        </w:rPr>
        <w:t>the strand of Suminoe</w:t>
        <w:br/>
      </w:r>
      <w:r>
        <w:rPr>
          <w:b w:val="0"/>
          <w:i/>
          <w:color w:val="222B33"/>
          <w:sz w:val="21"/>
        </w:rPr>
        <w:t>for a shore</w:t>
        <w:br/>
      </w:r>
      <w:r>
        <w:rPr>
          <w:b w:val="0"/>
          <w:i/>
          <w:color w:val="222B33"/>
          <w:sz w:val="21"/>
        </w:rPr>
        <w:t>worth living on.</w:t>
      </w:r>
    </w:p>
    <w:p>
      <w:pPr>
        <w:spacing w:after="40"/>
      </w:pPr>
      <w:r>
        <w:rPr>
          <w:b w:val="0"/>
          <w:i w:val="0"/>
          <w:color w:val="6A6F75"/>
          <w:sz w:val="18"/>
        </w:rPr>
        <w:t xml:space="preserve">In reply to </w:t>
      </w:r>
      <w:hyperlink w:anchor="p484">
        <w:r>
          <w:rPr>
            <w:color w:val="2E5A80"/>
            <w:u w:val="single"/>
            <w:sz w:val="18"/>
          </w:rPr>
          <w:t xml:space="preserve">No. 484 (Genji)</w:t>
        </w:r>
      </w:hyperlink>
    </w:p>
    <w:p>
      <w:pPr>
        <w:keepNext/>
        <w:spacing w:after="20" w:before="200"/>
      </w:pPr>
      <w:bookmarkStart w:id="521" w:name="p486"/>
      <w:r>
        <w:rPr>
          <w:b/>
          <w:i w:val="0"/>
          <w:color w:val="222B33"/>
          <w:sz w:val="22"/>
        </w:rPr>
        <w:t>No. 486</w:t>
      </w:r>
      <w:r>
        <w:rPr>
          <w:b w:val="0"/>
          <w:i w:val="0"/>
          <w:color w:val="6A6F75"/>
          <w:sz w:val="18"/>
        </w:rPr>
        <w:t xml:space="preserve">   Akashi Nun   独 solo</w:t>
      </w:r>
      <w:bookmarkEnd w:id="521"/>
    </w:p>
    <w:p>
      <w:pPr>
        <w:keepNext/>
        <w:spacing w:after="40"/>
      </w:pPr>
      <w:r>
        <w:rPr>
          <w:b/>
          <w:i w:val="0"/>
          <w:color w:val="6A6F75"/>
          <w:sz w:val="18"/>
        </w:rPr>
        <w:t xml:space="preserve">Context. </w:t>
      </w:r>
      <w:r>
        <w:rPr>
          <w:b w:val="0"/>
          <w:i w:val="0"/>
          <w:color w:val="6A6F75"/>
          <w:sz w:val="19"/>
        </w:rPr>
        <w:t>The Akashi Nun at Sumiyoshi; her memory of Akashi.</w:t>
      </w:r>
    </w:p>
    <w:p>
      <w:pPr>
        <w:keepNext/>
        <w:spacing w:after="0"/>
      </w:pPr>
      <w:r>
        <w:rPr>
          <w:rFonts w:ascii="Noto Serif CJK JP" w:hAnsi="Noto Serif CJK JP" w:eastAsia="Noto Serif CJK JP"/>
          <w:b w:val="0"/>
          <w:i w:val="0"/>
          <w:color w:val="222B33"/>
          <w:sz w:val="26"/>
        </w:rPr>
        <w:t>昔こそまづ忘られね住吉の神のしるしを見るにつけても</w:t>
      </w:r>
    </w:p>
    <w:p>
      <w:pPr>
        <w:keepNext/>
        <w:spacing w:after="60"/>
      </w:pPr>
      <w:r>
        <w:rPr>
          <w:rFonts w:ascii="Noto Serif CJK JP" w:hAnsi="Noto Serif CJK JP" w:eastAsia="Noto Serif CJK JP"/>
          <w:b w:val="0"/>
          <w:i w:val="0"/>
          <w:color w:val="6A6F75"/>
          <w:sz w:val="19"/>
        </w:rPr>
        <w:t>むかしこそ　／　まつわすられね　／　住吉の　／　神のしるしを　／　みるにつけても</w:t>
      </w:r>
    </w:p>
    <w:p>
      <w:pPr>
        <w:keepNext/>
        <w:spacing w:after="60"/>
      </w:pPr>
      <w:r>
        <w:rPr>
          <w:b w:val="0"/>
          <w:i/>
          <w:color w:val="222B33"/>
          <w:sz w:val="21"/>
        </w:rPr>
        <w:t>The past is the first thing</w:t>
        <w:br/>
      </w:r>
      <w:r>
        <w:rPr>
          <w:b w:val="0"/>
          <w:i/>
          <w:color w:val="222B33"/>
          <w:sz w:val="21"/>
        </w:rPr>
        <w:t>I cannot forget, seeing</w:t>
        <w:br/>
      </w:r>
      <w:r>
        <w:rPr>
          <w:b w:val="0"/>
          <w:i/>
          <w:color w:val="222B33"/>
          <w:sz w:val="21"/>
        </w:rPr>
        <w:t>the sign</w:t>
        <w:br/>
      </w:r>
      <w:r>
        <w:rPr>
          <w:b w:val="0"/>
          <w:i/>
          <w:color w:val="222B33"/>
          <w:sz w:val="21"/>
        </w:rPr>
        <w:t>of the god</w:t>
        <w:br/>
      </w:r>
      <w:r>
        <w:rPr>
          <w:b w:val="0"/>
          <w:i/>
          <w:color w:val="222B33"/>
          <w:sz w:val="21"/>
        </w:rPr>
        <w:t>of Sumiyoshi.</w:t>
      </w:r>
    </w:p>
    <w:p>
      <w:pPr>
        <w:keepNext/>
        <w:spacing w:after="20" w:before="200"/>
      </w:pPr>
      <w:bookmarkStart w:id="522" w:name="p487"/>
      <w:r>
        <w:rPr>
          <w:b/>
          <w:i w:val="0"/>
          <w:color w:val="222B33"/>
          <w:sz w:val="22"/>
        </w:rPr>
        <w:t>No. 487</w:t>
      </w:r>
      <w:r>
        <w:rPr>
          <w:b w:val="0"/>
          <w:i w:val="0"/>
          <w:color w:val="6A6F75"/>
          <w:sz w:val="18"/>
        </w:rPr>
        <w:t xml:space="preserve">   Murasaki   唱 group exchange</w:t>
      </w:r>
      <w:bookmarkEnd w:id="522"/>
    </w:p>
    <w:p>
      <w:pPr>
        <w:keepNext/>
        <w:spacing w:after="40"/>
      </w:pPr>
      <w:r>
        <w:rPr>
          <w:b/>
          <w:i w:val="0"/>
          <w:color w:val="6A6F75"/>
          <w:sz w:val="18"/>
        </w:rPr>
        <w:t xml:space="preserve">Context. </w:t>
      </w:r>
      <w:r>
        <w:rPr>
          <w:b w:val="0"/>
          <w:i w:val="0"/>
          <w:color w:val="6A6F75"/>
          <w:sz w:val="19"/>
        </w:rPr>
        <w:t>At Sumiyoshi, the women’s poems on frost; Murasaki is among them.</w:t>
      </w:r>
    </w:p>
    <w:p>
      <w:pPr>
        <w:keepNext/>
        <w:spacing w:after="0"/>
      </w:pPr>
      <w:r>
        <w:rPr>
          <w:rFonts w:ascii="Noto Serif CJK JP" w:hAnsi="Noto Serif CJK JP" w:eastAsia="Noto Serif CJK JP"/>
          <w:b w:val="0"/>
          <w:i w:val="0"/>
          <w:color w:val="222B33"/>
          <w:sz w:val="26"/>
        </w:rPr>
        <w:t>住の江の松に夜深く置く霜は神の掛けたる木綿鬘かも</w:t>
      </w:r>
    </w:p>
    <w:p>
      <w:pPr>
        <w:keepNext/>
        <w:spacing w:after="60"/>
      </w:pPr>
      <w:r>
        <w:rPr>
          <w:rFonts w:ascii="Noto Serif CJK JP" w:hAnsi="Noto Serif CJK JP" w:eastAsia="Noto Serif CJK JP"/>
          <w:b w:val="0"/>
          <w:i w:val="0"/>
          <w:color w:val="6A6F75"/>
          <w:sz w:val="19"/>
        </w:rPr>
        <w:t>すみの江の　／　松に夜ふかく　／　をく霜は　／　神のかけたる　／　ゆふかつらかも</w:t>
      </w:r>
    </w:p>
    <w:p>
      <w:pPr>
        <w:keepNext/>
        <w:spacing w:after="60"/>
      </w:pPr>
      <w:r>
        <w:rPr>
          <w:b w:val="0"/>
          <w:i/>
          <w:color w:val="222B33"/>
          <w:sz w:val="21"/>
        </w:rPr>
        <w:t>The frost that settles deep</w:t>
        <w:br/>
      </w:r>
      <w:r>
        <w:rPr>
          <w:b w:val="0"/>
          <w:i/>
          <w:color w:val="222B33"/>
          <w:sz w:val="21"/>
        </w:rPr>
        <w:t>in the night on Suminoe’s pines:</w:t>
        <w:br/>
      </w:r>
      <w:r>
        <w:rPr>
          <w:b w:val="0"/>
          <w:i/>
          <w:color w:val="222B33"/>
          <w:sz w:val="21"/>
        </w:rPr>
        <w:t>is it the cotton garland</w:t>
        <w:br/>
      </w:r>
      <w:r>
        <w:rPr>
          <w:b w:val="0"/>
          <w:i/>
          <w:color w:val="222B33"/>
          <w:sz w:val="21"/>
        </w:rPr>
        <w:t>the god</w:t>
        <w:br/>
      </w:r>
      <w:r>
        <w:rPr>
          <w:b w:val="0"/>
          <w:i/>
          <w:color w:val="222B33"/>
          <w:sz w:val="21"/>
        </w:rPr>
        <w:t>has hung?</w:t>
      </w:r>
    </w:p>
    <w:p>
      <w:pPr>
        <w:spacing w:after="40"/>
      </w:pPr>
      <w:r>
        <w:rPr>
          <w:b w:val="0"/>
          <w:i w:val="0"/>
          <w:color w:val="222B33"/>
          <w:sz w:val="19"/>
        </w:rPr>
        <w:t>A group of three poems.</w:t>
      </w:r>
    </w:p>
    <w:p>
      <w:pPr>
        <w:spacing w:after="40"/>
      </w:pPr>
      <w:r>
        <w:rPr>
          <w:b w:val="0"/>
          <w:i w:val="0"/>
          <w:color w:val="6A6F75"/>
          <w:sz w:val="18"/>
        </w:rPr>
        <w:t xml:space="preserve">Answered by </w:t>
      </w:r>
      <w:hyperlink w:anchor="p488">
        <w:r>
          <w:rPr>
            <w:color w:val="2E5A80"/>
            <w:u w:val="single"/>
            <w:sz w:val="18"/>
          </w:rPr>
          <w:t xml:space="preserve">No. 488 (the Akashi Consort)</w:t>
        </w:r>
      </w:hyperlink>
      <w:r>
        <w:rPr>
          <w:b w:val="0"/>
          <w:i w:val="0"/>
          <w:color w:val="6A6F75"/>
          <w:sz w:val="18"/>
        </w:rPr>
        <w:t xml:space="preserve">, </w:t>
      </w:r>
      <w:hyperlink w:anchor="p489">
        <w:r>
          <w:rPr>
            <w:color w:val="2E5A80"/>
            <w:u w:val="single"/>
            <w:sz w:val="18"/>
          </w:rPr>
          <w:t xml:space="preserve">No. 489 (Nakatsukasa)</w:t>
        </w:r>
      </w:hyperlink>
    </w:p>
    <w:p>
      <w:pPr>
        <w:keepNext/>
        <w:spacing w:after="20" w:before="200"/>
      </w:pPr>
      <w:bookmarkStart w:id="523" w:name="p488"/>
      <w:r>
        <w:rPr>
          <w:b/>
          <w:i w:val="0"/>
          <w:color w:val="222B33"/>
          <w:sz w:val="22"/>
        </w:rPr>
        <w:t>No. 488</w:t>
      </w:r>
      <w:r>
        <w:rPr>
          <w:b w:val="0"/>
          <w:i w:val="0"/>
          <w:color w:val="6A6F75"/>
          <w:sz w:val="18"/>
        </w:rPr>
        <w:t xml:space="preserve">   the Akashi Consort   唱 group exchange</w:t>
      </w:r>
      <w:bookmarkEnd w:id="523"/>
    </w:p>
    <w:p>
      <w:pPr>
        <w:keepNext/>
        <w:spacing w:after="0"/>
      </w:pPr>
      <w:r>
        <w:rPr>
          <w:rFonts w:ascii="Noto Serif CJK JP" w:hAnsi="Noto Serif CJK JP" w:eastAsia="Noto Serif CJK JP"/>
          <w:b w:val="0"/>
          <w:i w:val="0"/>
          <w:color w:val="222B33"/>
          <w:sz w:val="26"/>
        </w:rPr>
        <w:t>神人の手に取りもたる榊葉に木綿かけ添ふる深き夜の霜</w:t>
      </w:r>
    </w:p>
    <w:p>
      <w:pPr>
        <w:keepNext/>
        <w:spacing w:after="60"/>
      </w:pPr>
      <w:r>
        <w:rPr>
          <w:rFonts w:ascii="Noto Serif CJK JP" w:hAnsi="Noto Serif CJK JP" w:eastAsia="Noto Serif CJK JP"/>
          <w:b w:val="0"/>
          <w:i w:val="0"/>
          <w:color w:val="6A6F75"/>
          <w:sz w:val="19"/>
        </w:rPr>
        <w:t>神ひとの　／　てにとりもたる　／　榊葉に　／　ゆふかけそふる　／　ふかきよの霜</w:t>
      </w:r>
    </w:p>
    <w:p>
      <w:pPr>
        <w:keepNext/>
        <w:spacing w:after="60"/>
      </w:pPr>
      <w:r>
        <w:rPr>
          <w:b w:val="0"/>
          <w:i/>
          <w:color w:val="222B33"/>
          <w:sz w:val="21"/>
        </w:rPr>
        <w:t>To the sakaki leaves</w:t>
        <w:br/>
      </w:r>
      <w:r>
        <w:rPr>
          <w:b w:val="0"/>
          <w:i/>
          <w:color w:val="222B33"/>
          <w:sz w:val="21"/>
        </w:rPr>
        <w:t>held in the hands of the priests</w:t>
        <w:br/>
      </w:r>
      <w:r>
        <w:rPr>
          <w:b w:val="0"/>
          <w:i/>
          <w:color w:val="222B33"/>
          <w:sz w:val="21"/>
        </w:rPr>
        <w:t>the frost of deep night</w:t>
        <w:br/>
      </w:r>
      <w:r>
        <w:rPr>
          <w:b w:val="0"/>
          <w:i/>
          <w:color w:val="222B33"/>
          <w:sz w:val="21"/>
        </w:rPr>
        <w:t>adds</w:t>
        <w:br/>
      </w:r>
      <w:r>
        <w:rPr>
          <w:b w:val="0"/>
          <w:i/>
          <w:color w:val="222B33"/>
          <w:sz w:val="21"/>
        </w:rPr>
        <w:t>cotton.</w:t>
      </w:r>
    </w:p>
    <w:p>
      <w:pPr>
        <w:spacing w:after="40"/>
      </w:pPr>
      <w:r>
        <w:rPr>
          <w:b w:val="0"/>
          <w:i w:val="0"/>
          <w:color w:val="6A6F75"/>
          <w:sz w:val="18"/>
        </w:rPr>
        <w:t xml:space="preserve">In reply to </w:t>
      </w:r>
      <w:hyperlink w:anchor="p487">
        <w:r>
          <w:rPr>
            <w:color w:val="2E5A80"/>
            <w:u w:val="single"/>
            <w:sz w:val="18"/>
          </w:rPr>
          <w:t xml:space="preserve">No. 487 (Murasaki)</w:t>
        </w:r>
      </w:hyperlink>
    </w:p>
    <w:p>
      <w:pPr>
        <w:keepNext/>
        <w:spacing w:after="20" w:before="200"/>
      </w:pPr>
      <w:bookmarkStart w:id="524" w:name="p489"/>
      <w:r>
        <w:rPr>
          <w:b/>
          <w:i w:val="0"/>
          <w:color w:val="222B33"/>
          <w:sz w:val="22"/>
        </w:rPr>
        <w:t>No. 489</w:t>
      </w:r>
      <w:r>
        <w:rPr>
          <w:b w:val="0"/>
          <w:i w:val="0"/>
          <w:color w:val="6A6F75"/>
          <w:sz w:val="18"/>
        </w:rPr>
        <w:t xml:space="preserve">   Nakatsukasa   唱 group exchange</w:t>
      </w:r>
      <w:bookmarkEnd w:id="524"/>
    </w:p>
    <w:p>
      <w:pPr>
        <w:keepNext/>
        <w:spacing w:after="0"/>
      </w:pPr>
      <w:r>
        <w:rPr>
          <w:rFonts w:ascii="Noto Serif CJK JP" w:hAnsi="Noto Serif CJK JP" w:eastAsia="Noto Serif CJK JP"/>
          <w:b w:val="0"/>
          <w:i w:val="0"/>
          <w:color w:val="222B33"/>
          <w:sz w:val="26"/>
        </w:rPr>
        <w:t>祝子が木綿うちまがひ置く霜はげにいちじるき神のしるしか</w:t>
      </w:r>
    </w:p>
    <w:p>
      <w:pPr>
        <w:keepNext/>
        <w:spacing w:after="60"/>
      </w:pPr>
      <w:r>
        <w:rPr>
          <w:rFonts w:ascii="Noto Serif CJK JP" w:hAnsi="Noto Serif CJK JP" w:eastAsia="Noto Serif CJK JP"/>
          <w:b w:val="0"/>
          <w:i w:val="0"/>
          <w:color w:val="6A6F75"/>
          <w:sz w:val="19"/>
        </w:rPr>
        <w:t>はふりこか　／　ゆふうちまかひ　／　をく霜は　／　けにいちしるき　／　神のしるしか</w:t>
      </w:r>
    </w:p>
    <w:p>
      <w:pPr>
        <w:keepNext/>
        <w:spacing w:after="60"/>
      </w:pPr>
      <w:r>
        <w:rPr>
          <w:b w:val="0"/>
          <w:i/>
          <w:color w:val="222B33"/>
          <w:sz w:val="21"/>
        </w:rPr>
        <w:t>The frost that falls,</w:t>
        <w:br/>
      </w:r>
      <w:r>
        <w:rPr>
          <w:b w:val="0"/>
          <w:i/>
          <w:color w:val="222B33"/>
          <w:sz w:val="21"/>
        </w:rPr>
        <w:t>mistaken for the priests’ cotton,</w:t>
        <w:br/>
      </w:r>
      <w:r>
        <w:rPr>
          <w:b w:val="0"/>
          <w:i/>
          <w:color w:val="222B33"/>
          <w:sz w:val="21"/>
        </w:rPr>
        <w:t>is truly</w:t>
        <w:br/>
      </w:r>
      <w:r>
        <w:rPr>
          <w:b w:val="0"/>
          <w:i/>
          <w:color w:val="222B33"/>
          <w:sz w:val="21"/>
        </w:rPr>
        <w:t>a clear sign</w:t>
        <w:br/>
      </w:r>
      <w:r>
        <w:rPr>
          <w:b w:val="0"/>
          <w:i/>
          <w:color w:val="222B33"/>
          <w:sz w:val="21"/>
        </w:rPr>
        <w:t>of the god.</w:t>
      </w:r>
    </w:p>
    <w:p>
      <w:pPr>
        <w:spacing w:after="40"/>
      </w:pPr>
      <w:r>
        <w:rPr>
          <w:b w:val="0"/>
          <w:i w:val="0"/>
          <w:color w:val="6A6F75"/>
          <w:sz w:val="18"/>
        </w:rPr>
        <w:t xml:space="preserve">In reply to </w:t>
      </w:r>
      <w:hyperlink w:anchor="p487">
        <w:r>
          <w:rPr>
            <w:color w:val="2E5A80"/>
            <w:u w:val="single"/>
            <w:sz w:val="18"/>
          </w:rPr>
          <w:t xml:space="preserve">No. 487 (Murasaki)</w:t>
        </w:r>
      </w:hyperlink>
    </w:p>
    <w:p>
      <w:pPr>
        <w:keepNext/>
        <w:spacing w:after="20" w:before="200"/>
      </w:pPr>
      <w:bookmarkStart w:id="525" w:name="p490"/>
      <w:r>
        <w:rPr>
          <w:b/>
          <w:i w:val="0"/>
          <w:color w:val="222B33"/>
          <w:sz w:val="22"/>
        </w:rPr>
        <w:t>No. 490</w:t>
      </w:r>
      <w:r>
        <w:rPr>
          <w:b w:val="0"/>
          <w:i w:val="0"/>
          <w:color w:val="6A6F75"/>
          <w:sz w:val="18"/>
        </w:rPr>
        <w:t xml:space="preserve">   Kashiwagi → the Third Princess   贈 sent</w:t>
      </w:r>
      <w:bookmarkEnd w:id="525"/>
    </w:p>
    <w:p>
      <w:pPr>
        <w:keepNext/>
        <w:spacing w:after="40"/>
      </w:pPr>
      <w:r>
        <w:rPr>
          <w:b/>
          <w:i w:val="0"/>
          <w:color w:val="6A6F75"/>
          <w:sz w:val="18"/>
        </w:rPr>
        <w:t xml:space="preserve">Context. </w:t>
      </w:r>
      <w:r>
        <w:rPr>
          <w:b w:val="0"/>
          <w:i w:val="0"/>
          <w:color w:val="6A6F75"/>
          <w:sz w:val="19"/>
        </w:rPr>
        <w:t>After Kashiwagi violates the Third Princess; the act that will produce Kaoru.</w:t>
      </w:r>
    </w:p>
    <w:p>
      <w:pPr>
        <w:keepNext/>
        <w:spacing w:after="0"/>
      </w:pPr>
      <w:r>
        <w:rPr>
          <w:rFonts w:ascii="Noto Serif CJK JP" w:hAnsi="Noto Serif CJK JP" w:eastAsia="Noto Serif CJK JP"/>
          <w:b w:val="0"/>
          <w:i w:val="0"/>
          <w:color w:val="222B33"/>
          <w:sz w:val="26"/>
        </w:rPr>
        <w:t>起きてゆく空も知られぬ明けぐれにいづくの露のかかる袖なり</w:t>
      </w:r>
    </w:p>
    <w:p>
      <w:pPr>
        <w:keepNext/>
        <w:spacing w:after="60"/>
      </w:pPr>
      <w:r>
        <w:rPr>
          <w:rFonts w:ascii="Noto Serif CJK JP" w:hAnsi="Noto Serif CJK JP" w:eastAsia="Noto Serif CJK JP"/>
          <w:b w:val="0"/>
          <w:i w:val="0"/>
          <w:color w:val="6A6F75"/>
          <w:sz w:val="19"/>
        </w:rPr>
        <w:t>おきてゆく　／　空もしられぬ　／　あけくれに　／　いつくの露の　／　かゝる袖なり</w:t>
      </w:r>
    </w:p>
    <w:p>
      <w:pPr>
        <w:keepNext/>
        <w:spacing w:after="60"/>
      </w:pPr>
      <w:r>
        <w:rPr>
          <w:b w:val="0"/>
          <w:i/>
          <w:color w:val="222B33"/>
          <w:sz w:val="21"/>
        </w:rPr>
        <w:t>In the dawn dark</w:t>
        <w:br/>
      </w:r>
      <w:r>
        <w:rPr>
          <w:b w:val="0"/>
          <w:i/>
          <w:color w:val="222B33"/>
          <w:sz w:val="21"/>
        </w:rPr>
        <w:t>I cannot tell what sky</w:t>
        <w:br/>
      </w:r>
      <w:r>
        <w:rPr>
          <w:b w:val="0"/>
          <w:i/>
          <w:color w:val="222B33"/>
          <w:sz w:val="21"/>
        </w:rPr>
        <w:t>I rise and go to:</w:t>
        <w:br/>
      </w:r>
      <w:r>
        <w:rPr>
          <w:b w:val="0"/>
          <w:i/>
          <w:color w:val="222B33"/>
          <w:sz w:val="21"/>
        </w:rPr>
        <w:t>whose dew</w:t>
        <w:br/>
      </w:r>
      <w:r>
        <w:rPr>
          <w:b w:val="0"/>
          <w:i/>
          <w:color w:val="222B33"/>
          <w:sz w:val="21"/>
        </w:rPr>
        <w:t>wets my sleeve?</w:t>
      </w:r>
    </w:p>
    <w:p>
      <w:pPr>
        <w:spacing w:after="40"/>
      </w:pPr>
      <w:r>
        <w:rPr>
          <w:b w:val="0"/>
          <w:i w:val="0"/>
          <w:color w:val="222B33"/>
          <w:sz w:val="19"/>
        </w:rPr>
        <w:t>After the violation.</w:t>
      </w:r>
    </w:p>
    <w:p>
      <w:pPr>
        <w:spacing w:after="40"/>
      </w:pPr>
      <w:r>
        <w:rPr>
          <w:b w:val="0"/>
          <w:i w:val="0"/>
          <w:color w:val="6A6F75"/>
          <w:sz w:val="18"/>
        </w:rPr>
        <w:t xml:space="preserve">Answered by </w:t>
      </w:r>
      <w:hyperlink w:anchor="p491">
        <w:r>
          <w:rPr>
            <w:color w:val="2E5A80"/>
            <w:u w:val="single"/>
            <w:sz w:val="18"/>
          </w:rPr>
          <w:t xml:space="preserve">No. 491 (the Third Princess)</w:t>
        </w:r>
      </w:hyperlink>
    </w:p>
    <w:p>
      <w:pPr>
        <w:keepNext/>
        <w:spacing w:after="20" w:before="200"/>
      </w:pPr>
      <w:bookmarkStart w:id="526" w:name="p491"/>
      <w:r>
        <w:rPr>
          <w:b/>
          <w:i w:val="0"/>
          <w:color w:val="222B33"/>
          <w:sz w:val="22"/>
        </w:rPr>
        <w:t>No. 491</w:t>
      </w:r>
      <w:r>
        <w:rPr>
          <w:b w:val="0"/>
          <w:i w:val="0"/>
          <w:color w:val="6A6F75"/>
          <w:sz w:val="18"/>
        </w:rPr>
        <w:t xml:space="preserve">   the Third Princess → Kashiwagi   答 reply</w:t>
      </w:r>
      <w:bookmarkEnd w:id="526"/>
    </w:p>
    <w:p>
      <w:pPr>
        <w:keepNext/>
        <w:spacing w:after="0"/>
      </w:pPr>
      <w:r>
        <w:rPr>
          <w:rFonts w:ascii="Noto Serif CJK JP" w:hAnsi="Noto Serif CJK JP" w:eastAsia="Noto Serif CJK JP"/>
          <w:b w:val="0"/>
          <w:i w:val="0"/>
          <w:color w:val="222B33"/>
          <w:sz w:val="26"/>
        </w:rPr>
        <w:t>明けぐれの空に憂き身は消えななむ夢なりけりと見てもやむべく</w:t>
      </w:r>
    </w:p>
    <w:p>
      <w:pPr>
        <w:keepNext/>
        <w:spacing w:after="60"/>
      </w:pPr>
      <w:r>
        <w:rPr>
          <w:rFonts w:ascii="Noto Serif CJK JP" w:hAnsi="Noto Serif CJK JP" w:eastAsia="Noto Serif CJK JP"/>
          <w:b w:val="0"/>
          <w:i w:val="0"/>
          <w:color w:val="6A6F75"/>
          <w:sz w:val="19"/>
        </w:rPr>
        <w:t>あけくれの　／　空にうきみは　／　きえなゝん　／　夢なりけりと　／　みてもやむへく</w:t>
      </w:r>
    </w:p>
    <w:p>
      <w:pPr>
        <w:keepNext/>
        <w:spacing w:after="60"/>
      </w:pPr>
      <w:r>
        <w:rPr>
          <w:b w:val="0"/>
          <w:i/>
          <w:color w:val="222B33"/>
          <w:sz w:val="21"/>
        </w:rPr>
        <w:t>Into the dawn-dark sky</w:t>
        <w:br/>
      </w:r>
      <w:r>
        <w:rPr>
          <w:b w:val="0"/>
          <w:i/>
          <w:color w:val="222B33"/>
          <w:sz w:val="21"/>
        </w:rPr>
        <w:t>let my wretched self vanish,</w:t>
        <w:br/>
      </w:r>
      <w:r>
        <w:rPr>
          <w:b w:val="0"/>
          <w:i/>
          <w:color w:val="222B33"/>
          <w:sz w:val="21"/>
        </w:rPr>
        <w:t>so that it might end</w:t>
        <w:br/>
      </w:r>
      <w:r>
        <w:rPr>
          <w:b w:val="0"/>
          <w:i/>
          <w:color w:val="222B33"/>
          <w:sz w:val="21"/>
        </w:rPr>
        <w:t>as something seen</w:t>
        <w:br/>
      </w:r>
      <w:r>
        <w:rPr>
          <w:b w:val="0"/>
          <w:i/>
          <w:color w:val="222B33"/>
          <w:sz w:val="21"/>
        </w:rPr>
        <w:t>in a dream.</w:t>
      </w:r>
    </w:p>
    <w:p>
      <w:pPr>
        <w:spacing w:after="40"/>
      </w:pPr>
      <w:r>
        <w:rPr>
          <w:b w:val="0"/>
          <w:i w:val="0"/>
          <w:color w:val="6A6F75"/>
          <w:sz w:val="18"/>
        </w:rPr>
        <w:t xml:space="preserve">In reply to </w:t>
      </w:r>
      <w:hyperlink w:anchor="p490">
        <w:r>
          <w:rPr>
            <w:color w:val="2E5A80"/>
            <w:u w:val="single"/>
            <w:sz w:val="18"/>
          </w:rPr>
          <w:t xml:space="preserve">No. 490 (Kashiwagi)</w:t>
        </w:r>
      </w:hyperlink>
    </w:p>
    <w:p>
      <w:pPr>
        <w:keepNext/>
        <w:spacing w:after="20" w:before="200"/>
      </w:pPr>
      <w:bookmarkStart w:id="527" w:name="p492"/>
      <w:r>
        <w:rPr>
          <w:b/>
          <w:i w:val="0"/>
          <w:color w:val="222B33"/>
          <w:sz w:val="22"/>
        </w:rPr>
        <w:t>No. 492</w:t>
      </w:r>
      <w:r>
        <w:rPr>
          <w:b w:val="0"/>
          <w:i w:val="0"/>
          <w:color w:val="6A6F75"/>
          <w:sz w:val="18"/>
        </w:rPr>
        <w:t xml:space="preserve">   Kashiwagi   独 solo</w:t>
      </w:r>
      <w:bookmarkEnd w:id="527"/>
    </w:p>
    <w:p>
      <w:pPr>
        <w:keepNext/>
        <w:spacing w:after="40"/>
      </w:pPr>
      <w:r>
        <w:rPr>
          <w:b/>
          <w:i w:val="0"/>
          <w:color w:val="6A6F75"/>
          <w:sz w:val="18"/>
        </w:rPr>
        <w:t xml:space="preserve">Context. </w:t>
      </w:r>
      <w:r>
        <w:rPr>
          <w:b w:val="0"/>
          <w:i w:val="0"/>
          <w:color w:val="6A6F75"/>
          <w:sz w:val="19"/>
        </w:rPr>
        <w:t>Kashiwagi, married to the Second Princess, regrets wanting the Third; his guilt.</w:t>
      </w:r>
    </w:p>
    <w:p>
      <w:pPr>
        <w:keepNext/>
        <w:spacing w:after="0"/>
      </w:pPr>
      <w:r>
        <w:rPr>
          <w:rFonts w:ascii="Noto Serif CJK JP" w:hAnsi="Noto Serif CJK JP" w:eastAsia="Noto Serif CJK JP"/>
          <w:b w:val="0"/>
          <w:i w:val="0"/>
          <w:color w:val="222B33"/>
          <w:sz w:val="26"/>
        </w:rPr>
        <w:t>悔しくぞ摘み犯しける葵草神の許せるかざしならぬに</w:t>
      </w:r>
    </w:p>
    <w:p>
      <w:pPr>
        <w:keepNext/>
        <w:spacing w:after="60"/>
      </w:pPr>
      <w:r>
        <w:rPr>
          <w:rFonts w:ascii="Noto Serif CJK JP" w:hAnsi="Noto Serif CJK JP" w:eastAsia="Noto Serif CJK JP"/>
          <w:b w:val="0"/>
          <w:i w:val="0"/>
          <w:color w:val="6A6F75"/>
          <w:sz w:val="19"/>
        </w:rPr>
        <w:t>くやしくそ　／　つみをかしける　／　あふひ草　／　神のゆるせる　／　かさしならぬに</w:t>
      </w:r>
    </w:p>
    <w:p>
      <w:pPr>
        <w:keepNext/>
        <w:spacing w:after="60"/>
      </w:pPr>
      <w:r>
        <w:rPr>
          <w:b w:val="0"/>
          <w:i/>
          <w:color w:val="222B33"/>
          <w:sz w:val="21"/>
        </w:rPr>
        <w:t>Bitterly I regret</w:t>
        <w:br/>
      </w:r>
      <w:r>
        <w:rPr>
          <w:b w:val="0"/>
          <w:i/>
          <w:color w:val="222B33"/>
          <w:sz w:val="21"/>
        </w:rPr>
        <w:t>picking and violating the heartvine,</w:t>
        <w:br/>
      </w:r>
      <w:r>
        <w:rPr>
          <w:b w:val="0"/>
          <w:i/>
          <w:color w:val="222B33"/>
          <w:sz w:val="21"/>
        </w:rPr>
        <w:t>though it was not the sprig</w:t>
        <w:br/>
      </w:r>
      <w:r>
        <w:rPr>
          <w:b w:val="0"/>
          <w:i/>
          <w:color w:val="222B33"/>
          <w:sz w:val="21"/>
        </w:rPr>
        <w:t>the gods permitted</w:t>
        <w:br/>
      </w:r>
      <w:r>
        <w:rPr>
          <w:b w:val="0"/>
          <w:i/>
          <w:color w:val="222B33"/>
          <w:sz w:val="21"/>
        </w:rPr>
        <w:t>me to wear.</w:t>
      </w:r>
    </w:p>
    <w:p>
      <w:pPr>
        <w:spacing w:after="40"/>
      </w:pPr>
      <w:r>
        <w:rPr>
          <w:b w:val="0"/>
          <w:i w:val="0"/>
          <w:color w:val="222B33"/>
          <w:sz w:val="19"/>
        </w:rPr>
        <w:t>Aoi, the festival plant, also “meeting day.” He has married the Second Princess but wanted the Third.</w:t>
      </w:r>
    </w:p>
    <w:p>
      <w:pPr>
        <w:keepNext/>
        <w:spacing w:after="20" w:before="200"/>
      </w:pPr>
      <w:bookmarkStart w:id="528" w:name="p493"/>
      <w:r>
        <w:rPr>
          <w:b/>
          <w:i w:val="0"/>
          <w:color w:val="222B33"/>
          <w:sz w:val="22"/>
        </w:rPr>
        <w:t>No. 493</w:t>
      </w:r>
      <w:r>
        <w:rPr>
          <w:b w:val="0"/>
          <w:i w:val="0"/>
          <w:color w:val="6A6F75"/>
          <w:sz w:val="18"/>
        </w:rPr>
        <w:t xml:space="preserve">   Kashiwagi   独 solo</w:t>
      </w:r>
      <w:bookmarkEnd w:id="528"/>
    </w:p>
    <w:p>
      <w:pPr>
        <w:keepNext/>
        <w:spacing w:after="40"/>
      </w:pPr>
      <w:r>
        <w:rPr>
          <w:b/>
          <w:i w:val="0"/>
          <w:color w:val="6A6F75"/>
          <w:sz w:val="18"/>
        </w:rPr>
        <w:t xml:space="preserve">Context. </w:t>
      </w:r>
      <w:r>
        <w:rPr>
          <w:b w:val="0"/>
          <w:i w:val="0"/>
          <w:color w:val="6A6F75"/>
          <w:sz w:val="19"/>
        </w:rPr>
        <w:t>Kashiwagi disparages the Second Princess, his wife; Ochiba’s name comes from this.</w:t>
      </w:r>
    </w:p>
    <w:p>
      <w:pPr>
        <w:keepNext/>
        <w:spacing w:after="0"/>
      </w:pPr>
      <w:r>
        <w:rPr>
          <w:rFonts w:ascii="Noto Serif CJK JP" w:hAnsi="Noto Serif CJK JP" w:eastAsia="Noto Serif CJK JP"/>
          <w:b w:val="0"/>
          <w:i w:val="0"/>
          <w:color w:val="222B33"/>
          <w:sz w:val="26"/>
        </w:rPr>
        <w:t>もろかづら落葉を何に拾ひけむ名は睦ましきかざしなれども</w:t>
      </w:r>
    </w:p>
    <w:p>
      <w:pPr>
        <w:keepNext/>
        <w:spacing w:after="60"/>
      </w:pPr>
      <w:r>
        <w:rPr>
          <w:rFonts w:ascii="Noto Serif CJK JP" w:hAnsi="Noto Serif CJK JP" w:eastAsia="Noto Serif CJK JP"/>
          <w:b w:val="0"/>
          <w:i w:val="0"/>
          <w:color w:val="6A6F75"/>
          <w:sz w:val="19"/>
        </w:rPr>
        <w:t>もろかつら　／　おち葉をなにゝ　／　ひろひけむ　／　名はむつましき　／　かさしなれとも</w:t>
      </w:r>
    </w:p>
    <w:p>
      <w:pPr>
        <w:keepNext/>
        <w:spacing w:after="60"/>
      </w:pPr>
      <w:r>
        <w:rPr>
          <w:b w:val="0"/>
          <w:i/>
          <w:color w:val="222B33"/>
          <w:sz w:val="21"/>
        </w:rPr>
        <w:t>Why did I gather</w:t>
        <w:br/>
      </w:r>
      <w:r>
        <w:rPr>
          <w:b w:val="0"/>
          <w:i/>
          <w:color w:val="222B33"/>
          <w:sz w:val="21"/>
        </w:rPr>
        <w:t>the fallen leaf of the double vine?</w:t>
        <w:br/>
      </w:r>
      <w:r>
        <w:rPr>
          <w:b w:val="0"/>
          <w:i/>
          <w:color w:val="222B33"/>
          <w:sz w:val="21"/>
        </w:rPr>
        <w:t>Though by name</w:t>
        <w:br/>
      </w:r>
      <w:r>
        <w:rPr>
          <w:b w:val="0"/>
          <w:i/>
          <w:color w:val="222B33"/>
          <w:sz w:val="21"/>
        </w:rPr>
        <w:t>it is a kindred</w:t>
        <w:br/>
      </w:r>
      <w:r>
        <w:rPr>
          <w:b w:val="0"/>
          <w:i/>
          <w:color w:val="222B33"/>
          <w:sz w:val="21"/>
        </w:rPr>
        <w:t>sprig.</w:t>
      </w:r>
    </w:p>
    <w:p>
      <w:pPr>
        <w:spacing w:after="40"/>
      </w:pPr>
      <w:r>
        <w:rPr>
          <w:b w:val="0"/>
          <w:i w:val="0"/>
          <w:color w:val="222B33"/>
          <w:sz w:val="19"/>
        </w:rPr>
        <w:t>Ochiba, “fallen leaf,” gives the Second Princess her name in commentary.</w:t>
      </w:r>
    </w:p>
    <w:p>
      <w:pPr>
        <w:keepNext/>
        <w:spacing w:after="20" w:before="200"/>
      </w:pPr>
      <w:bookmarkStart w:id="529" w:name="p494"/>
      <w:r>
        <w:rPr>
          <w:b/>
          <w:i w:val="0"/>
          <w:color w:val="222B33"/>
          <w:sz w:val="22"/>
        </w:rPr>
        <w:t>No. 494</w:t>
      </w:r>
      <w:r>
        <w:rPr>
          <w:b w:val="0"/>
          <w:i w:val="0"/>
          <w:color w:val="6A6F75"/>
          <w:sz w:val="18"/>
        </w:rPr>
        <w:t xml:space="preserve">   Rokujō lady’s spirit (in Murasaki) → Genji   贈:独 sent / solo</w:t>
      </w:r>
      <w:bookmarkEnd w:id="529"/>
    </w:p>
    <w:p>
      <w:pPr>
        <w:keepNext/>
        <w:spacing w:after="40"/>
      </w:pPr>
      <w:r>
        <w:rPr>
          <w:b/>
          <w:i w:val="0"/>
          <w:color w:val="6A6F75"/>
          <w:sz w:val="18"/>
        </w:rPr>
        <w:t xml:space="preserve">Context. </w:t>
      </w:r>
      <w:r>
        <w:rPr>
          <w:b w:val="0"/>
          <w:i w:val="0"/>
          <w:color w:val="6A6F75"/>
          <w:sz w:val="19"/>
        </w:rPr>
        <w:t>Rokujō’s spirit possesses the stricken Murasaki and speaks to Genji; her jealousy persists after death.</w:t>
      </w:r>
    </w:p>
    <w:p>
      <w:pPr>
        <w:keepNext/>
        <w:spacing w:after="0"/>
      </w:pPr>
      <w:r>
        <w:rPr>
          <w:rFonts w:ascii="Noto Serif CJK JP" w:hAnsi="Noto Serif CJK JP" w:eastAsia="Noto Serif CJK JP"/>
          <w:b w:val="0"/>
          <w:i w:val="0"/>
          <w:color w:val="222B33"/>
          <w:sz w:val="26"/>
        </w:rPr>
        <w:t>わが身こそあらぬさまなれそれながらそらおぼれする君は君なり</w:t>
      </w:r>
    </w:p>
    <w:p>
      <w:pPr>
        <w:keepNext/>
        <w:spacing w:after="60"/>
      </w:pPr>
      <w:r>
        <w:rPr>
          <w:rFonts w:ascii="Noto Serif CJK JP" w:hAnsi="Noto Serif CJK JP" w:eastAsia="Noto Serif CJK JP"/>
          <w:b w:val="0"/>
          <w:i w:val="0"/>
          <w:color w:val="6A6F75"/>
          <w:sz w:val="19"/>
        </w:rPr>
        <w:t>わか身こそ　／　あらぬさまなれ　／　それなから　／　空おほれする　／　きみは君也</w:t>
      </w:r>
    </w:p>
    <w:p>
      <w:pPr>
        <w:keepNext/>
        <w:spacing w:after="60"/>
      </w:pPr>
      <w:r>
        <w:rPr>
          <w:b w:val="0"/>
          <w:i/>
          <w:color w:val="222B33"/>
          <w:sz w:val="21"/>
        </w:rPr>
        <w:t>I myself am become</w:t>
        <w:br/>
      </w:r>
      <w:r>
        <w:rPr>
          <w:b w:val="0"/>
          <w:i/>
          <w:color w:val="222B33"/>
          <w:sz w:val="21"/>
        </w:rPr>
        <w:t>something other than I was,</w:t>
        <w:br/>
      </w:r>
      <w:r>
        <w:rPr>
          <w:b w:val="0"/>
          <w:i/>
          <w:color w:val="222B33"/>
          <w:sz w:val="21"/>
        </w:rPr>
        <w:t>yet you who feign</w:t>
        <w:br/>
      </w:r>
      <w:r>
        <w:rPr>
          <w:b w:val="0"/>
          <w:i/>
          <w:color w:val="222B33"/>
          <w:sz w:val="21"/>
        </w:rPr>
        <w:t>not to know me</w:t>
        <w:br/>
      </w:r>
      <w:r>
        <w:rPr>
          <w:b w:val="0"/>
          <w:i/>
          <w:color w:val="222B33"/>
          <w:sz w:val="21"/>
        </w:rPr>
        <w:t>are still yourself.</w:t>
      </w:r>
    </w:p>
    <w:p>
      <w:pPr>
        <w:spacing w:after="40"/>
      </w:pPr>
      <w:r>
        <w:rPr>
          <w:b w:val="0"/>
          <w:i w:val="0"/>
          <w:color w:val="222B33"/>
          <w:sz w:val="19"/>
        </w:rPr>
        <w:t>The spirit speaks through the stricken Murasaki.</w:t>
      </w:r>
    </w:p>
    <w:p>
      <w:pPr>
        <w:keepNext/>
        <w:spacing w:after="20" w:before="200"/>
      </w:pPr>
      <w:bookmarkStart w:id="530" w:name="p495"/>
      <w:r>
        <w:rPr>
          <w:b/>
          <w:i w:val="0"/>
          <w:color w:val="222B33"/>
          <w:sz w:val="22"/>
        </w:rPr>
        <w:t>No. 495</w:t>
      </w:r>
      <w:r>
        <w:rPr>
          <w:b w:val="0"/>
          <w:i w:val="0"/>
          <w:color w:val="6A6F75"/>
          <w:sz w:val="18"/>
        </w:rPr>
        <w:t xml:space="preserve">   Murasaki → Genji   贈 sent</w:t>
      </w:r>
      <w:bookmarkEnd w:id="530"/>
    </w:p>
    <w:p>
      <w:pPr>
        <w:keepNext/>
        <w:spacing w:after="40"/>
      </w:pPr>
      <w:r>
        <w:rPr>
          <w:b/>
          <w:i w:val="0"/>
          <w:color w:val="6A6F75"/>
          <w:sz w:val="18"/>
        </w:rPr>
        <w:t xml:space="preserve">Context. </w:t>
      </w:r>
      <w:r>
        <w:rPr>
          <w:b w:val="0"/>
          <w:i w:val="0"/>
          <w:color w:val="6A6F75"/>
          <w:sz w:val="19"/>
        </w:rPr>
        <w:t>Murasaki, recovering, on the lotus dew; she asks again to take vows.</w:t>
      </w:r>
    </w:p>
    <w:p>
      <w:pPr>
        <w:keepNext/>
        <w:spacing w:after="0"/>
      </w:pPr>
      <w:r>
        <w:rPr>
          <w:rFonts w:ascii="Noto Serif CJK JP" w:hAnsi="Noto Serif CJK JP" w:eastAsia="Noto Serif CJK JP"/>
          <w:b w:val="0"/>
          <w:i w:val="0"/>
          <w:color w:val="222B33"/>
          <w:sz w:val="26"/>
        </w:rPr>
        <w:t>消え止まるほどやは経べきたまさかに蓮の露のかかるばかりを</w:t>
      </w:r>
    </w:p>
    <w:p>
      <w:pPr>
        <w:keepNext/>
        <w:spacing w:after="60"/>
      </w:pPr>
      <w:r>
        <w:rPr>
          <w:rFonts w:ascii="Noto Serif CJK JP" w:hAnsi="Noto Serif CJK JP" w:eastAsia="Noto Serif CJK JP"/>
          <w:b w:val="0"/>
          <w:i w:val="0"/>
          <w:color w:val="6A6F75"/>
          <w:sz w:val="19"/>
        </w:rPr>
        <w:t>きえとまる　／　ほとやはふへき　／　たまさかに　／　はちすのつゆの　／　かゝる許を</w:t>
      </w:r>
    </w:p>
    <w:p>
      <w:pPr>
        <w:keepNext/>
        <w:spacing w:after="60"/>
      </w:pPr>
      <w:r>
        <w:rPr>
          <w:b w:val="0"/>
          <w:i/>
          <w:color w:val="222B33"/>
          <w:sz w:val="21"/>
        </w:rPr>
        <w:t>Could I last even</w:t>
        <w:br/>
      </w:r>
      <w:r>
        <w:rPr>
          <w:b w:val="0"/>
          <w:i/>
          <w:color w:val="222B33"/>
          <w:sz w:val="21"/>
        </w:rPr>
        <w:t>as long as the dew that stays,</w:t>
        <w:br/>
      </w:r>
      <w:r>
        <w:rPr>
          <w:b w:val="0"/>
          <w:i/>
          <w:color w:val="222B33"/>
          <w:sz w:val="21"/>
        </w:rPr>
        <w:t>which by chance</w:t>
        <w:br/>
      </w:r>
      <w:r>
        <w:rPr>
          <w:b w:val="0"/>
          <w:i/>
          <w:color w:val="222B33"/>
          <w:sz w:val="21"/>
        </w:rPr>
        <w:t>just clings</w:t>
        <w:br/>
      </w:r>
      <w:r>
        <w:rPr>
          <w:b w:val="0"/>
          <w:i/>
          <w:color w:val="222B33"/>
          <w:sz w:val="21"/>
        </w:rPr>
        <w:t>to the lotus?</w:t>
      </w:r>
    </w:p>
    <w:p>
      <w:pPr>
        <w:spacing w:after="40"/>
      </w:pPr>
      <w:r>
        <w:rPr>
          <w:b w:val="0"/>
          <w:i w:val="0"/>
          <w:color w:val="6A6F75"/>
          <w:sz w:val="18"/>
        </w:rPr>
        <w:t xml:space="preserve">Answered by </w:t>
      </w:r>
      <w:hyperlink w:anchor="p496">
        <w:r>
          <w:rPr>
            <w:color w:val="2E5A80"/>
            <w:u w:val="single"/>
            <w:sz w:val="18"/>
          </w:rPr>
          <w:t xml:space="preserve">No. 496 (Genji)</w:t>
        </w:r>
      </w:hyperlink>
    </w:p>
    <w:p>
      <w:pPr>
        <w:keepNext/>
        <w:spacing w:after="20" w:before="200"/>
      </w:pPr>
      <w:bookmarkStart w:id="531" w:name="p496"/>
      <w:r>
        <w:rPr>
          <w:b/>
          <w:i w:val="0"/>
          <w:color w:val="222B33"/>
          <w:sz w:val="22"/>
        </w:rPr>
        <w:t>No. 496</w:t>
      </w:r>
      <w:r>
        <w:rPr>
          <w:b w:val="0"/>
          <w:i w:val="0"/>
          <w:color w:val="6A6F75"/>
          <w:sz w:val="18"/>
        </w:rPr>
        <w:t xml:space="preserve">   Genji → Murasaki   答 reply</w:t>
      </w:r>
      <w:bookmarkEnd w:id="531"/>
    </w:p>
    <w:p>
      <w:pPr>
        <w:keepNext/>
        <w:spacing w:after="0"/>
      </w:pPr>
      <w:r>
        <w:rPr>
          <w:rFonts w:ascii="Noto Serif CJK JP" w:hAnsi="Noto Serif CJK JP" w:eastAsia="Noto Serif CJK JP"/>
          <w:b w:val="0"/>
          <w:i w:val="0"/>
          <w:color w:val="222B33"/>
          <w:sz w:val="26"/>
        </w:rPr>
        <w:t>契り置かむこの世ならでも蓮葉に玉ゐる露の心隔つな</w:t>
      </w:r>
    </w:p>
    <w:p>
      <w:pPr>
        <w:keepNext/>
        <w:spacing w:after="60"/>
      </w:pPr>
      <w:r>
        <w:rPr>
          <w:rFonts w:ascii="Noto Serif CJK JP" w:hAnsi="Noto Serif CJK JP" w:eastAsia="Noto Serif CJK JP"/>
          <w:b w:val="0"/>
          <w:i w:val="0"/>
          <w:color w:val="6A6F75"/>
          <w:sz w:val="19"/>
        </w:rPr>
        <w:t>契をかむ　／　この世ならても　／　はちすはに　／　玉ゐるつゆの　／　こゝろへたつな</w:t>
      </w:r>
    </w:p>
    <w:p>
      <w:pPr>
        <w:keepNext/>
        <w:spacing w:after="60"/>
      </w:pPr>
      <w:r>
        <w:rPr>
          <w:b w:val="0"/>
          <w:i/>
          <w:color w:val="222B33"/>
          <w:sz w:val="21"/>
        </w:rPr>
        <w:t>Let us pledge</w:t>
        <w:br/>
      </w:r>
      <w:r>
        <w:rPr>
          <w:b w:val="0"/>
          <w:i/>
          <w:color w:val="222B33"/>
          <w:sz w:val="21"/>
        </w:rPr>
        <w:t>not for this world only:</w:t>
        <w:br/>
      </w:r>
      <w:r>
        <w:rPr>
          <w:b w:val="0"/>
          <w:i/>
          <w:color w:val="222B33"/>
          <w:sz w:val="21"/>
        </w:rPr>
        <w:t>on the lotus leaf</w:t>
        <w:br/>
      </w:r>
      <w:r>
        <w:rPr>
          <w:b w:val="0"/>
          <w:i/>
          <w:color w:val="222B33"/>
          <w:sz w:val="21"/>
        </w:rPr>
        <w:t>where the dew beads</w:t>
        <w:br/>
      </w:r>
      <w:r>
        <w:rPr>
          <w:b w:val="0"/>
          <w:i/>
          <w:color w:val="222B33"/>
          <w:sz w:val="21"/>
        </w:rPr>
        <w:t>keep no distance between us.</w:t>
      </w:r>
    </w:p>
    <w:p>
      <w:pPr>
        <w:spacing w:after="40"/>
      </w:pPr>
      <w:r>
        <w:rPr>
          <w:b w:val="0"/>
          <w:i w:val="0"/>
          <w:color w:val="6A6F75"/>
          <w:sz w:val="18"/>
        </w:rPr>
        <w:t xml:space="preserve">In reply to </w:t>
      </w:r>
      <w:hyperlink w:anchor="p495">
        <w:r>
          <w:rPr>
            <w:color w:val="2E5A80"/>
            <w:u w:val="single"/>
            <w:sz w:val="18"/>
          </w:rPr>
          <w:t xml:space="preserve">No. 495 (Murasaki)</w:t>
        </w:r>
      </w:hyperlink>
    </w:p>
    <w:p>
      <w:pPr>
        <w:keepNext/>
        <w:spacing w:after="20" w:before="200"/>
      </w:pPr>
      <w:bookmarkStart w:id="532" w:name="p497"/>
      <w:r>
        <w:rPr>
          <w:b/>
          <w:i w:val="0"/>
          <w:color w:val="222B33"/>
          <w:sz w:val="22"/>
        </w:rPr>
        <w:t>No. 497</w:t>
      </w:r>
      <w:r>
        <w:rPr>
          <w:b w:val="0"/>
          <w:i w:val="0"/>
          <w:color w:val="6A6F75"/>
          <w:sz w:val="18"/>
        </w:rPr>
        <w:t xml:space="preserve">   the Third Princess → Genji   贈 sent</w:t>
      </w:r>
      <w:bookmarkEnd w:id="532"/>
    </w:p>
    <w:p>
      <w:pPr>
        <w:keepNext/>
        <w:spacing w:after="40"/>
      </w:pPr>
      <w:r>
        <w:rPr>
          <w:b/>
          <w:i w:val="0"/>
          <w:color w:val="6A6F75"/>
          <w:sz w:val="18"/>
        </w:rPr>
        <w:t xml:space="preserve">Context. </w:t>
      </w:r>
      <w:r>
        <w:rPr>
          <w:b w:val="0"/>
          <w:i w:val="0"/>
          <w:color w:val="6A6F75"/>
          <w:sz w:val="19"/>
        </w:rPr>
        <w:t>The Third Princess, now pregnant, as Genji leaves her for Murasaki.</w:t>
      </w:r>
    </w:p>
    <w:p>
      <w:pPr>
        <w:keepNext/>
        <w:spacing w:after="0"/>
      </w:pPr>
      <w:r>
        <w:rPr>
          <w:rFonts w:ascii="Noto Serif CJK JP" w:hAnsi="Noto Serif CJK JP" w:eastAsia="Noto Serif CJK JP"/>
          <w:b w:val="0"/>
          <w:i w:val="0"/>
          <w:color w:val="222B33"/>
          <w:sz w:val="26"/>
        </w:rPr>
        <w:t>夕露に袖濡らせとやひぐらしの鳴くを聞く聞く起きて行くらむ</w:t>
      </w:r>
    </w:p>
    <w:p>
      <w:pPr>
        <w:keepNext/>
        <w:spacing w:after="60"/>
      </w:pPr>
      <w:r>
        <w:rPr>
          <w:rFonts w:ascii="Noto Serif CJK JP" w:hAnsi="Noto Serif CJK JP" w:eastAsia="Noto Serif CJK JP"/>
          <w:b w:val="0"/>
          <w:i w:val="0"/>
          <w:color w:val="6A6F75"/>
          <w:sz w:val="19"/>
        </w:rPr>
        <w:t>夕露に　／　袖ぬらせとや　／　ひくらしの　／　なくをきくきく　／　おきて行らむ</w:t>
      </w:r>
    </w:p>
    <w:p>
      <w:pPr>
        <w:keepNext/>
        <w:spacing w:after="60"/>
      </w:pPr>
      <w:r>
        <w:rPr>
          <w:b w:val="0"/>
          <w:i/>
          <w:color w:val="222B33"/>
          <w:sz w:val="21"/>
        </w:rPr>
        <w:t>Do you rise and go,</w:t>
        <w:br/>
      </w:r>
      <w:r>
        <w:rPr>
          <w:b w:val="0"/>
          <w:i/>
          <w:color w:val="222B33"/>
          <w:sz w:val="21"/>
        </w:rPr>
        <w:t>listening, listening to the cicada</w:t>
        <w:br/>
      </w:r>
      <w:r>
        <w:rPr>
          <w:b w:val="0"/>
          <w:i/>
          <w:color w:val="222B33"/>
          <w:sz w:val="21"/>
        </w:rPr>
        <w:t>cry in the evening,</w:t>
        <w:br/>
      </w:r>
      <w:r>
        <w:rPr>
          <w:b w:val="0"/>
          <w:i/>
          <w:color w:val="222B33"/>
          <w:sz w:val="21"/>
        </w:rPr>
        <w:t>as if to say</w:t>
        <w:br/>
      </w:r>
      <w:r>
        <w:rPr>
          <w:b w:val="0"/>
          <w:i/>
          <w:color w:val="222B33"/>
          <w:sz w:val="21"/>
        </w:rPr>
        <w:t>wet your sleeves with evening dew?</w:t>
      </w:r>
    </w:p>
    <w:p>
      <w:pPr>
        <w:spacing w:after="40"/>
      </w:pPr>
      <w:r>
        <w:rPr>
          <w:b w:val="0"/>
          <w:i w:val="0"/>
          <w:color w:val="222B33"/>
          <w:sz w:val="19"/>
        </w:rPr>
        <w:t>Yūtsuyu: he leaves before nightfall to see Murasaki.</w:t>
      </w:r>
    </w:p>
    <w:p>
      <w:pPr>
        <w:spacing w:after="40"/>
      </w:pPr>
      <w:r>
        <w:rPr>
          <w:b w:val="0"/>
          <w:i w:val="0"/>
          <w:color w:val="6A6F75"/>
          <w:sz w:val="18"/>
        </w:rPr>
        <w:t xml:space="preserve">Answered by </w:t>
      </w:r>
      <w:hyperlink w:anchor="p498">
        <w:r>
          <w:rPr>
            <w:color w:val="2E5A80"/>
            <w:u w:val="single"/>
            <w:sz w:val="18"/>
          </w:rPr>
          <w:t xml:space="preserve">No. 498 (Genji)</w:t>
        </w:r>
      </w:hyperlink>
    </w:p>
    <w:p>
      <w:pPr>
        <w:keepNext/>
        <w:spacing w:after="20" w:before="200"/>
      </w:pPr>
      <w:bookmarkStart w:id="533" w:name="p498"/>
      <w:r>
        <w:rPr>
          <w:b/>
          <w:i w:val="0"/>
          <w:color w:val="222B33"/>
          <w:sz w:val="22"/>
        </w:rPr>
        <w:t>No. 498</w:t>
      </w:r>
      <w:r>
        <w:rPr>
          <w:b w:val="0"/>
          <w:i w:val="0"/>
          <w:color w:val="6A6F75"/>
          <w:sz w:val="18"/>
        </w:rPr>
        <w:t xml:space="preserve">   Genji → the Third Princess   答 reply</w:t>
      </w:r>
      <w:bookmarkEnd w:id="533"/>
    </w:p>
    <w:p>
      <w:pPr>
        <w:keepNext/>
        <w:spacing w:after="0"/>
      </w:pPr>
      <w:r>
        <w:rPr>
          <w:rFonts w:ascii="Noto Serif CJK JP" w:hAnsi="Noto Serif CJK JP" w:eastAsia="Noto Serif CJK JP"/>
          <w:b w:val="0"/>
          <w:i w:val="0"/>
          <w:color w:val="222B33"/>
          <w:sz w:val="26"/>
        </w:rPr>
        <w:t>待つ里もいかが聞くらむ方がたに心騒がすひぐらしの声</w:t>
      </w:r>
    </w:p>
    <w:p>
      <w:pPr>
        <w:keepNext/>
        <w:spacing w:after="60"/>
      </w:pPr>
      <w:r>
        <w:rPr>
          <w:rFonts w:ascii="Noto Serif CJK JP" w:hAnsi="Noto Serif CJK JP" w:eastAsia="Noto Serif CJK JP"/>
          <w:b w:val="0"/>
          <w:i w:val="0"/>
          <w:color w:val="6A6F75"/>
          <w:sz w:val="19"/>
        </w:rPr>
        <w:t>まつ里も　／　いかゝきくらん　／　かたかたに　／　心さはかす　／　ひくらしのこゑ</w:t>
      </w:r>
    </w:p>
    <w:p>
      <w:pPr>
        <w:keepNext/>
        <w:spacing w:after="60"/>
      </w:pPr>
      <w:r>
        <w:rPr>
          <w:b w:val="0"/>
          <w:i/>
          <w:color w:val="222B33"/>
          <w:sz w:val="21"/>
        </w:rPr>
        <w:t>And how do they hear it</w:t>
        <w:br/>
      </w:r>
      <w:r>
        <w:rPr>
          <w:b w:val="0"/>
          <w:i/>
          <w:color w:val="222B33"/>
          <w:sz w:val="21"/>
        </w:rPr>
        <w:t>at the house where someone waits?</w:t>
        <w:br/>
      </w:r>
      <w:r>
        <w:rPr>
          <w:b w:val="0"/>
          <w:i/>
          <w:color w:val="222B33"/>
          <w:sz w:val="21"/>
        </w:rPr>
        <w:t>The cicada’s voice</w:t>
        <w:br/>
      </w:r>
      <w:r>
        <w:rPr>
          <w:b w:val="0"/>
          <w:i/>
          <w:color w:val="222B33"/>
          <w:sz w:val="21"/>
        </w:rPr>
        <w:t>that troubles hearts</w:t>
        <w:br/>
      </w:r>
      <w:r>
        <w:rPr>
          <w:b w:val="0"/>
          <w:i/>
          <w:color w:val="222B33"/>
          <w:sz w:val="21"/>
        </w:rPr>
        <w:t>on either side.</w:t>
      </w:r>
    </w:p>
    <w:p>
      <w:pPr>
        <w:spacing w:after="40"/>
      </w:pPr>
      <w:r>
        <w:rPr>
          <w:b w:val="0"/>
          <w:i w:val="0"/>
          <w:color w:val="6A6F75"/>
          <w:sz w:val="18"/>
        </w:rPr>
        <w:t xml:space="preserve">In reply to </w:t>
      </w:r>
      <w:hyperlink w:anchor="p497">
        <w:r>
          <w:rPr>
            <w:color w:val="2E5A80"/>
            <w:u w:val="single"/>
            <w:sz w:val="18"/>
          </w:rPr>
          <w:t xml:space="preserve">No. 497 (the Third Princess)</w:t>
        </w:r>
      </w:hyperlink>
    </w:p>
    <w:p>
      <w:pPr>
        <w:keepNext/>
        <w:spacing w:after="20" w:before="200"/>
      </w:pPr>
      <w:bookmarkStart w:id="534" w:name="p499"/>
      <w:r>
        <w:rPr>
          <w:b/>
          <w:i w:val="0"/>
          <w:color w:val="222B33"/>
          <w:sz w:val="22"/>
        </w:rPr>
        <w:t>No. 499</w:t>
      </w:r>
      <w:r>
        <w:rPr>
          <w:b w:val="0"/>
          <w:i w:val="0"/>
          <w:color w:val="6A6F75"/>
          <w:sz w:val="18"/>
        </w:rPr>
        <w:t xml:space="preserve">   Genji → Oborozukiyo   贈 sent</w:t>
      </w:r>
      <w:bookmarkEnd w:id="534"/>
    </w:p>
    <w:p>
      <w:pPr>
        <w:keepNext/>
        <w:spacing w:after="40"/>
      </w:pPr>
      <w:r>
        <w:rPr>
          <w:b/>
          <w:i w:val="0"/>
          <w:color w:val="6A6F75"/>
          <w:sz w:val="18"/>
        </w:rPr>
        <w:t xml:space="preserve">Context. </w:t>
      </w:r>
      <w:r>
        <w:rPr>
          <w:b w:val="0"/>
          <w:i w:val="0"/>
          <w:color w:val="6A6F75"/>
          <w:sz w:val="19"/>
        </w:rPr>
        <w:t>Genji to Oborozukiyo, who has taken vows; the end of that affair.</w:t>
      </w:r>
    </w:p>
    <w:p>
      <w:pPr>
        <w:keepNext/>
        <w:spacing w:after="0"/>
      </w:pPr>
      <w:r>
        <w:rPr>
          <w:rFonts w:ascii="Noto Serif CJK JP" w:hAnsi="Noto Serif CJK JP" w:eastAsia="Noto Serif CJK JP"/>
          <w:b w:val="0"/>
          <w:i w:val="0"/>
          <w:color w:val="222B33"/>
          <w:sz w:val="26"/>
        </w:rPr>
        <w:t>海人の世をよそに聞かめや須磨の浦に藻塩垂れしも誰れならなくに</w:t>
      </w:r>
    </w:p>
    <w:p>
      <w:pPr>
        <w:keepNext/>
        <w:spacing w:after="60"/>
      </w:pPr>
      <w:r>
        <w:rPr>
          <w:rFonts w:ascii="Noto Serif CJK JP" w:hAnsi="Noto Serif CJK JP" w:eastAsia="Noto Serif CJK JP"/>
          <w:b w:val="0"/>
          <w:i w:val="0"/>
          <w:color w:val="6A6F75"/>
          <w:sz w:val="19"/>
        </w:rPr>
        <w:t>あまの世を　／　よそにきかめや　／　すまの浦に　／　もしほたれしも　／　たれならなくに</w:t>
      </w:r>
    </w:p>
    <w:p>
      <w:pPr>
        <w:keepNext/>
        <w:spacing w:after="60"/>
      </w:pPr>
      <w:r>
        <w:rPr>
          <w:b w:val="0"/>
          <w:i/>
          <w:color w:val="222B33"/>
          <w:sz w:val="21"/>
        </w:rPr>
        <w:t>Can I hear of the fisher’s</w:t>
        <w:br/>
      </w:r>
      <w:r>
        <w:rPr>
          <w:b w:val="0"/>
          <w:i/>
          <w:color w:val="222B33"/>
          <w:sz w:val="21"/>
        </w:rPr>
        <w:t>life as nothing to me?</w:t>
        <w:br/>
      </w:r>
      <w:r>
        <w:rPr>
          <w:b w:val="0"/>
          <w:i/>
          <w:color w:val="222B33"/>
          <w:sz w:val="21"/>
        </w:rPr>
        <w:t>It was none other than I</w:t>
        <w:br/>
      </w:r>
      <w:r>
        <w:rPr>
          <w:b w:val="0"/>
          <w:i/>
          <w:color w:val="222B33"/>
          <w:sz w:val="21"/>
        </w:rPr>
        <w:t>who dripped with brine</w:t>
        <w:br/>
      </w:r>
      <w:r>
        <w:rPr>
          <w:b w:val="0"/>
          <w:i/>
          <w:color w:val="222B33"/>
          <w:sz w:val="21"/>
        </w:rPr>
        <w:t>at Suma Bay.</w:t>
      </w:r>
    </w:p>
    <w:p>
      <w:pPr>
        <w:spacing w:after="40"/>
      </w:pPr>
      <w:r>
        <w:rPr>
          <w:b w:val="0"/>
          <w:i w:val="0"/>
          <w:color w:val="222B33"/>
          <w:sz w:val="19"/>
        </w:rPr>
        <w:t>She has taken vows. Ama: “fisher” and “nun.”</w:t>
      </w:r>
    </w:p>
    <w:p>
      <w:pPr>
        <w:spacing w:after="40"/>
      </w:pPr>
      <w:r>
        <w:rPr>
          <w:b w:val="0"/>
          <w:i w:val="0"/>
          <w:color w:val="6A6F75"/>
          <w:sz w:val="18"/>
        </w:rPr>
        <w:t xml:space="preserve">Answered by </w:t>
      </w:r>
      <w:hyperlink w:anchor="p500">
        <w:r>
          <w:rPr>
            <w:color w:val="2E5A80"/>
            <w:u w:val="single"/>
            <w:sz w:val="18"/>
          </w:rPr>
          <w:t xml:space="preserve">No. 500 (Oborozukiyo)</w:t>
        </w:r>
      </w:hyperlink>
    </w:p>
    <w:p>
      <w:pPr>
        <w:keepNext/>
        <w:spacing w:after="20" w:before="200"/>
      </w:pPr>
      <w:bookmarkStart w:id="535" w:name="p500"/>
      <w:r>
        <w:rPr>
          <w:b/>
          <w:i w:val="0"/>
          <w:color w:val="222B33"/>
          <w:sz w:val="22"/>
        </w:rPr>
        <w:t>No. 500</w:t>
      </w:r>
      <w:r>
        <w:rPr>
          <w:b w:val="0"/>
          <w:i w:val="0"/>
          <w:color w:val="6A6F75"/>
          <w:sz w:val="18"/>
        </w:rPr>
        <w:t xml:space="preserve">   Oborozukiyo → Genji   答 reply</w:t>
      </w:r>
      <w:bookmarkEnd w:id="535"/>
    </w:p>
    <w:p>
      <w:pPr>
        <w:keepNext/>
        <w:spacing w:after="0"/>
      </w:pPr>
      <w:r>
        <w:rPr>
          <w:rFonts w:ascii="Noto Serif CJK JP" w:hAnsi="Noto Serif CJK JP" w:eastAsia="Noto Serif CJK JP"/>
          <w:b w:val="0"/>
          <w:i w:val="0"/>
          <w:color w:val="222B33"/>
          <w:sz w:val="26"/>
        </w:rPr>
        <w:t>海人舟にいかがは思ひおくれけむ明石の浦にいさりせし君</w:t>
      </w:r>
    </w:p>
    <w:p>
      <w:pPr>
        <w:keepNext/>
        <w:spacing w:after="60"/>
      </w:pPr>
      <w:r>
        <w:rPr>
          <w:rFonts w:ascii="Noto Serif CJK JP" w:hAnsi="Noto Serif CJK JP" w:eastAsia="Noto Serif CJK JP"/>
          <w:b w:val="0"/>
          <w:i w:val="0"/>
          <w:color w:val="6A6F75"/>
          <w:sz w:val="19"/>
        </w:rPr>
        <w:t>あま舟に　／　いかゝは思ひ　／　をくれけん　／　あかしのうらに　／　いさりせしきみ</w:t>
      </w:r>
    </w:p>
    <w:p>
      <w:pPr>
        <w:keepNext/>
        <w:spacing w:after="60"/>
      </w:pPr>
      <w:r>
        <w:rPr>
          <w:b w:val="0"/>
          <w:i/>
          <w:color w:val="222B33"/>
          <w:sz w:val="21"/>
        </w:rPr>
        <w:t>How was it you fell</w:t>
        <w:br/>
      </w:r>
      <w:r>
        <w:rPr>
          <w:b w:val="0"/>
          <w:i/>
          <w:color w:val="222B33"/>
          <w:sz w:val="21"/>
        </w:rPr>
        <w:t>behind the fisher’s boat,</w:t>
        <w:br/>
      </w:r>
      <w:r>
        <w:rPr>
          <w:b w:val="0"/>
          <w:i/>
          <w:color w:val="222B33"/>
          <w:sz w:val="21"/>
        </w:rPr>
        <w:t>you who once went fishing</w:t>
        <w:br/>
      </w:r>
      <w:r>
        <w:rPr>
          <w:b w:val="0"/>
          <w:i/>
          <w:color w:val="222B33"/>
          <w:sz w:val="21"/>
        </w:rPr>
        <w:t>at Akashi</w:t>
        <w:br/>
      </w:r>
      <w:r>
        <w:rPr>
          <w:b w:val="0"/>
          <w:i/>
          <w:color w:val="222B33"/>
          <w:sz w:val="21"/>
        </w:rPr>
        <w:t>Bay?</w:t>
      </w:r>
    </w:p>
    <w:p>
      <w:pPr>
        <w:spacing w:after="40"/>
      </w:pPr>
      <w:r>
        <w:rPr>
          <w:b w:val="0"/>
          <w:i w:val="0"/>
          <w:color w:val="6A6F75"/>
          <w:sz w:val="18"/>
        </w:rPr>
        <w:t xml:space="preserve">In reply to </w:t>
      </w:r>
      <w:hyperlink w:anchor="p499">
        <w:r>
          <w:rPr>
            <w:color w:val="2E5A80"/>
            <w:u w:val="single"/>
            <w:sz w:val="18"/>
          </w:rPr>
          <w:t xml:space="preserve">No. 499 (Genji)</w:t>
        </w:r>
      </w:hyperlink>
    </w:p>
    <w:p>
      <w:pPr>
        <w:pStyle w:val="Heading1"/>
      </w:pPr>
      <w:bookmarkStart w:id="536" w:name="ch36"/>
      <w:r>
        <w:t>Chapter 36 · Kashiwagi 柏木</w:t>
      </w:r>
      <w:bookmarkEnd w:id="536"/>
    </w:p>
    <w:p>
      <w:pPr>
        <w:keepNext/>
        <w:spacing w:after="20" w:before="200"/>
      </w:pPr>
      <w:bookmarkStart w:id="537" w:name="p501"/>
      <w:r>
        <w:rPr>
          <w:b/>
          <w:i w:val="0"/>
          <w:color w:val="222B33"/>
          <w:sz w:val="22"/>
        </w:rPr>
        <w:t>No. 501</w:t>
      </w:r>
      <w:r>
        <w:rPr>
          <w:b w:val="0"/>
          <w:i w:val="0"/>
          <w:color w:val="6A6F75"/>
          <w:sz w:val="18"/>
        </w:rPr>
        <w:t xml:space="preserve">   Kashiwagi → the Third Princess   贈 sent</w:t>
      </w:r>
      <w:bookmarkEnd w:id="537"/>
    </w:p>
    <w:p>
      <w:pPr>
        <w:keepNext/>
        <w:spacing w:after="40"/>
      </w:pPr>
      <w:r>
        <w:rPr>
          <w:b/>
          <w:i w:val="0"/>
          <w:color w:val="6A6F75"/>
          <w:sz w:val="18"/>
        </w:rPr>
        <w:t xml:space="preserve">Context. </w:t>
      </w:r>
      <w:r>
        <w:rPr>
          <w:b w:val="0"/>
          <w:i w:val="0"/>
          <w:color w:val="6A6F75"/>
          <w:sz w:val="19"/>
        </w:rPr>
        <w:t>Kashiwagi, dying, writes to the Third Princess; love unrepentant.</w:t>
      </w:r>
    </w:p>
    <w:p>
      <w:pPr>
        <w:keepNext/>
        <w:spacing w:after="0"/>
      </w:pPr>
      <w:r>
        <w:rPr>
          <w:rFonts w:ascii="Noto Serif CJK JP" w:hAnsi="Noto Serif CJK JP" w:eastAsia="Noto Serif CJK JP"/>
          <w:b w:val="0"/>
          <w:i w:val="0"/>
          <w:color w:val="222B33"/>
          <w:sz w:val="26"/>
        </w:rPr>
        <w:t>今はとて燃えむ煙もむすぼほれ絶えぬ思ひのなほや残らむ</w:t>
      </w:r>
    </w:p>
    <w:p>
      <w:pPr>
        <w:keepNext/>
        <w:spacing w:after="60"/>
      </w:pPr>
      <w:r>
        <w:rPr>
          <w:rFonts w:ascii="Noto Serif CJK JP" w:hAnsi="Noto Serif CJK JP" w:eastAsia="Noto Serif CJK JP"/>
          <w:b w:val="0"/>
          <w:i w:val="0"/>
          <w:color w:val="6A6F75"/>
          <w:sz w:val="19"/>
        </w:rPr>
        <w:t>いまはとて　／　もえむけふりも　／　むすほゝれ　／　たえぬおもひの　／　猶やのこらむ</w:t>
      </w:r>
    </w:p>
    <w:p>
      <w:pPr>
        <w:keepNext/>
        <w:spacing w:after="60"/>
      </w:pPr>
      <w:r>
        <w:rPr>
          <w:b w:val="0"/>
          <w:i/>
          <w:color w:val="222B33"/>
          <w:sz w:val="21"/>
        </w:rPr>
        <w:t>Even the smoke</w:t>
        <w:br/>
      </w:r>
      <w:r>
        <w:rPr>
          <w:b w:val="0"/>
          <w:i/>
          <w:color w:val="222B33"/>
          <w:sz w:val="21"/>
        </w:rPr>
        <w:t>that will rise from me, now that I end,</w:t>
        <w:br/>
      </w:r>
      <w:r>
        <w:rPr>
          <w:b w:val="0"/>
          <w:i/>
          <w:color w:val="222B33"/>
          <w:sz w:val="21"/>
        </w:rPr>
        <w:t>will hang knotted;</w:t>
        <w:br/>
      </w:r>
      <w:r>
        <w:rPr>
          <w:b w:val="0"/>
          <w:i/>
          <w:color w:val="222B33"/>
          <w:sz w:val="21"/>
        </w:rPr>
        <w:t>will not the ceaseless</w:t>
        <w:br/>
      </w:r>
      <w:r>
        <w:rPr>
          <w:b w:val="0"/>
          <w:i/>
          <w:color w:val="222B33"/>
          <w:sz w:val="21"/>
        </w:rPr>
        <w:t>longing remain?</w:t>
      </w:r>
    </w:p>
    <w:p>
      <w:pPr>
        <w:spacing w:after="40"/>
      </w:pPr>
      <w:r>
        <w:rPr>
          <w:b w:val="0"/>
          <w:i w:val="0"/>
          <w:color w:val="222B33"/>
          <w:sz w:val="19"/>
        </w:rPr>
        <w:t>Omohi holds hi, “fire.”</w:t>
      </w:r>
    </w:p>
    <w:p>
      <w:pPr>
        <w:spacing w:after="40"/>
      </w:pPr>
      <w:r>
        <w:rPr>
          <w:b w:val="0"/>
          <w:i w:val="0"/>
          <w:color w:val="6A6F75"/>
          <w:sz w:val="18"/>
        </w:rPr>
        <w:t xml:space="preserve">Answered by </w:t>
      </w:r>
      <w:hyperlink w:anchor="p502">
        <w:r>
          <w:rPr>
            <w:color w:val="2E5A80"/>
            <w:u w:val="single"/>
            <w:sz w:val="18"/>
          </w:rPr>
          <w:t xml:space="preserve">No. 502 (the Third Princess)</w:t>
        </w:r>
      </w:hyperlink>
    </w:p>
    <w:p>
      <w:pPr>
        <w:keepNext/>
        <w:spacing w:after="20" w:before="200"/>
      </w:pPr>
      <w:bookmarkStart w:id="538" w:name="p502"/>
      <w:r>
        <w:rPr>
          <w:b/>
          <w:i w:val="0"/>
          <w:color w:val="222B33"/>
          <w:sz w:val="22"/>
        </w:rPr>
        <w:t>No. 502</w:t>
      </w:r>
      <w:r>
        <w:rPr>
          <w:b w:val="0"/>
          <w:i w:val="0"/>
          <w:color w:val="6A6F75"/>
          <w:sz w:val="18"/>
        </w:rPr>
        <w:t xml:space="preserve">   the Third Princess → Kashiwagi   答 reply</w:t>
      </w:r>
      <w:bookmarkEnd w:id="538"/>
    </w:p>
    <w:p>
      <w:pPr>
        <w:keepNext/>
        <w:spacing w:after="0"/>
      </w:pPr>
      <w:r>
        <w:rPr>
          <w:rFonts w:ascii="Noto Serif CJK JP" w:hAnsi="Noto Serif CJK JP" w:eastAsia="Noto Serif CJK JP"/>
          <w:b w:val="0"/>
          <w:i w:val="0"/>
          <w:color w:val="222B33"/>
          <w:sz w:val="26"/>
        </w:rPr>
        <w:t>立ち添ひて消えやしなまし憂きことを思ひ乱るる煙比べに</w:t>
      </w:r>
    </w:p>
    <w:p>
      <w:pPr>
        <w:keepNext/>
        <w:spacing w:after="60"/>
      </w:pPr>
      <w:r>
        <w:rPr>
          <w:rFonts w:ascii="Noto Serif CJK JP" w:hAnsi="Noto Serif CJK JP" w:eastAsia="Noto Serif CJK JP"/>
          <w:b w:val="0"/>
          <w:i w:val="0"/>
          <w:color w:val="6A6F75"/>
          <w:sz w:val="19"/>
        </w:rPr>
        <w:t>たちそひて　／　きえやしなまし　／　うきことを　／　思みたるゝ　／　けふりくらへに</w:t>
      </w:r>
    </w:p>
    <w:p>
      <w:pPr>
        <w:keepNext/>
        <w:spacing w:after="60"/>
      </w:pPr>
      <w:r>
        <w:rPr>
          <w:b w:val="0"/>
          <w:i/>
          <w:color w:val="222B33"/>
          <w:sz w:val="21"/>
        </w:rPr>
        <w:t>Might I not rise with you</w:t>
        <w:br/>
      </w:r>
      <w:r>
        <w:rPr>
          <w:b w:val="0"/>
          <w:i/>
          <w:color w:val="222B33"/>
          <w:sz w:val="21"/>
        </w:rPr>
        <w:t>and vanish, in a contest</w:t>
        <w:br/>
      </w:r>
      <w:r>
        <w:rPr>
          <w:b w:val="0"/>
          <w:i/>
          <w:color w:val="222B33"/>
          <w:sz w:val="21"/>
        </w:rPr>
        <w:t>of smoke, I who am</w:t>
        <w:br/>
      </w:r>
      <w:r>
        <w:rPr>
          <w:b w:val="0"/>
          <w:i/>
          <w:color w:val="222B33"/>
          <w:sz w:val="21"/>
        </w:rPr>
        <w:t>torn by grief</w:t>
        <w:br/>
      </w:r>
      <w:r>
        <w:rPr>
          <w:b w:val="0"/>
          <w:i/>
          <w:color w:val="222B33"/>
          <w:sz w:val="21"/>
        </w:rPr>
        <w:t>at these sorrows?</w:t>
      </w:r>
    </w:p>
    <w:p>
      <w:pPr>
        <w:spacing w:after="40"/>
      </w:pPr>
      <w:r>
        <w:rPr>
          <w:b w:val="0"/>
          <w:i w:val="0"/>
          <w:color w:val="6A6F75"/>
          <w:sz w:val="18"/>
        </w:rPr>
        <w:t xml:space="preserve">In reply to </w:t>
      </w:r>
      <w:hyperlink w:anchor="p501">
        <w:r>
          <w:rPr>
            <w:color w:val="2E5A80"/>
            <w:u w:val="single"/>
            <w:sz w:val="18"/>
          </w:rPr>
          <w:t xml:space="preserve">No. 501 (Kashiwagi)</w:t>
        </w:r>
      </w:hyperlink>
      <w:r>
        <w:rPr>
          <w:b w:val="0"/>
          <w:i w:val="0"/>
          <w:color w:val="6A6F75"/>
          <w:sz w:val="18"/>
        </w:rPr>
        <w:t xml:space="preserve">   ·   </w:t>
      </w:r>
      <w:r>
        <w:rPr>
          <w:b w:val="0"/>
          <w:i w:val="0"/>
          <w:color w:val="6A6F75"/>
          <w:sz w:val="18"/>
        </w:rPr>
        <w:t xml:space="preserve">Answered by </w:t>
      </w:r>
      <w:hyperlink w:anchor="p503">
        <w:r>
          <w:rPr>
            <w:color w:val="2E5A80"/>
            <w:u w:val="single"/>
            <w:sz w:val="18"/>
          </w:rPr>
          <w:t xml:space="preserve">No. 503 (Kashiwagi)</w:t>
        </w:r>
      </w:hyperlink>
    </w:p>
    <w:p>
      <w:pPr>
        <w:keepNext/>
        <w:spacing w:after="20" w:before="200"/>
      </w:pPr>
      <w:bookmarkStart w:id="539" w:name="p503"/>
      <w:r>
        <w:rPr>
          <w:b/>
          <w:i w:val="0"/>
          <w:color w:val="222B33"/>
          <w:sz w:val="22"/>
        </w:rPr>
        <w:t>No. 503</w:t>
      </w:r>
      <w:r>
        <w:rPr>
          <w:b w:val="0"/>
          <w:i w:val="0"/>
          <w:color w:val="6A6F75"/>
          <w:sz w:val="18"/>
        </w:rPr>
        <w:t xml:space="preserve">   Kashiwagi → the Third Princess   答 reply</w:t>
      </w:r>
      <w:bookmarkEnd w:id="539"/>
    </w:p>
    <w:p>
      <w:pPr>
        <w:keepNext/>
        <w:spacing w:after="0"/>
      </w:pPr>
      <w:r>
        <w:rPr>
          <w:rFonts w:ascii="Noto Serif CJK JP" w:hAnsi="Noto Serif CJK JP" w:eastAsia="Noto Serif CJK JP"/>
          <w:b w:val="0"/>
          <w:i w:val="0"/>
          <w:color w:val="222B33"/>
          <w:sz w:val="26"/>
        </w:rPr>
        <w:t>行方なき空の煙となりぬとも思ふあたりを立ちは離れじ</w:t>
      </w:r>
    </w:p>
    <w:p>
      <w:pPr>
        <w:keepNext/>
        <w:spacing w:after="60"/>
      </w:pPr>
      <w:r>
        <w:rPr>
          <w:rFonts w:ascii="Noto Serif CJK JP" w:hAnsi="Noto Serif CJK JP" w:eastAsia="Noto Serif CJK JP"/>
          <w:b w:val="0"/>
          <w:i w:val="0"/>
          <w:color w:val="6A6F75"/>
          <w:sz w:val="19"/>
        </w:rPr>
        <w:t>ゆくゑなき　／　そらのけふりと　／　なりぬとも　／　おもふあたりを　／　たちはゝなれし</w:t>
      </w:r>
    </w:p>
    <w:p>
      <w:pPr>
        <w:keepNext/>
        <w:spacing w:after="60"/>
      </w:pPr>
      <w:r>
        <w:rPr>
          <w:b w:val="0"/>
          <w:i/>
          <w:color w:val="222B33"/>
          <w:sz w:val="21"/>
        </w:rPr>
        <w:t>Though I become</w:t>
        <w:br/>
      </w:r>
      <w:r>
        <w:rPr>
          <w:b w:val="0"/>
          <w:i/>
          <w:color w:val="222B33"/>
          <w:sz w:val="21"/>
        </w:rPr>
        <w:t>smoke in the trackless sky,</w:t>
        <w:br/>
      </w:r>
      <w:r>
        <w:rPr>
          <w:b w:val="0"/>
          <w:i/>
          <w:color w:val="222B33"/>
          <w:sz w:val="21"/>
        </w:rPr>
        <w:t>I will not rise away</w:t>
        <w:br/>
      </w:r>
      <w:r>
        <w:rPr>
          <w:b w:val="0"/>
          <w:i/>
          <w:color w:val="222B33"/>
          <w:sz w:val="21"/>
        </w:rPr>
        <w:t>from the place</w:t>
        <w:br/>
      </w:r>
      <w:r>
        <w:rPr>
          <w:b w:val="0"/>
          <w:i/>
          <w:color w:val="222B33"/>
          <w:sz w:val="21"/>
        </w:rPr>
        <w:t>I long for.</w:t>
      </w:r>
    </w:p>
    <w:p>
      <w:pPr>
        <w:spacing w:after="40"/>
      </w:pPr>
      <w:r>
        <w:rPr>
          <w:b w:val="0"/>
          <w:i w:val="0"/>
          <w:color w:val="6A6F75"/>
          <w:sz w:val="18"/>
        </w:rPr>
        <w:t xml:space="preserve">In reply to </w:t>
      </w:r>
      <w:hyperlink w:anchor="p502">
        <w:r>
          <w:rPr>
            <w:color w:val="2E5A80"/>
            <w:u w:val="single"/>
            <w:sz w:val="18"/>
          </w:rPr>
          <w:t xml:space="preserve">No. 502 (the Third Princess)</w:t>
        </w:r>
      </w:hyperlink>
    </w:p>
    <w:p>
      <w:pPr>
        <w:keepNext/>
        <w:spacing w:after="20" w:before="200"/>
      </w:pPr>
      <w:bookmarkStart w:id="540" w:name="p504"/>
      <w:r>
        <w:rPr>
          <w:b/>
          <w:i w:val="0"/>
          <w:color w:val="222B33"/>
          <w:sz w:val="22"/>
        </w:rPr>
        <w:t>No. 504</w:t>
      </w:r>
      <w:r>
        <w:rPr>
          <w:b w:val="0"/>
          <w:i w:val="0"/>
          <w:color w:val="6A6F75"/>
          <w:sz w:val="18"/>
        </w:rPr>
        <w:t xml:space="preserve">   Genji → (the infant Kaoru)   贈:独 sent / solo</w:t>
      </w:r>
      <w:bookmarkEnd w:id="540"/>
    </w:p>
    <w:p>
      <w:pPr>
        <w:keepNext/>
        <w:spacing w:after="40"/>
      </w:pPr>
      <w:r>
        <w:rPr>
          <w:b/>
          <w:i w:val="0"/>
          <w:color w:val="6A6F75"/>
          <w:sz w:val="18"/>
        </w:rPr>
        <w:t xml:space="preserve">Context. </w:t>
      </w:r>
      <w:r>
        <w:rPr>
          <w:b w:val="0"/>
          <w:i w:val="0"/>
          <w:color w:val="6A6F75"/>
          <w:sz w:val="19"/>
        </w:rPr>
        <w:t>At the fiftieth-day rite for Kaoru, Genji holds the child he knows is Kashiwagi’s.</w:t>
      </w:r>
    </w:p>
    <w:p>
      <w:pPr>
        <w:keepNext/>
        <w:spacing w:after="0"/>
      </w:pPr>
      <w:r>
        <w:rPr>
          <w:rFonts w:ascii="Noto Serif CJK JP" w:hAnsi="Noto Serif CJK JP" w:eastAsia="Noto Serif CJK JP"/>
          <w:b w:val="0"/>
          <w:i w:val="0"/>
          <w:color w:val="222B33"/>
          <w:sz w:val="26"/>
        </w:rPr>
        <w:t>誰が世にか種は蒔きしと人問はばいかが岩根の松は答へむ</w:t>
      </w:r>
    </w:p>
    <w:p>
      <w:pPr>
        <w:keepNext/>
        <w:spacing w:after="60"/>
      </w:pPr>
      <w:r>
        <w:rPr>
          <w:rFonts w:ascii="Noto Serif CJK JP" w:hAnsi="Noto Serif CJK JP" w:eastAsia="Noto Serif CJK JP"/>
          <w:b w:val="0"/>
          <w:i w:val="0"/>
          <w:color w:val="6A6F75"/>
          <w:sz w:val="19"/>
        </w:rPr>
        <w:t>たかよにか　／　たねはまきしと　／　人とはゝ　／　いかゝいはねの　／　まつはこたへむ</w:t>
      </w:r>
    </w:p>
    <w:p>
      <w:pPr>
        <w:keepNext/>
        <w:spacing w:after="60"/>
      </w:pPr>
      <w:r>
        <w:rPr>
          <w:b w:val="0"/>
          <w:i/>
          <w:color w:val="222B33"/>
          <w:sz w:val="21"/>
        </w:rPr>
        <w:t>If someone asks</w:t>
        <w:br/>
      </w:r>
      <w:r>
        <w:rPr>
          <w:b w:val="0"/>
          <w:i/>
          <w:color w:val="222B33"/>
          <w:sz w:val="21"/>
        </w:rPr>
        <w:t>in whose time the seed was sown,</w:t>
        <w:br/>
      </w:r>
      <w:r>
        <w:rPr>
          <w:b w:val="0"/>
          <w:i/>
          <w:color w:val="222B33"/>
          <w:sz w:val="21"/>
        </w:rPr>
        <w:t>how will the pine</w:t>
        <w:br/>
      </w:r>
      <w:r>
        <w:rPr>
          <w:b w:val="0"/>
          <w:i/>
          <w:color w:val="222B33"/>
          <w:sz w:val="21"/>
        </w:rPr>
        <w:t>on the rock’s root</w:t>
        <w:br/>
      </w:r>
      <w:r>
        <w:rPr>
          <w:b w:val="0"/>
          <w:i/>
          <w:color w:val="222B33"/>
          <w:sz w:val="21"/>
        </w:rPr>
        <w:t>answer?</w:t>
      </w:r>
    </w:p>
    <w:p>
      <w:pPr>
        <w:spacing w:after="40"/>
      </w:pPr>
      <w:r>
        <w:rPr>
          <w:b w:val="0"/>
          <w:i w:val="0"/>
          <w:color w:val="222B33"/>
          <w:sz w:val="19"/>
        </w:rPr>
        <w:t>Genji holding Kaoru at the fiftieth-day rite. Iwane, “rock root,” plays on iwa ne, “will not say.”</w:t>
      </w:r>
    </w:p>
    <w:p>
      <w:pPr>
        <w:spacing w:after="40"/>
      </w:pPr>
      <w:r>
        <w:rPr>
          <w:b w:val="0"/>
          <w:i w:val="0"/>
          <w:color w:val="6A6F75"/>
          <w:sz w:val="18"/>
        </w:rPr>
        <w:t xml:space="preserve">Echo, The pine on the rock’s root: </w:t>
      </w:r>
      <w:hyperlink w:anchor="p631">
        <w:r>
          <w:rPr>
            <w:color w:val="2E5A80"/>
            <w:u w:val="single"/>
            <w:sz w:val="18"/>
          </w:rPr>
          <w:t xml:space="preserve">No. 631</w:t>
        </w:r>
      </w:hyperlink>
    </w:p>
    <w:p>
      <w:pPr>
        <w:keepNext/>
        <w:spacing w:after="20" w:before="200"/>
      </w:pPr>
      <w:bookmarkStart w:id="541" w:name="p505"/>
      <w:r>
        <w:rPr>
          <w:b/>
          <w:i w:val="0"/>
          <w:color w:val="222B33"/>
          <w:sz w:val="22"/>
        </w:rPr>
        <w:t>No. 505</w:t>
      </w:r>
      <w:r>
        <w:rPr>
          <w:b w:val="0"/>
          <w:i w:val="0"/>
          <w:color w:val="6A6F75"/>
          <w:sz w:val="18"/>
        </w:rPr>
        <w:t xml:space="preserve">   Yūgiri → Ichijō Haven   贈 sent</w:t>
      </w:r>
      <w:bookmarkEnd w:id="541"/>
    </w:p>
    <w:p>
      <w:pPr>
        <w:keepNext/>
        <w:spacing w:after="40"/>
      </w:pPr>
      <w:r>
        <w:rPr>
          <w:b/>
          <w:i w:val="0"/>
          <w:color w:val="6A6F75"/>
          <w:sz w:val="18"/>
        </w:rPr>
        <w:t xml:space="preserve">Context. </w:t>
      </w:r>
      <w:r>
        <w:rPr>
          <w:b w:val="0"/>
          <w:i w:val="0"/>
          <w:color w:val="6A6F75"/>
          <w:sz w:val="19"/>
        </w:rPr>
        <w:t>Yūgiri visits Ichijō, mother of Kashiwagi’s widow; the start of his courtship of Ochiba.</w:t>
      </w:r>
    </w:p>
    <w:p>
      <w:pPr>
        <w:keepNext/>
        <w:spacing w:after="0"/>
      </w:pPr>
      <w:r>
        <w:rPr>
          <w:rFonts w:ascii="Noto Serif CJK JP" w:hAnsi="Noto Serif CJK JP" w:eastAsia="Noto Serif CJK JP"/>
          <w:b w:val="0"/>
          <w:i w:val="0"/>
          <w:color w:val="222B33"/>
          <w:sz w:val="26"/>
        </w:rPr>
        <w:t>時しあれば変はらぬ色に匂ひけり片枝枯れにし宿の桜も</w:t>
      </w:r>
    </w:p>
    <w:p>
      <w:pPr>
        <w:keepNext/>
        <w:spacing w:after="60"/>
      </w:pPr>
      <w:r>
        <w:rPr>
          <w:rFonts w:ascii="Noto Serif CJK JP" w:hAnsi="Noto Serif CJK JP" w:eastAsia="Noto Serif CJK JP"/>
          <w:b w:val="0"/>
          <w:i w:val="0"/>
          <w:color w:val="6A6F75"/>
          <w:sz w:val="19"/>
        </w:rPr>
        <w:t>時しあれは　／　かはらぬいろに　／　ゝほひけり　／　かたえかれにし　／　やとのさくらも</w:t>
      </w:r>
    </w:p>
    <w:p>
      <w:pPr>
        <w:keepNext/>
        <w:spacing w:after="60"/>
      </w:pPr>
      <w:r>
        <w:rPr>
          <w:b w:val="0"/>
          <w:i/>
          <w:color w:val="222B33"/>
          <w:sz w:val="21"/>
        </w:rPr>
        <w:t>Its time come,</w:t>
        <w:br/>
      </w:r>
      <w:r>
        <w:rPr>
          <w:b w:val="0"/>
          <w:i/>
          <w:color w:val="222B33"/>
          <w:sz w:val="21"/>
        </w:rPr>
        <w:t>the cherry of the house whose one branch</w:t>
        <w:br/>
      </w:r>
      <w:r>
        <w:rPr>
          <w:b w:val="0"/>
          <w:i/>
          <w:color w:val="222B33"/>
          <w:sz w:val="21"/>
        </w:rPr>
        <w:t>has withered</w:t>
        <w:br/>
      </w:r>
      <w:r>
        <w:rPr>
          <w:b w:val="0"/>
          <w:i/>
          <w:color w:val="222B33"/>
          <w:sz w:val="21"/>
        </w:rPr>
        <w:t>blooms in the color</w:t>
        <w:br/>
      </w:r>
      <w:r>
        <w:rPr>
          <w:b w:val="0"/>
          <w:i/>
          <w:color w:val="222B33"/>
          <w:sz w:val="21"/>
        </w:rPr>
        <w:t>that does not change.</w:t>
      </w:r>
    </w:p>
    <w:p>
      <w:pPr>
        <w:spacing w:after="40"/>
      </w:pPr>
      <w:r>
        <w:rPr>
          <w:b w:val="0"/>
          <w:i w:val="0"/>
          <w:color w:val="222B33"/>
          <w:sz w:val="19"/>
        </w:rPr>
        <w:t>On Kashiwagi’s death.</w:t>
      </w:r>
    </w:p>
    <w:p>
      <w:pPr>
        <w:spacing w:after="40"/>
      </w:pPr>
      <w:r>
        <w:rPr>
          <w:b w:val="0"/>
          <w:i w:val="0"/>
          <w:color w:val="6A6F75"/>
          <w:sz w:val="18"/>
        </w:rPr>
        <w:t xml:space="preserve">Answered by </w:t>
      </w:r>
      <w:hyperlink w:anchor="p506">
        <w:r>
          <w:rPr>
            <w:color w:val="2E5A80"/>
            <w:u w:val="single"/>
            <w:sz w:val="18"/>
          </w:rPr>
          <w:t xml:space="preserve">No. 506 (Ichijō Haven)</w:t>
        </w:r>
      </w:hyperlink>
    </w:p>
    <w:p>
      <w:pPr>
        <w:keepNext/>
        <w:spacing w:after="20" w:before="200"/>
      </w:pPr>
      <w:bookmarkStart w:id="542" w:name="p506"/>
      <w:r>
        <w:rPr>
          <w:b/>
          <w:i w:val="0"/>
          <w:color w:val="222B33"/>
          <w:sz w:val="22"/>
        </w:rPr>
        <w:t>No. 506</w:t>
      </w:r>
      <w:r>
        <w:rPr>
          <w:b w:val="0"/>
          <w:i w:val="0"/>
          <w:color w:val="6A6F75"/>
          <w:sz w:val="18"/>
        </w:rPr>
        <w:t xml:space="preserve">   Ichijō Haven → Yūgiri   答 reply</w:t>
      </w:r>
      <w:bookmarkEnd w:id="542"/>
    </w:p>
    <w:p>
      <w:pPr>
        <w:keepNext/>
        <w:spacing w:after="0"/>
      </w:pPr>
      <w:r>
        <w:rPr>
          <w:rFonts w:ascii="Noto Serif CJK JP" w:hAnsi="Noto Serif CJK JP" w:eastAsia="Noto Serif CJK JP"/>
          <w:b w:val="0"/>
          <w:i w:val="0"/>
          <w:color w:val="222B33"/>
          <w:sz w:val="26"/>
        </w:rPr>
        <w:t>この春は柳の芽にぞ玉はぬく咲き散る花の行方知らねば</w:t>
      </w:r>
    </w:p>
    <w:p>
      <w:pPr>
        <w:keepNext/>
        <w:spacing w:after="60"/>
      </w:pPr>
      <w:r>
        <w:rPr>
          <w:rFonts w:ascii="Noto Serif CJK JP" w:hAnsi="Noto Serif CJK JP" w:eastAsia="Noto Serif CJK JP"/>
          <w:b w:val="0"/>
          <w:i w:val="0"/>
          <w:color w:val="6A6F75"/>
          <w:sz w:val="19"/>
        </w:rPr>
        <w:t>この春は　／　やなきのめにそ　／　たまはぬく　／　さきちる花の　／　ゆくゑしらねは</w:t>
      </w:r>
    </w:p>
    <w:p>
      <w:pPr>
        <w:keepNext/>
        <w:spacing w:after="60"/>
      </w:pPr>
      <w:r>
        <w:rPr>
          <w:b w:val="0"/>
          <w:i/>
          <w:color w:val="222B33"/>
          <w:sz w:val="21"/>
        </w:rPr>
        <w:t>This spring, on the willow</w:t>
        <w:br/>
      </w:r>
      <w:r>
        <w:rPr>
          <w:b w:val="0"/>
          <w:i/>
          <w:color w:val="222B33"/>
          <w:sz w:val="21"/>
        </w:rPr>
        <w:t>buds, the dewdrops are threaded</w:t>
        <w:br/>
      </w:r>
      <w:r>
        <w:rPr>
          <w:b w:val="0"/>
          <w:i/>
          <w:color w:val="222B33"/>
          <w:sz w:val="21"/>
        </w:rPr>
        <w:t>as jewels, not knowing</w:t>
        <w:br/>
      </w:r>
      <w:r>
        <w:rPr>
          <w:b w:val="0"/>
          <w:i/>
          <w:color w:val="222B33"/>
          <w:sz w:val="21"/>
        </w:rPr>
        <w:t>where the flowers</w:t>
        <w:br/>
      </w:r>
      <w:r>
        <w:rPr>
          <w:b w:val="0"/>
          <w:i/>
          <w:color w:val="222B33"/>
          <w:sz w:val="21"/>
        </w:rPr>
        <w:t>bloom and scatter.</w:t>
      </w:r>
    </w:p>
    <w:p>
      <w:pPr>
        <w:spacing w:after="40"/>
      </w:pPr>
      <w:r>
        <w:rPr>
          <w:b w:val="0"/>
          <w:i w:val="0"/>
          <w:color w:val="222B33"/>
          <w:sz w:val="19"/>
        </w:rPr>
        <w:t>The jewels are tears.</w:t>
      </w:r>
    </w:p>
    <w:p>
      <w:pPr>
        <w:spacing w:after="40"/>
      </w:pPr>
      <w:r>
        <w:rPr>
          <w:b w:val="0"/>
          <w:i w:val="0"/>
          <w:color w:val="6A6F75"/>
          <w:sz w:val="18"/>
        </w:rPr>
        <w:t xml:space="preserve">In reply to </w:t>
      </w:r>
      <w:hyperlink w:anchor="p505">
        <w:r>
          <w:rPr>
            <w:color w:val="2E5A80"/>
            <w:u w:val="single"/>
            <w:sz w:val="18"/>
          </w:rPr>
          <w:t xml:space="preserve">No. 505 (Yūgiri)</w:t>
        </w:r>
      </w:hyperlink>
    </w:p>
    <w:p>
      <w:pPr>
        <w:keepNext/>
        <w:spacing w:after="20" w:before="200"/>
      </w:pPr>
      <w:bookmarkStart w:id="543" w:name="p507"/>
      <w:r>
        <w:rPr>
          <w:b/>
          <w:i w:val="0"/>
          <w:color w:val="222B33"/>
          <w:sz w:val="22"/>
        </w:rPr>
        <w:t>No. 507</w:t>
      </w:r>
      <w:r>
        <w:rPr>
          <w:b w:val="0"/>
          <w:i w:val="0"/>
          <w:color w:val="6A6F75"/>
          <w:sz w:val="18"/>
        </w:rPr>
        <w:t xml:space="preserve">   Tō no Chūjō   唱 group exchange</w:t>
      </w:r>
      <w:bookmarkEnd w:id="543"/>
    </w:p>
    <w:p>
      <w:pPr>
        <w:keepNext/>
        <w:spacing w:after="40"/>
      </w:pPr>
      <w:r>
        <w:rPr>
          <w:b/>
          <w:i w:val="0"/>
          <w:color w:val="6A6F75"/>
          <w:sz w:val="18"/>
        </w:rPr>
        <w:t xml:space="preserve">Context. </w:t>
      </w:r>
      <w:r>
        <w:rPr>
          <w:b w:val="0"/>
          <w:i w:val="0"/>
          <w:color w:val="6A6F75"/>
          <w:sz w:val="19"/>
        </w:rPr>
        <w:t>Tō no Chūjō mourns his son Kashiwagi; the family in grief.</w:t>
      </w:r>
    </w:p>
    <w:p>
      <w:pPr>
        <w:keepNext/>
        <w:spacing w:after="0"/>
      </w:pPr>
      <w:r>
        <w:rPr>
          <w:rFonts w:ascii="Noto Serif CJK JP" w:hAnsi="Noto Serif CJK JP" w:eastAsia="Noto Serif CJK JP"/>
          <w:b w:val="0"/>
          <w:i w:val="0"/>
          <w:color w:val="222B33"/>
          <w:sz w:val="26"/>
        </w:rPr>
        <w:t>木の下の雫に濡れてさかさまに霞の衣着たる春かな</w:t>
      </w:r>
    </w:p>
    <w:p>
      <w:pPr>
        <w:keepNext/>
        <w:spacing w:after="60"/>
      </w:pPr>
      <w:r>
        <w:rPr>
          <w:rFonts w:ascii="Noto Serif CJK JP" w:hAnsi="Noto Serif CJK JP" w:eastAsia="Noto Serif CJK JP"/>
          <w:b w:val="0"/>
          <w:i w:val="0"/>
          <w:color w:val="6A6F75"/>
          <w:sz w:val="19"/>
        </w:rPr>
        <w:t>このしたの　／　しつくにぬれて　／　さかさまに　／　かすみのころも　／　きたる春かな</w:t>
      </w:r>
    </w:p>
    <w:p>
      <w:pPr>
        <w:keepNext/>
        <w:spacing w:after="60"/>
      </w:pPr>
      <w:r>
        <w:rPr>
          <w:b w:val="0"/>
          <w:i/>
          <w:color w:val="222B33"/>
          <w:sz w:val="21"/>
        </w:rPr>
        <w:t>Wet with the drops</w:t>
        <w:br/>
      </w:r>
      <w:r>
        <w:rPr>
          <w:b w:val="0"/>
          <w:i/>
          <w:color w:val="222B33"/>
          <w:sz w:val="21"/>
        </w:rPr>
        <w:t>beneath the tree, I go upside down:</w:t>
        <w:br/>
      </w:r>
      <w:r>
        <w:rPr>
          <w:b w:val="0"/>
          <w:i/>
          <w:color w:val="222B33"/>
          <w:sz w:val="21"/>
        </w:rPr>
        <w:t>a spring when I wear</w:t>
        <w:br/>
      </w:r>
      <w:r>
        <w:rPr>
          <w:b w:val="0"/>
          <w:i/>
          <w:color w:val="222B33"/>
          <w:sz w:val="21"/>
        </w:rPr>
        <w:t>the robe of mist</w:t>
        <w:br/>
      </w:r>
      <w:r>
        <w:rPr>
          <w:b w:val="0"/>
          <w:i/>
          <w:color w:val="222B33"/>
          <w:sz w:val="21"/>
        </w:rPr>
        <w:t>of mourning.</w:t>
      </w:r>
    </w:p>
    <w:p>
      <w:pPr>
        <w:spacing w:after="40"/>
      </w:pPr>
      <w:r>
        <w:rPr>
          <w:b w:val="0"/>
          <w:i w:val="0"/>
          <w:color w:val="222B33"/>
          <w:sz w:val="19"/>
        </w:rPr>
        <w:t>Parents should not mourn children. A group of three.</w:t>
      </w:r>
    </w:p>
    <w:p>
      <w:pPr>
        <w:spacing w:after="40"/>
      </w:pPr>
      <w:r>
        <w:rPr>
          <w:b w:val="0"/>
          <w:i w:val="0"/>
          <w:color w:val="6A6F75"/>
          <w:sz w:val="18"/>
        </w:rPr>
        <w:t xml:space="preserve">Answered by </w:t>
      </w:r>
      <w:hyperlink w:anchor="p508">
        <w:r>
          <w:rPr>
            <w:color w:val="2E5A80"/>
            <w:u w:val="single"/>
            <w:sz w:val="18"/>
          </w:rPr>
          <w:t xml:space="preserve">No. 508 (Yūgiri)</w:t>
        </w:r>
      </w:hyperlink>
      <w:r>
        <w:rPr>
          <w:b w:val="0"/>
          <w:i w:val="0"/>
          <w:color w:val="6A6F75"/>
          <w:sz w:val="18"/>
        </w:rPr>
        <w:t xml:space="preserve">, </w:t>
      </w:r>
      <w:hyperlink w:anchor="p509">
        <w:r>
          <w:rPr>
            <w:color w:val="2E5A80"/>
            <w:u w:val="single"/>
            <w:sz w:val="18"/>
          </w:rPr>
          <w:t xml:space="preserve">No. 509 (Kōbai)</w:t>
        </w:r>
      </w:hyperlink>
    </w:p>
    <w:p>
      <w:pPr>
        <w:keepNext/>
        <w:spacing w:after="20" w:before="200"/>
      </w:pPr>
      <w:bookmarkStart w:id="544" w:name="p508"/>
      <w:r>
        <w:rPr>
          <w:b/>
          <w:i w:val="0"/>
          <w:color w:val="222B33"/>
          <w:sz w:val="22"/>
        </w:rPr>
        <w:t>No. 508</w:t>
      </w:r>
      <w:r>
        <w:rPr>
          <w:b w:val="0"/>
          <w:i w:val="0"/>
          <w:color w:val="6A6F75"/>
          <w:sz w:val="18"/>
        </w:rPr>
        <w:t xml:space="preserve">   Yūgiri   唱 group exchange</w:t>
      </w:r>
      <w:bookmarkEnd w:id="544"/>
    </w:p>
    <w:p>
      <w:pPr>
        <w:keepNext/>
        <w:spacing w:after="0"/>
      </w:pPr>
      <w:r>
        <w:rPr>
          <w:rFonts w:ascii="Noto Serif CJK JP" w:hAnsi="Noto Serif CJK JP" w:eastAsia="Noto Serif CJK JP"/>
          <w:b w:val="0"/>
          <w:i w:val="0"/>
          <w:color w:val="222B33"/>
          <w:sz w:val="26"/>
        </w:rPr>
        <w:t>亡き人も思はざりけむうち捨てて夕べの霞君着たれとは</w:t>
      </w:r>
    </w:p>
    <w:p>
      <w:pPr>
        <w:keepNext/>
        <w:spacing w:after="60"/>
      </w:pPr>
      <w:r>
        <w:rPr>
          <w:rFonts w:ascii="Noto Serif CJK JP" w:hAnsi="Noto Serif CJK JP" w:eastAsia="Noto Serif CJK JP"/>
          <w:b w:val="0"/>
          <w:i w:val="0"/>
          <w:color w:val="6A6F75"/>
          <w:sz w:val="19"/>
        </w:rPr>
        <w:t>なき人も　／　思はさりけむ　／　うちすてゝ　／　ゆふへのかすみ　／　きみきたれとは</w:t>
      </w:r>
    </w:p>
    <w:p>
      <w:pPr>
        <w:keepNext/>
        <w:spacing w:after="60"/>
      </w:pPr>
      <w:r>
        <w:rPr>
          <w:b w:val="0"/>
          <w:i/>
          <w:color w:val="222B33"/>
          <w:sz w:val="21"/>
        </w:rPr>
        <w:t>Nor could the dead man</w:t>
        <w:br/>
      </w:r>
      <w:r>
        <w:rPr>
          <w:b w:val="0"/>
          <w:i/>
          <w:color w:val="222B33"/>
          <w:sz w:val="21"/>
        </w:rPr>
        <w:t>have thought of it: that he would leave you</w:t>
        <w:br/>
      </w:r>
      <w:r>
        <w:rPr>
          <w:b w:val="0"/>
          <w:i/>
          <w:color w:val="222B33"/>
          <w:sz w:val="21"/>
        </w:rPr>
        <w:t>and you would wear</w:t>
        <w:br/>
      </w:r>
      <w:r>
        <w:rPr>
          <w:b w:val="0"/>
          <w:i/>
          <w:color w:val="222B33"/>
          <w:sz w:val="21"/>
        </w:rPr>
        <w:t>the mist</w:t>
        <w:br/>
      </w:r>
      <w:r>
        <w:rPr>
          <w:b w:val="0"/>
          <w:i/>
          <w:color w:val="222B33"/>
          <w:sz w:val="21"/>
        </w:rPr>
        <w:t>of evening.</w:t>
      </w:r>
    </w:p>
    <w:p>
      <w:pPr>
        <w:spacing w:after="40"/>
      </w:pPr>
      <w:r>
        <w:rPr>
          <w:b w:val="0"/>
          <w:i w:val="0"/>
          <w:color w:val="6A6F75"/>
          <w:sz w:val="18"/>
        </w:rPr>
        <w:t xml:space="preserve">In reply to </w:t>
      </w:r>
      <w:hyperlink w:anchor="p507">
        <w:r>
          <w:rPr>
            <w:color w:val="2E5A80"/>
            <w:u w:val="single"/>
            <w:sz w:val="18"/>
          </w:rPr>
          <w:t xml:space="preserve">No. 507 (Tō no Chūjō)</w:t>
        </w:r>
      </w:hyperlink>
    </w:p>
    <w:p>
      <w:pPr>
        <w:keepNext/>
        <w:spacing w:after="20" w:before="200"/>
      </w:pPr>
      <w:bookmarkStart w:id="545" w:name="p509"/>
      <w:r>
        <w:rPr>
          <w:b/>
          <w:i w:val="0"/>
          <w:color w:val="222B33"/>
          <w:sz w:val="22"/>
        </w:rPr>
        <w:t>No. 509</w:t>
      </w:r>
      <w:r>
        <w:rPr>
          <w:b w:val="0"/>
          <w:i w:val="0"/>
          <w:color w:val="6A6F75"/>
          <w:sz w:val="18"/>
        </w:rPr>
        <w:t xml:space="preserve">   Kōbai   唱 group exchange</w:t>
      </w:r>
      <w:bookmarkEnd w:id="545"/>
    </w:p>
    <w:p>
      <w:pPr>
        <w:keepNext/>
        <w:spacing w:after="0"/>
      </w:pPr>
      <w:r>
        <w:rPr>
          <w:rFonts w:ascii="Noto Serif CJK JP" w:hAnsi="Noto Serif CJK JP" w:eastAsia="Noto Serif CJK JP"/>
          <w:b w:val="0"/>
          <w:i w:val="0"/>
          <w:color w:val="222B33"/>
          <w:sz w:val="26"/>
        </w:rPr>
        <w:t>恨めしや霞の衣誰れ着よと春よりさきに花の散りけむ</w:t>
      </w:r>
    </w:p>
    <w:p>
      <w:pPr>
        <w:keepNext/>
        <w:spacing w:after="60"/>
      </w:pPr>
      <w:r>
        <w:rPr>
          <w:rFonts w:ascii="Noto Serif CJK JP" w:hAnsi="Noto Serif CJK JP" w:eastAsia="Noto Serif CJK JP"/>
          <w:b w:val="0"/>
          <w:i w:val="0"/>
          <w:color w:val="6A6F75"/>
          <w:sz w:val="19"/>
        </w:rPr>
        <w:t>うらめしや　／　かすみのころも　／　たれきよと　／　はるよりさきに　／　花のちりけむ</w:t>
      </w:r>
    </w:p>
    <w:p>
      <w:pPr>
        <w:keepNext/>
        <w:spacing w:after="60"/>
      </w:pPr>
      <w:r>
        <w:rPr>
          <w:b w:val="0"/>
          <w:i/>
          <w:color w:val="222B33"/>
          <w:sz w:val="21"/>
        </w:rPr>
        <w:t>How bitter! For whom</w:t>
        <w:br/>
      </w:r>
      <w:r>
        <w:rPr>
          <w:b w:val="0"/>
          <w:i/>
          <w:color w:val="222B33"/>
          <w:sz w:val="21"/>
        </w:rPr>
        <w:t>was this mourning robe of mist,</w:t>
        <w:br/>
      </w:r>
      <w:r>
        <w:rPr>
          <w:b w:val="0"/>
          <w:i/>
          <w:color w:val="222B33"/>
          <w:sz w:val="21"/>
        </w:rPr>
        <w:t>that the flower scattered</w:t>
        <w:br/>
      </w:r>
      <w:r>
        <w:rPr>
          <w:b w:val="0"/>
          <w:i/>
          <w:color w:val="222B33"/>
          <w:sz w:val="21"/>
        </w:rPr>
        <w:t>before spring</w:t>
        <w:br/>
      </w:r>
      <w:r>
        <w:rPr>
          <w:b w:val="0"/>
          <w:i/>
          <w:color w:val="222B33"/>
          <w:sz w:val="21"/>
        </w:rPr>
        <w:t>had passed?</w:t>
      </w:r>
    </w:p>
    <w:p>
      <w:pPr>
        <w:spacing w:after="40"/>
      </w:pPr>
      <w:r>
        <w:rPr>
          <w:b w:val="0"/>
          <w:i w:val="0"/>
          <w:color w:val="6A6F75"/>
          <w:sz w:val="18"/>
        </w:rPr>
        <w:t xml:space="preserve">In reply to </w:t>
      </w:r>
      <w:hyperlink w:anchor="p507">
        <w:r>
          <w:rPr>
            <w:color w:val="2E5A80"/>
            <w:u w:val="single"/>
            <w:sz w:val="18"/>
          </w:rPr>
          <w:t xml:space="preserve">No. 507 (Tō no Chūjō)</w:t>
        </w:r>
      </w:hyperlink>
    </w:p>
    <w:p>
      <w:pPr>
        <w:keepNext/>
        <w:spacing w:after="20" w:before="200"/>
      </w:pPr>
      <w:bookmarkStart w:id="546" w:name="p510"/>
      <w:r>
        <w:rPr>
          <w:b/>
          <w:i w:val="0"/>
          <w:color w:val="222B33"/>
          <w:sz w:val="22"/>
        </w:rPr>
        <w:t>No. 510</w:t>
      </w:r>
      <w:r>
        <w:rPr>
          <w:b w:val="0"/>
          <w:i w:val="0"/>
          <w:color w:val="6A6F75"/>
          <w:sz w:val="18"/>
        </w:rPr>
        <w:t xml:space="preserve">   Yūgiri → Ochiba’s attendants   贈 sent</w:t>
      </w:r>
      <w:bookmarkEnd w:id="546"/>
    </w:p>
    <w:p>
      <w:pPr>
        <w:keepNext/>
        <w:spacing w:after="40"/>
      </w:pPr>
      <w:r>
        <w:rPr>
          <w:b/>
          <w:i w:val="0"/>
          <w:color w:val="6A6F75"/>
          <w:sz w:val="18"/>
        </w:rPr>
        <w:t xml:space="preserve">Context. </w:t>
      </w:r>
      <w:r>
        <w:rPr>
          <w:b w:val="0"/>
          <w:i w:val="0"/>
          <w:color w:val="6A6F75"/>
          <w:sz w:val="19"/>
        </w:rPr>
        <w:t>Yūgiri, visiting Ochiba, presses his interest.</w:t>
      </w:r>
    </w:p>
    <w:p>
      <w:pPr>
        <w:keepNext/>
        <w:spacing w:after="0"/>
      </w:pPr>
      <w:r>
        <w:rPr>
          <w:rFonts w:ascii="Noto Serif CJK JP" w:hAnsi="Noto Serif CJK JP" w:eastAsia="Noto Serif CJK JP"/>
          <w:b w:val="0"/>
          <w:i w:val="0"/>
          <w:color w:val="222B33"/>
          <w:sz w:val="26"/>
        </w:rPr>
        <w:t>ことならば馴らしの枝にならさなむ葉守の神の許しありきと</w:t>
      </w:r>
    </w:p>
    <w:p>
      <w:pPr>
        <w:keepNext/>
        <w:spacing w:after="60"/>
      </w:pPr>
      <w:r>
        <w:rPr>
          <w:rFonts w:ascii="Noto Serif CJK JP" w:hAnsi="Noto Serif CJK JP" w:eastAsia="Noto Serif CJK JP"/>
          <w:b w:val="0"/>
          <w:i w:val="0"/>
          <w:color w:val="6A6F75"/>
          <w:sz w:val="19"/>
        </w:rPr>
        <w:t>ことならは　／　ならしのえたに　／　ならさなむ　／　はもりの神の　／　ゆるしありきと</w:t>
      </w:r>
    </w:p>
    <w:p>
      <w:pPr>
        <w:keepNext/>
        <w:spacing w:after="60"/>
      </w:pPr>
      <w:r>
        <w:rPr>
          <w:b w:val="0"/>
          <w:i/>
          <w:color w:val="222B33"/>
          <w:sz w:val="21"/>
        </w:rPr>
        <w:t>If it is to be so,</w:t>
        <w:br/>
      </w:r>
      <w:r>
        <w:rPr>
          <w:b w:val="0"/>
          <w:i/>
          <w:color w:val="222B33"/>
          <w:sz w:val="21"/>
        </w:rPr>
        <w:t>let me grow close to the familiar branch,</w:t>
        <w:br/>
      </w:r>
      <w:r>
        <w:rPr>
          <w:b w:val="0"/>
          <w:i/>
          <w:color w:val="222B33"/>
          <w:sz w:val="21"/>
        </w:rPr>
        <w:t>since the god who guards</w:t>
        <w:br/>
      </w:r>
      <w:r>
        <w:rPr>
          <w:b w:val="0"/>
          <w:i/>
          <w:color w:val="222B33"/>
          <w:sz w:val="21"/>
        </w:rPr>
        <w:t>the leaves</w:t>
        <w:br/>
      </w:r>
      <w:r>
        <w:rPr>
          <w:b w:val="0"/>
          <w:i/>
          <w:color w:val="222B33"/>
          <w:sz w:val="21"/>
        </w:rPr>
        <w:t>gave his leave.</w:t>
      </w:r>
    </w:p>
    <w:p>
      <w:pPr>
        <w:spacing w:after="40"/>
      </w:pPr>
      <w:r>
        <w:rPr>
          <w:b w:val="0"/>
          <w:i w:val="0"/>
          <w:color w:val="222B33"/>
          <w:sz w:val="19"/>
        </w:rPr>
        <w:t>Kashiwagi, “oak,” where the leaf guardian god dwells.</w:t>
      </w:r>
    </w:p>
    <w:p>
      <w:pPr>
        <w:spacing w:after="40"/>
      </w:pPr>
      <w:r>
        <w:rPr>
          <w:b/>
          <w:i w:val="0"/>
          <w:color w:val="8A4B1C"/>
          <w:sz w:val="18"/>
        </w:rPr>
        <w:t xml:space="preserve">Attribution uncertain. </w:t>
      </w:r>
      <w:r>
        <w:rPr>
          <w:b w:val="0"/>
          <w:i w:val="0"/>
          <w:sz w:val="19"/>
        </w:rPr>
        <w:t>The addressees are the women receiving Yūgiri behind the blinds; who answered is disputed (see No. 511).</w:t>
      </w:r>
    </w:p>
    <w:p>
      <w:pPr>
        <w:spacing w:after="40"/>
      </w:pPr>
      <w:r>
        <w:rPr>
          <w:b w:val="0"/>
          <w:i w:val="0"/>
          <w:color w:val="6A6F75"/>
          <w:sz w:val="18"/>
        </w:rPr>
        <w:t xml:space="preserve">Answered by </w:t>
      </w:r>
      <w:hyperlink w:anchor="p511">
        <w:r>
          <w:rPr>
            <w:color w:val="2E5A80"/>
            <w:u w:val="single"/>
            <w:sz w:val="18"/>
          </w:rPr>
          <w:t xml:space="preserve">No. 511 (Shōshō (for Ochiba))</w:t>
        </w:r>
      </w:hyperlink>
    </w:p>
    <w:p>
      <w:pPr>
        <w:keepNext/>
        <w:spacing w:after="20" w:before="200"/>
      </w:pPr>
      <w:bookmarkStart w:id="547" w:name="p511"/>
      <w:r>
        <w:rPr>
          <w:b/>
          <w:i w:val="0"/>
          <w:color w:val="222B33"/>
          <w:sz w:val="22"/>
        </w:rPr>
        <w:t>No. 511</w:t>
      </w:r>
      <w:r>
        <w:rPr>
          <w:b w:val="0"/>
          <w:i w:val="0"/>
          <w:color w:val="6A6F75"/>
          <w:sz w:val="18"/>
        </w:rPr>
        <w:t xml:space="preserve">   Shōshō (for Ochiba) → Yūgiri   答 reply</w:t>
      </w:r>
      <w:bookmarkEnd w:id="547"/>
    </w:p>
    <w:p>
      <w:pPr>
        <w:keepNext/>
        <w:spacing w:after="0"/>
      </w:pPr>
      <w:r>
        <w:rPr>
          <w:rFonts w:ascii="Noto Serif CJK JP" w:hAnsi="Noto Serif CJK JP" w:eastAsia="Noto Serif CJK JP"/>
          <w:b w:val="0"/>
          <w:i w:val="0"/>
          <w:color w:val="222B33"/>
          <w:sz w:val="26"/>
        </w:rPr>
        <w:t>柏木に葉守の神はまさずとも人ならすべき宿の梢か</w:t>
      </w:r>
    </w:p>
    <w:p>
      <w:pPr>
        <w:keepNext/>
        <w:spacing w:after="60"/>
      </w:pPr>
      <w:r>
        <w:rPr>
          <w:rFonts w:ascii="Noto Serif CJK JP" w:hAnsi="Noto Serif CJK JP" w:eastAsia="Noto Serif CJK JP"/>
          <w:b w:val="0"/>
          <w:i w:val="0"/>
          <w:color w:val="6A6F75"/>
          <w:sz w:val="19"/>
        </w:rPr>
        <w:t>かしは木に　／　はもりの神は　／　まさすとも　／　人ならすへき　／　やとのこすゑか</w:t>
      </w:r>
    </w:p>
    <w:p>
      <w:pPr>
        <w:keepNext/>
        <w:spacing w:after="60"/>
      </w:pPr>
      <w:r>
        <w:rPr>
          <w:b w:val="0"/>
          <w:i/>
          <w:color w:val="222B33"/>
          <w:sz w:val="21"/>
        </w:rPr>
        <w:t>Though in the oak</w:t>
        <w:br/>
      </w:r>
      <w:r>
        <w:rPr>
          <w:b w:val="0"/>
          <w:i/>
          <w:color w:val="222B33"/>
          <w:sz w:val="21"/>
        </w:rPr>
        <w:t>the guardian god of leaves no longer dwells,</w:t>
        <w:br/>
      </w:r>
      <w:r>
        <w:rPr>
          <w:b w:val="0"/>
          <w:i/>
          <w:color w:val="222B33"/>
          <w:sz w:val="21"/>
        </w:rPr>
        <w:t>is this a treetop</w:t>
        <w:br/>
      </w:r>
      <w:r>
        <w:rPr>
          <w:b w:val="0"/>
          <w:i/>
          <w:color w:val="222B33"/>
          <w:sz w:val="21"/>
        </w:rPr>
        <w:t>of a house where one</w:t>
        <w:br/>
      </w:r>
      <w:r>
        <w:rPr>
          <w:b w:val="0"/>
          <w:i/>
          <w:color w:val="222B33"/>
          <w:sz w:val="21"/>
        </w:rPr>
        <w:t>should grow familiar?</w:t>
      </w:r>
    </w:p>
    <w:p>
      <w:pPr>
        <w:spacing w:after="40"/>
      </w:pPr>
      <w:r>
        <w:rPr>
          <w:b/>
          <w:i w:val="0"/>
          <w:color w:val="8A4B1C"/>
          <w:sz w:val="18"/>
        </w:rPr>
        <w:t xml:space="preserve">Attribution uncertain. </w:t>
      </w:r>
      <w:r>
        <w:rPr>
          <w:b w:val="0"/>
          <w:i w:val="0"/>
          <w:sz w:val="19"/>
        </w:rPr>
        <w:t>Spoken through Shōshō; not Ochiba herself (Kyū taikei 旧大系, Zenshū 全集), and not her mother either (Shin taikei 新大系).</w:t>
      </w:r>
    </w:p>
    <w:p>
      <w:pPr>
        <w:spacing w:after="40"/>
      </w:pPr>
      <w:r>
        <w:rPr>
          <w:b w:val="0"/>
          <w:i w:val="0"/>
          <w:color w:val="6A6F75"/>
          <w:sz w:val="18"/>
        </w:rPr>
        <w:t xml:space="preserve">In reply to </w:t>
      </w:r>
      <w:hyperlink w:anchor="p510">
        <w:r>
          <w:rPr>
            <w:color w:val="2E5A80"/>
            <w:u w:val="single"/>
            <w:sz w:val="18"/>
          </w:rPr>
          <w:t xml:space="preserve">No. 510 (Yūgiri)</w:t>
        </w:r>
      </w:hyperlink>
    </w:p>
    <w:p>
      <w:pPr>
        <w:pStyle w:val="Heading1"/>
      </w:pPr>
      <w:bookmarkStart w:id="548" w:name="ch37"/>
      <w:r>
        <w:t>Chapter 37 · Yokobue 横笛</w:t>
      </w:r>
      <w:bookmarkEnd w:id="548"/>
    </w:p>
    <w:p>
      <w:pPr>
        <w:keepNext/>
        <w:spacing w:after="20" w:before="200"/>
      </w:pPr>
      <w:bookmarkStart w:id="549" w:name="p512"/>
      <w:r>
        <w:rPr>
          <w:b/>
          <w:i w:val="0"/>
          <w:color w:val="222B33"/>
          <w:sz w:val="22"/>
        </w:rPr>
        <w:t>No. 512</w:t>
      </w:r>
      <w:r>
        <w:rPr>
          <w:b w:val="0"/>
          <w:i w:val="0"/>
          <w:color w:val="6A6F75"/>
          <w:sz w:val="18"/>
        </w:rPr>
        <w:t xml:space="preserve">   Suzaku Retired Emperor → the Third Princess   贈 sent</w:t>
      </w:r>
      <w:bookmarkEnd w:id="549"/>
    </w:p>
    <w:p>
      <w:pPr>
        <w:keepNext/>
        <w:spacing w:after="40"/>
      </w:pPr>
      <w:r>
        <w:rPr>
          <w:b/>
          <w:i w:val="0"/>
          <w:color w:val="6A6F75"/>
          <w:sz w:val="18"/>
        </w:rPr>
        <w:t xml:space="preserve">Context. </w:t>
      </w:r>
      <w:r>
        <w:rPr>
          <w:b w:val="0"/>
          <w:i w:val="0"/>
          <w:color w:val="6A6F75"/>
          <w:sz w:val="19"/>
        </w:rPr>
        <w:t>Suzaku writes to the Third Princess, now a nun; her renunciation.</w:t>
      </w:r>
    </w:p>
    <w:p>
      <w:pPr>
        <w:keepNext/>
        <w:spacing w:after="0"/>
      </w:pPr>
      <w:r>
        <w:rPr>
          <w:rFonts w:ascii="Noto Serif CJK JP" w:hAnsi="Noto Serif CJK JP" w:eastAsia="Noto Serif CJK JP"/>
          <w:b w:val="0"/>
          <w:i w:val="0"/>
          <w:color w:val="222B33"/>
          <w:sz w:val="26"/>
        </w:rPr>
        <w:t>世を別れ入りなむ道はおくるとも同じところを君も尋ねよ</w:t>
      </w:r>
    </w:p>
    <w:p>
      <w:pPr>
        <w:keepNext/>
        <w:spacing w:after="60"/>
      </w:pPr>
      <w:r>
        <w:rPr>
          <w:rFonts w:ascii="Noto Serif CJK JP" w:hAnsi="Noto Serif CJK JP" w:eastAsia="Noto Serif CJK JP"/>
          <w:b w:val="0"/>
          <w:i w:val="0"/>
          <w:color w:val="6A6F75"/>
          <w:sz w:val="19"/>
        </w:rPr>
        <w:t>よをわかれ　／　いりなむみちは　／　をくるとも　／　おなしところを　／　君もたつねよ</w:t>
      </w:r>
    </w:p>
    <w:p>
      <w:pPr>
        <w:keepNext/>
        <w:spacing w:after="60"/>
      </w:pPr>
      <w:r>
        <w:rPr>
          <w:b w:val="0"/>
          <w:i/>
          <w:color w:val="222B33"/>
          <w:sz w:val="21"/>
        </w:rPr>
        <w:t>Though you come behind me</w:t>
        <w:br/>
      </w:r>
      <w:r>
        <w:rPr>
          <w:b w:val="0"/>
          <w:i/>
          <w:color w:val="222B33"/>
          <w:sz w:val="21"/>
        </w:rPr>
        <w:t>on the road I took</w:t>
        <w:br/>
      </w:r>
      <w:r>
        <w:rPr>
          <w:b w:val="0"/>
          <w:i/>
          <w:color w:val="222B33"/>
          <w:sz w:val="21"/>
        </w:rPr>
        <w:t>leaving the world,</w:t>
        <w:br/>
      </w:r>
      <w:r>
        <w:rPr>
          <w:b w:val="0"/>
          <w:i/>
          <w:color w:val="222B33"/>
          <w:sz w:val="21"/>
        </w:rPr>
        <w:t>seek you too</w:t>
        <w:br/>
      </w:r>
      <w:r>
        <w:rPr>
          <w:b w:val="0"/>
          <w:i/>
          <w:color w:val="222B33"/>
          <w:sz w:val="21"/>
        </w:rPr>
        <w:t>the same place.</w:t>
      </w:r>
    </w:p>
    <w:p>
      <w:pPr>
        <w:spacing w:after="40"/>
      </w:pPr>
      <w:r>
        <w:rPr>
          <w:b w:val="0"/>
          <w:i w:val="0"/>
          <w:color w:val="6A6F75"/>
          <w:sz w:val="18"/>
        </w:rPr>
        <w:t xml:space="preserve">Answered by </w:t>
      </w:r>
      <w:hyperlink w:anchor="p513">
        <w:r>
          <w:rPr>
            <w:color w:val="2E5A80"/>
            <w:u w:val="single"/>
            <w:sz w:val="18"/>
          </w:rPr>
          <w:t xml:space="preserve">No. 513 (the Third Princess)</w:t>
        </w:r>
      </w:hyperlink>
    </w:p>
    <w:p>
      <w:pPr>
        <w:keepNext/>
        <w:spacing w:after="20" w:before="200"/>
      </w:pPr>
      <w:bookmarkStart w:id="550" w:name="p513"/>
      <w:r>
        <w:rPr>
          <w:b/>
          <w:i w:val="0"/>
          <w:color w:val="222B33"/>
          <w:sz w:val="22"/>
        </w:rPr>
        <w:t>No. 513</w:t>
      </w:r>
      <w:r>
        <w:rPr>
          <w:b w:val="0"/>
          <w:i w:val="0"/>
          <w:color w:val="6A6F75"/>
          <w:sz w:val="18"/>
        </w:rPr>
        <w:t xml:space="preserve">   the Third Princess → Suzaku Retired Emperor   答 reply</w:t>
      </w:r>
      <w:bookmarkEnd w:id="550"/>
    </w:p>
    <w:p>
      <w:pPr>
        <w:keepNext/>
        <w:spacing w:after="0"/>
      </w:pPr>
      <w:r>
        <w:rPr>
          <w:rFonts w:ascii="Noto Serif CJK JP" w:hAnsi="Noto Serif CJK JP" w:eastAsia="Noto Serif CJK JP"/>
          <w:b w:val="0"/>
          <w:i w:val="0"/>
          <w:color w:val="222B33"/>
          <w:sz w:val="26"/>
        </w:rPr>
        <w:t>憂き世にはあらぬところのゆかしくて背く山路に思ひこそ入れ</w:t>
      </w:r>
    </w:p>
    <w:p>
      <w:pPr>
        <w:keepNext/>
        <w:spacing w:after="60"/>
      </w:pPr>
      <w:r>
        <w:rPr>
          <w:rFonts w:ascii="Noto Serif CJK JP" w:hAnsi="Noto Serif CJK JP" w:eastAsia="Noto Serif CJK JP"/>
          <w:b w:val="0"/>
          <w:i w:val="0"/>
          <w:color w:val="6A6F75"/>
          <w:sz w:val="19"/>
        </w:rPr>
        <w:t>うき世には　／　あらぬところの　／　ゆかしくて　／　そむく山ちに　／　思ひこそいれ</w:t>
      </w:r>
    </w:p>
    <w:p>
      <w:pPr>
        <w:keepNext/>
        <w:spacing w:after="60"/>
      </w:pPr>
      <w:r>
        <w:rPr>
          <w:b w:val="0"/>
          <w:i/>
          <w:color w:val="222B33"/>
          <w:sz w:val="21"/>
        </w:rPr>
        <w:t>Longing for a place</w:t>
        <w:br/>
      </w:r>
      <w:r>
        <w:rPr>
          <w:b w:val="0"/>
          <w:i/>
          <w:color w:val="222B33"/>
          <w:sz w:val="21"/>
        </w:rPr>
        <w:t>that is not this sorrowful world,</w:t>
        <w:br/>
      </w:r>
      <w:r>
        <w:rPr>
          <w:b w:val="0"/>
          <w:i/>
          <w:color w:val="222B33"/>
          <w:sz w:val="21"/>
        </w:rPr>
        <w:t>I set my heart</w:t>
        <w:br/>
      </w:r>
      <w:r>
        <w:rPr>
          <w:b w:val="0"/>
          <w:i/>
          <w:color w:val="222B33"/>
          <w:sz w:val="21"/>
        </w:rPr>
        <w:t>on the mountain path</w:t>
        <w:br/>
      </w:r>
      <w:r>
        <w:rPr>
          <w:b w:val="0"/>
          <w:i/>
          <w:color w:val="222B33"/>
          <w:sz w:val="21"/>
        </w:rPr>
        <w:t>of those who turn away.</w:t>
      </w:r>
    </w:p>
    <w:p>
      <w:pPr>
        <w:spacing w:after="40"/>
      </w:pPr>
      <w:r>
        <w:rPr>
          <w:b w:val="0"/>
          <w:i w:val="0"/>
          <w:color w:val="6A6F75"/>
          <w:sz w:val="18"/>
        </w:rPr>
        <w:t xml:space="preserve">In reply to </w:t>
      </w:r>
      <w:hyperlink w:anchor="p512">
        <w:r>
          <w:rPr>
            <w:color w:val="2E5A80"/>
            <w:u w:val="single"/>
            <w:sz w:val="18"/>
          </w:rPr>
          <w:t xml:space="preserve">No. 512 (Suzaku Retired Emperor)</w:t>
        </w:r>
      </w:hyperlink>
      <w:r>
        <w:rPr>
          <w:b w:val="0"/>
          <w:i w:val="0"/>
          <w:color w:val="6A6F75"/>
          <w:sz w:val="18"/>
        </w:rPr>
        <w:t xml:space="preserve">   ·   </w:t>
      </w:r>
      <w:r>
        <w:rPr>
          <w:b w:val="0"/>
          <w:i w:val="0"/>
          <w:color w:val="6A6F75"/>
          <w:sz w:val="18"/>
        </w:rPr>
        <w:t xml:space="preserve">Echo, A place not of this world: </w:t>
      </w:r>
      <w:hyperlink w:anchor="p727">
        <w:r>
          <w:rPr>
            <w:color w:val="2E5A80"/>
            <w:u w:val="single"/>
            <w:sz w:val="18"/>
          </w:rPr>
          <w:t xml:space="preserve">No. 727</w:t>
        </w:r>
      </w:hyperlink>
      <w:r>
        <w:rPr>
          <w:b w:val="0"/>
          <w:i w:val="0"/>
          <w:color w:val="6A6F75"/>
          <w:sz w:val="18"/>
        </w:rPr>
        <w:t xml:space="preserve">, </w:t>
      </w:r>
      <w:hyperlink w:anchor="p728">
        <w:r>
          <w:rPr>
            <w:color w:val="2E5A80"/>
            <w:u w:val="single"/>
            <w:sz w:val="18"/>
          </w:rPr>
          <w:t xml:space="preserve">No. 728</w:t>
        </w:r>
      </w:hyperlink>
    </w:p>
    <w:p>
      <w:pPr>
        <w:keepNext/>
        <w:spacing w:after="20" w:before="200"/>
      </w:pPr>
      <w:bookmarkStart w:id="551" w:name="p514"/>
      <w:r>
        <w:rPr>
          <w:b/>
          <w:i w:val="0"/>
          <w:color w:val="222B33"/>
          <w:sz w:val="22"/>
        </w:rPr>
        <w:t>No. 514</w:t>
      </w:r>
      <w:r>
        <w:rPr>
          <w:b w:val="0"/>
          <w:i w:val="0"/>
          <w:color w:val="6A6F75"/>
          <w:sz w:val="18"/>
        </w:rPr>
        <w:t xml:space="preserve">   Genji   独 solo</w:t>
      </w:r>
      <w:bookmarkEnd w:id="551"/>
    </w:p>
    <w:p>
      <w:pPr>
        <w:keepNext/>
        <w:spacing w:after="40"/>
      </w:pPr>
      <w:r>
        <w:rPr>
          <w:b/>
          <w:i w:val="0"/>
          <w:color w:val="6A6F75"/>
          <w:sz w:val="18"/>
        </w:rPr>
        <w:t xml:space="preserve">Context. </w:t>
      </w:r>
      <w:r>
        <w:rPr>
          <w:b w:val="0"/>
          <w:i w:val="0"/>
          <w:color w:val="6A6F75"/>
          <w:sz w:val="19"/>
        </w:rPr>
        <w:t>Genji watches Kaoru; the child of another man he must raise.</w:t>
      </w:r>
    </w:p>
    <w:p>
      <w:pPr>
        <w:keepNext/>
        <w:spacing w:after="0"/>
      </w:pPr>
      <w:r>
        <w:rPr>
          <w:rFonts w:ascii="Noto Serif CJK JP" w:hAnsi="Noto Serif CJK JP" w:eastAsia="Noto Serif CJK JP"/>
          <w:b w:val="0"/>
          <w:i w:val="0"/>
          <w:color w:val="222B33"/>
          <w:sz w:val="26"/>
        </w:rPr>
        <w:t>憂き節も忘れずながら呉竹のこは捨て難きものにぞありける</w:t>
      </w:r>
    </w:p>
    <w:p>
      <w:pPr>
        <w:keepNext/>
        <w:spacing w:after="60"/>
      </w:pPr>
      <w:r>
        <w:rPr>
          <w:rFonts w:ascii="Noto Serif CJK JP" w:hAnsi="Noto Serif CJK JP" w:eastAsia="Noto Serif CJK JP"/>
          <w:b w:val="0"/>
          <w:i w:val="0"/>
          <w:color w:val="6A6F75"/>
          <w:sz w:val="19"/>
        </w:rPr>
        <w:t>うきふしも　／　わすれすなから　／　くれ竹の　／　こはすてかたき　／　物にそありける</w:t>
      </w:r>
    </w:p>
    <w:p>
      <w:pPr>
        <w:keepNext/>
        <w:spacing w:after="60"/>
      </w:pPr>
      <w:r>
        <w:rPr>
          <w:b w:val="0"/>
          <w:i/>
          <w:color w:val="222B33"/>
          <w:sz w:val="21"/>
        </w:rPr>
        <w:t>Never forgetting</w:t>
        <w:br/>
      </w:r>
      <w:r>
        <w:rPr>
          <w:b w:val="0"/>
          <w:i/>
          <w:color w:val="222B33"/>
          <w:sz w:val="21"/>
        </w:rPr>
        <w:t>the bitter joint, still,</w:t>
        <w:br/>
      </w:r>
      <w:r>
        <w:rPr>
          <w:b w:val="0"/>
          <w:i/>
          <w:color w:val="222B33"/>
          <w:sz w:val="21"/>
        </w:rPr>
        <w:t>the child of the river bamboo</w:t>
        <w:br/>
      </w:r>
      <w:r>
        <w:rPr>
          <w:b w:val="0"/>
          <w:i/>
          <w:color w:val="222B33"/>
          <w:sz w:val="21"/>
        </w:rPr>
        <w:t>is hard</w:t>
        <w:br/>
      </w:r>
      <w:r>
        <w:rPr>
          <w:b w:val="0"/>
          <w:i/>
          <w:color w:val="222B33"/>
          <w:sz w:val="21"/>
        </w:rPr>
        <w:t>to cast away.</w:t>
      </w:r>
    </w:p>
    <w:p>
      <w:pPr>
        <w:spacing w:after="40"/>
      </w:pPr>
      <w:r>
        <w:rPr>
          <w:b w:val="0"/>
          <w:i w:val="0"/>
          <w:color w:val="222B33"/>
          <w:sz w:val="19"/>
        </w:rPr>
        <w:t>Watching Kaoru chew bamboo shoots. Ko: “child” and “this.” Fushi, “joint,” and “point of grief.”</w:t>
      </w:r>
    </w:p>
    <w:p>
      <w:pPr>
        <w:keepNext/>
        <w:spacing w:after="20" w:before="200"/>
      </w:pPr>
      <w:bookmarkStart w:id="552" w:name="p515"/>
      <w:r>
        <w:rPr>
          <w:b/>
          <w:i w:val="0"/>
          <w:color w:val="222B33"/>
          <w:sz w:val="22"/>
        </w:rPr>
        <w:t>No. 515</w:t>
      </w:r>
      <w:r>
        <w:rPr>
          <w:b w:val="0"/>
          <w:i w:val="0"/>
          <w:color w:val="6A6F75"/>
          <w:sz w:val="18"/>
        </w:rPr>
        <w:t xml:space="preserve">   Yūgiri → Ochiba   贈 sent</w:t>
      </w:r>
      <w:bookmarkEnd w:id="552"/>
    </w:p>
    <w:p>
      <w:pPr>
        <w:keepNext/>
        <w:spacing w:after="40"/>
      </w:pPr>
      <w:r>
        <w:rPr>
          <w:b/>
          <w:i w:val="0"/>
          <w:color w:val="6A6F75"/>
          <w:sz w:val="18"/>
        </w:rPr>
        <w:t xml:space="preserve">Context. </w:t>
      </w:r>
      <w:r>
        <w:rPr>
          <w:b w:val="0"/>
          <w:i w:val="0"/>
          <w:color w:val="6A6F75"/>
          <w:sz w:val="19"/>
        </w:rPr>
        <w:t>Yūgiri plays the koto with Ochiba; desire disguised as condolence.</w:t>
      </w:r>
    </w:p>
    <w:p>
      <w:pPr>
        <w:keepNext/>
        <w:spacing w:after="0"/>
      </w:pPr>
      <w:r>
        <w:rPr>
          <w:rFonts w:ascii="Noto Serif CJK JP" w:hAnsi="Noto Serif CJK JP" w:eastAsia="Noto Serif CJK JP"/>
          <w:b w:val="0"/>
          <w:i w:val="0"/>
          <w:color w:val="222B33"/>
          <w:sz w:val="26"/>
        </w:rPr>
        <w:t>ことに出でて言はぬも言ふにまさるとは人に恥ぢたるけしきをぞ見る</w:t>
      </w:r>
    </w:p>
    <w:p>
      <w:pPr>
        <w:keepNext/>
        <w:spacing w:after="60"/>
      </w:pPr>
      <w:r>
        <w:rPr>
          <w:rFonts w:ascii="Noto Serif CJK JP" w:hAnsi="Noto Serif CJK JP" w:eastAsia="Noto Serif CJK JP"/>
          <w:b w:val="0"/>
          <w:i w:val="0"/>
          <w:color w:val="6A6F75"/>
          <w:sz w:val="19"/>
        </w:rPr>
        <w:t>ことにいてゝ　／　いはぬもいふに　／　まさるとは　／　人にはちたる　／　けしきをそみる</w:t>
      </w:r>
    </w:p>
    <w:p>
      <w:pPr>
        <w:keepNext/>
        <w:spacing w:after="60"/>
      </w:pPr>
      <w:r>
        <w:rPr>
          <w:b w:val="0"/>
          <w:i/>
          <w:color w:val="222B33"/>
          <w:sz w:val="21"/>
        </w:rPr>
        <w:t>Not speaking out,</w:t>
        <w:br/>
      </w:r>
      <w:r>
        <w:rPr>
          <w:b w:val="0"/>
          <w:i/>
          <w:color w:val="222B33"/>
          <w:sz w:val="21"/>
        </w:rPr>
        <w:t>they say, is more than speaking;</w:t>
        <w:br/>
      </w:r>
      <w:r>
        <w:rPr>
          <w:b w:val="0"/>
          <w:i/>
          <w:color w:val="222B33"/>
          <w:sz w:val="21"/>
        </w:rPr>
        <w:t>I see it in the look</w:t>
        <w:br/>
      </w:r>
      <w:r>
        <w:rPr>
          <w:b w:val="0"/>
          <w:i/>
          <w:color w:val="222B33"/>
          <w:sz w:val="21"/>
        </w:rPr>
        <w:t>of one shy</w:t>
        <w:br/>
      </w:r>
      <w:r>
        <w:rPr>
          <w:b w:val="0"/>
          <w:i/>
          <w:color w:val="222B33"/>
          <w:sz w:val="21"/>
        </w:rPr>
        <w:t>before others.</w:t>
      </w:r>
    </w:p>
    <w:p>
      <w:pPr>
        <w:spacing w:after="40"/>
      </w:pPr>
      <w:r>
        <w:rPr>
          <w:b w:val="0"/>
          <w:i w:val="0"/>
          <w:color w:val="222B33"/>
          <w:sz w:val="19"/>
        </w:rPr>
        <w:t>Koto: “words” and “koto” zither.</w:t>
      </w:r>
    </w:p>
    <w:p>
      <w:pPr>
        <w:spacing w:after="40"/>
      </w:pPr>
      <w:r>
        <w:rPr>
          <w:b w:val="0"/>
          <w:i w:val="0"/>
          <w:color w:val="6A6F75"/>
          <w:sz w:val="18"/>
        </w:rPr>
        <w:t xml:space="preserve">Answered by </w:t>
      </w:r>
      <w:hyperlink w:anchor="p516">
        <w:r>
          <w:rPr>
            <w:color w:val="2E5A80"/>
            <w:u w:val="single"/>
            <w:sz w:val="18"/>
          </w:rPr>
          <w:t xml:space="preserve">No. 516 (Ochiba)</w:t>
        </w:r>
      </w:hyperlink>
    </w:p>
    <w:p>
      <w:pPr>
        <w:keepNext/>
        <w:spacing w:after="20" w:before="200"/>
      </w:pPr>
      <w:bookmarkStart w:id="553" w:name="p516"/>
      <w:r>
        <w:rPr>
          <w:b/>
          <w:i w:val="0"/>
          <w:color w:val="222B33"/>
          <w:sz w:val="22"/>
        </w:rPr>
        <w:t>No. 516</w:t>
      </w:r>
      <w:r>
        <w:rPr>
          <w:b w:val="0"/>
          <w:i w:val="0"/>
          <w:color w:val="6A6F75"/>
          <w:sz w:val="18"/>
        </w:rPr>
        <w:t xml:space="preserve">   Ochiba → Yūgiri   答 reply</w:t>
      </w:r>
      <w:bookmarkEnd w:id="553"/>
    </w:p>
    <w:p>
      <w:pPr>
        <w:keepNext/>
        <w:spacing w:after="0"/>
      </w:pPr>
      <w:r>
        <w:rPr>
          <w:rFonts w:ascii="Noto Serif CJK JP" w:hAnsi="Noto Serif CJK JP" w:eastAsia="Noto Serif CJK JP"/>
          <w:b w:val="0"/>
          <w:i w:val="0"/>
          <w:color w:val="222B33"/>
          <w:sz w:val="26"/>
        </w:rPr>
        <w:t>深き夜のあはればかりは聞きわけどことより顔にえやは弾きける</w:t>
      </w:r>
    </w:p>
    <w:p>
      <w:pPr>
        <w:keepNext/>
        <w:spacing w:after="60"/>
      </w:pPr>
      <w:r>
        <w:rPr>
          <w:rFonts w:ascii="Noto Serif CJK JP" w:hAnsi="Noto Serif CJK JP" w:eastAsia="Noto Serif CJK JP"/>
          <w:b w:val="0"/>
          <w:i w:val="0"/>
          <w:color w:val="6A6F75"/>
          <w:sz w:val="19"/>
        </w:rPr>
        <w:t>ふかきよの　／　あはれはかりは　／　きゝわけと　／　ことよりかほに　／　えやはひきける</w:t>
      </w:r>
    </w:p>
    <w:p>
      <w:pPr>
        <w:keepNext/>
        <w:spacing w:after="60"/>
      </w:pPr>
      <w:r>
        <w:rPr>
          <w:b w:val="0"/>
          <w:i/>
          <w:color w:val="222B33"/>
          <w:sz w:val="21"/>
        </w:rPr>
        <w:t>In the depths of night</w:t>
        <w:br/>
      </w:r>
      <w:r>
        <w:rPr>
          <w:b w:val="0"/>
          <w:i/>
          <w:color w:val="222B33"/>
          <w:sz w:val="21"/>
        </w:rPr>
        <w:t>I know only the sadness of it;</w:t>
        <w:br/>
      </w:r>
      <w:r>
        <w:rPr>
          <w:b w:val="0"/>
          <w:i/>
          <w:color w:val="222B33"/>
          <w:sz w:val="21"/>
        </w:rPr>
        <w:t>how could I play</w:t>
        <w:br/>
      </w:r>
      <w:r>
        <w:rPr>
          <w:b w:val="0"/>
          <w:i/>
          <w:color w:val="222B33"/>
          <w:sz w:val="21"/>
        </w:rPr>
        <w:t>as if I had</w:t>
        <w:br/>
      </w:r>
      <w:r>
        <w:rPr>
          <w:b w:val="0"/>
          <w:i/>
          <w:color w:val="222B33"/>
          <w:sz w:val="21"/>
        </w:rPr>
        <w:t>more to say?</w:t>
      </w:r>
    </w:p>
    <w:p>
      <w:pPr>
        <w:spacing w:after="40"/>
      </w:pPr>
      <w:r>
        <w:rPr>
          <w:b w:val="0"/>
          <w:i w:val="0"/>
          <w:color w:val="6A6F75"/>
          <w:sz w:val="18"/>
        </w:rPr>
        <w:t xml:space="preserve">In reply to </w:t>
      </w:r>
      <w:hyperlink w:anchor="p515">
        <w:r>
          <w:rPr>
            <w:color w:val="2E5A80"/>
            <w:u w:val="single"/>
            <w:sz w:val="18"/>
          </w:rPr>
          <w:t xml:space="preserve">No. 515 (Yūgiri)</w:t>
        </w:r>
      </w:hyperlink>
    </w:p>
    <w:p>
      <w:pPr>
        <w:keepNext/>
        <w:spacing w:after="20" w:before="200"/>
      </w:pPr>
      <w:bookmarkStart w:id="554" w:name="p517"/>
      <w:r>
        <w:rPr>
          <w:b/>
          <w:i w:val="0"/>
          <w:color w:val="222B33"/>
          <w:sz w:val="22"/>
        </w:rPr>
        <w:t>No. 517</w:t>
      </w:r>
      <w:r>
        <w:rPr>
          <w:b w:val="0"/>
          <w:i w:val="0"/>
          <w:color w:val="6A6F75"/>
          <w:sz w:val="18"/>
        </w:rPr>
        <w:t xml:space="preserve">   Ichijō Haven → Yūgiri   贈 sent</w:t>
      </w:r>
      <w:bookmarkEnd w:id="554"/>
    </w:p>
    <w:p>
      <w:pPr>
        <w:keepNext/>
        <w:spacing w:after="40"/>
      </w:pPr>
      <w:r>
        <w:rPr>
          <w:b/>
          <w:i w:val="0"/>
          <w:color w:val="6A6F75"/>
          <w:sz w:val="18"/>
        </w:rPr>
        <w:t xml:space="preserve">Context. </w:t>
      </w:r>
      <w:r>
        <w:rPr>
          <w:b w:val="0"/>
          <w:i w:val="0"/>
          <w:color w:val="6A6F75"/>
          <w:sz w:val="19"/>
        </w:rPr>
        <w:t>Ichijō gives Yūgiri Kashiwagi’s flute; the flute will lead to the secret.</w:t>
      </w:r>
    </w:p>
    <w:p>
      <w:pPr>
        <w:keepNext/>
        <w:spacing w:after="0"/>
      </w:pPr>
      <w:r>
        <w:rPr>
          <w:rFonts w:ascii="Noto Serif CJK JP" w:hAnsi="Noto Serif CJK JP" w:eastAsia="Noto Serif CJK JP"/>
          <w:b w:val="0"/>
          <w:i w:val="0"/>
          <w:color w:val="222B33"/>
          <w:sz w:val="26"/>
        </w:rPr>
        <w:t>露しげきむぐらの宿にいにしへの秋に変はらぬ虫の声かな</w:t>
      </w:r>
    </w:p>
    <w:p>
      <w:pPr>
        <w:keepNext/>
        <w:spacing w:after="60"/>
      </w:pPr>
      <w:r>
        <w:rPr>
          <w:rFonts w:ascii="Noto Serif CJK JP" w:hAnsi="Noto Serif CJK JP" w:eastAsia="Noto Serif CJK JP"/>
          <w:b w:val="0"/>
          <w:i w:val="0"/>
          <w:color w:val="6A6F75"/>
          <w:sz w:val="19"/>
        </w:rPr>
        <w:t>露しけき　／　むくらのやとに　／　いにしへの　／　秋にかはらぬ　／　むしのこゑかな</w:t>
      </w:r>
    </w:p>
    <w:p>
      <w:pPr>
        <w:keepNext/>
        <w:spacing w:after="60"/>
      </w:pPr>
      <w:r>
        <w:rPr>
          <w:b w:val="0"/>
          <w:i/>
          <w:color w:val="222B33"/>
          <w:sz w:val="21"/>
        </w:rPr>
        <w:t>In the house of weeds</w:t>
        <w:br/>
      </w:r>
      <w:r>
        <w:rPr>
          <w:b w:val="0"/>
          <w:i/>
          <w:color w:val="222B33"/>
          <w:sz w:val="21"/>
        </w:rPr>
        <w:t>thick with dew, the insect’s</w:t>
        <w:br/>
      </w:r>
      <w:r>
        <w:rPr>
          <w:b w:val="0"/>
          <w:i/>
          <w:color w:val="222B33"/>
          <w:sz w:val="21"/>
        </w:rPr>
        <w:t>voice is unchanged</w:t>
        <w:br/>
      </w:r>
      <w:r>
        <w:rPr>
          <w:b w:val="0"/>
          <w:i/>
          <w:color w:val="222B33"/>
          <w:sz w:val="21"/>
        </w:rPr>
        <w:t>from the autumns</w:t>
        <w:br/>
      </w:r>
      <w:r>
        <w:rPr>
          <w:b w:val="0"/>
          <w:i/>
          <w:color w:val="222B33"/>
          <w:sz w:val="21"/>
        </w:rPr>
        <w:t>of the past.</w:t>
      </w:r>
    </w:p>
    <w:p>
      <w:pPr>
        <w:spacing w:after="40"/>
      </w:pPr>
      <w:r>
        <w:rPr>
          <w:b w:val="0"/>
          <w:i w:val="0"/>
          <w:color w:val="6A6F75"/>
          <w:sz w:val="18"/>
        </w:rPr>
        <w:t xml:space="preserve">Answered by </w:t>
      </w:r>
      <w:hyperlink w:anchor="p518">
        <w:r>
          <w:rPr>
            <w:color w:val="2E5A80"/>
            <w:u w:val="single"/>
            <w:sz w:val="18"/>
          </w:rPr>
          <w:t xml:space="preserve">No. 518 (Yūgiri)</w:t>
        </w:r>
      </w:hyperlink>
    </w:p>
    <w:p>
      <w:pPr>
        <w:keepNext/>
        <w:spacing w:after="20" w:before="200"/>
      </w:pPr>
      <w:bookmarkStart w:id="555" w:name="p518"/>
      <w:r>
        <w:rPr>
          <w:b/>
          <w:i w:val="0"/>
          <w:color w:val="222B33"/>
          <w:sz w:val="22"/>
        </w:rPr>
        <w:t>No. 518</w:t>
      </w:r>
      <w:r>
        <w:rPr>
          <w:b w:val="0"/>
          <w:i w:val="0"/>
          <w:color w:val="6A6F75"/>
          <w:sz w:val="18"/>
        </w:rPr>
        <w:t xml:space="preserve">   Yūgiri → Ichijō Haven   答 reply</w:t>
      </w:r>
      <w:bookmarkEnd w:id="555"/>
    </w:p>
    <w:p>
      <w:pPr>
        <w:keepNext/>
        <w:spacing w:after="0"/>
      </w:pPr>
      <w:r>
        <w:rPr>
          <w:rFonts w:ascii="Noto Serif CJK JP" w:hAnsi="Noto Serif CJK JP" w:eastAsia="Noto Serif CJK JP"/>
          <w:b w:val="0"/>
          <w:i w:val="0"/>
          <w:color w:val="222B33"/>
          <w:sz w:val="26"/>
        </w:rPr>
        <w:t>横笛の調べはことに変はらぬをむなしくなりし音こそ尽きせね</w:t>
      </w:r>
    </w:p>
    <w:p>
      <w:pPr>
        <w:keepNext/>
        <w:spacing w:after="60"/>
      </w:pPr>
      <w:r>
        <w:rPr>
          <w:rFonts w:ascii="Noto Serif CJK JP" w:hAnsi="Noto Serif CJK JP" w:eastAsia="Noto Serif CJK JP"/>
          <w:b w:val="0"/>
          <w:i w:val="0"/>
          <w:color w:val="6A6F75"/>
          <w:sz w:val="19"/>
        </w:rPr>
        <w:t>よこふえの　／　しらへはことに　／　かはらぬを　／　むなしくなりし　／　ねこそつきせね</w:t>
      </w:r>
    </w:p>
    <w:p>
      <w:pPr>
        <w:keepNext/>
        <w:spacing w:after="60"/>
      </w:pPr>
      <w:r>
        <w:rPr>
          <w:b w:val="0"/>
          <w:i/>
          <w:color w:val="222B33"/>
          <w:sz w:val="21"/>
        </w:rPr>
        <w:t>The tune of the flute</w:t>
        <w:br/>
      </w:r>
      <w:r>
        <w:rPr>
          <w:b w:val="0"/>
          <w:i/>
          <w:color w:val="222B33"/>
          <w:sz w:val="21"/>
        </w:rPr>
        <w:t>is not much changed,</w:t>
        <w:br/>
      </w:r>
      <w:r>
        <w:rPr>
          <w:b w:val="0"/>
          <w:i/>
          <w:color w:val="222B33"/>
          <w:sz w:val="21"/>
        </w:rPr>
        <w:t>but the sound of the one</w:t>
        <w:br/>
      </w:r>
      <w:r>
        <w:rPr>
          <w:b w:val="0"/>
          <w:i/>
          <w:color w:val="222B33"/>
          <w:sz w:val="21"/>
        </w:rPr>
        <w:t>who is gone</w:t>
        <w:br/>
      </w:r>
      <w:r>
        <w:rPr>
          <w:b w:val="0"/>
          <w:i/>
          <w:color w:val="222B33"/>
          <w:sz w:val="21"/>
        </w:rPr>
        <w:t>never ends.</w:t>
      </w:r>
    </w:p>
    <w:p>
      <w:pPr>
        <w:spacing w:after="40"/>
      </w:pPr>
      <w:r>
        <w:rPr>
          <w:b w:val="0"/>
          <w:i w:val="0"/>
          <w:color w:val="222B33"/>
          <w:sz w:val="19"/>
        </w:rPr>
        <w:t>She gives him Kashiwagi’s flute.</w:t>
      </w:r>
    </w:p>
    <w:p>
      <w:pPr>
        <w:spacing w:after="40"/>
      </w:pPr>
      <w:r>
        <w:rPr>
          <w:b w:val="0"/>
          <w:i w:val="0"/>
          <w:color w:val="6A6F75"/>
          <w:sz w:val="18"/>
        </w:rPr>
        <w:t xml:space="preserve">In reply to </w:t>
      </w:r>
      <w:hyperlink w:anchor="p517">
        <w:r>
          <w:rPr>
            <w:color w:val="2E5A80"/>
            <w:u w:val="single"/>
            <w:sz w:val="18"/>
          </w:rPr>
          <w:t xml:space="preserve">No. 517 (Ichijō Haven)</w:t>
        </w:r>
      </w:hyperlink>
    </w:p>
    <w:p>
      <w:pPr>
        <w:keepNext/>
        <w:spacing w:after="20" w:before="200"/>
      </w:pPr>
      <w:bookmarkStart w:id="556" w:name="p519"/>
      <w:r>
        <w:rPr>
          <w:b/>
          <w:i w:val="0"/>
          <w:color w:val="222B33"/>
          <w:sz w:val="22"/>
        </w:rPr>
        <w:t>No. 519</w:t>
      </w:r>
      <w:r>
        <w:rPr>
          <w:b w:val="0"/>
          <w:i w:val="0"/>
          <w:color w:val="6A6F75"/>
          <w:sz w:val="18"/>
        </w:rPr>
        <w:t xml:space="preserve">   Kashiwagi’s ghost → Yūgiri (in a dream)   独 solo</w:t>
      </w:r>
      <w:bookmarkEnd w:id="556"/>
    </w:p>
    <w:p>
      <w:pPr>
        <w:keepNext/>
        <w:spacing w:after="40"/>
      </w:pPr>
      <w:r>
        <w:rPr>
          <w:b/>
          <w:i w:val="0"/>
          <w:color w:val="6A6F75"/>
          <w:sz w:val="18"/>
        </w:rPr>
        <w:t xml:space="preserve">Context. </w:t>
      </w:r>
      <w:r>
        <w:rPr>
          <w:b w:val="0"/>
          <w:i w:val="0"/>
          <w:color w:val="6A6F75"/>
          <w:sz w:val="19"/>
        </w:rPr>
        <w:t>Kashiwagi’s ghost in Yūgiri’s dream, asking that the flute go to his descendant, Kaoru.</w:t>
      </w:r>
    </w:p>
    <w:p>
      <w:pPr>
        <w:keepNext/>
        <w:spacing w:after="0"/>
      </w:pPr>
      <w:r>
        <w:rPr>
          <w:rFonts w:ascii="Noto Serif CJK JP" w:hAnsi="Noto Serif CJK JP" w:eastAsia="Noto Serif CJK JP"/>
          <w:b w:val="0"/>
          <w:i w:val="0"/>
          <w:color w:val="222B33"/>
          <w:sz w:val="26"/>
        </w:rPr>
        <w:t>笛竹に吹き寄る風のことならば末の世長きねに伝へなむ</w:t>
      </w:r>
    </w:p>
    <w:p>
      <w:pPr>
        <w:keepNext/>
        <w:spacing w:after="60"/>
      </w:pPr>
      <w:r>
        <w:rPr>
          <w:rFonts w:ascii="Noto Serif CJK JP" w:hAnsi="Noto Serif CJK JP" w:eastAsia="Noto Serif CJK JP"/>
          <w:b w:val="0"/>
          <w:i w:val="0"/>
          <w:color w:val="6A6F75"/>
          <w:sz w:val="19"/>
        </w:rPr>
        <w:t>笛たけに　／　ふきよる風の　／　ことならは　／　すゑのよなかき　／　ねにつたへなむ</w:t>
      </w:r>
    </w:p>
    <w:p>
      <w:pPr>
        <w:keepNext/>
        <w:spacing w:after="60"/>
      </w:pPr>
      <w:r>
        <w:rPr>
          <w:b w:val="0"/>
          <w:i/>
          <w:color w:val="222B33"/>
          <w:sz w:val="21"/>
        </w:rPr>
        <w:t>If the wind is to blow</w:t>
        <w:br/>
      </w:r>
      <w:r>
        <w:rPr>
          <w:b w:val="0"/>
          <w:i/>
          <w:color w:val="222B33"/>
          <w:sz w:val="21"/>
        </w:rPr>
        <w:t>on this flute of bamboo,</w:t>
        <w:br/>
      </w:r>
      <w:r>
        <w:rPr>
          <w:b w:val="0"/>
          <w:i/>
          <w:color w:val="222B33"/>
          <w:sz w:val="21"/>
        </w:rPr>
        <w:t>let it pass down</w:t>
        <w:br/>
      </w:r>
      <w:r>
        <w:rPr>
          <w:b w:val="0"/>
          <w:i/>
          <w:color w:val="222B33"/>
          <w:sz w:val="21"/>
        </w:rPr>
        <w:t>to the long line</w:t>
        <w:br/>
      </w:r>
      <w:r>
        <w:rPr>
          <w:b w:val="0"/>
          <w:i/>
          <w:color w:val="222B33"/>
          <w:sz w:val="21"/>
        </w:rPr>
        <w:t>of later ages.</w:t>
      </w:r>
    </w:p>
    <w:p>
      <w:pPr>
        <w:spacing w:after="40"/>
      </w:pPr>
      <w:r>
        <w:rPr>
          <w:b w:val="0"/>
          <w:i w:val="0"/>
          <w:color w:val="222B33"/>
          <w:sz w:val="19"/>
        </w:rPr>
        <w:t>Ne: “note” and “root,” a descendant, Kaoru.</w:t>
      </w:r>
    </w:p>
    <w:p>
      <w:pPr>
        <w:pStyle w:val="Heading1"/>
      </w:pPr>
      <w:bookmarkStart w:id="557" w:name="ch38"/>
      <w:r>
        <w:t>Chapter 38 · Suzumushi 鈴虫</w:t>
      </w:r>
      <w:bookmarkEnd w:id="557"/>
    </w:p>
    <w:p>
      <w:pPr>
        <w:keepNext/>
        <w:spacing w:after="20" w:before="200"/>
      </w:pPr>
      <w:bookmarkStart w:id="558" w:name="p520"/>
      <w:r>
        <w:rPr>
          <w:b/>
          <w:i w:val="0"/>
          <w:color w:val="222B33"/>
          <w:sz w:val="22"/>
        </w:rPr>
        <w:t>No. 520</w:t>
      </w:r>
      <w:r>
        <w:rPr>
          <w:b w:val="0"/>
          <w:i w:val="0"/>
          <w:color w:val="6A6F75"/>
          <w:sz w:val="18"/>
        </w:rPr>
        <w:t xml:space="preserve">   Genji → the Third Princess   贈 sent</w:t>
      </w:r>
      <w:bookmarkEnd w:id="558"/>
    </w:p>
    <w:p>
      <w:pPr>
        <w:keepNext/>
        <w:spacing w:after="40"/>
      </w:pPr>
      <w:r>
        <w:rPr>
          <w:b/>
          <w:i w:val="0"/>
          <w:color w:val="6A6F75"/>
          <w:sz w:val="18"/>
        </w:rPr>
        <w:t xml:space="preserve">Context. </w:t>
      </w:r>
      <w:r>
        <w:rPr>
          <w:b w:val="0"/>
          <w:i w:val="0"/>
          <w:color w:val="6A6F75"/>
          <w:sz w:val="19"/>
        </w:rPr>
        <w:t>At the dedication of the Third Princess’s icons; Genji’s reluctant tenderness for her.</w:t>
      </w:r>
    </w:p>
    <w:p>
      <w:pPr>
        <w:keepNext/>
        <w:spacing w:after="0"/>
      </w:pPr>
      <w:r>
        <w:rPr>
          <w:rFonts w:ascii="Noto Serif CJK JP" w:hAnsi="Noto Serif CJK JP" w:eastAsia="Noto Serif CJK JP"/>
          <w:b w:val="0"/>
          <w:i w:val="0"/>
          <w:color w:val="222B33"/>
          <w:sz w:val="26"/>
        </w:rPr>
        <w:t>蓮葉を同じ台と契りおきて露の分かるる今日ぞ悲しき</w:t>
      </w:r>
    </w:p>
    <w:p>
      <w:pPr>
        <w:keepNext/>
        <w:spacing w:after="60"/>
      </w:pPr>
      <w:r>
        <w:rPr>
          <w:rFonts w:ascii="Noto Serif CJK JP" w:hAnsi="Noto Serif CJK JP" w:eastAsia="Noto Serif CJK JP"/>
          <w:b w:val="0"/>
          <w:i w:val="0"/>
          <w:color w:val="6A6F75"/>
          <w:sz w:val="19"/>
        </w:rPr>
        <w:t>はちす葉を　／　おなしうてなと　／　契をきて　／　露のわかるゝ　／　けふそかなしき</w:t>
      </w:r>
    </w:p>
    <w:p>
      <w:pPr>
        <w:keepNext/>
        <w:spacing w:after="60"/>
      </w:pPr>
      <w:r>
        <w:rPr>
          <w:b w:val="0"/>
          <w:i/>
          <w:color w:val="222B33"/>
          <w:sz w:val="21"/>
        </w:rPr>
        <w:t>We pledged to share</w:t>
        <w:br/>
      </w:r>
      <w:r>
        <w:rPr>
          <w:b w:val="0"/>
          <w:i/>
          <w:color w:val="222B33"/>
          <w:sz w:val="21"/>
        </w:rPr>
        <w:t>one lotus throne, yet today,</w:t>
        <w:br/>
      </w:r>
      <w:r>
        <w:rPr>
          <w:b w:val="0"/>
          <w:i/>
          <w:color w:val="222B33"/>
          <w:sz w:val="21"/>
        </w:rPr>
        <w:t>sadly, the dew</w:t>
        <w:br/>
      </w:r>
      <w:r>
        <w:rPr>
          <w:b w:val="0"/>
          <w:i/>
          <w:color w:val="222B33"/>
          <w:sz w:val="21"/>
        </w:rPr>
        <w:t>on the leaf</w:t>
        <w:br/>
      </w:r>
      <w:r>
        <w:rPr>
          <w:b w:val="0"/>
          <w:i/>
          <w:color w:val="222B33"/>
          <w:sz w:val="21"/>
        </w:rPr>
        <w:t>is parted.</w:t>
      </w:r>
    </w:p>
    <w:p>
      <w:pPr>
        <w:spacing w:after="40"/>
      </w:pPr>
      <w:r>
        <w:rPr>
          <w:b w:val="0"/>
          <w:i w:val="0"/>
          <w:color w:val="222B33"/>
          <w:sz w:val="19"/>
        </w:rPr>
        <w:t>At the dedication of her Buddhist icons.</w:t>
      </w:r>
    </w:p>
    <w:p>
      <w:pPr>
        <w:spacing w:after="40"/>
      </w:pPr>
      <w:r>
        <w:rPr>
          <w:b w:val="0"/>
          <w:i w:val="0"/>
          <w:color w:val="6A6F75"/>
          <w:sz w:val="18"/>
        </w:rPr>
        <w:t xml:space="preserve">Answered by </w:t>
      </w:r>
      <w:hyperlink w:anchor="p521">
        <w:r>
          <w:rPr>
            <w:color w:val="2E5A80"/>
            <w:u w:val="single"/>
            <w:sz w:val="18"/>
          </w:rPr>
          <w:t xml:space="preserve">No. 521 (the Third Princess)</w:t>
        </w:r>
      </w:hyperlink>
    </w:p>
    <w:p>
      <w:pPr>
        <w:keepNext/>
        <w:spacing w:after="20" w:before="200"/>
      </w:pPr>
      <w:bookmarkStart w:id="559" w:name="p521"/>
      <w:r>
        <w:rPr>
          <w:b/>
          <w:i w:val="0"/>
          <w:color w:val="222B33"/>
          <w:sz w:val="22"/>
        </w:rPr>
        <w:t>No. 521</w:t>
      </w:r>
      <w:r>
        <w:rPr>
          <w:b w:val="0"/>
          <w:i w:val="0"/>
          <w:color w:val="6A6F75"/>
          <w:sz w:val="18"/>
        </w:rPr>
        <w:t xml:space="preserve">   the Third Princess → Genji   答 reply</w:t>
      </w:r>
      <w:bookmarkEnd w:id="559"/>
    </w:p>
    <w:p>
      <w:pPr>
        <w:keepNext/>
        <w:spacing w:after="0"/>
      </w:pPr>
      <w:r>
        <w:rPr>
          <w:rFonts w:ascii="Noto Serif CJK JP" w:hAnsi="Noto Serif CJK JP" w:eastAsia="Noto Serif CJK JP"/>
          <w:b w:val="0"/>
          <w:i w:val="0"/>
          <w:color w:val="222B33"/>
          <w:sz w:val="26"/>
        </w:rPr>
        <w:t>隔てなく蓮の宿を契りても君が心や住まじとすらむ</w:t>
      </w:r>
    </w:p>
    <w:p>
      <w:pPr>
        <w:keepNext/>
        <w:spacing w:after="60"/>
      </w:pPr>
      <w:r>
        <w:rPr>
          <w:rFonts w:ascii="Noto Serif CJK JP" w:hAnsi="Noto Serif CJK JP" w:eastAsia="Noto Serif CJK JP"/>
          <w:b w:val="0"/>
          <w:i w:val="0"/>
          <w:color w:val="6A6F75"/>
          <w:sz w:val="19"/>
        </w:rPr>
        <w:t>へたてなく　／　はちすのやとを　／　ちきりても　／　君か心や　／　すましとすらむ</w:t>
      </w:r>
    </w:p>
    <w:p>
      <w:pPr>
        <w:keepNext/>
        <w:spacing w:after="60"/>
      </w:pPr>
      <w:r>
        <w:rPr>
          <w:b w:val="0"/>
          <w:i/>
          <w:color w:val="222B33"/>
          <w:sz w:val="21"/>
        </w:rPr>
        <w:t>Though you pledge</w:t>
        <w:br/>
      </w:r>
      <w:r>
        <w:rPr>
          <w:b w:val="0"/>
          <w:i/>
          <w:color w:val="222B33"/>
          <w:sz w:val="21"/>
        </w:rPr>
        <w:t>with no distance between us, the lotus home,</w:t>
        <w:br/>
      </w:r>
      <w:r>
        <w:rPr>
          <w:b w:val="0"/>
          <w:i/>
          <w:color w:val="222B33"/>
          <w:sz w:val="21"/>
        </w:rPr>
        <w:t>I think your heart</w:t>
        <w:br/>
      </w:r>
      <w:r>
        <w:rPr>
          <w:b w:val="0"/>
          <w:i/>
          <w:color w:val="222B33"/>
          <w:sz w:val="21"/>
        </w:rPr>
        <w:t>would never</w:t>
        <w:br/>
      </w:r>
      <w:r>
        <w:rPr>
          <w:b w:val="0"/>
          <w:i/>
          <w:color w:val="222B33"/>
          <w:sz w:val="21"/>
        </w:rPr>
        <w:t>dwell there.</w:t>
      </w:r>
    </w:p>
    <w:p>
      <w:pPr>
        <w:spacing w:after="40"/>
      </w:pPr>
      <w:r>
        <w:rPr>
          <w:b w:val="0"/>
          <w:i w:val="0"/>
          <w:color w:val="6A6F75"/>
          <w:sz w:val="18"/>
        </w:rPr>
        <w:t xml:space="preserve">In reply to </w:t>
      </w:r>
      <w:hyperlink w:anchor="p520">
        <w:r>
          <w:rPr>
            <w:color w:val="2E5A80"/>
            <w:u w:val="single"/>
            <w:sz w:val="18"/>
          </w:rPr>
          <w:t xml:space="preserve">No. 520 (Genji)</w:t>
        </w:r>
      </w:hyperlink>
    </w:p>
    <w:p>
      <w:pPr>
        <w:keepNext/>
        <w:spacing w:after="20" w:before="200"/>
      </w:pPr>
      <w:bookmarkStart w:id="560" w:name="p522"/>
      <w:r>
        <w:rPr>
          <w:b/>
          <w:i w:val="0"/>
          <w:color w:val="222B33"/>
          <w:sz w:val="22"/>
        </w:rPr>
        <w:t>No. 522</w:t>
      </w:r>
      <w:r>
        <w:rPr>
          <w:b w:val="0"/>
          <w:i w:val="0"/>
          <w:color w:val="6A6F75"/>
          <w:sz w:val="18"/>
        </w:rPr>
        <w:t xml:space="preserve">   the Third Princess → Genji   贈 sent</w:t>
      </w:r>
      <w:bookmarkEnd w:id="560"/>
    </w:p>
    <w:p>
      <w:pPr>
        <w:keepNext/>
        <w:spacing w:after="40"/>
      </w:pPr>
      <w:r>
        <w:rPr>
          <w:b/>
          <w:i w:val="0"/>
          <w:color w:val="6A6F75"/>
          <w:sz w:val="18"/>
        </w:rPr>
        <w:t xml:space="preserve">Context. </w:t>
      </w:r>
      <w:r>
        <w:rPr>
          <w:b w:val="0"/>
          <w:i w:val="0"/>
          <w:color w:val="6A6F75"/>
          <w:sz w:val="19"/>
        </w:rPr>
        <w:t>The Third Princess’s bell crickets; Genji visits her rooms.</w:t>
      </w:r>
    </w:p>
    <w:p>
      <w:pPr>
        <w:keepNext/>
        <w:spacing w:after="0"/>
      </w:pPr>
      <w:r>
        <w:rPr>
          <w:rFonts w:ascii="Noto Serif CJK JP" w:hAnsi="Noto Serif CJK JP" w:eastAsia="Noto Serif CJK JP"/>
          <w:b w:val="0"/>
          <w:i w:val="0"/>
          <w:color w:val="222B33"/>
          <w:sz w:val="26"/>
        </w:rPr>
        <w:t>おほかたの秋をば憂しと知りにしをふり捨てがたき鈴虫の声</w:t>
      </w:r>
    </w:p>
    <w:p>
      <w:pPr>
        <w:keepNext/>
        <w:spacing w:after="60"/>
      </w:pPr>
      <w:r>
        <w:rPr>
          <w:rFonts w:ascii="Noto Serif CJK JP" w:hAnsi="Noto Serif CJK JP" w:eastAsia="Noto Serif CJK JP"/>
          <w:b w:val="0"/>
          <w:i w:val="0"/>
          <w:color w:val="6A6F75"/>
          <w:sz w:val="19"/>
        </w:rPr>
        <w:t>大かたの　／　秋をはうしと　／　しりにしを　／　ふりすてかたき　／　すゝむしのこゑ</w:t>
      </w:r>
    </w:p>
    <w:p>
      <w:pPr>
        <w:keepNext/>
        <w:spacing w:after="60"/>
      </w:pPr>
      <w:r>
        <w:rPr>
          <w:b w:val="0"/>
          <w:i/>
          <w:color w:val="222B33"/>
          <w:sz w:val="21"/>
        </w:rPr>
        <w:t>I learned how bitter</w:t>
        <w:br/>
      </w:r>
      <w:r>
        <w:rPr>
          <w:b w:val="0"/>
          <w:i/>
          <w:color w:val="222B33"/>
          <w:sz w:val="21"/>
        </w:rPr>
        <w:t>autumn in general is,</w:t>
        <w:br/>
      </w:r>
      <w:r>
        <w:rPr>
          <w:b w:val="0"/>
          <w:i/>
          <w:color w:val="222B33"/>
          <w:sz w:val="21"/>
        </w:rPr>
        <w:t>yet I cannot shake off</w:t>
        <w:br/>
      </w:r>
      <w:r>
        <w:rPr>
          <w:b w:val="0"/>
          <w:i/>
          <w:color w:val="222B33"/>
          <w:sz w:val="21"/>
        </w:rPr>
        <w:t>the voice of the bell</w:t>
        <w:br/>
      </w:r>
      <w:r>
        <w:rPr>
          <w:b w:val="0"/>
          <w:i/>
          <w:color w:val="222B33"/>
          <w:sz w:val="21"/>
        </w:rPr>
        <w:t>cricket.</w:t>
      </w:r>
    </w:p>
    <w:p>
      <w:pPr>
        <w:spacing w:after="40"/>
      </w:pPr>
      <w:r>
        <w:rPr>
          <w:b w:val="0"/>
          <w:i w:val="0"/>
          <w:color w:val="222B33"/>
          <w:sz w:val="19"/>
        </w:rPr>
        <w:t>Furi: “shake” (a bell) and “age.”</w:t>
      </w:r>
    </w:p>
    <w:p>
      <w:pPr>
        <w:spacing w:after="40"/>
      </w:pPr>
      <w:r>
        <w:rPr>
          <w:b w:val="0"/>
          <w:i w:val="0"/>
          <w:color w:val="6A6F75"/>
          <w:sz w:val="18"/>
        </w:rPr>
        <w:t xml:space="preserve">Answered by </w:t>
      </w:r>
      <w:hyperlink w:anchor="p523">
        <w:r>
          <w:rPr>
            <w:color w:val="2E5A80"/>
            <w:u w:val="single"/>
            <w:sz w:val="18"/>
          </w:rPr>
          <w:t xml:space="preserve">No. 523 (Genji)</w:t>
        </w:r>
      </w:hyperlink>
      <w:r>
        <w:rPr>
          <w:b w:val="0"/>
          <w:i w:val="0"/>
          <w:color w:val="6A6F75"/>
          <w:sz w:val="18"/>
        </w:rPr>
        <w:t xml:space="preserve">   ·   </w:t>
      </w:r>
      <w:r>
        <w:rPr>
          <w:b w:val="0"/>
          <w:i w:val="0"/>
          <w:color w:val="6A6F75"/>
          <w:sz w:val="18"/>
        </w:rPr>
        <w:t xml:space="preserve">Echo, The bell cricket: </w:t>
      </w:r>
      <w:hyperlink w:anchor="p3">
        <w:r>
          <w:rPr>
            <w:color w:val="2E5A80"/>
            <w:u w:val="single"/>
            <w:sz w:val="18"/>
          </w:rPr>
          <w:t xml:space="preserve">No. 3</w:t>
        </w:r>
      </w:hyperlink>
      <w:r>
        <w:rPr>
          <w:b w:val="0"/>
          <w:i w:val="0"/>
          <w:color w:val="6A6F75"/>
          <w:sz w:val="18"/>
        </w:rPr>
        <w:t xml:space="preserve">, </w:t>
      </w:r>
      <w:hyperlink w:anchor="p523">
        <w:r>
          <w:rPr>
            <w:color w:val="2E5A80"/>
            <w:u w:val="single"/>
            <w:sz w:val="18"/>
          </w:rPr>
          <w:t xml:space="preserve">No. 523</w:t>
        </w:r>
      </w:hyperlink>
    </w:p>
    <w:p>
      <w:pPr>
        <w:keepNext/>
        <w:spacing w:after="20" w:before="200"/>
      </w:pPr>
      <w:bookmarkStart w:id="561" w:name="p523"/>
      <w:r>
        <w:rPr>
          <w:b/>
          <w:i w:val="0"/>
          <w:color w:val="222B33"/>
          <w:sz w:val="22"/>
        </w:rPr>
        <w:t>No. 523</w:t>
      </w:r>
      <w:r>
        <w:rPr>
          <w:b w:val="0"/>
          <w:i w:val="0"/>
          <w:color w:val="6A6F75"/>
          <w:sz w:val="18"/>
        </w:rPr>
        <w:t xml:space="preserve">   Genji → the Third Princess   答 reply</w:t>
      </w:r>
      <w:bookmarkEnd w:id="561"/>
    </w:p>
    <w:p>
      <w:pPr>
        <w:keepNext/>
        <w:spacing w:after="0"/>
      </w:pPr>
      <w:r>
        <w:rPr>
          <w:rFonts w:ascii="Noto Serif CJK JP" w:hAnsi="Noto Serif CJK JP" w:eastAsia="Noto Serif CJK JP"/>
          <w:b w:val="0"/>
          <w:i w:val="0"/>
          <w:color w:val="222B33"/>
          <w:sz w:val="26"/>
        </w:rPr>
        <w:t>心もて草の宿りを厭へどもなほ鈴虫の声ぞふりせぬ</w:t>
      </w:r>
    </w:p>
    <w:p>
      <w:pPr>
        <w:keepNext/>
        <w:spacing w:after="60"/>
      </w:pPr>
      <w:r>
        <w:rPr>
          <w:rFonts w:ascii="Noto Serif CJK JP" w:hAnsi="Noto Serif CJK JP" w:eastAsia="Noto Serif CJK JP"/>
          <w:b w:val="0"/>
          <w:i w:val="0"/>
          <w:color w:val="6A6F75"/>
          <w:sz w:val="19"/>
        </w:rPr>
        <w:t>心もて　／　草のやとりを　／　いとへとも　／　なをすゝむしの　／　声そふりせぬ</w:t>
      </w:r>
    </w:p>
    <w:p>
      <w:pPr>
        <w:keepNext/>
        <w:spacing w:after="60"/>
      </w:pPr>
      <w:r>
        <w:rPr>
          <w:b w:val="0"/>
          <w:i/>
          <w:color w:val="222B33"/>
          <w:sz w:val="21"/>
        </w:rPr>
        <w:t>You yourself</w:t>
        <w:br/>
      </w:r>
      <w:r>
        <w:rPr>
          <w:b w:val="0"/>
          <w:i/>
          <w:color w:val="222B33"/>
          <w:sz w:val="21"/>
        </w:rPr>
        <w:t>chose to shun the grassy dwelling,</w:t>
        <w:br/>
      </w:r>
      <w:r>
        <w:rPr>
          <w:b w:val="0"/>
          <w:i/>
          <w:color w:val="222B33"/>
          <w:sz w:val="21"/>
        </w:rPr>
        <w:t>but the bell cricket’s voice</w:t>
        <w:br/>
      </w:r>
      <w:r>
        <w:rPr>
          <w:b w:val="0"/>
          <w:i/>
          <w:color w:val="222B33"/>
          <w:sz w:val="21"/>
        </w:rPr>
        <w:t>still does not</w:t>
        <w:br/>
      </w:r>
      <w:r>
        <w:rPr>
          <w:b w:val="0"/>
          <w:i/>
          <w:color w:val="222B33"/>
          <w:sz w:val="21"/>
        </w:rPr>
        <w:t>age.</w:t>
      </w:r>
    </w:p>
    <w:p>
      <w:pPr>
        <w:spacing w:after="40"/>
      </w:pPr>
      <w:r>
        <w:rPr>
          <w:b w:val="0"/>
          <w:i w:val="0"/>
          <w:color w:val="6A6F75"/>
          <w:sz w:val="18"/>
        </w:rPr>
        <w:t xml:space="preserve">In reply to </w:t>
      </w:r>
      <w:hyperlink w:anchor="p522">
        <w:r>
          <w:rPr>
            <w:color w:val="2E5A80"/>
            <w:u w:val="single"/>
            <w:sz w:val="18"/>
          </w:rPr>
          <w:t xml:space="preserve">No. 522 (the Third Princess)</w:t>
        </w:r>
      </w:hyperlink>
      <w:r>
        <w:rPr>
          <w:b w:val="0"/>
          <w:i w:val="0"/>
          <w:color w:val="6A6F75"/>
          <w:sz w:val="18"/>
        </w:rPr>
        <w:t xml:space="preserve">   ·   </w:t>
      </w:r>
      <w:r>
        <w:rPr>
          <w:b w:val="0"/>
          <w:i w:val="0"/>
          <w:color w:val="6A6F75"/>
          <w:sz w:val="18"/>
        </w:rPr>
        <w:t xml:space="preserve">Echo, The bell cricket: </w:t>
      </w:r>
      <w:hyperlink w:anchor="p3">
        <w:r>
          <w:rPr>
            <w:color w:val="2E5A80"/>
            <w:u w:val="single"/>
            <w:sz w:val="18"/>
          </w:rPr>
          <w:t xml:space="preserve">No. 3</w:t>
        </w:r>
      </w:hyperlink>
      <w:r>
        <w:rPr>
          <w:b w:val="0"/>
          <w:i w:val="0"/>
          <w:color w:val="6A6F75"/>
          <w:sz w:val="18"/>
        </w:rPr>
        <w:t xml:space="preserve">, </w:t>
      </w:r>
      <w:hyperlink w:anchor="p522">
        <w:r>
          <w:rPr>
            <w:color w:val="2E5A80"/>
            <w:u w:val="single"/>
            <w:sz w:val="18"/>
          </w:rPr>
          <w:t xml:space="preserve">No. 522</w:t>
        </w:r>
      </w:hyperlink>
    </w:p>
    <w:p>
      <w:pPr>
        <w:keepNext/>
        <w:spacing w:after="20" w:before="200"/>
      </w:pPr>
      <w:bookmarkStart w:id="562" w:name="p524"/>
      <w:r>
        <w:rPr>
          <w:b/>
          <w:i w:val="0"/>
          <w:color w:val="222B33"/>
          <w:sz w:val="22"/>
        </w:rPr>
        <w:t>No. 524</w:t>
      </w:r>
      <w:r>
        <w:rPr>
          <w:b w:val="0"/>
          <w:i w:val="0"/>
          <w:color w:val="6A6F75"/>
          <w:sz w:val="18"/>
        </w:rPr>
        <w:t xml:space="preserve">   Reizei Retired Emperor → Genji   贈 sent</w:t>
      </w:r>
      <w:bookmarkEnd w:id="562"/>
    </w:p>
    <w:p>
      <w:pPr>
        <w:keepNext/>
        <w:spacing w:after="40"/>
      </w:pPr>
      <w:r>
        <w:rPr>
          <w:b/>
          <w:i w:val="0"/>
          <w:color w:val="6A6F75"/>
          <w:sz w:val="18"/>
        </w:rPr>
        <w:t xml:space="preserve">Context. </w:t>
      </w:r>
      <w:r>
        <w:rPr>
          <w:b w:val="0"/>
          <w:i w:val="0"/>
          <w:color w:val="6A6F75"/>
          <w:sz w:val="19"/>
        </w:rPr>
        <w:t>Reizei, retired, invites Genji to view the moon; father and son.</w:t>
      </w:r>
    </w:p>
    <w:p>
      <w:pPr>
        <w:keepNext/>
        <w:spacing w:after="0"/>
      </w:pPr>
      <w:r>
        <w:rPr>
          <w:rFonts w:ascii="Noto Serif CJK JP" w:hAnsi="Noto Serif CJK JP" w:eastAsia="Noto Serif CJK JP"/>
          <w:b w:val="0"/>
          <w:i w:val="0"/>
          <w:color w:val="222B33"/>
          <w:sz w:val="26"/>
        </w:rPr>
        <w:t>雲の上をかけ離れたるすみかにももの忘れせぬ秋の夜の月</w:t>
      </w:r>
    </w:p>
    <w:p>
      <w:pPr>
        <w:keepNext/>
        <w:spacing w:after="60"/>
      </w:pPr>
      <w:r>
        <w:rPr>
          <w:rFonts w:ascii="Noto Serif CJK JP" w:hAnsi="Noto Serif CJK JP" w:eastAsia="Noto Serif CJK JP"/>
          <w:b w:val="0"/>
          <w:i w:val="0"/>
          <w:color w:val="6A6F75"/>
          <w:sz w:val="19"/>
        </w:rPr>
        <w:t>雲のうへを　／　かけはなれたる　／　すみかにも　／　ゝのわすれせぬ　／　秋の夜の月</w:t>
      </w:r>
    </w:p>
    <w:p>
      <w:pPr>
        <w:keepNext/>
        <w:spacing w:after="60"/>
      </w:pPr>
      <w:r>
        <w:rPr>
          <w:b w:val="0"/>
          <w:i/>
          <w:color w:val="222B33"/>
          <w:sz w:val="21"/>
        </w:rPr>
        <w:t>Even to a dwelling</w:t>
        <w:br/>
      </w:r>
      <w:r>
        <w:rPr>
          <w:b w:val="0"/>
          <w:i/>
          <w:color w:val="222B33"/>
          <w:sz w:val="21"/>
        </w:rPr>
        <w:t>far removed above the clouds,</w:t>
        <w:br/>
      </w:r>
      <w:r>
        <w:rPr>
          <w:b w:val="0"/>
          <w:i/>
          <w:color w:val="222B33"/>
          <w:sz w:val="21"/>
        </w:rPr>
        <w:t>the moon of the autumn night</w:t>
        <w:br/>
      </w:r>
      <w:r>
        <w:rPr>
          <w:b w:val="0"/>
          <w:i/>
          <w:color w:val="222B33"/>
          <w:sz w:val="21"/>
        </w:rPr>
        <w:t>does not forget</w:t>
        <w:br/>
      </w:r>
      <w:r>
        <w:rPr>
          <w:b w:val="0"/>
          <w:i/>
          <w:color w:val="222B33"/>
          <w:sz w:val="21"/>
        </w:rPr>
        <w:t>to come.</w:t>
      </w:r>
    </w:p>
    <w:p>
      <w:pPr>
        <w:spacing w:after="40"/>
      </w:pPr>
      <w:r>
        <w:rPr>
          <w:b w:val="0"/>
          <w:i w:val="0"/>
          <w:color w:val="6A6F75"/>
          <w:sz w:val="18"/>
        </w:rPr>
        <w:t xml:space="preserve">Answered by </w:t>
      </w:r>
      <w:hyperlink w:anchor="p525">
        <w:r>
          <w:rPr>
            <w:color w:val="2E5A80"/>
            <w:u w:val="single"/>
            <w:sz w:val="18"/>
          </w:rPr>
          <w:t xml:space="preserve">No. 525 (Genji)</w:t>
        </w:r>
      </w:hyperlink>
    </w:p>
    <w:p>
      <w:pPr>
        <w:keepNext/>
        <w:spacing w:after="20" w:before="200"/>
      </w:pPr>
      <w:bookmarkStart w:id="563" w:name="p525"/>
      <w:r>
        <w:rPr>
          <w:b/>
          <w:i w:val="0"/>
          <w:color w:val="222B33"/>
          <w:sz w:val="22"/>
        </w:rPr>
        <w:t>No. 525</w:t>
      </w:r>
      <w:r>
        <w:rPr>
          <w:b w:val="0"/>
          <w:i w:val="0"/>
          <w:color w:val="6A6F75"/>
          <w:sz w:val="18"/>
        </w:rPr>
        <w:t xml:space="preserve">   Genji → Reizei Retired Emperor   答 reply</w:t>
      </w:r>
      <w:bookmarkEnd w:id="563"/>
    </w:p>
    <w:p>
      <w:pPr>
        <w:keepNext/>
        <w:spacing w:after="0"/>
      </w:pPr>
      <w:r>
        <w:rPr>
          <w:rFonts w:ascii="Noto Serif CJK JP" w:hAnsi="Noto Serif CJK JP" w:eastAsia="Noto Serif CJK JP"/>
          <w:b w:val="0"/>
          <w:i w:val="0"/>
          <w:color w:val="222B33"/>
          <w:sz w:val="26"/>
        </w:rPr>
        <w:t>月影は同じ雲居に見えながらわが宿からの秋ぞ変はれる</w:t>
      </w:r>
    </w:p>
    <w:p>
      <w:pPr>
        <w:keepNext/>
        <w:spacing w:after="60"/>
      </w:pPr>
      <w:r>
        <w:rPr>
          <w:rFonts w:ascii="Noto Serif CJK JP" w:hAnsi="Noto Serif CJK JP" w:eastAsia="Noto Serif CJK JP"/>
          <w:b w:val="0"/>
          <w:i w:val="0"/>
          <w:color w:val="6A6F75"/>
          <w:sz w:val="19"/>
        </w:rPr>
        <w:t>月かけは　／　おなし雲井に　／　みえなから　／　わかやとからの　／　秋そかはれる</w:t>
      </w:r>
    </w:p>
    <w:p>
      <w:pPr>
        <w:keepNext/>
        <w:spacing w:after="60"/>
      </w:pPr>
      <w:r>
        <w:rPr>
          <w:b w:val="0"/>
          <w:i/>
          <w:color w:val="222B33"/>
          <w:sz w:val="21"/>
        </w:rPr>
        <w:t>The moonlight looks</w:t>
        <w:br/>
      </w:r>
      <w:r>
        <w:rPr>
          <w:b w:val="0"/>
          <w:i/>
          <w:color w:val="222B33"/>
          <w:sz w:val="21"/>
        </w:rPr>
        <w:t>the same in the same sky,</w:t>
        <w:br/>
      </w:r>
      <w:r>
        <w:rPr>
          <w:b w:val="0"/>
          <w:i/>
          <w:color w:val="222B33"/>
          <w:sz w:val="21"/>
        </w:rPr>
        <w:t>but it is my house</w:t>
        <w:br/>
      </w:r>
      <w:r>
        <w:rPr>
          <w:b w:val="0"/>
          <w:i/>
          <w:color w:val="222B33"/>
          <w:sz w:val="21"/>
        </w:rPr>
        <w:t>whose autumn</w:t>
        <w:br/>
      </w:r>
      <w:r>
        <w:rPr>
          <w:b w:val="0"/>
          <w:i/>
          <w:color w:val="222B33"/>
          <w:sz w:val="21"/>
        </w:rPr>
        <w:t>has changed.</w:t>
      </w:r>
    </w:p>
    <w:p>
      <w:pPr>
        <w:spacing w:after="40"/>
      </w:pPr>
      <w:r>
        <w:rPr>
          <w:b w:val="0"/>
          <w:i w:val="0"/>
          <w:color w:val="6A6F75"/>
          <w:sz w:val="18"/>
        </w:rPr>
        <w:t xml:space="preserve">In reply to </w:t>
      </w:r>
      <w:hyperlink w:anchor="p524">
        <w:r>
          <w:rPr>
            <w:color w:val="2E5A80"/>
            <w:u w:val="single"/>
            <w:sz w:val="18"/>
          </w:rPr>
          <w:t xml:space="preserve">No. 524 (Reizei Retired Emperor)</w:t>
        </w:r>
      </w:hyperlink>
      <w:r>
        <w:rPr>
          <w:b w:val="0"/>
          <w:i w:val="0"/>
          <w:color w:val="6A6F75"/>
          <w:sz w:val="18"/>
        </w:rPr>
        <w:t xml:space="preserve">   ·   </w:t>
      </w:r>
      <w:r>
        <w:rPr>
          <w:b w:val="0"/>
          <w:i w:val="0"/>
          <w:color w:val="6A6F75"/>
          <w:sz w:val="18"/>
        </w:rPr>
        <w:t xml:space="preserve">Echo, The same sky: </w:t>
      </w:r>
      <w:hyperlink w:anchor="p188">
        <w:r>
          <w:rPr>
            <w:color w:val="2E5A80"/>
            <w:u w:val="single"/>
            <w:sz w:val="18"/>
          </w:rPr>
          <w:t xml:space="preserve">No. 188</w:t>
        </w:r>
      </w:hyperlink>
      <w:r>
        <w:rPr>
          <w:b w:val="0"/>
          <w:i w:val="0"/>
          <w:color w:val="6A6F75"/>
          <w:sz w:val="18"/>
        </w:rPr>
        <w:t xml:space="preserve">, </w:t>
      </w:r>
      <w:hyperlink w:anchor="p225">
        <w:r>
          <w:rPr>
            <w:color w:val="2E5A80"/>
            <w:u w:val="single"/>
            <w:sz w:val="18"/>
          </w:rPr>
          <w:t xml:space="preserve">No. 225</w:t>
        </w:r>
      </w:hyperlink>
      <w:r>
        <w:rPr>
          <w:b w:val="0"/>
          <w:i w:val="0"/>
          <w:color w:val="6A6F75"/>
          <w:sz w:val="18"/>
        </w:rPr>
        <w:t xml:space="preserve">, </w:t>
      </w:r>
      <w:hyperlink w:anchor="p586">
        <w:r>
          <w:rPr>
            <w:color w:val="2E5A80"/>
            <w:u w:val="single"/>
            <w:sz w:val="18"/>
          </w:rPr>
          <w:t xml:space="preserve">No. 586</w:t>
        </w:r>
      </w:hyperlink>
      <w:r>
        <w:rPr>
          <w:b w:val="0"/>
          <w:i w:val="0"/>
          <w:color w:val="6A6F75"/>
          <w:sz w:val="18"/>
        </w:rPr>
        <w:t xml:space="preserve">, </w:t>
      </w:r>
      <w:hyperlink w:anchor="p674">
        <w:r>
          <w:rPr>
            <w:color w:val="2E5A80"/>
            <w:u w:val="single"/>
            <w:sz w:val="18"/>
          </w:rPr>
          <w:t xml:space="preserve">No. 674</w:t>
        </w:r>
      </w:hyperlink>
    </w:p>
    <w:p>
      <w:pPr>
        <w:pStyle w:val="Heading1"/>
      </w:pPr>
      <w:bookmarkStart w:id="564" w:name="ch39"/>
      <w:r>
        <w:t>Chapter 39 · Yūgiri 夕霧</w:t>
      </w:r>
      <w:bookmarkEnd w:id="564"/>
    </w:p>
    <w:p>
      <w:pPr>
        <w:keepNext/>
        <w:spacing w:after="20" w:before="200"/>
      </w:pPr>
      <w:bookmarkStart w:id="565" w:name="p526"/>
      <w:r>
        <w:rPr>
          <w:b/>
          <w:i w:val="0"/>
          <w:color w:val="222B33"/>
          <w:sz w:val="22"/>
        </w:rPr>
        <w:t>No. 526</w:t>
      </w:r>
      <w:r>
        <w:rPr>
          <w:b w:val="0"/>
          <w:i w:val="0"/>
          <w:color w:val="6A6F75"/>
          <w:sz w:val="18"/>
        </w:rPr>
        <w:t xml:space="preserve">   Yūgiri → Ochiba   贈 sent</w:t>
      </w:r>
      <w:bookmarkEnd w:id="565"/>
    </w:p>
    <w:p>
      <w:pPr>
        <w:keepNext/>
        <w:spacing w:after="40"/>
      </w:pPr>
      <w:r>
        <w:rPr>
          <w:b/>
          <w:i w:val="0"/>
          <w:color w:val="6A6F75"/>
          <w:sz w:val="18"/>
        </w:rPr>
        <w:t xml:space="preserve">Context. </w:t>
      </w:r>
      <w:r>
        <w:rPr>
          <w:b w:val="0"/>
          <w:i w:val="0"/>
          <w:color w:val="6A6F75"/>
          <w:sz w:val="19"/>
        </w:rPr>
        <w:t>Yūgiri at Ono, where Ochiba stays with her ailing mother; he stays the night.</w:t>
      </w:r>
    </w:p>
    <w:p>
      <w:pPr>
        <w:keepNext/>
        <w:spacing w:after="0"/>
      </w:pPr>
      <w:r>
        <w:rPr>
          <w:rFonts w:ascii="Noto Serif CJK JP" w:hAnsi="Noto Serif CJK JP" w:eastAsia="Noto Serif CJK JP"/>
          <w:b w:val="0"/>
          <w:i w:val="0"/>
          <w:color w:val="222B33"/>
          <w:sz w:val="26"/>
        </w:rPr>
        <w:t>山里のあはれを添ふる夕霧に立ち出でむ空もなき心地して</w:t>
      </w:r>
    </w:p>
    <w:p>
      <w:pPr>
        <w:keepNext/>
        <w:spacing w:after="60"/>
      </w:pPr>
      <w:r>
        <w:rPr>
          <w:rFonts w:ascii="Noto Serif CJK JP" w:hAnsi="Noto Serif CJK JP" w:eastAsia="Noto Serif CJK JP"/>
          <w:b w:val="0"/>
          <w:i w:val="0"/>
          <w:color w:val="6A6F75"/>
          <w:sz w:val="19"/>
        </w:rPr>
        <w:t>山さとの　／　あはれをそふる　／　ゆふきりに　／　たちいてん空も　／　なき心ちして</w:t>
      </w:r>
    </w:p>
    <w:p>
      <w:pPr>
        <w:keepNext/>
        <w:spacing w:after="60"/>
      </w:pPr>
      <w:r>
        <w:rPr>
          <w:b w:val="0"/>
          <w:i/>
          <w:color w:val="222B33"/>
          <w:sz w:val="21"/>
        </w:rPr>
        <w:t>In the evening mist</w:t>
        <w:br/>
      </w:r>
      <w:r>
        <w:rPr>
          <w:b w:val="0"/>
          <w:i/>
          <w:color w:val="222B33"/>
          <w:sz w:val="21"/>
        </w:rPr>
        <w:t>that adds sorrow to the mountain village,</w:t>
        <w:br/>
      </w:r>
      <w:r>
        <w:rPr>
          <w:b w:val="0"/>
          <w:i/>
          <w:color w:val="222B33"/>
          <w:sz w:val="21"/>
        </w:rPr>
        <w:t>I feel there is no sky</w:t>
        <w:br/>
      </w:r>
      <w:r>
        <w:rPr>
          <w:b w:val="0"/>
          <w:i/>
          <w:color w:val="222B33"/>
          <w:sz w:val="21"/>
        </w:rPr>
        <w:t>where I could</w:t>
        <w:br/>
      </w:r>
      <w:r>
        <w:rPr>
          <w:b w:val="0"/>
          <w:i/>
          <w:color w:val="222B33"/>
          <w:sz w:val="21"/>
        </w:rPr>
        <w:t>step out.</w:t>
      </w:r>
    </w:p>
    <w:p>
      <w:pPr>
        <w:spacing w:after="40"/>
      </w:pPr>
      <w:r>
        <w:rPr>
          <w:b w:val="0"/>
          <w:i w:val="0"/>
          <w:color w:val="222B33"/>
          <w:sz w:val="19"/>
        </w:rPr>
        <w:t>Yūgiri, “evening mist,” his traditional name.</w:t>
      </w:r>
    </w:p>
    <w:p>
      <w:pPr>
        <w:spacing w:after="40"/>
      </w:pPr>
      <w:r>
        <w:rPr>
          <w:b w:val="0"/>
          <w:i w:val="0"/>
          <w:color w:val="6A6F75"/>
          <w:sz w:val="18"/>
        </w:rPr>
        <w:t xml:space="preserve">Answered by </w:t>
      </w:r>
      <w:hyperlink w:anchor="p527">
        <w:r>
          <w:rPr>
            <w:color w:val="2E5A80"/>
            <w:u w:val="single"/>
            <w:sz w:val="18"/>
          </w:rPr>
          <w:t xml:space="preserve">No. 527 (Ochiba)</w:t>
        </w:r>
      </w:hyperlink>
    </w:p>
    <w:p>
      <w:pPr>
        <w:keepNext/>
        <w:spacing w:after="20" w:before="200"/>
      </w:pPr>
      <w:bookmarkStart w:id="566" w:name="p527"/>
      <w:r>
        <w:rPr>
          <w:b/>
          <w:i w:val="0"/>
          <w:color w:val="222B33"/>
          <w:sz w:val="22"/>
        </w:rPr>
        <w:t>No. 527</w:t>
      </w:r>
      <w:r>
        <w:rPr>
          <w:b w:val="0"/>
          <w:i w:val="0"/>
          <w:color w:val="6A6F75"/>
          <w:sz w:val="18"/>
        </w:rPr>
        <w:t xml:space="preserve">   Ochiba → Yūgiri   答 reply</w:t>
      </w:r>
      <w:bookmarkEnd w:id="566"/>
    </w:p>
    <w:p>
      <w:pPr>
        <w:keepNext/>
        <w:spacing w:after="0"/>
      </w:pPr>
      <w:r>
        <w:rPr>
          <w:rFonts w:ascii="Noto Serif CJK JP" w:hAnsi="Noto Serif CJK JP" w:eastAsia="Noto Serif CJK JP"/>
          <w:b w:val="0"/>
          <w:i w:val="0"/>
          <w:color w:val="222B33"/>
          <w:sz w:val="26"/>
        </w:rPr>
        <w:t>山賤の籬をこめて立つ霧も心そらなる人はとどめず</w:t>
      </w:r>
    </w:p>
    <w:p>
      <w:pPr>
        <w:keepNext/>
        <w:spacing w:after="60"/>
      </w:pPr>
      <w:r>
        <w:rPr>
          <w:rFonts w:ascii="Noto Serif CJK JP" w:hAnsi="Noto Serif CJK JP" w:eastAsia="Noto Serif CJK JP"/>
          <w:b w:val="0"/>
          <w:i w:val="0"/>
          <w:color w:val="6A6F75"/>
          <w:sz w:val="19"/>
        </w:rPr>
        <w:t>やまかつの　／　まかきをこめて　／　たつきりも　／　心そらなる　／　人はとゝめす</w:t>
      </w:r>
    </w:p>
    <w:p>
      <w:pPr>
        <w:keepNext/>
        <w:spacing w:after="60"/>
      </w:pPr>
      <w:r>
        <w:rPr>
          <w:b w:val="0"/>
          <w:i/>
          <w:color w:val="222B33"/>
          <w:sz w:val="21"/>
        </w:rPr>
        <w:t>The mist that rises</w:t>
        <w:br/>
      </w:r>
      <w:r>
        <w:rPr>
          <w:b w:val="0"/>
          <w:i/>
          <w:color w:val="222B33"/>
          <w:sz w:val="21"/>
        </w:rPr>
        <w:t>enclosing a rustic’s fence</w:t>
        <w:br/>
      </w:r>
      <w:r>
        <w:rPr>
          <w:b w:val="0"/>
          <w:i/>
          <w:color w:val="222B33"/>
          <w:sz w:val="21"/>
        </w:rPr>
        <w:t>does not keep</w:t>
        <w:br/>
      </w:r>
      <w:r>
        <w:rPr>
          <w:b w:val="0"/>
          <w:i/>
          <w:color w:val="222B33"/>
          <w:sz w:val="21"/>
        </w:rPr>
        <w:t>one whose heart</w:t>
        <w:br/>
      </w:r>
      <w:r>
        <w:rPr>
          <w:b w:val="0"/>
          <w:i/>
          <w:color w:val="222B33"/>
          <w:sz w:val="21"/>
        </w:rPr>
        <w:t>is elsewhere.</w:t>
      </w:r>
    </w:p>
    <w:p>
      <w:pPr>
        <w:spacing w:after="40"/>
      </w:pPr>
      <w:r>
        <w:rPr>
          <w:b w:val="0"/>
          <w:i w:val="0"/>
          <w:color w:val="6A6F75"/>
          <w:sz w:val="18"/>
        </w:rPr>
        <w:t xml:space="preserve">In reply to </w:t>
      </w:r>
      <w:hyperlink w:anchor="p526">
        <w:r>
          <w:rPr>
            <w:color w:val="2E5A80"/>
            <w:u w:val="single"/>
            <w:sz w:val="18"/>
          </w:rPr>
          <w:t xml:space="preserve">No. 526 (Yūgiri)</w:t>
        </w:r>
      </w:hyperlink>
    </w:p>
    <w:p>
      <w:pPr>
        <w:keepNext/>
        <w:spacing w:after="20" w:before="200"/>
      </w:pPr>
      <w:bookmarkStart w:id="567" w:name="p528"/>
      <w:r>
        <w:rPr>
          <w:b/>
          <w:i w:val="0"/>
          <w:color w:val="222B33"/>
          <w:sz w:val="22"/>
        </w:rPr>
        <w:t>No. 528</w:t>
      </w:r>
      <w:r>
        <w:rPr>
          <w:b w:val="0"/>
          <w:i w:val="0"/>
          <w:color w:val="6A6F75"/>
          <w:sz w:val="18"/>
        </w:rPr>
        <w:t xml:space="preserve">   Ochiba → Yūgiri   贈 sent</w:t>
      </w:r>
      <w:bookmarkEnd w:id="567"/>
    </w:p>
    <w:p>
      <w:pPr>
        <w:keepNext/>
        <w:spacing w:after="40"/>
      </w:pPr>
      <w:r>
        <w:rPr>
          <w:b/>
          <w:i w:val="0"/>
          <w:color w:val="6A6F75"/>
          <w:sz w:val="18"/>
        </w:rPr>
        <w:t xml:space="preserve">Context. </w:t>
      </w:r>
      <w:r>
        <w:rPr>
          <w:b w:val="0"/>
          <w:i w:val="0"/>
          <w:color w:val="6A6F75"/>
          <w:sz w:val="19"/>
        </w:rPr>
        <w:t>After Yūgiri’s night at Ono, chaste but compromising; Ochiba’s shame.</w:t>
      </w:r>
    </w:p>
    <w:p>
      <w:pPr>
        <w:keepNext/>
        <w:spacing w:after="0"/>
      </w:pPr>
      <w:r>
        <w:rPr>
          <w:rFonts w:ascii="Noto Serif CJK JP" w:hAnsi="Noto Serif CJK JP" w:eastAsia="Noto Serif CJK JP"/>
          <w:b w:val="0"/>
          <w:i w:val="0"/>
          <w:color w:val="222B33"/>
          <w:sz w:val="26"/>
        </w:rPr>
        <w:t>我のみや憂き世を知れるためしにて濡れそふ袖の名を朽たすべき</w:t>
      </w:r>
    </w:p>
    <w:p>
      <w:pPr>
        <w:keepNext/>
        <w:spacing w:after="60"/>
      </w:pPr>
      <w:r>
        <w:rPr>
          <w:rFonts w:ascii="Noto Serif CJK JP" w:hAnsi="Noto Serif CJK JP" w:eastAsia="Noto Serif CJK JP"/>
          <w:b w:val="0"/>
          <w:i w:val="0"/>
          <w:color w:val="6A6F75"/>
          <w:sz w:val="19"/>
        </w:rPr>
        <w:t>われのみや　／　うき世をしれる　／　ためしにて　／　ぬれそふ袖の　／　なをくたすへき</w:t>
      </w:r>
    </w:p>
    <w:p>
      <w:pPr>
        <w:keepNext/>
        <w:spacing w:after="60"/>
      </w:pPr>
      <w:r>
        <w:rPr>
          <w:b w:val="0"/>
          <w:i/>
          <w:color w:val="222B33"/>
          <w:sz w:val="21"/>
        </w:rPr>
        <w:t>Am I alone to be</w:t>
        <w:br/>
      </w:r>
      <w:r>
        <w:rPr>
          <w:b w:val="0"/>
          <w:i/>
          <w:color w:val="222B33"/>
          <w:sz w:val="21"/>
        </w:rPr>
        <w:t>the proof of this bitter world,</w:t>
        <w:br/>
      </w:r>
      <w:r>
        <w:rPr>
          <w:b w:val="0"/>
          <w:i/>
          <w:color w:val="222B33"/>
          <w:sz w:val="21"/>
        </w:rPr>
        <w:t>and must I rot the name</w:t>
        <w:br/>
      </w:r>
      <w:r>
        <w:rPr>
          <w:b w:val="0"/>
          <w:i/>
          <w:color w:val="222B33"/>
          <w:sz w:val="21"/>
        </w:rPr>
        <w:t>of these sleeves</w:t>
        <w:br/>
      </w:r>
      <w:r>
        <w:rPr>
          <w:b w:val="0"/>
          <w:i/>
          <w:color w:val="222B33"/>
          <w:sz w:val="21"/>
        </w:rPr>
        <w:t>wetted further?</w:t>
      </w:r>
    </w:p>
    <w:p>
      <w:pPr>
        <w:spacing w:after="40"/>
      </w:pPr>
      <w:r>
        <w:rPr>
          <w:b w:val="0"/>
          <w:i w:val="0"/>
          <w:color w:val="222B33"/>
          <w:sz w:val="19"/>
        </w:rPr>
        <w:t>Nureginu, “wet robe,” a false charge.</w:t>
      </w:r>
    </w:p>
    <w:p>
      <w:pPr>
        <w:spacing w:after="40"/>
      </w:pPr>
      <w:r>
        <w:rPr>
          <w:b w:val="0"/>
          <w:i w:val="0"/>
          <w:color w:val="6A6F75"/>
          <w:sz w:val="18"/>
        </w:rPr>
        <w:t xml:space="preserve">Answered by </w:t>
      </w:r>
      <w:hyperlink w:anchor="p529">
        <w:r>
          <w:rPr>
            <w:color w:val="2E5A80"/>
            <w:u w:val="single"/>
            <w:sz w:val="18"/>
          </w:rPr>
          <w:t xml:space="preserve">No. 529 (Yūgiri)</w:t>
        </w:r>
      </w:hyperlink>
    </w:p>
    <w:p>
      <w:pPr>
        <w:keepNext/>
        <w:spacing w:after="20" w:before="200"/>
      </w:pPr>
      <w:bookmarkStart w:id="568" w:name="p529"/>
      <w:r>
        <w:rPr>
          <w:b/>
          <w:i w:val="0"/>
          <w:color w:val="222B33"/>
          <w:sz w:val="22"/>
        </w:rPr>
        <w:t>No. 529</w:t>
      </w:r>
      <w:r>
        <w:rPr>
          <w:b w:val="0"/>
          <w:i w:val="0"/>
          <w:color w:val="6A6F75"/>
          <w:sz w:val="18"/>
        </w:rPr>
        <w:t xml:space="preserve">   Yūgiri → Ochiba   答 reply</w:t>
      </w:r>
      <w:bookmarkEnd w:id="568"/>
    </w:p>
    <w:p>
      <w:pPr>
        <w:keepNext/>
        <w:spacing w:after="0"/>
      </w:pPr>
      <w:r>
        <w:rPr>
          <w:rFonts w:ascii="Noto Serif CJK JP" w:hAnsi="Noto Serif CJK JP" w:eastAsia="Noto Serif CJK JP"/>
          <w:b w:val="0"/>
          <w:i w:val="0"/>
          <w:color w:val="222B33"/>
          <w:sz w:val="26"/>
        </w:rPr>
        <w:t>おほかたは我濡衣を着せずとも朽ちにし袖の名やは隠るる</w:t>
      </w:r>
    </w:p>
    <w:p>
      <w:pPr>
        <w:keepNext/>
        <w:spacing w:after="60"/>
      </w:pPr>
      <w:r>
        <w:rPr>
          <w:rFonts w:ascii="Noto Serif CJK JP" w:hAnsi="Noto Serif CJK JP" w:eastAsia="Noto Serif CJK JP"/>
          <w:b w:val="0"/>
          <w:i w:val="0"/>
          <w:color w:val="6A6F75"/>
          <w:sz w:val="19"/>
        </w:rPr>
        <w:t>大かたは　／　われぬれきぬを　／　きせすとも　／　くちにし袖の　／　なやはかくるゝ</w:t>
      </w:r>
    </w:p>
    <w:p>
      <w:pPr>
        <w:keepNext/>
        <w:spacing w:after="60"/>
      </w:pPr>
      <w:r>
        <w:rPr>
          <w:b w:val="0"/>
          <w:i/>
          <w:color w:val="222B33"/>
          <w:sz w:val="21"/>
        </w:rPr>
        <w:t>Though I put no wet robe</w:t>
        <w:br/>
      </w:r>
      <w:r>
        <w:rPr>
          <w:b w:val="0"/>
          <w:i/>
          <w:color w:val="222B33"/>
          <w:sz w:val="21"/>
        </w:rPr>
        <w:t>on you, could the name</w:t>
        <w:br/>
      </w:r>
      <w:r>
        <w:rPr>
          <w:b w:val="0"/>
          <w:i/>
          <w:color w:val="222B33"/>
          <w:sz w:val="21"/>
        </w:rPr>
        <w:t>of a sleeve already rotted</w:t>
        <w:br/>
      </w:r>
      <w:r>
        <w:rPr>
          <w:b w:val="0"/>
          <w:i/>
          <w:color w:val="222B33"/>
          <w:sz w:val="21"/>
        </w:rPr>
        <w:t>be hidden</w:t>
        <w:br/>
      </w:r>
      <w:r>
        <w:rPr>
          <w:b w:val="0"/>
          <w:i/>
          <w:color w:val="222B33"/>
          <w:sz w:val="21"/>
        </w:rPr>
        <w:t>at all?</w:t>
      </w:r>
    </w:p>
    <w:p>
      <w:pPr>
        <w:spacing w:after="40"/>
      </w:pPr>
      <w:r>
        <w:rPr>
          <w:b w:val="0"/>
          <w:i w:val="0"/>
          <w:color w:val="6A6F75"/>
          <w:sz w:val="18"/>
        </w:rPr>
        <w:t xml:space="preserve">In reply to </w:t>
      </w:r>
      <w:hyperlink w:anchor="p528">
        <w:r>
          <w:rPr>
            <w:color w:val="2E5A80"/>
            <w:u w:val="single"/>
            <w:sz w:val="18"/>
          </w:rPr>
          <w:t xml:space="preserve">No. 528 (Ochiba)</w:t>
        </w:r>
      </w:hyperlink>
    </w:p>
    <w:p>
      <w:pPr>
        <w:keepNext/>
        <w:spacing w:after="20" w:before="200"/>
      </w:pPr>
      <w:bookmarkStart w:id="569" w:name="p530"/>
      <w:r>
        <w:rPr>
          <w:b/>
          <w:i w:val="0"/>
          <w:color w:val="222B33"/>
          <w:sz w:val="22"/>
        </w:rPr>
        <w:t>No. 530</w:t>
      </w:r>
      <w:r>
        <w:rPr>
          <w:b w:val="0"/>
          <w:i w:val="0"/>
          <w:color w:val="6A6F75"/>
          <w:sz w:val="18"/>
        </w:rPr>
        <w:t xml:space="preserve">   Yūgiri → Ochiba   贈 sent</w:t>
      </w:r>
      <w:bookmarkEnd w:id="569"/>
    </w:p>
    <w:p>
      <w:pPr>
        <w:keepNext/>
        <w:spacing w:after="40"/>
      </w:pPr>
      <w:r>
        <w:rPr>
          <w:b/>
          <w:i w:val="0"/>
          <w:color w:val="6A6F75"/>
          <w:sz w:val="18"/>
        </w:rPr>
        <w:t xml:space="preserve">Context. </w:t>
      </w:r>
      <w:r>
        <w:rPr>
          <w:b w:val="0"/>
          <w:i w:val="0"/>
          <w:color w:val="6A6F75"/>
          <w:sz w:val="19"/>
        </w:rPr>
        <w:t>Yūgiri leaves Ono at dawn; he has done nothing, but the visit will be taken as consummation.</w:t>
      </w:r>
    </w:p>
    <w:p>
      <w:pPr>
        <w:keepNext/>
        <w:spacing w:after="0"/>
      </w:pPr>
      <w:r>
        <w:rPr>
          <w:rFonts w:ascii="Noto Serif CJK JP" w:hAnsi="Noto Serif CJK JP" w:eastAsia="Noto Serif CJK JP"/>
          <w:b w:val="0"/>
          <w:i w:val="0"/>
          <w:color w:val="222B33"/>
          <w:sz w:val="26"/>
        </w:rPr>
        <w:t>荻原や軒端の露にそぼちつつ八重立つ霧を分けぞ行くべき</w:t>
      </w:r>
    </w:p>
    <w:p>
      <w:pPr>
        <w:keepNext/>
        <w:spacing w:after="60"/>
      </w:pPr>
      <w:r>
        <w:rPr>
          <w:rFonts w:ascii="Noto Serif CJK JP" w:hAnsi="Noto Serif CJK JP" w:eastAsia="Noto Serif CJK JP"/>
          <w:b w:val="0"/>
          <w:i w:val="0"/>
          <w:color w:val="6A6F75"/>
          <w:sz w:val="19"/>
        </w:rPr>
        <w:t>おきはらや　／　軒はの露に　／　そほちつゝ　／　やへたつきりを　／　わけそゆくへき</w:t>
      </w:r>
    </w:p>
    <w:p>
      <w:pPr>
        <w:keepNext/>
        <w:spacing w:after="60"/>
      </w:pPr>
      <w:r>
        <w:rPr>
          <w:b w:val="0"/>
          <w:i/>
          <w:color w:val="222B33"/>
          <w:sz w:val="21"/>
        </w:rPr>
        <w:t>Soaked by the reed field</w:t>
        <w:br/>
      </w:r>
      <w:r>
        <w:rPr>
          <w:b w:val="0"/>
          <w:i/>
          <w:color w:val="222B33"/>
          <w:sz w:val="21"/>
        </w:rPr>
        <w:t>and the dew on the eaves,</w:t>
        <w:br/>
      </w:r>
      <w:r>
        <w:rPr>
          <w:b w:val="0"/>
          <w:i/>
          <w:color w:val="222B33"/>
          <w:sz w:val="21"/>
        </w:rPr>
        <w:t>must I make my way</w:t>
        <w:br/>
      </w:r>
      <w:r>
        <w:rPr>
          <w:b w:val="0"/>
          <w:i/>
          <w:color w:val="222B33"/>
          <w:sz w:val="21"/>
        </w:rPr>
        <w:t>through the eightfold</w:t>
        <w:br/>
      </w:r>
      <w:r>
        <w:rPr>
          <w:b w:val="0"/>
          <w:i/>
          <w:color w:val="222B33"/>
          <w:sz w:val="21"/>
        </w:rPr>
        <w:t>mist?</w:t>
      </w:r>
    </w:p>
    <w:p>
      <w:pPr>
        <w:spacing w:after="40"/>
      </w:pPr>
      <w:r>
        <w:rPr>
          <w:b w:val="0"/>
          <w:i w:val="0"/>
          <w:color w:val="6A6F75"/>
          <w:sz w:val="18"/>
        </w:rPr>
        <w:t xml:space="preserve">Answered by </w:t>
      </w:r>
      <w:hyperlink w:anchor="p531">
        <w:r>
          <w:rPr>
            <w:color w:val="2E5A80"/>
            <w:u w:val="single"/>
            <w:sz w:val="18"/>
          </w:rPr>
          <w:t xml:space="preserve">No. 531 (Ochiba)</w:t>
        </w:r>
      </w:hyperlink>
    </w:p>
    <w:p>
      <w:pPr>
        <w:keepNext/>
        <w:spacing w:after="20" w:before="200"/>
      </w:pPr>
      <w:bookmarkStart w:id="570" w:name="p531"/>
      <w:r>
        <w:rPr>
          <w:b/>
          <w:i w:val="0"/>
          <w:color w:val="222B33"/>
          <w:sz w:val="22"/>
        </w:rPr>
        <w:t>No. 531</w:t>
      </w:r>
      <w:r>
        <w:rPr>
          <w:b w:val="0"/>
          <w:i w:val="0"/>
          <w:color w:val="6A6F75"/>
          <w:sz w:val="18"/>
        </w:rPr>
        <w:t xml:space="preserve">   Ochiba → Yūgiri   答 reply</w:t>
      </w:r>
      <w:bookmarkEnd w:id="570"/>
    </w:p>
    <w:p>
      <w:pPr>
        <w:keepNext/>
        <w:spacing w:after="0"/>
      </w:pPr>
      <w:r>
        <w:rPr>
          <w:rFonts w:ascii="Noto Serif CJK JP" w:hAnsi="Noto Serif CJK JP" w:eastAsia="Noto Serif CJK JP"/>
          <w:b w:val="0"/>
          <w:i w:val="0"/>
          <w:color w:val="222B33"/>
          <w:sz w:val="26"/>
        </w:rPr>
        <w:t>分け行かむ草葉の露をかことにてなほ濡衣をかけむとや思ふ</w:t>
      </w:r>
    </w:p>
    <w:p>
      <w:pPr>
        <w:keepNext/>
        <w:spacing w:after="60"/>
      </w:pPr>
      <w:r>
        <w:rPr>
          <w:rFonts w:ascii="Noto Serif CJK JP" w:hAnsi="Noto Serif CJK JP" w:eastAsia="Noto Serif CJK JP"/>
          <w:b w:val="0"/>
          <w:i w:val="0"/>
          <w:color w:val="6A6F75"/>
          <w:sz w:val="19"/>
        </w:rPr>
        <w:t>わけゆかむ　／　草はの露を　／　かことにて　／　なをぬれきぬを　／　かけんとやおもふ</w:t>
      </w:r>
    </w:p>
    <w:p>
      <w:pPr>
        <w:keepNext/>
        <w:spacing w:after="60"/>
      </w:pPr>
      <w:r>
        <w:rPr>
          <w:b w:val="0"/>
          <w:i/>
          <w:color w:val="222B33"/>
          <w:sz w:val="21"/>
        </w:rPr>
        <w:t>Do you mean to make</w:t>
        <w:br/>
      </w:r>
      <w:r>
        <w:rPr>
          <w:b w:val="0"/>
          <w:i/>
          <w:color w:val="222B33"/>
          <w:sz w:val="21"/>
        </w:rPr>
        <w:t>the dew on the grass you part</w:t>
        <w:br/>
      </w:r>
      <w:r>
        <w:rPr>
          <w:b w:val="0"/>
          <w:i/>
          <w:color w:val="222B33"/>
          <w:sz w:val="21"/>
        </w:rPr>
        <w:t>your pretext, and still</w:t>
        <w:br/>
      </w:r>
      <w:r>
        <w:rPr>
          <w:b w:val="0"/>
          <w:i/>
          <w:color w:val="222B33"/>
          <w:sz w:val="21"/>
        </w:rPr>
        <w:t>lay the wet robe</w:t>
        <w:br/>
      </w:r>
      <w:r>
        <w:rPr>
          <w:b w:val="0"/>
          <w:i/>
          <w:color w:val="222B33"/>
          <w:sz w:val="21"/>
        </w:rPr>
        <w:t>on me?</w:t>
      </w:r>
    </w:p>
    <w:p>
      <w:pPr>
        <w:spacing w:after="40"/>
      </w:pPr>
      <w:r>
        <w:rPr>
          <w:b w:val="0"/>
          <w:i w:val="0"/>
          <w:color w:val="6A6F75"/>
          <w:sz w:val="18"/>
        </w:rPr>
        <w:t xml:space="preserve">In reply to </w:t>
      </w:r>
      <w:hyperlink w:anchor="p530">
        <w:r>
          <w:rPr>
            <w:color w:val="2E5A80"/>
            <w:u w:val="single"/>
            <w:sz w:val="18"/>
          </w:rPr>
          <w:t xml:space="preserve">No. 530 (Yūgiri)</w:t>
        </w:r>
      </w:hyperlink>
    </w:p>
    <w:p>
      <w:pPr>
        <w:keepNext/>
        <w:spacing w:after="20" w:before="200"/>
      </w:pPr>
      <w:bookmarkStart w:id="571" w:name="p532"/>
      <w:r>
        <w:rPr>
          <w:b/>
          <w:i w:val="0"/>
          <w:color w:val="222B33"/>
          <w:sz w:val="22"/>
        </w:rPr>
        <w:t>No. 532</w:t>
      </w:r>
      <w:r>
        <w:rPr>
          <w:b w:val="0"/>
          <w:i w:val="0"/>
          <w:color w:val="6A6F75"/>
          <w:sz w:val="18"/>
        </w:rPr>
        <w:t xml:space="preserve">   Yūgiri → Ochiba   贈:独 sent / solo</w:t>
      </w:r>
      <w:bookmarkEnd w:id="571"/>
    </w:p>
    <w:p>
      <w:pPr>
        <w:keepNext/>
        <w:spacing w:after="40"/>
      </w:pPr>
      <w:r>
        <w:rPr>
          <w:b/>
          <w:i w:val="0"/>
          <w:color w:val="6A6F75"/>
          <w:sz w:val="18"/>
        </w:rPr>
        <w:t xml:space="preserve">Context. </w:t>
      </w:r>
      <w:r>
        <w:rPr>
          <w:b w:val="0"/>
          <w:i w:val="0"/>
          <w:color w:val="6A6F75"/>
          <w:sz w:val="19"/>
        </w:rPr>
        <w:t>Yūgiri, refused by Ochiba, alone with his longing; the dutiful son of Genji becomes obsessed.</w:t>
      </w:r>
    </w:p>
    <w:p>
      <w:pPr>
        <w:keepNext/>
        <w:spacing w:after="0"/>
      </w:pPr>
      <w:r>
        <w:rPr>
          <w:rFonts w:ascii="Noto Serif CJK JP" w:hAnsi="Noto Serif CJK JP" w:eastAsia="Noto Serif CJK JP"/>
          <w:b w:val="0"/>
          <w:i w:val="0"/>
          <w:color w:val="222B33"/>
          <w:sz w:val="26"/>
        </w:rPr>
        <w:t>魂をつれなき袖に留めおきてわが心から惑はるるかな</w:t>
      </w:r>
    </w:p>
    <w:p>
      <w:pPr>
        <w:keepNext/>
        <w:spacing w:after="60"/>
      </w:pPr>
      <w:r>
        <w:rPr>
          <w:rFonts w:ascii="Noto Serif CJK JP" w:hAnsi="Noto Serif CJK JP" w:eastAsia="Noto Serif CJK JP"/>
          <w:b w:val="0"/>
          <w:i w:val="0"/>
          <w:color w:val="6A6F75"/>
          <w:sz w:val="19"/>
        </w:rPr>
        <w:t>たましいを　／　つれなき袖に　／　とゝめをきて　／　わか心から　／　まとはるゝかな</w:t>
      </w:r>
    </w:p>
    <w:p>
      <w:pPr>
        <w:keepNext/>
        <w:spacing w:after="60"/>
      </w:pPr>
      <w:r>
        <w:rPr>
          <w:b w:val="0"/>
          <w:i/>
          <w:color w:val="222B33"/>
          <w:sz w:val="21"/>
        </w:rPr>
        <w:t>Leaving my soul</w:t>
        <w:br/>
      </w:r>
      <w:r>
        <w:rPr>
          <w:b w:val="0"/>
          <w:i/>
          <w:color w:val="222B33"/>
          <w:sz w:val="21"/>
        </w:rPr>
        <w:t>in a cold sleeve,</w:t>
        <w:br/>
      </w:r>
      <w:r>
        <w:rPr>
          <w:b w:val="0"/>
          <w:i/>
          <w:color w:val="222B33"/>
          <w:sz w:val="21"/>
        </w:rPr>
        <w:t>I am lost</w:t>
        <w:br/>
      </w:r>
      <w:r>
        <w:rPr>
          <w:b w:val="0"/>
          <w:i/>
          <w:color w:val="222B33"/>
          <w:sz w:val="21"/>
        </w:rPr>
        <w:t>by my own</w:t>
        <w:br/>
      </w:r>
      <w:r>
        <w:rPr>
          <w:b w:val="0"/>
          <w:i/>
          <w:color w:val="222B33"/>
          <w:sz w:val="21"/>
        </w:rPr>
        <w:t>heart.</w:t>
      </w:r>
    </w:p>
    <w:p>
      <w:pPr>
        <w:keepNext/>
        <w:spacing w:after="20" w:before="200"/>
      </w:pPr>
      <w:bookmarkStart w:id="572" w:name="p533"/>
      <w:r>
        <w:rPr>
          <w:b/>
          <w:i w:val="0"/>
          <w:color w:val="222B33"/>
          <w:sz w:val="22"/>
        </w:rPr>
        <w:t>No. 533</w:t>
      </w:r>
      <w:r>
        <w:rPr>
          <w:b w:val="0"/>
          <w:i w:val="0"/>
          <w:color w:val="6A6F75"/>
          <w:sz w:val="18"/>
        </w:rPr>
        <w:t xml:space="preserve">   Yūgiri → Ochiba   贈 sent</w:t>
      </w:r>
      <w:bookmarkEnd w:id="572"/>
    </w:p>
    <w:p>
      <w:pPr>
        <w:keepNext/>
        <w:spacing w:after="40"/>
      </w:pPr>
      <w:r>
        <w:rPr>
          <w:b/>
          <w:i w:val="0"/>
          <w:color w:val="6A6F75"/>
          <w:sz w:val="18"/>
        </w:rPr>
        <w:t xml:space="preserve">Context. </w:t>
      </w:r>
      <w:r>
        <w:rPr>
          <w:b w:val="0"/>
          <w:i w:val="0"/>
          <w:color w:val="6A6F75"/>
          <w:sz w:val="19"/>
        </w:rPr>
        <w:t>Yūgiri’s letter after the night at Ono; her mother reads it.</w:t>
      </w:r>
    </w:p>
    <w:p>
      <w:pPr>
        <w:keepNext/>
        <w:spacing w:after="0"/>
      </w:pPr>
      <w:r>
        <w:rPr>
          <w:rFonts w:ascii="Noto Serif CJK JP" w:hAnsi="Noto Serif CJK JP" w:eastAsia="Noto Serif CJK JP"/>
          <w:b w:val="0"/>
          <w:i w:val="0"/>
          <w:color w:val="222B33"/>
          <w:sz w:val="26"/>
        </w:rPr>
        <w:t>せくからに浅さぞ見えむ山川の流れての名をつつみ果てずは</w:t>
      </w:r>
    </w:p>
    <w:p>
      <w:pPr>
        <w:keepNext/>
        <w:spacing w:after="60"/>
      </w:pPr>
      <w:r>
        <w:rPr>
          <w:rFonts w:ascii="Noto Serif CJK JP" w:hAnsi="Noto Serif CJK JP" w:eastAsia="Noto Serif CJK JP"/>
          <w:b w:val="0"/>
          <w:i w:val="0"/>
          <w:color w:val="6A6F75"/>
          <w:sz w:val="19"/>
        </w:rPr>
        <w:t>せくからに　／　あさゝそみえん　／　やま河の　／　なかれてのなを　／　つゝみはてすは</w:t>
      </w:r>
    </w:p>
    <w:p>
      <w:pPr>
        <w:keepNext/>
        <w:spacing w:after="60"/>
      </w:pPr>
      <w:r>
        <w:rPr>
          <w:b w:val="0"/>
          <w:i/>
          <w:color w:val="222B33"/>
          <w:sz w:val="21"/>
        </w:rPr>
        <w:t>If you dam it,</w:t>
        <w:br/>
      </w:r>
      <w:r>
        <w:rPr>
          <w:b w:val="0"/>
          <w:i/>
          <w:color w:val="222B33"/>
          <w:sz w:val="21"/>
        </w:rPr>
        <w:t>it shows how shallow it is:</w:t>
        <w:br/>
      </w:r>
      <w:r>
        <w:rPr>
          <w:b w:val="0"/>
          <w:i/>
          <w:color w:val="222B33"/>
          <w:sz w:val="21"/>
        </w:rPr>
        <w:t>the mountain stream,</w:t>
        <w:br/>
      </w:r>
      <w:r>
        <w:rPr>
          <w:b w:val="0"/>
          <w:i/>
          <w:color w:val="222B33"/>
          <w:sz w:val="21"/>
        </w:rPr>
        <w:t>if you cannot keep</w:t>
        <w:br/>
      </w:r>
      <w:r>
        <w:rPr>
          <w:b w:val="0"/>
          <w:i/>
          <w:color w:val="222B33"/>
          <w:sz w:val="21"/>
        </w:rPr>
        <w:t>the name that flows.</w:t>
      </w:r>
    </w:p>
    <w:p>
      <w:pPr>
        <w:spacing w:after="40"/>
      </w:pPr>
      <w:r>
        <w:rPr>
          <w:b w:val="0"/>
          <w:i w:val="0"/>
          <w:color w:val="6A6F75"/>
          <w:sz w:val="18"/>
        </w:rPr>
        <w:t xml:space="preserve">Answered by </w:t>
      </w:r>
      <w:hyperlink w:anchor="p534">
        <w:r>
          <w:rPr>
            <w:color w:val="2E5A80"/>
            <w:u w:val="single"/>
            <w:sz w:val="18"/>
          </w:rPr>
          <w:t xml:space="preserve">No. 534 (Ichijō Haven (for Ochiba))</w:t>
        </w:r>
      </w:hyperlink>
    </w:p>
    <w:p>
      <w:pPr>
        <w:keepNext/>
        <w:spacing w:after="20" w:before="200"/>
      </w:pPr>
      <w:bookmarkStart w:id="573" w:name="p534"/>
      <w:r>
        <w:rPr>
          <w:b/>
          <w:i w:val="0"/>
          <w:color w:val="222B33"/>
          <w:sz w:val="22"/>
        </w:rPr>
        <w:t>No. 534</w:t>
      </w:r>
      <w:r>
        <w:rPr>
          <w:b w:val="0"/>
          <w:i w:val="0"/>
          <w:color w:val="6A6F75"/>
          <w:sz w:val="18"/>
        </w:rPr>
        <w:t xml:space="preserve">   Ichijō Haven (for Ochiba) → Yūgiri   代答 proxy reply</w:t>
      </w:r>
      <w:bookmarkEnd w:id="573"/>
    </w:p>
    <w:p>
      <w:pPr>
        <w:keepNext/>
        <w:spacing w:after="0"/>
      </w:pPr>
      <w:r>
        <w:rPr>
          <w:rFonts w:ascii="Noto Serif CJK JP" w:hAnsi="Noto Serif CJK JP" w:eastAsia="Noto Serif CJK JP"/>
          <w:b w:val="0"/>
          <w:i w:val="0"/>
          <w:color w:val="222B33"/>
          <w:sz w:val="26"/>
        </w:rPr>
        <w:t>女郎花萎るる野辺をいづことて一夜ばかりの宿を借りけむ</w:t>
      </w:r>
    </w:p>
    <w:p>
      <w:pPr>
        <w:keepNext/>
        <w:spacing w:after="60"/>
      </w:pPr>
      <w:r>
        <w:rPr>
          <w:rFonts w:ascii="Noto Serif CJK JP" w:hAnsi="Noto Serif CJK JP" w:eastAsia="Noto Serif CJK JP"/>
          <w:b w:val="0"/>
          <w:i w:val="0"/>
          <w:color w:val="6A6F75"/>
          <w:sz w:val="19"/>
        </w:rPr>
        <w:t>をみなへし　／　しほるゝのへを　／　いつことて　／　一よはかりの　／　やとをかりけむ</w:t>
      </w:r>
    </w:p>
    <w:p>
      <w:pPr>
        <w:keepNext/>
        <w:spacing w:after="60"/>
      </w:pPr>
      <w:r>
        <w:rPr>
          <w:b w:val="0"/>
          <w:i/>
          <w:color w:val="222B33"/>
          <w:sz w:val="21"/>
        </w:rPr>
        <w:t>What did you take for</w:t>
        <w:br/>
      </w:r>
      <w:r>
        <w:rPr>
          <w:b w:val="0"/>
          <w:i/>
          <w:color w:val="222B33"/>
          <w:sz w:val="21"/>
        </w:rPr>
        <w:t>the field where the maiden flower wilts,</w:t>
        <w:br/>
      </w:r>
      <w:r>
        <w:rPr>
          <w:b w:val="0"/>
          <w:i/>
          <w:color w:val="222B33"/>
          <w:sz w:val="21"/>
        </w:rPr>
        <w:t>that you borrowed</w:t>
        <w:br/>
      </w:r>
      <w:r>
        <w:rPr>
          <w:b w:val="0"/>
          <w:i/>
          <w:color w:val="222B33"/>
          <w:sz w:val="21"/>
        </w:rPr>
        <w:t>a lodging</w:t>
        <w:br/>
      </w:r>
      <w:r>
        <w:rPr>
          <w:b w:val="0"/>
          <w:i/>
          <w:color w:val="222B33"/>
          <w:sz w:val="21"/>
        </w:rPr>
        <w:t>for one night?</w:t>
      </w:r>
    </w:p>
    <w:p>
      <w:pPr>
        <w:spacing w:after="40"/>
      </w:pPr>
      <w:r>
        <w:rPr>
          <w:b w:val="0"/>
          <w:i w:val="0"/>
          <w:color w:val="222B33"/>
          <w:sz w:val="19"/>
        </w:rPr>
        <w:t>The mother writes instead of her daughter, assuming a consummated affair.</w:t>
      </w:r>
    </w:p>
    <w:p>
      <w:pPr>
        <w:spacing w:after="40"/>
      </w:pPr>
      <w:r>
        <w:rPr>
          <w:b/>
          <w:i w:val="0"/>
          <w:color w:val="8A4B1C"/>
          <w:sz w:val="18"/>
        </w:rPr>
        <w:t xml:space="preserve">Attribution uncertain. </w:t>
      </w:r>
      <w:r>
        <w:rPr>
          <w:b w:val="0"/>
          <w:i w:val="0"/>
          <w:sz w:val="19"/>
        </w:rPr>
        <w:t>Proxy poem (代): written by one person in another’s name; the card names the writer.</w:t>
      </w:r>
    </w:p>
    <w:p>
      <w:pPr>
        <w:spacing w:after="40"/>
      </w:pPr>
      <w:r>
        <w:rPr>
          <w:b w:val="0"/>
          <w:i w:val="0"/>
          <w:color w:val="6A6F75"/>
          <w:sz w:val="18"/>
        </w:rPr>
        <w:t xml:space="preserve">In reply to </w:t>
      </w:r>
      <w:hyperlink w:anchor="p533">
        <w:r>
          <w:rPr>
            <w:color w:val="2E5A80"/>
            <w:u w:val="single"/>
            <w:sz w:val="18"/>
          </w:rPr>
          <w:t xml:space="preserve">No. 533 (Yūgiri)</w:t>
        </w:r>
      </w:hyperlink>
      <w:r>
        <w:rPr>
          <w:b w:val="0"/>
          <w:i w:val="0"/>
          <w:color w:val="6A6F75"/>
          <w:sz w:val="18"/>
        </w:rPr>
        <w:t xml:space="preserve">   ·   </w:t>
      </w:r>
      <w:r>
        <w:rPr>
          <w:b w:val="0"/>
          <w:i w:val="0"/>
          <w:color w:val="6A6F75"/>
          <w:sz w:val="18"/>
        </w:rPr>
        <w:t xml:space="preserve">Answered by </w:t>
      </w:r>
      <w:hyperlink w:anchor="p535">
        <w:r>
          <w:rPr>
            <w:color w:val="2E5A80"/>
            <w:u w:val="single"/>
            <w:sz w:val="18"/>
          </w:rPr>
          <w:t xml:space="preserve">No. 535 (Yūgiri)</w:t>
        </w:r>
      </w:hyperlink>
    </w:p>
    <w:p>
      <w:pPr>
        <w:keepNext/>
        <w:spacing w:after="20" w:before="200"/>
      </w:pPr>
      <w:bookmarkStart w:id="574" w:name="p535"/>
      <w:r>
        <w:rPr>
          <w:b/>
          <w:i w:val="0"/>
          <w:color w:val="222B33"/>
          <w:sz w:val="22"/>
        </w:rPr>
        <w:t>No. 535</w:t>
      </w:r>
      <w:r>
        <w:rPr>
          <w:b w:val="0"/>
          <w:i w:val="0"/>
          <w:color w:val="6A6F75"/>
          <w:sz w:val="18"/>
        </w:rPr>
        <w:t xml:space="preserve">   Yūgiri → Ichijō Haven   答 reply</w:t>
      </w:r>
      <w:bookmarkEnd w:id="574"/>
    </w:p>
    <w:p>
      <w:pPr>
        <w:keepNext/>
        <w:spacing w:after="0"/>
      </w:pPr>
      <w:r>
        <w:rPr>
          <w:rFonts w:ascii="Noto Serif CJK JP" w:hAnsi="Noto Serif CJK JP" w:eastAsia="Noto Serif CJK JP"/>
          <w:b w:val="0"/>
          <w:i w:val="0"/>
          <w:color w:val="222B33"/>
          <w:sz w:val="26"/>
        </w:rPr>
        <w:t>秋の野の草の茂みは分けしかど仮寝の枕結びやはせし</w:t>
      </w:r>
    </w:p>
    <w:p>
      <w:pPr>
        <w:keepNext/>
        <w:spacing w:after="60"/>
      </w:pPr>
      <w:r>
        <w:rPr>
          <w:rFonts w:ascii="Noto Serif CJK JP" w:hAnsi="Noto Serif CJK JP" w:eastAsia="Noto Serif CJK JP"/>
          <w:b w:val="0"/>
          <w:i w:val="0"/>
          <w:color w:val="6A6F75"/>
          <w:sz w:val="19"/>
        </w:rPr>
        <w:t>秋のゝの　／　草のしけみは　／　わけしかと　／　かりねのまくら　／　むすひやはせし</w:t>
      </w:r>
    </w:p>
    <w:p>
      <w:pPr>
        <w:keepNext/>
        <w:spacing w:after="60"/>
      </w:pPr>
      <w:r>
        <w:rPr>
          <w:b w:val="0"/>
          <w:i/>
          <w:color w:val="222B33"/>
          <w:sz w:val="21"/>
        </w:rPr>
        <w:t>I did part</w:t>
        <w:br/>
      </w:r>
      <w:r>
        <w:rPr>
          <w:b w:val="0"/>
          <w:i/>
          <w:color w:val="222B33"/>
          <w:sz w:val="21"/>
        </w:rPr>
        <w:t>the thick grass of the autumn field,</w:t>
        <w:br/>
      </w:r>
      <w:r>
        <w:rPr>
          <w:b w:val="0"/>
          <w:i/>
          <w:color w:val="222B33"/>
          <w:sz w:val="21"/>
        </w:rPr>
        <w:t>but did I bind</w:t>
        <w:br/>
      </w:r>
      <w:r>
        <w:rPr>
          <w:b w:val="0"/>
          <w:i/>
          <w:color w:val="222B33"/>
          <w:sz w:val="21"/>
        </w:rPr>
        <w:t>a pillow</w:t>
        <w:br/>
      </w:r>
      <w:r>
        <w:rPr>
          <w:b w:val="0"/>
          <w:i/>
          <w:color w:val="222B33"/>
          <w:sz w:val="21"/>
        </w:rPr>
        <w:t>for a passing sleep?</w:t>
      </w:r>
    </w:p>
    <w:p>
      <w:pPr>
        <w:spacing w:after="40"/>
      </w:pPr>
      <w:r>
        <w:rPr>
          <w:b w:val="0"/>
          <w:i w:val="0"/>
          <w:color w:val="222B33"/>
          <w:sz w:val="19"/>
        </w:rPr>
        <w:t>Kari: “temporary” and “gather.”</w:t>
      </w:r>
    </w:p>
    <w:p>
      <w:pPr>
        <w:spacing w:after="40"/>
      </w:pPr>
      <w:r>
        <w:rPr>
          <w:b w:val="0"/>
          <w:i w:val="0"/>
          <w:color w:val="6A6F75"/>
          <w:sz w:val="18"/>
        </w:rPr>
        <w:t xml:space="preserve">In reply to </w:t>
      </w:r>
      <w:hyperlink w:anchor="p534">
        <w:r>
          <w:rPr>
            <w:color w:val="2E5A80"/>
            <w:u w:val="single"/>
            <w:sz w:val="18"/>
          </w:rPr>
          <w:t xml:space="preserve">No. 534 (Ichijō Haven (for Ochiba))</w:t>
        </w:r>
      </w:hyperlink>
    </w:p>
    <w:p>
      <w:pPr>
        <w:keepNext/>
        <w:spacing w:after="20" w:before="200"/>
      </w:pPr>
      <w:bookmarkStart w:id="575" w:name="p536"/>
      <w:r>
        <w:rPr>
          <w:b/>
          <w:i w:val="0"/>
          <w:color w:val="222B33"/>
          <w:sz w:val="22"/>
        </w:rPr>
        <w:t>No. 536</w:t>
      </w:r>
      <w:r>
        <w:rPr>
          <w:b w:val="0"/>
          <w:i w:val="0"/>
          <w:color w:val="6A6F75"/>
          <w:sz w:val="18"/>
        </w:rPr>
        <w:t xml:space="preserve">   Kumoi no Kari → Yūgiri   贈 sent</w:t>
      </w:r>
      <w:bookmarkEnd w:id="575"/>
    </w:p>
    <w:p>
      <w:pPr>
        <w:keepNext/>
        <w:spacing w:after="40"/>
      </w:pPr>
      <w:r>
        <w:rPr>
          <w:b/>
          <w:i w:val="0"/>
          <w:color w:val="6A6F75"/>
          <w:sz w:val="18"/>
        </w:rPr>
        <w:t xml:space="preserve">Context. </w:t>
      </w:r>
      <w:r>
        <w:rPr>
          <w:b w:val="0"/>
          <w:i w:val="0"/>
          <w:color w:val="6A6F75"/>
          <w:sz w:val="19"/>
        </w:rPr>
        <w:t>After Ichijō’s death Kumoi no Kari, jealous, questions whether Yūgiri grieves for the mother or longs for the daughter.</w:t>
      </w:r>
    </w:p>
    <w:p>
      <w:pPr>
        <w:keepNext/>
        <w:spacing w:after="0"/>
      </w:pPr>
      <w:r>
        <w:rPr>
          <w:rFonts w:ascii="Noto Serif CJK JP" w:hAnsi="Noto Serif CJK JP" w:eastAsia="Noto Serif CJK JP"/>
          <w:b w:val="0"/>
          <w:i w:val="0"/>
          <w:color w:val="222B33"/>
          <w:sz w:val="26"/>
        </w:rPr>
        <w:t>あはれをもいかに知りてか慰めむあるや恋しき亡きや悲しき</w:t>
      </w:r>
    </w:p>
    <w:p>
      <w:pPr>
        <w:keepNext/>
        <w:spacing w:after="60"/>
      </w:pPr>
      <w:r>
        <w:rPr>
          <w:rFonts w:ascii="Noto Serif CJK JP" w:hAnsi="Noto Serif CJK JP" w:eastAsia="Noto Serif CJK JP"/>
          <w:b w:val="0"/>
          <w:i w:val="0"/>
          <w:color w:val="6A6F75"/>
          <w:sz w:val="19"/>
        </w:rPr>
        <w:t>あはれをも　／　いかにしりてか　／　なくさめむ　／　あるやこひしき　／　なきやかなしき</w:t>
      </w:r>
    </w:p>
    <w:p>
      <w:pPr>
        <w:keepNext/>
        <w:spacing w:after="60"/>
      </w:pPr>
      <w:r>
        <w:rPr>
          <w:b w:val="0"/>
          <w:i/>
          <w:color w:val="222B33"/>
          <w:sz w:val="21"/>
        </w:rPr>
        <w:t>How do you know of sorrow</w:t>
        <w:br/>
      </w:r>
      <w:r>
        <w:rPr>
          <w:b w:val="0"/>
          <w:i/>
          <w:color w:val="222B33"/>
          <w:sz w:val="21"/>
        </w:rPr>
        <w:t>to give comfort?</w:t>
        <w:br/>
      </w:r>
      <w:r>
        <w:rPr>
          <w:b w:val="0"/>
          <w:i/>
          <w:color w:val="222B33"/>
          <w:sz w:val="21"/>
        </w:rPr>
        <w:t>Is it the living you long for</w:t>
        <w:br/>
      </w:r>
      <w:r>
        <w:rPr>
          <w:b w:val="0"/>
          <w:i/>
          <w:color w:val="222B33"/>
          <w:sz w:val="21"/>
        </w:rPr>
        <w:t>or the dead</w:t>
        <w:br/>
      </w:r>
      <w:r>
        <w:rPr>
          <w:b w:val="0"/>
          <w:i/>
          <w:color w:val="222B33"/>
          <w:sz w:val="21"/>
        </w:rPr>
        <w:t>you grieve?</w:t>
      </w:r>
    </w:p>
    <w:p>
      <w:pPr>
        <w:spacing w:after="40"/>
      </w:pPr>
      <w:r>
        <w:rPr>
          <w:b w:val="0"/>
          <w:i w:val="0"/>
          <w:color w:val="222B33"/>
          <w:sz w:val="19"/>
        </w:rPr>
        <w:t>She suspects his grief is for Ochiba, not for the mother.</w:t>
      </w:r>
    </w:p>
    <w:p>
      <w:pPr>
        <w:spacing w:after="40"/>
      </w:pPr>
      <w:r>
        <w:rPr>
          <w:b w:val="0"/>
          <w:i w:val="0"/>
          <w:color w:val="6A6F75"/>
          <w:sz w:val="18"/>
        </w:rPr>
        <w:t xml:space="preserve">Answered by </w:t>
      </w:r>
      <w:hyperlink w:anchor="p537">
        <w:r>
          <w:rPr>
            <w:color w:val="2E5A80"/>
            <w:u w:val="single"/>
            <w:sz w:val="18"/>
          </w:rPr>
          <w:t xml:space="preserve">No. 537 (Yūgiri)</w:t>
        </w:r>
      </w:hyperlink>
    </w:p>
    <w:p>
      <w:pPr>
        <w:keepNext/>
        <w:spacing w:after="20" w:before="200"/>
      </w:pPr>
      <w:bookmarkStart w:id="576" w:name="p537"/>
      <w:r>
        <w:rPr>
          <w:b/>
          <w:i w:val="0"/>
          <w:color w:val="222B33"/>
          <w:sz w:val="22"/>
        </w:rPr>
        <w:t>No. 537</w:t>
      </w:r>
      <w:r>
        <w:rPr>
          <w:b w:val="0"/>
          <w:i w:val="0"/>
          <w:color w:val="6A6F75"/>
          <w:sz w:val="18"/>
        </w:rPr>
        <w:t xml:space="preserve">   Yūgiri → Kumoi no Kari   答 reply</w:t>
      </w:r>
      <w:bookmarkEnd w:id="576"/>
    </w:p>
    <w:p>
      <w:pPr>
        <w:keepNext/>
        <w:spacing w:after="0"/>
      </w:pPr>
      <w:r>
        <w:rPr>
          <w:rFonts w:ascii="Noto Serif CJK JP" w:hAnsi="Noto Serif CJK JP" w:eastAsia="Noto Serif CJK JP"/>
          <w:b w:val="0"/>
          <w:i w:val="0"/>
          <w:color w:val="222B33"/>
          <w:sz w:val="26"/>
        </w:rPr>
        <w:t>いづれとか分きて眺めむ消えかへる露も草葉のうへと見ぬ世を</w:t>
      </w:r>
    </w:p>
    <w:p>
      <w:pPr>
        <w:keepNext/>
        <w:spacing w:after="60"/>
      </w:pPr>
      <w:r>
        <w:rPr>
          <w:rFonts w:ascii="Noto Serif CJK JP" w:hAnsi="Noto Serif CJK JP" w:eastAsia="Noto Serif CJK JP"/>
          <w:b w:val="0"/>
          <w:i w:val="0"/>
          <w:color w:val="6A6F75"/>
          <w:sz w:val="19"/>
        </w:rPr>
        <w:t>いつれとか　／　わきてなかめん　／　きえかへる　／　露も草はの　／　うへとみぬよを</w:t>
      </w:r>
    </w:p>
    <w:p>
      <w:pPr>
        <w:keepNext/>
        <w:spacing w:after="60"/>
      </w:pPr>
      <w:r>
        <w:rPr>
          <w:b w:val="0"/>
          <w:i/>
          <w:color w:val="222B33"/>
          <w:sz w:val="21"/>
        </w:rPr>
        <w:t>Which one could I</w:t>
        <w:br/>
      </w:r>
      <w:r>
        <w:rPr>
          <w:b w:val="0"/>
          <w:i/>
          <w:color w:val="222B33"/>
          <w:sz w:val="21"/>
        </w:rPr>
        <w:t>tell apart in my gaze, in a world</w:t>
        <w:br/>
      </w:r>
      <w:r>
        <w:rPr>
          <w:b w:val="0"/>
          <w:i/>
          <w:color w:val="222B33"/>
          <w:sz w:val="21"/>
        </w:rPr>
        <w:t>where vanishing dew</w:t>
        <w:br/>
      </w:r>
      <w:r>
        <w:rPr>
          <w:b w:val="0"/>
          <w:i/>
          <w:color w:val="222B33"/>
          <w:sz w:val="21"/>
        </w:rPr>
        <w:t>is not seen</w:t>
        <w:br/>
      </w:r>
      <w:r>
        <w:rPr>
          <w:b w:val="0"/>
          <w:i/>
          <w:color w:val="222B33"/>
          <w:sz w:val="21"/>
        </w:rPr>
        <w:t>only on the grass?</w:t>
      </w:r>
    </w:p>
    <w:p>
      <w:pPr>
        <w:spacing w:after="40"/>
      </w:pPr>
      <w:r>
        <w:rPr>
          <w:b w:val="0"/>
          <w:i w:val="0"/>
          <w:color w:val="6A6F75"/>
          <w:sz w:val="18"/>
        </w:rPr>
        <w:t xml:space="preserve">In reply to </w:t>
      </w:r>
      <w:hyperlink w:anchor="p536">
        <w:r>
          <w:rPr>
            <w:color w:val="2E5A80"/>
            <w:u w:val="single"/>
            <w:sz w:val="18"/>
          </w:rPr>
          <w:t xml:space="preserve">No. 536 (Kumoi no Kari)</w:t>
        </w:r>
      </w:hyperlink>
    </w:p>
    <w:p>
      <w:pPr>
        <w:keepNext/>
        <w:spacing w:after="20" w:before="200"/>
      </w:pPr>
      <w:bookmarkStart w:id="577" w:name="p538"/>
      <w:r>
        <w:rPr>
          <w:b/>
          <w:i w:val="0"/>
          <w:color w:val="222B33"/>
          <w:sz w:val="22"/>
        </w:rPr>
        <w:t>No. 538</w:t>
      </w:r>
      <w:r>
        <w:rPr>
          <w:b w:val="0"/>
          <w:i w:val="0"/>
          <w:color w:val="6A6F75"/>
          <w:sz w:val="18"/>
        </w:rPr>
        <w:t xml:space="preserve">   Yūgiri → Ochiba (received by Shōshō)   贈 sent</w:t>
      </w:r>
      <w:bookmarkEnd w:id="577"/>
    </w:p>
    <w:p>
      <w:pPr>
        <w:keepNext/>
        <w:spacing w:after="40"/>
      </w:pPr>
      <w:r>
        <w:rPr>
          <w:b/>
          <w:i w:val="0"/>
          <w:color w:val="6A6F75"/>
          <w:sz w:val="18"/>
        </w:rPr>
        <w:t xml:space="preserve">Context. </w:t>
      </w:r>
      <w:r>
        <w:rPr>
          <w:b w:val="0"/>
          <w:i w:val="0"/>
          <w:color w:val="6A6F75"/>
          <w:sz w:val="19"/>
        </w:rPr>
        <w:t>Yūgiri writes to Ochiba after her mother’s death.</w:t>
      </w:r>
    </w:p>
    <w:p>
      <w:pPr>
        <w:keepNext/>
        <w:spacing w:after="0"/>
      </w:pPr>
      <w:r>
        <w:rPr>
          <w:rFonts w:ascii="Noto Serif CJK JP" w:hAnsi="Noto Serif CJK JP" w:eastAsia="Noto Serif CJK JP"/>
          <w:b w:val="0"/>
          <w:i w:val="0"/>
          <w:color w:val="222B33"/>
          <w:sz w:val="26"/>
        </w:rPr>
        <w:t>里遠み小野の篠原わけて来て我も鹿こそ声も惜しまね</w:t>
      </w:r>
    </w:p>
    <w:p>
      <w:pPr>
        <w:keepNext/>
        <w:spacing w:after="60"/>
      </w:pPr>
      <w:r>
        <w:rPr>
          <w:rFonts w:ascii="Noto Serif CJK JP" w:hAnsi="Noto Serif CJK JP" w:eastAsia="Noto Serif CJK JP"/>
          <w:b w:val="0"/>
          <w:i w:val="0"/>
          <w:color w:val="6A6F75"/>
          <w:sz w:val="19"/>
        </w:rPr>
        <w:t>里とをみ　／　をのゝしのはら　／　わけてきて　／　われもしかこそ　／　こゑもおしまね</w:t>
      </w:r>
    </w:p>
    <w:p>
      <w:pPr>
        <w:keepNext/>
        <w:spacing w:after="60"/>
      </w:pPr>
      <w:r>
        <w:rPr>
          <w:b w:val="0"/>
          <w:i/>
          <w:color w:val="222B33"/>
          <w:sz w:val="21"/>
        </w:rPr>
        <w:t>Far from the village,</w:t>
        <w:br/>
      </w:r>
      <w:r>
        <w:rPr>
          <w:b w:val="0"/>
          <w:i/>
          <w:color w:val="222B33"/>
          <w:sz w:val="21"/>
        </w:rPr>
        <w:t>through the bamboo grass of Ono</w:t>
        <w:br/>
      </w:r>
      <w:r>
        <w:rPr>
          <w:b w:val="0"/>
          <w:i/>
          <w:color w:val="222B33"/>
          <w:sz w:val="21"/>
        </w:rPr>
        <w:t>I have come, and like the deer</w:t>
        <w:br/>
      </w:r>
      <w:r>
        <w:rPr>
          <w:b w:val="0"/>
          <w:i/>
          <w:color w:val="222B33"/>
          <w:sz w:val="21"/>
        </w:rPr>
        <w:t>I do not</w:t>
        <w:br/>
      </w:r>
      <w:r>
        <w:rPr>
          <w:b w:val="0"/>
          <w:i/>
          <w:color w:val="222B33"/>
          <w:sz w:val="21"/>
        </w:rPr>
        <w:t>spare my cry.</w:t>
      </w:r>
    </w:p>
    <w:p>
      <w:pPr>
        <w:spacing w:after="40"/>
      </w:pPr>
      <w:r>
        <w:rPr>
          <w:b w:val="0"/>
          <w:i w:val="0"/>
          <w:color w:val="6A6F75"/>
          <w:sz w:val="18"/>
        </w:rPr>
        <w:t xml:space="preserve">Answered by </w:t>
      </w:r>
      <w:hyperlink w:anchor="p539">
        <w:r>
          <w:rPr>
            <w:color w:val="2E5A80"/>
            <w:u w:val="single"/>
            <w:sz w:val="18"/>
          </w:rPr>
          <w:t xml:space="preserve">No. 539 (Shōshō)</w:t>
        </w:r>
      </w:hyperlink>
    </w:p>
    <w:p>
      <w:pPr>
        <w:keepNext/>
        <w:spacing w:after="20" w:before="200"/>
      </w:pPr>
      <w:bookmarkStart w:id="578" w:name="p539"/>
      <w:r>
        <w:rPr>
          <w:b/>
          <w:i w:val="0"/>
          <w:color w:val="222B33"/>
          <w:sz w:val="22"/>
        </w:rPr>
        <w:t>No. 539</w:t>
      </w:r>
      <w:r>
        <w:rPr>
          <w:b w:val="0"/>
          <w:i w:val="0"/>
          <w:color w:val="6A6F75"/>
          <w:sz w:val="18"/>
        </w:rPr>
        <w:t xml:space="preserve">   Shōshō → Yūgiri   答 reply</w:t>
      </w:r>
      <w:bookmarkEnd w:id="578"/>
    </w:p>
    <w:p>
      <w:pPr>
        <w:keepNext/>
        <w:spacing w:after="0"/>
      </w:pPr>
      <w:r>
        <w:rPr>
          <w:rFonts w:ascii="Noto Serif CJK JP" w:hAnsi="Noto Serif CJK JP" w:eastAsia="Noto Serif CJK JP"/>
          <w:b w:val="0"/>
          <w:i w:val="0"/>
          <w:color w:val="222B33"/>
          <w:sz w:val="26"/>
        </w:rPr>
        <w:t>藤衣露けき秋の山人は鹿の鳴く音に音をぞ添へつる</w:t>
      </w:r>
    </w:p>
    <w:p>
      <w:pPr>
        <w:keepNext/>
        <w:spacing w:after="60"/>
      </w:pPr>
      <w:r>
        <w:rPr>
          <w:rFonts w:ascii="Noto Serif CJK JP" w:hAnsi="Noto Serif CJK JP" w:eastAsia="Noto Serif CJK JP"/>
          <w:b w:val="0"/>
          <w:i w:val="0"/>
          <w:color w:val="6A6F75"/>
          <w:sz w:val="19"/>
        </w:rPr>
        <w:t>ふちころも　／　露けき秋の　／　山ひとは　／　しかのなくねに　／　ねをそそへつる</w:t>
      </w:r>
    </w:p>
    <w:p>
      <w:pPr>
        <w:keepNext/>
        <w:spacing w:after="60"/>
      </w:pPr>
      <w:r>
        <w:rPr>
          <w:b w:val="0"/>
          <w:i/>
          <w:color w:val="222B33"/>
          <w:sz w:val="21"/>
        </w:rPr>
        <w:t>The mountain folk</w:t>
        <w:br/>
      </w:r>
      <w:r>
        <w:rPr>
          <w:b w:val="0"/>
          <w:i/>
          <w:color w:val="222B33"/>
          <w:sz w:val="21"/>
        </w:rPr>
        <w:t>of dewy autumn in mourning robes</w:t>
        <w:br/>
      </w:r>
      <w:r>
        <w:rPr>
          <w:b w:val="0"/>
          <w:i/>
          <w:color w:val="222B33"/>
          <w:sz w:val="21"/>
        </w:rPr>
        <w:t>add their weeping</w:t>
        <w:br/>
      </w:r>
      <w:r>
        <w:rPr>
          <w:b w:val="0"/>
          <w:i/>
          <w:color w:val="222B33"/>
          <w:sz w:val="21"/>
        </w:rPr>
        <w:t>to the cry</w:t>
        <w:br/>
      </w:r>
      <w:r>
        <w:rPr>
          <w:b w:val="0"/>
          <w:i/>
          <w:color w:val="222B33"/>
          <w:sz w:val="21"/>
        </w:rPr>
        <w:t>of the deer.</w:t>
      </w:r>
    </w:p>
    <w:p>
      <w:pPr>
        <w:spacing w:after="40"/>
      </w:pPr>
      <w:r>
        <w:rPr>
          <w:b w:val="0"/>
          <w:i w:val="0"/>
          <w:color w:val="6A6F75"/>
          <w:sz w:val="18"/>
        </w:rPr>
        <w:t xml:space="preserve">In reply to </w:t>
      </w:r>
      <w:hyperlink w:anchor="p538">
        <w:r>
          <w:rPr>
            <w:color w:val="2E5A80"/>
            <w:u w:val="single"/>
            <w:sz w:val="18"/>
          </w:rPr>
          <w:t xml:space="preserve">No. 538 (Yūgiri)</w:t>
        </w:r>
      </w:hyperlink>
    </w:p>
    <w:p>
      <w:pPr>
        <w:keepNext/>
        <w:spacing w:after="20" w:before="200"/>
      </w:pPr>
      <w:bookmarkStart w:id="579" w:name="p540"/>
      <w:r>
        <w:rPr>
          <w:b/>
          <w:i w:val="0"/>
          <w:color w:val="222B33"/>
          <w:sz w:val="22"/>
        </w:rPr>
        <w:t>No. 540</w:t>
      </w:r>
      <w:r>
        <w:rPr>
          <w:b w:val="0"/>
          <w:i w:val="0"/>
          <w:color w:val="6A6F75"/>
          <w:sz w:val="18"/>
        </w:rPr>
        <w:t xml:space="preserve">   Yūgiri   独 solo</w:t>
      </w:r>
      <w:bookmarkEnd w:id="579"/>
    </w:p>
    <w:p>
      <w:pPr>
        <w:keepNext/>
        <w:spacing w:after="40"/>
      </w:pPr>
      <w:r>
        <w:rPr>
          <w:b/>
          <w:i w:val="0"/>
          <w:color w:val="6A6F75"/>
          <w:sz w:val="18"/>
        </w:rPr>
        <w:t xml:space="preserve">Context. </w:t>
      </w:r>
      <w:r>
        <w:rPr>
          <w:b w:val="0"/>
          <w:i w:val="0"/>
          <w:color w:val="6A6F75"/>
          <w:sz w:val="19"/>
        </w:rPr>
        <w:t>Yūgiri, at Ichijō, where Ochiba’s mother lived; the moon.</w:t>
      </w:r>
    </w:p>
    <w:p>
      <w:pPr>
        <w:keepNext/>
        <w:spacing w:after="0"/>
      </w:pPr>
      <w:r>
        <w:rPr>
          <w:rFonts w:ascii="Noto Serif CJK JP" w:hAnsi="Noto Serif CJK JP" w:eastAsia="Noto Serif CJK JP"/>
          <w:b w:val="0"/>
          <w:i w:val="0"/>
          <w:color w:val="222B33"/>
          <w:sz w:val="26"/>
        </w:rPr>
        <w:t>見し人の影澄み果てぬ池水にひとり宿守る秋の夜の月</w:t>
      </w:r>
    </w:p>
    <w:p>
      <w:pPr>
        <w:keepNext/>
        <w:spacing w:after="60"/>
      </w:pPr>
      <w:r>
        <w:rPr>
          <w:rFonts w:ascii="Noto Serif CJK JP" w:hAnsi="Noto Serif CJK JP" w:eastAsia="Noto Serif CJK JP"/>
          <w:b w:val="0"/>
          <w:i w:val="0"/>
          <w:color w:val="6A6F75"/>
          <w:sz w:val="19"/>
        </w:rPr>
        <w:t>みし人の　／　かけすみはてぬ　／　池水に　／　ひとりやともる　／　秋の夜の月</w:t>
      </w:r>
    </w:p>
    <w:p>
      <w:pPr>
        <w:keepNext/>
        <w:spacing w:after="60"/>
      </w:pPr>
      <w:r>
        <w:rPr>
          <w:b w:val="0"/>
          <w:i/>
          <w:color w:val="222B33"/>
          <w:sz w:val="21"/>
        </w:rPr>
        <w:t>On the pond water</w:t>
        <w:br/>
      </w:r>
      <w:r>
        <w:rPr>
          <w:b w:val="0"/>
          <w:i/>
          <w:color w:val="222B33"/>
          <w:sz w:val="21"/>
        </w:rPr>
        <w:t>where the face of the one I knew</w:t>
        <w:br/>
      </w:r>
      <w:r>
        <w:rPr>
          <w:b w:val="0"/>
          <w:i/>
          <w:color w:val="222B33"/>
          <w:sz w:val="21"/>
        </w:rPr>
        <w:t>no longer shows clear,</w:t>
        <w:br/>
      </w:r>
      <w:r>
        <w:rPr>
          <w:b w:val="0"/>
          <w:i/>
          <w:color w:val="222B33"/>
          <w:sz w:val="21"/>
        </w:rPr>
        <w:t>the autumn moon alone</w:t>
        <w:br/>
      </w:r>
      <w:r>
        <w:rPr>
          <w:b w:val="0"/>
          <w:i/>
          <w:color w:val="222B33"/>
          <w:sz w:val="21"/>
        </w:rPr>
        <w:t>keeps the house.</w:t>
      </w:r>
    </w:p>
    <w:p>
      <w:pPr>
        <w:keepNext/>
        <w:spacing w:after="20" w:before="200"/>
      </w:pPr>
      <w:bookmarkStart w:id="580" w:name="p541"/>
      <w:r>
        <w:rPr>
          <w:b/>
          <w:i w:val="0"/>
          <w:color w:val="222B33"/>
          <w:sz w:val="22"/>
        </w:rPr>
        <w:t>No. 541</w:t>
      </w:r>
      <w:r>
        <w:rPr>
          <w:b w:val="0"/>
          <w:i w:val="0"/>
          <w:color w:val="6A6F75"/>
          <w:sz w:val="18"/>
        </w:rPr>
        <w:t xml:space="preserve">   Yūgiri → Ochiba   贈 sent</w:t>
      </w:r>
      <w:bookmarkEnd w:id="580"/>
    </w:p>
    <w:p>
      <w:pPr>
        <w:keepNext/>
        <w:spacing w:after="40"/>
      </w:pPr>
      <w:r>
        <w:rPr>
          <w:b/>
          <w:i w:val="0"/>
          <w:color w:val="6A6F75"/>
          <w:sz w:val="18"/>
        </w:rPr>
        <w:t xml:space="preserve">Context. </w:t>
      </w:r>
      <w:r>
        <w:rPr>
          <w:b w:val="0"/>
          <w:i w:val="0"/>
          <w:color w:val="6A6F75"/>
          <w:sz w:val="19"/>
        </w:rPr>
        <w:t>Yūgiri writes again to Ochiba; she keeps silent.</w:t>
      </w:r>
    </w:p>
    <w:p>
      <w:pPr>
        <w:keepNext/>
        <w:spacing w:after="0"/>
      </w:pPr>
      <w:r>
        <w:rPr>
          <w:rFonts w:ascii="Noto Serif CJK JP" w:hAnsi="Noto Serif CJK JP" w:eastAsia="Noto Serif CJK JP"/>
          <w:b w:val="0"/>
          <w:i w:val="0"/>
          <w:color w:val="222B33"/>
          <w:sz w:val="26"/>
        </w:rPr>
        <w:t>いつとかはおどろかすべき明けぬ夜の夢覚めてとか言ひしひとこと</w:t>
      </w:r>
    </w:p>
    <w:p>
      <w:pPr>
        <w:keepNext/>
        <w:spacing w:after="60"/>
      </w:pPr>
      <w:r>
        <w:rPr>
          <w:rFonts w:ascii="Noto Serif CJK JP" w:hAnsi="Noto Serif CJK JP" w:eastAsia="Noto Serif CJK JP"/>
          <w:b w:val="0"/>
          <w:i w:val="0"/>
          <w:color w:val="6A6F75"/>
          <w:sz w:val="19"/>
        </w:rPr>
        <w:t>いつとかは　／　おとろかすへき　／　あけぬよの　／　ゆめさめてとか　／　いひしひとこと</w:t>
      </w:r>
    </w:p>
    <w:p>
      <w:pPr>
        <w:keepNext/>
        <w:spacing w:after="60"/>
      </w:pPr>
      <w:r>
        <w:rPr>
          <w:b w:val="0"/>
          <w:i/>
          <w:color w:val="222B33"/>
          <w:sz w:val="21"/>
        </w:rPr>
        <w:t>When might I</w:t>
        <w:br/>
      </w:r>
      <w:r>
        <w:rPr>
          <w:b w:val="0"/>
          <w:i/>
          <w:color w:val="222B33"/>
          <w:sz w:val="21"/>
        </w:rPr>
        <w:t>wake you, from the dream</w:t>
        <w:br/>
      </w:r>
      <w:r>
        <w:rPr>
          <w:b w:val="0"/>
          <w:i/>
          <w:color w:val="222B33"/>
          <w:sz w:val="21"/>
        </w:rPr>
        <w:t>of a night without dawn,</w:t>
        <w:br/>
      </w:r>
      <w:r>
        <w:rPr>
          <w:b w:val="0"/>
          <w:i/>
          <w:color w:val="222B33"/>
          <w:sz w:val="21"/>
        </w:rPr>
        <w:t>as you said</w:t>
        <w:br/>
      </w:r>
      <w:r>
        <w:rPr>
          <w:b w:val="0"/>
          <w:i/>
          <w:color w:val="222B33"/>
          <w:sz w:val="21"/>
        </w:rPr>
        <w:t>in that one word?</w:t>
      </w:r>
    </w:p>
    <w:p>
      <w:pPr>
        <w:spacing w:after="40"/>
      </w:pPr>
      <w:r>
        <w:rPr>
          <w:b w:val="0"/>
          <w:i w:val="0"/>
          <w:color w:val="6A6F75"/>
          <w:sz w:val="18"/>
        </w:rPr>
        <w:t xml:space="preserve">Answered by </w:t>
      </w:r>
      <w:hyperlink w:anchor="p542">
        <w:r>
          <w:rPr>
            <w:color w:val="2E5A80"/>
            <w:u w:val="single"/>
            <w:sz w:val="18"/>
          </w:rPr>
          <w:t xml:space="preserve">No. 542 (Ochiba)</w:t>
        </w:r>
      </w:hyperlink>
    </w:p>
    <w:p>
      <w:pPr>
        <w:keepNext/>
        <w:spacing w:after="20" w:before="200"/>
      </w:pPr>
      <w:bookmarkStart w:id="581" w:name="p542"/>
      <w:r>
        <w:rPr>
          <w:b/>
          <w:i w:val="0"/>
          <w:color w:val="222B33"/>
          <w:sz w:val="22"/>
        </w:rPr>
        <w:t>No. 542</w:t>
      </w:r>
      <w:r>
        <w:rPr>
          <w:b w:val="0"/>
          <w:i w:val="0"/>
          <w:color w:val="6A6F75"/>
          <w:sz w:val="18"/>
        </w:rPr>
        <w:t xml:space="preserve">   Ochiba   答:独 reply / solo</w:t>
      </w:r>
      <w:bookmarkEnd w:id="581"/>
    </w:p>
    <w:p>
      <w:pPr>
        <w:keepNext/>
        <w:spacing w:after="0"/>
      </w:pPr>
      <w:r>
        <w:rPr>
          <w:rFonts w:ascii="Noto Serif CJK JP" w:hAnsi="Noto Serif CJK JP" w:eastAsia="Noto Serif CJK JP"/>
          <w:b w:val="0"/>
          <w:i w:val="0"/>
          <w:color w:val="222B33"/>
          <w:sz w:val="26"/>
        </w:rPr>
        <w:t>朝夕に泣く音を立つる小野山は絶えぬ涙や音無の滝</w:t>
      </w:r>
    </w:p>
    <w:p>
      <w:pPr>
        <w:keepNext/>
        <w:spacing w:after="60"/>
      </w:pPr>
      <w:r>
        <w:rPr>
          <w:rFonts w:ascii="Noto Serif CJK JP" w:hAnsi="Noto Serif CJK JP" w:eastAsia="Noto Serif CJK JP"/>
          <w:b w:val="0"/>
          <w:i w:val="0"/>
          <w:color w:val="6A6F75"/>
          <w:sz w:val="19"/>
        </w:rPr>
        <w:t>あさゆふに　／　なくねをたつる　／　をの山は　／　たえぬなみたや　／　をとなしの滝</w:t>
      </w:r>
    </w:p>
    <w:p>
      <w:pPr>
        <w:keepNext/>
        <w:spacing w:after="60"/>
      </w:pPr>
      <w:r>
        <w:rPr>
          <w:b w:val="0"/>
          <w:i/>
          <w:color w:val="222B33"/>
          <w:sz w:val="21"/>
        </w:rPr>
        <w:t>Ono mountain</w:t>
        <w:br/>
      </w:r>
      <w:r>
        <w:rPr>
          <w:b w:val="0"/>
          <w:i/>
          <w:color w:val="222B33"/>
          <w:sz w:val="21"/>
        </w:rPr>
        <w:t>where morning and evening I cry aloud:</w:t>
        <w:br/>
      </w:r>
      <w:r>
        <w:rPr>
          <w:b w:val="0"/>
          <w:i/>
          <w:color w:val="222B33"/>
          <w:sz w:val="21"/>
        </w:rPr>
        <w:t>is it the Soundless Falls</w:t>
        <w:br/>
      </w:r>
      <w:r>
        <w:rPr>
          <w:b w:val="0"/>
          <w:i/>
          <w:color w:val="222B33"/>
          <w:sz w:val="21"/>
        </w:rPr>
        <w:t>of tears</w:t>
        <w:br/>
      </w:r>
      <w:r>
        <w:rPr>
          <w:b w:val="0"/>
          <w:i/>
          <w:color w:val="222B33"/>
          <w:sz w:val="21"/>
        </w:rPr>
        <w:t>that never end?</w:t>
      </w:r>
    </w:p>
    <w:p>
      <w:pPr>
        <w:spacing w:after="40"/>
      </w:pPr>
      <w:r>
        <w:rPr>
          <w:b w:val="0"/>
          <w:i w:val="0"/>
          <w:color w:val="222B33"/>
          <w:sz w:val="19"/>
        </w:rPr>
        <w:t>Otonashi, “soundless,” a waterfall near Ono. Written in practice; sent to Yūgiri unasked.</w:t>
      </w:r>
    </w:p>
    <w:p>
      <w:pPr>
        <w:spacing w:after="40"/>
      </w:pPr>
      <w:r>
        <w:rPr>
          <w:b/>
          <w:i w:val="0"/>
          <w:color w:val="8A4B1C"/>
          <w:sz w:val="18"/>
        </w:rPr>
        <w:t xml:space="preserve">Attribution uncertain. </w:t>
      </w:r>
      <w:r>
        <w:rPr>
          <w:b w:val="0"/>
          <w:i w:val="0"/>
          <w:sz w:val="19"/>
        </w:rPr>
        <w:t>Classified both as a reply to No. 541 and as private reflection; the reply link is editorial.</w:t>
      </w:r>
    </w:p>
    <w:p>
      <w:pPr>
        <w:spacing w:after="40"/>
      </w:pPr>
      <w:r>
        <w:rPr>
          <w:b w:val="0"/>
          <w:i w:val="0"/>
          <w:color w:val="6A6F75"/>
          <w:sz w:val="18"/>
        </w:rPr>
        <w:t xml:space="preserve">In reply to </w:t>
      </w:r>
      <w:hyperlink w:anchor="p541">
        <w:r>
          <w:rPr>
            <w:color w:val="2E5A80"/>
            <w:u w:val="single"/>
            <w:sz w:val="18"/>
          </w:rPr>
          <w:t xml:space="preserve">No. 541 (Yūgiri)</w:t>
        </w:r>
      </w:hyperlink>
    </w:p>
    <w:p>
      <w:pPr>
        <w:keepNext/>
        <w:spacing w:after="20" w:before="200"/>
      </w:pPr>
      <w:bookmarkStart w:id="582" w:name="p543"/>
      <w:r>
        <w:rPr>
          <w:b/>
          <w:i w:val="0"/>
          <w:color w:val="222B33"/>
          <w:sz w:val="22"/>
        </w:rPr>
        <w:t>No. 543</w:t>
      </w:r>
      <w:r>
        <w:rPr>
          <w:b w:val="0"/>
          <w:i w:val="0"/>
          <w:color w:val="6A6F75"/>
          <w:sz w:val="18"/>
        </w:rPr>
        <w:t xml:space="preserve">   Ochiba   独 solo</w:t>
      </w:r>
      <w:bookmarkEnd w:id="582"/>
    </w:p>
    <w:p>
      <w:pPr>
        <w:keepNext/>
        <w:spacing w:after="40"/>
      </w:pPr>
      <w:r>
        <w:rPr>
          <w:b/>
          <w:i w:val="0"/>
          <w:color w:val="6A6F75"/>
          <w:sz w:val="18"/>
        </w:rPr>
        <w:t xml:space="preserve">Context. </w:t>
      </w:r>
      <w:r>
        <w:rPr>
          <w:b w:val="0"/>
          <w:i w:val="0"/>
          <w:color w:val="6A6F75"/>
          <w:sz w:val="19"/>
        </w:rPr>
        <w:t>Ochiba after her mother’s cremation; she wishes she had gone with her.</w:t>
      </w:r>
    </w:p>
    <w:p>
      <w:pPr>
        <w:keepNext/>
        <w:spacing w:after="0"/>
      </w:pPr>
      <w:r>
        <w:rPr>
          <w:rFonts w:ascii="Noto Serif CJK JP" w:hAnsi="Noto Serif CJK JP" w:eastAsia="Noto Serif CJK JP"/>
          <w:b w:val="0"/>
          <w:i w:val="0"/>
          <w:color w:val="222B33"/>
          <w:sz w:val="26"/>
        </w:rPr>
        <w:t>のぼりにし峰の煙にたちまじり思はぬ方になびかずもがな</w:t>
      </w:r>
    </w:p>
    <w:p>
      <w:pPr>
        <w:keepNext/>
        <w:spacing w:after="60"/>
      </w:pPr>
      <w:r>
        <w:rPr>
          <w:rFonts w:ascii="Noto Serif CJK JP" w:hAnsi="Noto Serif CJK JP" w:eastAsia="Noto Serif CJK JP"/>
          <w:b w:val="0"/>
          <w:i w:val="0"/>
          <w:color w:val="6A6F75"/>
          <w:sz w:val="19"/>
        </w:rPr>
        <w:t>のほりにし　／　みねのけふりに　／　たちましり　／　おもはぬかたに　／　なひかすもかな</w:t>
      </w:r>
    </w:p>
    <w:p>
      <w:pPr>
        <w:keepNext/>
        <w:spacing w:after="60"/>
      </w:pPr>
      <w:r>
        <w:rPr>
          <w:b w:val="0"/>
          <w:i/>
          <w:color w:val="222B33"/>
          <w:sz w:val="21"/>
        </w:rPr>
        <w:t>Mingle with the smoke</w:t>
        <w:br/>
      </w:r>
      <w:r>
        <w:rPr>
          <w:b w:val="0"/>
          <w:i/>
          <w:color w:val="222B33"/>
          <w:sz w:val="21"/>
        </w:rPr>
        <w:t>on the peak where she rose:</w:t>
        <w:br/>
      </w:r>
      <w:r>
        <w:rPr>
          <w:b w:val="0"/>
          <w:i/>
          <w:color w:val="222B33"/>
          <w:sz w:val="21"/>
        </w:rPr>
        <w:t>I would not bend</w:t>
        <w:br/>
      </w:r>
      <w:r>
        <w:rPr>
          <w:b w:val="0"/>
          <w:i/>
          <w:color w:val="222B33"/>
          <w:sz w:val="21"/>
        </w:rPr>
        <w:t>where I</w:t>
        <w:br/>
      </w:r>
      <w:r>
        <w:rPr>
          <w:b w:val="0"/>
          <w:i/>
          <w:color w:val="222B33"/>
          <w:sz w:val="21"/>
        </w:rPr>
        <w:t>never thought to go.</w:t>
      </w:r>
    </w:p>
    <w:p>
      <w:pPr>
        <w:spacing w:after="40"/>
      </w:pPr>
      <w:r>
        <w:rPr>
          <w:b w:val="0"/>
          <w:i w:val="0"/>
          <w:color w:val="222B33"/>
          <w:sz w:val="19"/>
        </w:rPr>
        <w:t>Her mother’s cremation smoke.</w:t>
      </w:r>
    </w:p>
    <w:p>
      <w:pPr>
        <w:keepNext/>
        <w:spacing w:after="20" w:before="200"/>
      </w:pPr>
      <w:bookmarkStart w:id="583" w:name="p544"/>
      <w:r>
        <w:rPr>
          <w:b/>
          <w:i w:val="0"/>
          <w:color w:val="222B33"/>
          <w:sz w:val="22"/>
        </w:rPr>
        <w:t>No. 544</w:t>
      </w:r>
      <w:r>
        <w:rPr>
          <w:b w:val="0"/>
          <w:i w:val="0"/>
          <w:color w:val="6A6F75"/>
          <w:sz w:val="18"/>
        </w:rPr>
        <w:t xml:space="preserve">   Ochiba   独 solo</w:t>
      </w:r>
      <w:bookmarkEnd w:id="583"/>
    </w:p>
    <w:p>
      <w:pPr>
        <w:keepNext/>
        <w:spacing w:after="40"/>
      </w:pPr>
      <w:r>
        <w:rPr>
          <w:b/>
          <w:i w:val="0"/>
          <w:color w:val="6A6F75"/>
          <w:sz w:val="18"/>
        </w:rPr>
        <w:t xml:space="preserve">Context. </w:t>
      </w:r>
      <w:r>
        <w:rPr>
          <w:b w:val="0"/>
          <w:i w:val="0"/>
          <w:color w:val="6A6F75"/>
          <w:sz w:val="19"/>
        </w:rPr>
        <w:t>Ochiba with her mother’s keepsake box; she blames herself for the mother’s death.</w:t>
      </w:r>
    </w:p>
    <w:p>
      <w:pPr>
        <w:keepNext/>
        <w:spacing w:after="0"/>
      </w:pPr>
      <w:r>
        <w:rPr>
          <w:rFonts w:ascii="Noto Serif CJK JP" w:hAnsi="Noto Serif CJK JP" w:eastAsia="Noto Serif CJK JP"/>
          <w:b w:val="0"/>
          <w:i w:val="0"/>
          <w:color w:val="222B33"/>
          <w:sz w:val="26"/>
        </w:rPr>
        <w:t>恋しさの慰めがたき形見にて涙にくもる玉の筥かな</w:t>
      </w:r>
    </w:p>
    <w:p>
      <w:pPr>
        <w:keepNext/>
        <w:spacing w:after="60"/>
      </w:pPr>
      <w:r>
        <w:rPr>
          <w:rFonts w:ascii="Noto Serif CJK JP" w:hAnsi="Noto Serif CJK JP" w:eastAsia="Noto Serif CJK JP"/>
          <w:b w:val="0"/>
          <w:i w:val="0"/>
          <w:color w:val="6A6F75"/>
          <w:sz w:val="19"/>
        </w:rPr>
        <w:t>恋しさの　／　なくさめかたき　／　かたみにて　／　なみたにくもる　／　玉のはこかな</w:t>
      </w:r>
    </w:p>
    <w:p>
      <w:pPr>
        <w:keepNext/>
        <w:spacing w:after="60"/>
      </w:pPr>
      <w:r>
        <w:rPr>
          <w:b w:val="0"/>
          <w:i/>
          <w:color w:val="222B33"/>
          <w:sz w:val="21"/>
        </w:rPr>
        <w:t>A keepsake that</w:t>
        <w:br/>
      </w:r>
      <w:r>
        <w:rPr>
          <w:b w:val="0"/>
          <w:i/>
          <w:color w:val="222B33"/>
          <w:sz w:val="21"/>
        </w:rPr>
        <w:t>cannot comfort longing:</w:t>
        <w:br/>
      </w:r>
      <w:r>
        <w:rPr>
          <w:b w:val="0"/>
          <w:i/>
          <w:color w:val="222B33"/>
          <w:sz w:val="21"/>
        </w:rPr>
        <w:t>the jeweled box</w:t>
        <w:br/>
      </w:r>
      <w:r>
        <w:rPr>
          <w:b w:val="0"/>
          <w:i/>
          <w:color w:val="222B33"/>
          <w:sz w:val="21"/>
        </w:rPr>
        <w:t>clouded</w:t>
        <w:br/>
      </w:r>
      <w:r>
        <w:rPr>
          <w:b w:val="0"/>
          <w:i/>
          <w:color w:val="222B33"/>
          <w:sz w:val="21"/>
        </w:rPr>
        <w:t>with tears.</w:t>
      </w:r>
    </w:p>
    <w:p>
      <w:pPr>
        <w:keepNext/>
        <w:spacing w:after="20" w:before="200"/>
      </w:pPr>
      <w:bookmarkStart w:id="584" w:name="p545"/>
      <w:r>
        <w:rPr>
          <w:b/>
          <w:i w:val="0"/>
          <w:color w:val="222B33"/>
          <w:sz w:val="22"/>
        </w:rPr>
        <w:t>No. 545</w:t>
      </w:r>
      <w:r>
        <w:rPr>
          <w:b w:val="0"/>
          <w:i w:val="0"/>
          <w:color w:val="6A6F75"/>
          <w:sz w:val="18"/>
        </w:rPr>
        <w:t xml:space="preserve">   Yūgiri → Ochiba   贈:独 sent / solo</w:t>
      </w:r>
      <w:bookmarkEnd w:id="584"/>
    </w:p>
    <w:p>
      <w:pPr>
        <w:keepNext/>
        <w:spacing w:after="40"/>
      </w:pPr>
      <w:r>
        <w:rPr>
          <w:b/>
          <w:i w:val="0"/>
          <w:color w:val="6A6F75"/>
          <w:sz w:val="18"/>
        </w:rPr>
        <w:t xml:space="preserve">Context. </w:t>
      </w:r>
      <w:r>
        <w:rPr>
          <w:b w:val="0"/>
          <w:i w:val="0"/>
          <w:color w:val="6A6F75"/>
          <w:sz w:val="19"/>
        </w:rPr>
        <w:t>Yūgiri, at Ichijō; Ochiba has shut herself in a storeroom.</w:t>
      </w:r>
    </w:p>
    <w:p>
      <w:pPr>
        <w:keepNext/>
        <w:spacing w:after="0"/>
      </w:pPr>
      <w:r>
        <w:rPr>
          <w:rFonts w:ascii="Noto Serif CJK JP" w:hAnsi="Noto Serif CJK JP" w:eastAsia="Noto Serif CJK JP"/>
          <w:b w:val="0"/>
          <w:i w:val="0"/>
          <w:color w:val="222B33"/>
          <w:sz w:val="26"/>
        </w:rPr>
        <w:t>怨みわび胸あきがたき冬の夜にまた鎖しまさる関の岩門</w:t>
      </w:r>
    </w:p>
    <w:p>
      <w:pPr>
        <w:keepNext/>
        <w:spacing w:after="60"/>
      </w:pPr>
      <w:r>
        <w:rPr>
          <w:rFonts w:ascii="Noto Serif CJK JP" w:hAnsi="Noto Serif CJK JP" w:eastAsia="Noto Serif CJK JP"/>
          <w:b w:val="0"/>
          <w:i w:val="0"/>
          <w:color w:val="6A6F75"/>
          <w:sz w:val="19"/>
        </w:rPr>
        <w:t>うらみわひ　／　むねあきかたき　／　冬のよに　／　またさしまさる　／　関のいはかと</w:t>
      </w:r>
    </w:p>
    <w:p>
      <w:pPr>
        <w:keepNext/>
        <w:spacing w:after="60"/>
      </w:pPr>
      <w:r>
        <w:rPr>
          <w:b w:val="0"/>
          <w:i/>
          <w:color w:val="222B33"/>
          <w:sz w:val="21"/>
        </w:rPr>
        <w:t>Resentful and tired,</w:t>
        <w:br/>
      </w:r>
      <w:r>
        <w:rPr>
          <w:b w:val="0"/>
          <w:i/>
          <w:color w:val="222B33"/>
          <w:sz w:val="21"/>
        </w:rPr>
        <w:t>on a winter night that will not open</w:t>
        <w:br/>
      </w:r>
      <w:r>
        <w:rPr>
          <w:b w:val="0"/>
          <w:i/>
          <w:color w:val="222B33"/>
          <w:sz w:val="21"/>
        </w:rPr>
        <w:t>in my breast, the rock door</w:t>
        <w:br/>
      </w:r>
      <w:r>
        <w:rPr>
          <w:b w:val="0"/>
          <w:i/>
          <w:color w:val="222B33"/>
          <w:sz w:val="21"/>
        </w:rPr>
        <w:t>of the barrier</w:t>
        <w:br/>
      </w:r>
      <w:r>
        <w:rPr>
          <w:b w:val="0"/>
          <w:i/>
          <w:color w:val="222B33"/>
          <w:sz w:val="21"/>
        </w:rPr>
        <w:t>is shut the more.</w:t>
      </w:r>
    </w:p>
    <w:p>
      <w:pPr>
        <w:spacing w:after="40"/>
      </w:pPr>
      <w:r>
        <w:rPr>
          <w:b w:val="0"/>
          <w:i w:val="0"/>
          <w:color w:val="222B33"/>
          <w:sz w:val="19"/>
        </w:rPr>
        <w:t>She has locked herself in a closet.</w:t>
      </w:r>
    </w:p>
    <w:p>
      <w:pPr>
        <w:keepNext/>
        <w:spacing w:after="20" w:before="200"/>
      </w:pPr>
      <w:bookmarkStart w:id="585" w:name="p546"/>
      <w:r>
        <w:rPr>
          <w:b/>
          <w:i w:val="0"/>
          <w:color w:val="222B33"/>
          <w:sz w:val="22"/>
        </w:rPr>
        <w:t>No. 546</w:t>
      </w:r>
      <w:r>
        <w:rPr>
          <w:b w:val="0"/>
          <w:i w:val="0"/>
          <w:color w:val="6A6F75"/>
          <w:sz w:val="18"/>
        </w:rPr>
        <w:t xml:space="preserve">   Kumoi no Kari → Yūgiri   贈 sent</w:t>
      </w:r>
      <w:bookmarkEnd w:id="585"/>
    </w:p>
    <w:p>
      <w:pPr>
        <w:keepNext/>
        <w:spacing w:after="40"/>
      </w:pPr>
      <w:r>
        <w:rPr>
          <w:b/>
          <w:i w:val="0"/>
          <w:color w:val="6A6F75"/>
          <w:sz w:val="18"/>
        </w:rPr>
        <w:t xml:space="preserve">Context. </w:t>
      </w:r>
      <w:r>
        <w:rPr>
          <w:b w:val="0"/>
          <w:i w:val="0"/>
          <w:color w:val="6A6F75"/>
          <w:sz w:val="19"/>
        </w:rPr>
        <w:t>Kumoi no Kari, jealous, moves back to her father’s house.</w:t>
      </w:r>
    </w:p>
    <w:p>
      <w:pPr>
        <w:keepNext/>
        <w:spacing w:after="0"/>
      </w:pPr>
      <w:r>
        <w:rPr>
          <w:rFonts w:ascii="Noto Serif CJK JP" w:hAnsi="Noto Serif CJK JP" w:eastAsia="Noto Serif CJK JP"/>
          <w:b w:val="0"/>
          <w:i w:val="0"/>
          <w:color w:val="222B33"/>
          <w:sz w:val="26"/>
        </w:rPr>
        <w:t>馴るる身を恨むるよりは松島の海人の衣に裁ちやかへまし</w:t>
      </w:r>
    </w:p>
    <w:p>
      <w:pPr>
        <w:keepNext/>
        <w:spacing w:after="60"/>
      </w:pPr>
      <w:r>
        <w:rPr>
          <w:rFonts w:ascii="Noto Serif CJK JP" w:hAnsi="Noto Serif CJK JP" w:eastAsia="Noto Serif CJK JP"/>
          <w:b w:val="0"/>
          <w:i w:val="0"/>
          <w:color w:val="6A6F75"/>
          <w:sz w:val="19"/>
        </w:rPr>
        <w:t>なるゝ身を　／　うらむるよりは　／　松しまの　／　あまのころもに　／　たちやかへまし</w:t>
      </w:r>
    </w:p>
    <w:p>
      <w:pPr>
        <w:keepNext/>
        <w:spacing w:after="60"/>
      </w:pPr>
      <w:r>
        <w:rPr>
          <w:b w:val="0"/>
          <w:i/>
          <w:color w:val="222B33"/>
          <w:sz w:val="21"/>
        </w:rPr>
        <w:t>Rather than resent</w:t>
        <w:br/>
      </w:r>
      <w:r>
        <w:rPr>
          <w:b w:val="0"/>
          <w:i/>
          <w:color w:val="222B33"/>
          <w:sz w:val="21"/>
        </w:rPr>
        <w:t>myself for growing stale,</w:t>
        <w:br/>
      </w:r>
      <w:r>
        <w:rPr>
          <w:b w:val="0"/>
          <w:i/>
          <w:color w:val="222B33"/>
          <w:sz w:val="21"/>
        </w:rPr>
        <w:t>should I cut it over</w:t>
        <w:br/>
      </w:r>
      <w:r>
        <w:rPr>
          <w:b w:val="0"/>
          <w:i/>
          <w:color w:val="222B33"/>
          <w:sz w:val="21"/>
        </w:rPr>
        <w:t>into the robe</w:t>
        <w:br/>
      </w:r>
      <w:r>
        <w:rPr>
          <w:b w:val="0"/>
          <w:i/>
          <w:color w:val="222B33"/>
          <w:sz w:val="21"/>
        </w:rPr>
        <w:t>of a Matsushima fisher?</w:t>
      </w:r>
    </w:p>
    <w:p>
      <w:pPr>
        <w:spacing w:after="40"/>
      </w:pPr>
      <w:r>
        <w:rPr>
          <w:b w:val="0"/>
          <w:i w:val="0"/>
          <w:color w:val="222B33"/>
          <w:sz w:val="19"/>
        </w:rPr>
        <w:t>Ama: “fisher” and “nun.”</w:t>
      </w:r>
    </w:p>
    <w:p>
      <w:pPr>
        <w:spacing w:after="40"/>
      </w:pPr>
      <w:r>
        <w:rPr>
          <w:b w:val="0"/>
          <w:i w:val="0"/>
          <w:color w:val="6A6F75"/>
          <w:sz w:val="18"/>
        </w:rPr>
        <w:t xml:space="preserve">Answered by </w:t>
      </w:r>
      <w:hyperlink w:anchor="p547">
        <w:r>
          <w:rPr>
            <w:color w:val="2E5A80"/>
            <w:u w:val="single"/>
            <w:sz w:val="18"/>
          </w:rPr>
          <w:t xml:space="preserve">No. 547 (Yūgiri)</w:t>
        </w:r>
      </w:hyperlink>
    </w:p>
    <w:p>
      <w:pPr>
        <w:keepNext/>
        <w:spacing w:after="20" w:before="200"/>
      </w:pPr>
      <w:bookmarkStart w:id="586" w:name="p547"/>
      <w:r>
        <w:rPr>
          <w:b/>
          <w:i w:val="0"/>
          <w:color w:val="222B33"/>
          <w:sz w:val="22"/>
        </w:rPr>
        <w:t>No. 547</w:t>
      </w:r>
      <w:r>
        <w:rPr>
          <w:b w:val="0"/>
          <w:i w:val="0"/>
          <w:color w:val="6A6F75"/>
          <w:sz w:val="18"/>
        </w:rPr>
        <w:t xml:space="preserve">   Yūgiri → Kumoi no Kari   答 reply</w:t>
      </w:r>
      <w:bookmarkEnd w:id="586"/>
    </w:p>
    <w:p>
      <w:pPr>
        <w:keepNext/>
        <w:spacing w:after="0"/>
      </w:pPr>
      <w:r>
        <w:rPr>
          <w:rFonts w:ascii="Noto Serif CJK JP" w:hAnsi="Noto Serif CJK JP" w:eastAsia="Noto Serif CJK JP"/>
          <w:b w:val="0"/>
          <w:i w:val="0"/>
          <w:color w:val="222B33"/>
          <w:sz w:val="26"/>
        </w:rPr>
        <w:t>松島の海人の濡衣なれぬとて脱ぎ替へつてふ名を立ためやは</w:t>
      </w:r>
    </w:p>
    <w:p>
      <w:pPr>
        <w:keepNext/>
        <w:spacing w:after="60"/>
      </w:pPr>
      <w:r>
        <w:rPr>
          <w:rFonts w:ascii="Noto Serif CJK JP" w:hAnsi="Noto Serif CJK JP" w:eastAsia="Noto Serif CJK JP"/>
          <w:b w:val="0"/>
          <w:i w:val="0"/>
          <w:color w:val="6A6F75"/>
          <w:sz w:val="19"/>
        </w:rPr>
        <w:t>まつしまの　／　あまのぬれきぬ　／　なれぬとて　／　ぬきかへつてふ　／　なをたゝめやは</w:t>
      </w:r>
    </w:p>
    <w:p>
      <w:pPr>
        <w:keepNext/>
        <w:spacing w:after="60"/>
      </w:pPr>
      <w:r>
        <w:rPr>
          <w:b w:val="0"/>
          <w:i/>
          <w:color w:val="222B33"/>
          <w:sz w:val="21"/>
        </w:rPr>
        <w:t>Because the wet robe</w:t>
        <w:br/>
      </w:r>
      <w:r>
        <w:rPr>
          <w:b w:val="0"/>
          <w:i/>
          <w:color w:val="222B33"/>
          <w:sz w:val="21"/>
        </w:rPr>
        <w:t>of the Matsushima fisher grows stale,</w:t>
        <w:br/>
      </w:r>
      <w:r>
        <w:rPr>
          <w:b w:val="0"/>
          <w:i/>
          <w:color w:val="222B33"/>
          <w:sz w:val="21"/>
        </w:rPr>
        <w:t>would you raise the name</w:t>
        <w:br/>
      </w:r>
      <w:r>
        <w:rPr>
          <w:b w:val="0"/>
          <w:i/>
          <w:color w:val="222B33"/>
          <w:sz w:val="21"/>
        </w:rPr>
        <w:t>of one who</w:t>
        <w:br/>
      </w:r>
      <w:r>
        <w:rPr>
          <w:b w:val="0"/>
          <w:i/>
          <w:color w:val="222B33"/>
          <w:sz w:val="21"/>
        </w:rPr>
        <w:t>changed robes?</w:t>
      </w:r>
    </w:p>
    <w:p>
      <w:pPr>
        <w:spacing w:after="40"/>
      </w:pPr>
      <w:r>
        <w:rPr>
          <w:b w:val="0"/>
          <w:i w:val="0"/>
          <w:color w:val="6A6F75"/>
          <w:sz w:val="18"/>
        </w:rPr>
        <w:t xml:space="preserve">In reply to </w:t>
      </w:r>
      <w:hyperlink w:anchor="p546">
        <w:r>
          <w:rPr>
            <w:color w:val="2E5A80"/>
            <w:u w:val="single"/>
            <w:sz w:val="18"/>
          </w:rPr>
          <w:t xml:space="preserve">No. 546 (Kumoi no Kari)</w:t>
        </w:r>
      </w:hyperlink>
    </w:p>
    <w:p>
      <w:pPr>
        <w:keepNext/>
        <w:spacing w:after="20" w:before="200"/>
      </w:pPr>
      <w:bookmarkStart w:id="587" w:name="p548"/>
      <w:r>
        <w:rPr>
          <w:b/>
          <w:i w:val="0"/>
          <w:color w:val="222B33"/>
          <w:sz w:val="22"/>
        </w:rPr>
        <w:t>No. 548</w:t>
      </w:r>
      <w:r>
        <w:rPr>
          <w:b w:val="0"/>
          <w:i w:val="0"/>
          <w:color w:val="6A6F75"/>
          <w:sz w:val="18"/>
        </w:rPr>
        <w:t xml:space="preserve">   Tō no Chūjō → Ochiba   贈 sent</w:t>
      </w:r>
      <w:bookmarkEnd w:id="587"/>
    </w:p>
    <w:p>
      <w:pPr>
        <w:keepNext/>
        <w:spacing w:after="40"/>
      </w:pPr>
      <w:r>
        <w:rPr>
          <w:b/>
          <w:i w:val="0"/>
          <w:color w:val="6A6F75"/>
          <w:sz w:val="18"/>
        </w:rPr>
        <w:t xml:space="preserve">Context. </w:t>
      </w:r>
      <w:r>
        <w:rPr>
          <w:b w:val="0"/>
          <w:i w:val="0"/>
          <w:color w:val="6A6F75"/>
          <w:sz w:val="19"/>
        </w:rPr>
        <w:t>Tō no Chūjō, Ochiba’s father-in-law, writes to her over the Yūgiri affair.</w:t>
      </w:r>
    </w:p>
    <w:p>
      <w:pPr>
        <w:keepNext/>
        <w:spacing w:after="0"/>
      </w:pPr>
      <w:r>
        <w:rPr>
          <w:rFonts w:ascii="Noto Serif CJK JP" w:hAnsi="Noto Serif CJK JP" w:eastAsia="Noto Serif CJK JP"/>
          <w:b w:val="0"/>
          <w:i w:val="0"/>
          <w:color w:val="222B33"/>
          <w:sz w:val="26"/>
        </w:rPr>
        <w:t>契りあれや君を心にとどめおきてあはれと思ふ恨めしと聞く</w:t>
      </w:r>
    </w:p>
    <w:p>
      <w:pPr>
        <w:keepNext/>
        <w:spacing w:after="60"/>
      </w:pPr>
      <w:r>
        <w:rPr>
          <w:rFonts w:ascii="Noto Serif CJK JP" w:hAnsi="Noto Serif CJK JP" w:eastAsia="Noto Serif CJK JP"/>
          <w:b w:val="0"/>
          <w:i w:val="0"/>
          <w:color w:val="6A6F75"/>
          <w:sz w:val="19"/>
        </w:rPr>
        <w:t>ちきりあれや　／　君をこゝろに　／　とゝめをきて　／　あはれとおもふ　／　うらめしときく</w:t>
      </w:r>
    </w:p>
    <w:p>
      <w:pPr>
        <w:keepNext/>
        <w:spacing w:after="60"/>
      </w:pPr>
      <w:r>
        <w:rPr>
          <w:b w:val="0"/>
          <w:i/>
          <w:color w:val="222B33"/>
          <w:sz w:val="21"/>
        </w:rPr>
        <w:t>Is there a bond,</w:t>
        <w:br/>
      </w:r>
      <w:r>
        <w:rPr>
          <w:b w:val="0"/>
          <w:i/>
          <w:color w:val="222B33"/>
          <w:sz w:val="21"/>
        </w:rPr>
        <w:t>that I keep you in my heart?</w:t>
        <w:br/>
      </w:r>
      <w:r>
        <w:rPr>
          <w:b w:val="0"/>
          <w:i/>
          <w:color w:val="222B33"/>
          <w:sz w:val="21"/>
        </w:rPr>
        <w:t>I feel for you,</w:t>
        <w:br/>
      </w:r>
      <w:r>
        <w:rPr>
          <w:b w:val="0"/>
          <w:i/>
          <w:color w:val="222B33"/>
          <w:sz w:val="21"/>
        </w:rPr>
        <w:t>and I hear</w:t>
        <w:br/>
      </w:r>
      <w:r>
        <w:rPr>
          <w:b w:val="0"/>
          <w:i/>
          <w:color w:val="222B33"/>
          <w:sz w:val="21"/>
        </w:rPr>
        <w:t>it with bitterness.</w:t>
      </w:r>
    </w:p>
    <w:p>
      <w:pPr>
        <w:spacing w:after="40"/>
      </w:pPr>
      <w:r>
        <w:rPr>
          <w:b w:val="0"/>
          <w:i w:val="0"/>
          <w:color w:val="6A6F75"/>
          <w:sz w:val="18"/>
        </w:rPr>
        <w:t xml:space="preserve">Answered by </w:t>
      </w:r>
      <w:hyperlink w:anchor="p549">
        <w:r>
          <w:rPr>
            <w:color w:val="2E5A80"/>
            <w:u w:val="single"/>
            <w:sz w:val="18"/>
          </w:rPr>
          <w:t xml:space="preserve">No. 549 (Ochiba (written by her women))</w:t>
        </w:r>
      </w:hyperlink>
    </w:p>
    <w:p>
      <w:pPr>
        <w:keepNext/>
        <w:spacing w:after="20" w:before="200"/>
      </w:pPr>
      <w:bookmarkStart w:id="588" w:name="p549"/>
      <w:r>
        <w:rPr>
          <w:b/>
          <w:i w:val="0"/>
          <w:color w:val="222B33"/>
          <w:sz w:val="22"/>
        </w:rPr>
        <w:t>No. 549</w:t>
      </w:r>
      <w:r>
        <w:rPr>
          <w:b w:val="0"/>
          <w:i w:val="0"/>
          <w:color w:val="6A6F75"/>
          <w:sz w:val="18"/>
        </w:rPr>
        <w:t xml:space="preserve">   Ochiba (written by her women) → Tō no Chūjō   答 reply</w:t>
      </w:r>
      <w:bookmarkEnd w:id="588"/>
    </w:p>
    <w:p>
      <w:pPr>
        <w:keepNext/>
        <w:spacing w:after="0"/>
      </w:pPr>
      <w:r>
        <w:rPr>
          <w:rFonts w:ascii="Noto Serif CJK JP" w:hAnsi="Noto Serif CJK JP" w:eastAsia="Noto Serif CJK JP"/>
          <w:b w:val="0"/>
          <w:i w:val="0"/>
          <w:color w:val="222B33"/>
          <w:sz w:val="26"/>
        </w:rPr>
        <w:t>何ゆゑか世に数ならぬ身ひとつを憂しとも思ひかなしとも聞く</w:t>
      </w:r>
    </w:p>
    <w:p>
      <w:pPr>
        <w:keepNext/>
        <w:spacing w:after="60"/>
      </w:pPr>
      <w:r>
        <w:rPr>
          <w:rFonts w:ascii="Noto Serif CJK JP" w:hAnsi="Noto Serif CJK JP" w:eastAsia="Noto Serif CJK JP"/>
          <w:b w:val="0"/>
          <w:i w:val="0"/>
          <w:color w:val="6A6F75"/>
          <w:sz w:val="19"/>
        </w:rPr>
        <w:t>なにゆへか　／　世にかすならぬ　／　みひとつを　／　うしともおもひ　／　かなしともきく</w:t>
      </w:r>
    </w:p>
    <w:p>
      <w:pPr>
        <w:keepNext/>
        <w:spacing w:after="60"/>
      </w:pPr>
      <w:r>
        <w:rPr>
          <w:b w:val="0"/>
          <w:i/>
          <w:color w:val="222B33"/>
          <w:sz w:val="21"/>
        </w:rPr>
        <w:t>For what reason</w:t>
        <w:br/>
      </w:r>
      <w:r>
        <w:rPr>
          <w:b w:val="0"/>
          <w:i/>
          <w:color w:val="222B33"/>
          <w:sz w:val="21"/>
        </w:rPr>
        <w:t>do you hear of this single self</w:t>
        <w:br/>
      </w:r>
      <w:r>
        <w:rPr>
          <w:b w:val="0"/>
          <w:i/>
          <w:color w:val="222B33"/>
          <w:sz w:val="21"/>
        </w:rPr>
        <w:t>of no account</w:t>
        <w:br/>
      </w:r>
      <w:r>
        <w:rPr>
          <w:b w:val="0"/>
          <w:i/>
          <w:color w:val="222B33"/>
          <w:sz w:val="21"/>
        </w:rPr>
        <w:t>as bitter,</w:t>
        <w:br/>
      </w:r>
      <w:r>
        <w:rPr>
          <w:b w:val="0"/>
          <w:i/>
          <w:color w:val="222B33"/>
          <w:sz w:val="21"/>
        </w:rPr>
        <w:t>or as sad?</w:t>
      </w:r>
    </w:p>
    <w:p>
      <w:pPr>
        <w:spacing w:after="40"/>
      </w:pPr>
      <w:r>
        <w:rPr>
          <w:b w:val="0"/>
          <w:i w:val="0"/>
          <w:color w:val="6A6F75"/>
          <w:sz w:val="18"/>
        </w:rPr>
        <w:t xml:space="preserve">In reply to </w:t>
      </w:r>
      <w:hyperlink w:anchor="p548">
        <w:r>
          <w:rPr>
            <w:color w:val="2E5A80"/>
            <w:u w:val="single"/>
            <w:sz w:val="18"/>
          </w:rPr>
          <w:t xml:space="preserve">No. 548 (Tō no Chūjō)</w:t>
        </w:r>
      </w:hyperlink>
    </w:p>
    <w:p>
      <w:pPr>
        <w:keepNext/>
        <w:spacing w:after="20" w:before="200"/>
      </w:pPr>
      <w:bookmarkStart w:id="589" w:name="p550"/>
      <w:r>
        <w:rPr>
          <w:b/>
          <w:i w:val="0"/>
          <w:color w:val="222B33"/>
          <w:sz w:val="22"/>
        </w:rPr>
        <w:t>No. 550</w:t>
      </w:r>
      <w:r>
        <w:rPr>
          <w:b w:val="0"/>
          <w:i w:val="0"/>
          <w:color w:val="6A6F75"/>
          <w:sz w:val="18"/>
        </w:rPr>
        <w:t xml:space="preserve">   Tō no Naishi no Suke → Kumoi no Kari   贈 sent</w:t>
      </w:r>
      <w:bookmarkEnd w:id="589"/>
    </w:p>
    <w:p>
      <w:pPr>
        <w:keepNext/>
        <w:spacing w:after="40"/>
      </w:pPr>
      <w:r>
        <w:rPr>
          <w:b/>
          <w:i w:val="0"/>
          <w:color w:val="6A6F75"/>
          <w:sz w:val="18"/>
        </w:rPr>
        <w:t xml:space="preserve">Context. </w:t>
      </w:r>
      <w:r>
        <w:rPr>
          <w:b w:val="0"/>
          <w:i w:val="0"/>
          <w:color w:val="6A6F75"/>
          <w:sz w:val="19"/>
        </w:rPr>
        <w:t>Koremitsu’s daughter, Yūgiri’s mistress, consoles Kumoi no Kari.</w:t>
      </w:r>
    </w:p>
    <w:p>
      <w:pPr>
        <w:keepNext/>
        <w:spacing w:after="0"/>
      </w:pPr>
      <w:r>
        <w:rPr>
          <w:rFonts w:ascii="Noto Serif CJK JP" w:hAnsi="Noto Serif CJK JP" w:eastAsia="Noto Serif CJK JP"/>
          <w:b w:val="0"/>
          <w:i w:val="0"/>
          <w:color w:val="222B33"/>
          <w:sz w:val="26"/>
        </w:rPr>
        <w:t>数ならば身に知られまし世の憂さを人のためにも濡らす袖かな</w:t>
      </w:r>
    </w:p>
    <w:p>
      <w:pPr>
        <w:keepNext/>
        <w:spacing w:after="60"/>
      </w:pPr>
      <w:r>
        <w:rPr>
          <w:rFonts w:ascii="Noto Serif CJK JP" w:hAnsi="Noto Serif CJK JP" w:eastAsia="Noto Serif CJK JP"/>
          <w:b w:val="0"/>
          <w:i w:val="0"/>
          <w:color w:val="6A6F75"/>
          <w:sz w:val="19"/>
        </w:rPr>
        <w:t>かすならは　／　みにしられまし　／　世のうさを　／　人のためにも　／　ぬらす袖かな</w:t>
      </w:r>
    </w:p>
    <w:p>
      <w:pPr>
        <w:keepNext/>
        <w:spacing w:after="60"/>
      </w:pPr>
      <w:r>
        <w:rPr>
          <w:b w:val="0"/>
          <w:i/>
          <w:color w:val="222B33"/>
          <w:sz w:val="21"/>
        </w:rPr>
        <w:t>If I were anyone,</w:t>
        <w:br/>
      </w:r>
      <w:r>
        <w:rPr>
          <w:b w:val="0"/>
          <w:i/>
          <w:color w:val="222B33"/>
          <w:sz w:val="21"/>
        </w:rPr>
        <w:t>I would know myself the world’s pain;</w:t>
        <w:br/>
      </w:r>
      <w:r>
        <w:rPr>
          <w:b w:val="0"/>
          <w:i/>
          <w:color w:val="222B33"/>
          <w:sz w:val="21"/>
        </w:rPr>
        <w:t>yet for your sake</w:t>
        <w:br/>
      </w:r>
      <w:r>
        <w:rPr>
          <w:b w:val="0"/>
          <w:i/>
          <w:color w:val="222B33"/>
          <w:sz w:val="21"/>
        </w:rPr>
        <w:t>I too</w:t>
        <w:br/>
      </w:r>
      <w:r>
        <w:rPr>
          <w:b w:val="0"/>
          <w:i/>
          <w:color w:val="222B33"/>
          <w:sz w:val="21"/>
        </w:rPr>
        <w:t>wet my sleeves.</w:t>
      </w:r>
    </w:p>
    <w:p>
      <w:pPr>
        <w:spacing w:after="40"/>
      </w:pPr>
      <w:r>
        <w:rPr>
          <w:b w:val="0"/>
          <w:i w:val="0"/>
          <w:color w:val="222B33"/>
          <w:sz w:val="19"/>
        </w:rPr>
        <w:t>Yūgiri’s mistress, Koremitsu’s daughter, sends sympathy.</w:t>
      </w:r>
    </w:p>
    <w:p>
      <w:pPr>
        <w:spacing w:after="40"/>
      </w:pPr>
      <w:r>
        <w:rPr>
          <w:b w:val="0"/>
          <w:i w:val="0"/>
          <w:color w:val="6A6F75"/>
          <w:sz w:val="18"/>
        </w:rPr>
        <w:t xml:space="preserve">Answered by </w:t>
      </w:r>
      <w:hyperlink w:anchor="p551">
        <w:r>
          <w:rPr>
            <w:color w:val="2E5A80"/>
            <w:u w:val="single"/>
            <w:sz w:val="18"/>
          </w:rPr>
          <w:t xml:space="preserve">No. 551 (Kumoi no Kari)</w:t>
        </w:r>
      </w:hyperlink>
    </w:p>
    <w:p>
      <w:pPr>
        <w:keepNext/>
        <w:spacing w:after="20" w:before="200"/>
      </w:pPr>
      <w:bookmarkStart w:id="590" w:name="p551"/>
      <w:r>
        <w:rPr>
          <w:b/>
          <w:i w:val="0"/>
          <w:color w:val="222B33"/>
          <w:sz w:val="22"/>
        </w:rPr>
        <w:t>No. 551</w:t>
      </w:r>
      <w:r>
        <w:rPr>
          <w:b w:val="0"/>
          <w:i w:val="0"/>
          <w:color w:val="6A6F75"/>
          <w:sz w:val="18"/>
        </w:rPr>
        <w:t xml:space="preserve">   Kumoi no Kari → Tō no Naishi no Suke   答 reply</w:t>
      </w:r>
      <w:bookmarkEnd w:id="590"/>
    </w:p>
    <w:p>
      <w:pPr>
        <w:keepNext/>
        <w:spacing w:after="0"/>
      </w:pPr>
      <w:r>
        <w:rPr>
          <w:rFonts w:ascii="Noto Serif CJK JP" w:hAnsi="Noto Serif CJK JP" w:eastAsia="Noto Serif CJK JP"/>
          <w:b w:val="0"/>
          <w:i w:val="0"/>
          <w:color w:val="222B33"/>
          <w:sz w:val="26"/>
        </w:rPr>
        <w:t>人の世の憂きをあはれと見しかども身にかへむとは思はざりしを</w:t>
      </w:r>
    </w:p>
    <w:p>
      <w:pPr>
        <w:keepNext/>
        <w:spacing w:after="60"/>
      </w:pPr>
      <w:r>
        <w:rPr>
          <w:rFonts w:ascii="Noto Serif CJK JP" w:hAnsi="Noto Serif CJK JP" w:eastAsia="Noto Serif CJK JP"/>
          <w:b w:val="0"/>
          <w:i w:val="0"/>
          <w:color w:val="6A6F75"/>
          <w:sz w:val="19"/>
        </w:rPr>
        <w:t>人のよの　／　うきをあはれと　／　みしかとも　／　みにかへんとは　／　おもはさりしを</w:t>
      </w:r>
    </w:p>
    <w:p>
      <w:pPr>
        <w:keepNext/>
        <w:spacing w:after="60"/>
      </w:pPr>
      <w:r>
        <w:rPr>
          <w:b w:val="0"/>
          <w:i/>
          <w:color w:val="222B33"/>
          <w:sz w:val="21"/>
        </w:rPr>
        <w:t>I have felt the sorrow</w:t>
        <w:br/>
      </w:r>
      <w:r>
        <w:rPr>
          <w:b w:val="0"/>
          <w:i/>
          <w:color w:val="222B33"/>
          <w:sz w:val="21"/>
        </w:rPr>
        <w:t>of others’ pain in the world,</w:t>
        <w:br/>
      </w:r>
      <w:r>
        <w:rPr>
          <w:b w:val="0"/>
          <w:i/>
          <w:color w:val="222B33"/>
          <w:sz w:val="21"/>
        </w:rPr>
        <w:t>but never thought</w:t>
        <w:br/>
      </w:r>
      <w:r>
        <w:rPr>
          <w:b w:val="0"/>
          <w:i/>
          <w:color w:val="222B33"/>
          <w:sz w:val="21"/>
        </w:rPr>
        <w:t>to take it</w:t>
        <w:br/>
      </w:r>
      <w:r>
        <w:rPr>
          <w:b w:val="0"/>
          <w:i/>
          <w:color w:val="222B33"/>
          <w:sz w:val="21"/>
        </w:rPr>
        <w:t>on myself.</w:t>
      </w:r>
    </w:p>
    <w:p>
      <w:pPr>
        <w:spacing w:after="40"/>
      </w:pPr>
      <w:r>
        <w:rPr>
          <w:b w:val="0"/>
          <w:i w:val="0"/>
          <w:color w:val="6A6F75"/>
          <w:sz w:val="18"/>
        </w:rPr>
        <w:t xml:space="preserve">In reply to </w:t>
      </w:r>
      <w:hyperlink w:anchor="p550">
        <w:r>
          <w:rPr>
            <w:color w:val="2E5A80"/>
            <w:u w:val="single"/>
            <w:sz w:val="18"/>
          </w:rPr>
          <w:t xml:space="preserve">No. 550 (Tō no Naishi no Suke)</w:t>
        </w:r>
      </w:hyperlink>
    </w:p>
    <w:p>
      <w:pPr>
        <w:pStyle w:val="Heading1"/>
      </w:pPr>
      <w:bookmarkStart w:id="591" w:name="ch40"/>
      <w:r>
        <w:t>Chapter 40 · Minori 御法</w:t>
      </w:r>
      <w:bookmarkEnd w:id="591"/>
    </w:p>
    <w:p>
      <w:pPr>
        <w:keepNext/>
        <w:spacing w:after="20" w:before="200"/>
      </w:pPr>
      <w:bookmarkStart w:id="592" w:name="p552"/>
      <w:r>
        <w:rPr>
          <w:b/>
          <w:i w:val="0"/>
          <w:color w:val="222B33"/>
          <w:sz w:val="22"/>
        </w:rPr>
        <w:t>No. 552</w:t>
      </w:r>
      <w:r>
        <w:rPr>
          <w:b w:val="0"/>
          <w:i w:val="0"/>
          <w:color w:val="6A6F75"/>
          <w:sz w:val="18"/>
        </w:rPr>
        <w:t xml:space="preserve">   Murasaki → Lady Akashi   贈 sent</w:t>
      </w:r>
      <w:bookmarkEnd w:id="592"/>
    </w:p>
    <w:p>
      <w:pPr>
        <w:keepNext/>
        <w:spacing w:after="40"/>
      </w:pPr>
      <w:r>
        <w:rPr>
          <w:b/>
          <w:i w:val="0"/>
          <w:color w:val="6A6F75"/>
          <w:sz w:val="18"/>
        </w:rPr>
        <w:t xml:space="preserve">Context. </w:t>
      </w:r>
      <w:r>
        <w:rPr>
          <w:b w:val="0"/>
          <w:i w:val="0"/>
          <w:color w:val="6A6F75"/>
          <w:sz w:val="19"/>
        </w:rPr>
        <w:t>Murasaki’s dedication of the Lotus Sutra copies, knowing she is dying; to Lady Akashi.</w:t>
      </w:r>
    </w:p>
    <w:p>
      <w:pPr>
        <w:keepNext/>
        <w:spacing w:after="0"/>
      </w:pPr>
      <w:r>
        <w:rPr>
          <w:rFonts w:ascii="Noto Serif CJK JP" w:hAnsi="Noto Serif CJK JP" w:eastAsia="Noto Serif CJK JP"/>
          <w:b w:val="0"/>
          <w:i w:val="0"/>
          <w:color w:val="222B33"/>
          <w:sz w:val="26"/>
        </w:rPr>
        <w:t>惜しからぬこの身ながらもかぎりとて薪尽きなむことの悲しさ</w:t>
      </w:r>
    </w:p>
    <w:p>
      <w:pPr>
        <w:keepNext/>
        <w:spacing w:after="60"/>
      </w:pPr>
      <w:r>
        <w:rPr>
          <w:rFonts w:ascii="Noto Serif CJK JP" w:hAnsi="Noto Serif CJK JP" w:eastAsia="Noto Serif CJK JP"/>
          <w:b w:val="0"/>
          <w:i w:val="0"/>
          <w:color w:val="6A6F75"/>
          <w:sz w:val="19"/>
        </w:rPr>
        <w:t>おしからぬ　／　この身なからも　／　かきりとて　／　たきゝつきなん　／　ことのかなしさ</w:t>
      </w:r>
    </w:p>
    <w:p>
      <w:pPr>
        <w:keepNext/>
        <w:spacing w:after="60"/>
      </w:pPr>
      <w:r>
        <w:rPr>
          <w:b w:val="0"/>
          <w:i/>
          <w:color w:val="222B33"/>
          <w:sz w:val="21"/>
        </w:rPr>
        <w:t>Though this self</w:t>
        <w:br/>
      </w:r>
      <w:r>
        <w:rPr>
          <w:b w:val="0"/>
          <w:i/>
          <w:color w:val="222B33"/>
          <w:sz w:val="21"/>
        </w:rPr>
        <w:t>is no great loss, how sad</w:t>
        <w:br/>
      </w:r>
      <w:r>
        <w:rPr>
          <w:b w:val="0"/>
          <w:i/>
          <w:color w:val="222B33"/>
          <w:sz w:val="21"/>
        </w:rPr>
        <w:t>that this is the end</w:t>
        <w:br/>
      </w:r>
      <w:r>
        <w:rPr>
          <w:b w:val="0"/>
          <w:i/>
          <w:color w:val="222B33"/>
          <w:sz w:val="21"/>
        </w:rPr>
        <w:t>and the firewood</w:t>
        <w:br/>
      </w:r>
      <w:r>
        <w:rPr>
          <w:b w:val="0"/>
          <w:i/>
          <w:color w:val="222B33"/>
          <w:sz w:val="21"/>
        </w:rPr>
        <w:t>burns out.</w:t>
      </w:r>
    </w:p>
    <w:p>
      <w:pPr>
        <w:spacing w:after="40"/>
      </w:pPr>
      <w:r>
        <w:rPr>
          <w:b w:val="0"/>
          <w:i w:val="0"/>
          <w:color w:val="222B33"/>
          <w:sz w:val="19"/>
        </w:rPr>
        <w:t>The Buddha passed when the firewood was spent (Lotus Sutra).</w:t>
      </w:r>
    </w:p>
    <w:p>
      <w:pPr>
        <w:spacing w:after="40"/>
      </w:pPr>
      <w:r>
        <w:rPr>
          <w:b w:val="0"/>
          <w:i w:val="0"/>
          <w:color w:val="6A6F75"/>
          <w:sz w:val="18"/>
        </w:rPr>
        <w:t xml:space="preserve">Answered by </w:t>
      </w:r>
      <w:hyperlink w:anchor="p553">
        <w:r>
          <w:rPr>
            <w:color w:val="2E5A80"/>
            <w:u w:val="single"/>
            <w:sz w:val="18"/>
          </w:rPr>
          <w:t xml:space="preserve">No. 553 (Lady Akashi)</w:t>
        </w:r>
      </w:hyperlink>
    </w:p>
    <w:p>
      <w:pPr>
        <w:keepNext/>
        <w:spacing w:after="20" w:before="200"/>
      </w:pPr>
      <w:bookmarkStart w:id="593" w:name="p553"/>
      <w:r>
        <w:rPr>
          <w:b/>
          <w:i w:val="0"/>
          <w:color w:val="222B33"/>
          <w:sz w:val="22"/>
        </w:rPr>
        <w:t>No. 553</w:t>
      </w:r>
      <w:r>
        <w:rPr>
          <w:b w:val="0"/>
          <w:i w:val="0"/>
          <w:color w:val="6A6F75"/>
          <w:sz w:val="18"/>
        </w:rPr>
        <w:t xml:space="preserve">   Lady Akashi → Murasaki   答 reply</w:t>
      </w:r>
      <w:bookmarkEnd w:id="593"/>
    </w:p>
    <w:p>
      <w:pPr>
        <w:keepNext/>
        <w:spacing w:after="0"/>
      </w:pPr>
      <w:r>
        <w:rPr>
          <w:rFonts w:ascii="Noto Serif CJK JP" w:hAnsi="Noto Serif CJK JP" w:eastAsia="Noto Serif CJK JP"/>
          <w:b w:val="0"/>
          <w:i w:val="0"/>
          <w:color w:val="222B33"/>
          <w:sz w:val="26"/>
        </w:rPr>
        <w:t>薪こる思ひは今日を初めにてこの世に願ふ法ぞはるけき</w:t>
      </w:r>
    </w:p>
    <w:p>
      <w:pPr>
        <w:keepNext/>
        <w:spacing w:after="60"/>
      </w:pPr>
      <w:r>
        <w:rPr>
          <w:rFonts w:ascii="Noto Serif CJK JP" w:hAnsi="Noto Serif CJK JP" w:eastAsia="Noto Serif CJK JP"/>
          <w:b w:val="0"/>
          <w:i w:val="0"/>
          <w:color w:val="6A6F75"/>
          <w:sz w:val="19"/>
        </w:rPr>
        <w:t>たきゝこる　／　思ひはけふを　／　はしめにて　／　この世にねかふ　／　のりそはるけき</w:t>
      </w:r>
    </w:p>
    <w:p>
      <w:pPr>
        <w:keepNext/>
        <w:spacing w:after="60"/>
      </w:pPr>
      <w:r>
        <w:rPr>
          <w:b w:val="0"/>
          <w:i/>
          <w:color w:val="222B33"/>
          <w:sz w:val="21"/>
        </w:rPr>
        <w:t>The thought of cutting firewood</w:t>
        <w:br/>
      </w:r>
      <w:r>
        <w:rPr>
          <w:b w:val="0"/>
          <w:i/>
          <w:color w:val="222B33"/>
          <w:sz w:val="21"/>
        </w:rPr>
        <w:t>begins with today;</w:t>
        <w:br/>
      </w:r>
      <w:r>
        <w:rPr>
          <w:b w:val="0"/>
          <w:i/>
          <w:color w:val="222B33"/>
          <w:sz w:val="21"/>
        </w:rPr>
        <w:t>the Law you seek</w:t>
        <w:br/>
      </w:r>
      <w:r>
        <w:rPr>
          <w:b w:val="0"/>
          <w:i/>
          <w:color w:val="222B33"/>
          <w:sz w:val="21"/>
        </w:rPr>
        <w:t>in this world</w:t>
        <w:br/>
      </w:r>
      <w:r>
        <w:rPr>
          <w:b w:val="0"/>
          <w:i/>
          <w:color w:val="222B33"/>
          <w:sz w:val="21"/>
        </w:rPr>
        <w:t>reaches far.</w:t>
      </w:r>
    </w:p>
    <w:p>
      <w:pPr>
        <w:spacing w:after="40"/>
      </w:pPr>
      <w:r>
        <w:rPr>
          <w:b w:val="0"/>
          <w:i w:val="0"/>
          <w:color w:val="222B33"/>
          <w:sz w:val="19"/>
        </w:rPr>
        <w:t>Recalls the Lotus Sutra’s firewood gathering.</w:t>
      </w:r>
    </w:p>
    <w:p>
      <w:pPr>
        <w:spacing w:after="40"/>
      </w:pPr>
      <w:r>
        <w:rPr>
          <w:b w:val="0"/>
          <w:i w:val="0"/>
          <w:color w:val="6A6F75"/>
          <w:sz w:val="18"/>
        </w:rPr>
        <w:t xml:space="preserve">In reply to </w:t>
      </w:r>
      <w:hyperlink w:anchor="p552">
        <w:r>
          <w:rPr>
            <w:color w:val="2E5A80"/>
            <w:u w:val="single"/>
            <w:sz w:val="18"/>
          </w:rPr>
          <w:t xml:space="preserve">No. 552 (Murasaki)</w:t>
        </w:r>
      </w:hyperlink>
    </w:p>
    <w:p>
      <w:pPr>
        <w:keepNext/>
        <w:spacing w:after="20" w:before="200"/>
      </w:pPr>
      <w:bookmarkStart w:id="594" w:name="p554"/>
      <w:r>
        <w:rPr>
          <w:b/>
          <w:i w:val="0"/>
          <w:color w:val="222B33"/>
          <w:sz w:val="22"/>
        </w:rPr>
        <w:t>No. 554</w:t>
      </w:r>
      <w:r>
        <w:rPr>
          <w:b w:val="0"/>
          <w:i w:val="0"/>
          <w:color w:val="6A6F75"/>
          <w:sz w:val="18"/>
        </w:rPr>
        <w:t xml:space="preserve">   Murasaki → Hanachirusato   贈 sent</w:t>
      </w:r>
      <w:bookmarkEnd w:id="594"/>
    </w:p>
    <w:p>
      <w:pPr>
        <w:keepNext/>
        <w:spacing w:after="40"/>
      </w:pPr>
      <w:r>
        <w:rPr>
          <w:b/>
          <w:i w:val="0"/>
          <w:color w:val="6A6F75"/>
          <w:sz w:val="18"/>
        </w:rPr>
        <w:t xml:space="preserve">Context. </w:t>
      </w:r>
      <w:r>
        <w:rPr>
          <w:b w:val="0"/>
          <w:i w:val="0"/>
          <w:color w:val="6A6F75"/>
          <w:sz w:val="19"/>
        </w:rPr>
        <w:t>Murasaki to Hanachirusato at the Lotus rites; farewell.</w:t>
      </w:r>
    </w:p>
    <w:p>
      <w:pPr>
        <w:keepNext/>
        <w:spacing w:after="0"/>
      </w:pPr>
      <w:r>
        <w:rPr>
          <w:rFonts w:ascii="Noto Serif CJK JP" w:hAnsi="Noto Serif CJK JP" w:eastAsia="Noto Serif CJK JP"/>
          <w:b w:val="0"/>
          <w:i w:val="0"/>
          <w:color w:val="222B33"/>
          <w:sz w:val="26"/>
        </w:rPr>
        <w:t>絶えぬべき御法ながらぞ頼まるる世々にと結ぶ中の契りを</w:t>
      </w:r>
    </w:p>
    <w:p>
      <w:pPr>
        <w:keepNext/>
        <w:spacing w:after="60"/>
      </w:pPr>
      <w:r>
        <w:rPr>
          <w:rFonts w:ascii="Noto Serif CJK JP" w:hAnsi="Noto Serif CJK JP" w:eastAsia="Noto Serif CJK JP"/>
          <w:b w:val="0"/>
          <w:i w:val="0"/>
          <w:color w:val="6A6F75"/>
          <w:sz w:val="19"/>
        </w:rPr>
        <w:t>たえぬへき　／　みのりなからそ　／　たのまるゝ　／　よゝにとむすふ　／　中の契を</w:t>
      </w:r>
    </w:p>
    <w:p>
      <w:pPr>
        <w:keepNext/>
        <w:spacing w:after="60"/>
      </w:pPr>
      <w:r>
        <w:rPr>
          <w:b w:val="0"/>
          <w:i/>
          <w:color w:val="222B33"/>
          <w:sz w:val="21"/>
        </w:rPr>
        <w:t>Though the rites</w:t>
        <w:br/>
      </w:r>
      <w:r>
        <w:rPr>
          <w:b w:val="0"/>
          <w:i/>
          <w:color w:val="222B33"/>
          <w:sz w:val="21"/>
        </w:rPr>
        <w:t>may break off here, I trust</w:t>
        <w:br/>
      </w:r>
      <w:r>
        <w:rPr>
          <w:b w:val="0"/>
          <w:i/>
          <w:color w:val="222B33"/>
          <w:sz w:val="21"/>
        </w:rPr>
        <w:t>the bond we tie</w:t>
        <w:br/>
      </w:r>
      <w:r>
        <w:rPr>
          <w:b w:val="0"/>
          <w:i/>
          <w:color w:val="222B33"/>
          <w:sz w:val="21"/>
        </w:rPr>
        <w:t>between us</w:t>
        <w:br/>
      </w:r>
      <w:r>
        <w:rPr>
          <w:b w:val="0"/>
          <w:i/>
          <w:color w:val="222B33"/>
          <w:sz w:val="21"/>
        </w:rPr>
        <w:t>through all lives.</w:t>
      </w:r>
    </w:p>
    <w:p>
      <w:pPr>
        <w:spacing w:after="40"/>
      </w:pPr>
      <w:r>
        <w:rPr>
          <w:b w:val="0"/>
          <w:i w:val="0"/>
          <w:color w:val="6A6F75"/>
          <w:sz w:val="18"/>
        </w:rPr>
        <w:t xml:space="preserve">Answered by </w:t>
      </w:r>
      <w:hyperlink w:anchor="p555">
        <w:r>
          <w:rPr>
            <w:color w:val="2E5A80"/>
            <w:u w:val="single"/>
            <w:sz w:val="18"/>
          </w:rPr>
          <w:t xml:space="preserve">No. 555 (Hanachirusato)</w:t>
        </w:r>
      </w:hyperlink>
    </w:p>
    <w:p>
      <w:pPr>
        <w:keepNext/>
        <w:spacing w:after="20" w:before="200"/>
      </w:pPr>
      <w:bookmarkStart w:id="595" w:name="p555"/>
      <w:r>
        <w:rPr>
          <w:b/>
          <w:i w:val="0"/>
          <w:color w:val="222B33"/>
          <w:sz w:val="22"/>
        </w:rPr>
        <w:t>No. 555</w:t>
      </w:r>
      <w:r>
        <w:rPr>
          <w:b w:val="0"/>
          <w:i w:val="0"/>
          <w:color w:val="6A6F75"/>
          <w:sz w:val="18"/>
        </w:rPr>
        <w:t xml:space="preserve">   Hanachirusato → Murasaki   答 reply</w:t>
      </w:r>
      <w:bookmarkEnd w:id="595"/>
    </w:p>
    <w:p>
      <w:pPr>
        <w:keepNext/>
        <w:spacing w:after="0"/>
      </w:pPr>
      <w:r>
        <w:rPr>
          <w:rFonts w:ascii="Noto Serif CJK JP" w:hAnsi="Noto Serif CJK JP" w:eastAsia="Noto Serif CJK JP"/>
          <w:b w:val="0"/>
          <w:i w:val="0"/>
          <w:color w:val="222B33"/>
          <w:sz w:val="26"/>
        </w:rPr>
        <w:t>結びおく契りは絶えじおほかたの残りすくなき御法なりとも</w:t>
      </w:r>
    </w:p>
    <w:p>
      <w:pPr>
        <w:keepNext/>
        <w:spacing w:after="60"/>
      </w:pPr>
      <w:r>
        <w:rPr>
          <w:rFonts w:ascii="Noto Serif CJK JP" w:hAnsi="Noto Serif CJK JP" w:eastAsia="Noto Serif CJK JP"/>
          <w:b w:val="0"/>
          <w:i w:val="0"/>
          <w:color w:val="6A6F75"/>
          <w:sz w:val="19"/>
        </w:rPr>
        <w:t>むすひをく　／　ちきりはたえし　／　大方の　／　ゝこりすくなき　／　みのりなりとも</w:t>
      </w:r>
    </w:p>
    <w:p>
      <w:pPr>
        <w:keepNext/>
        <w:spacing w:after="60"/>
      </w:pPr>
      <w:r>
        <w:rPr>
          <w:b w:val="0"/>
          <w:i/>
          <w:color w:val="222B33"/>
          <w:sz w:val="21"/>
        </w:rPr>
        <w:t>The bond we tie</w:t>
        <w:br/>
      </w:r>
      <w:r>
        <w:rPr>
          <w:b w:val="0"/>
          <w:i/>
          <w:color w:val="222B33"/>
          <w:sz w:val="21"/>
        </w:rPr>
        <w:t>will not break, though the Law</w:t>
        <w:br/>
      </w:r>
      <w:r>
        <w:rPr>
          <w:b w:val="0"/>
          <w:i/>
          <w:color w:val="222B33"/>
          <w:sz w:val="21"/>
        </w:rPr>
        <w:t>for most of us</w:t>
        <w:br/>
      </w:r>
      <w:r>
        <w:rPr>
          <w:b w:val="0"/>
          <w:i/>
          <w:color w:val="222B33"/>
          <w:sz w:val="21"/>
        </w:rPr>
        <w:t>has little</w:t>
        <w:br/>
      </w:r>
      <w:r>
        <w:rPr>
          <w:b w:val="0"/>
          <w:i/>
          <w:color w:val="222B33"/>
          <w:sz w:val="21"/>
        </w:rPr>
        <w:t>time left.</w:t>
      </w:r>
    </w:p>
    <w:p>
      <w:pPr>
        <w:spacing w:after="40"/>
      </w:pPr>
      <w:r>
        <w:rPr>
          <w:b w:val="0"/>
          <w:i w:val="0"/>
          <w:color w:val="6A6F75"/>
          <w:sz w:val="18"/>
        </w:rPr>
        <w:t xml:space="preserve">In reply to </w:t>
      </w:r>
      <w:hyperlink w:anchor="p554">
        <w:r>
          <w:rPr>
            <w:color w:val="2E5A80"/>
            <w:u w:val="single"/>
            <w:sz w:val="18"/>
          </w:rPr>
          <w:t xml:space="preserve">No. 554 (Murasaki)</w:t>
        </w:r>
      </w:hyperlink>
    </w:p>
    <w:p>
      <w:pPr>
        <w:keepNext/>
        <w:spacing w:after="20" w:before="200"/>
      </w:pPr>
      <w:bookmarkStart w:id="596" w:name="p556"/>
      <w:r>
        <w:rPr>
          <w:b/>
          <w:i w:val="0"/>
          <w:color w:val="222B33"/>
          <w:sz w:val="22"/>
        </w:rPr>
        <w:t>No. 556</w:t>
      </w:r>
      <w:r>
        <w:rPr>
          <w:b w:val="0"/>
          <w:i w:val="0"/>
          <w:color w:val="6A6F75"/>
          <w:sz w:val="18"/>
        </w:rPr>
        <w:t xml:space="preserve">   Murasaki   唱 group exchange</w:t>
      </w:r>
      <w:bookmarkEnd w:id="596"/>
    </w:p>
    <w:p>
      <w:pPr>
        <w:keepNext/>
        <w:spacing w:after="40"/>
      </w:pPr>
      <w:r>
        <w:rPr>
          <w:b/>
          <w:i w:val="0"/>
          <w:color w:val="6A6F75"/>
          <w:sz w:val="18"/>
        </w:rPr>
        <w:t xml:space="preserve">Context. </w:t>
      </w:r>
      <w:r>
        <w:rPr>
          <w:b w:val="0"/>
          <w:i w:val="0"/>
          <w:color w:val="6A6F75"/>
          <w:sz w:val="19"/>
        </w:rPr>
        <w:t>Murasaki’s last poem, on the dew in the garden; Genji and the Akashi Empress answer. She dies that night.</w:t>
      </w:r>
    </w:p>
    <w:p>
      <w:pPr>
        <w:keepNext/>
        <w:spacing w:after="0"/>
      </w:pPr>
      <w:r>
        <w:rPr>
          <w:rFonts w:ascii="Noto Serif CJK JP" w:hAnsi="Noto Serif CJK JP" w:eastAsia="Noto Serif CJK JP"/>
          <w:b w:val="0"/>
          <w:i w:val="0"/>
          <w:color w:val="222B33"/>
          <w:sz w:val="26"/>
        </w:rPr>
        <w:t>おくと見るほどぞはかなきともすれば風に乱るる萩のうは露</w:t>
      </w:r>
    </w:p>
    <w:p>
      <w:pPr>
        <w:keepNext/>
        <w:spacing w:after="60"/>
      </w:pPr>
      <w:r>
        <w:rPr>
          <w:rFonts w:ascii="Noto Serif CJK JP" w:hAnsi="Noto Serif CJK JP" w:eastAsia="Noto Serif CJK JP"/>
          <w:b w:val="0"/>
          <w:i w:val="0"/>
          <w:color w:val="6A6F75"/>
          <w:sz w:val="19"/>
        </w:rPr>
        <w:t>をくとみる　／　程そはかなき　／　ともすれは　／　風にみたるゝ　／　萩の上露</w:t>
      </w:r>
    </w:p>
    <w:p>
      <w:pPr>
        <w:keepNext/>
        <w:spacing w:after="60"/>
      </w:pPr>
      <w:r>
        <w:rPr>
          <w:b w:val="0"/>
          <w:i/>
          <w:color w:val="222B33"/>
          <w:sz w:val="21"/>
        </w:rPr>
        <w:t>How brief the time</w:t>
        <w:br/>
      </w:r>
      <w:r>
        <w:rPr>
          <w:b w:val="0"/>
          <w:i/>
          <w:color w:val="222B33"/>
          <w:sz w:val="21"/>
        </w:rPr>
        <w:t>I may be seen to rise:</w:t>
        <w:br/>
      </w:r>
      <w:r>
        <w:rPr>
          <w:b w:val="0"/>
          <w:i/>
          <w:color w:val="222B33"/>
          <w:sz w:val="21"/>
        </w:rPr>
        <w:t>at any moment</w:t>
        <w:br/>
      </w:r>
      <w:r>
        <w:rPr>
          <w:b w:val="0"/>
          <w:i/>
          <w:color w:val="222B33"/>
          <w:sz w:val="21"/>
        </w:rPr>
        <w:t>the dew on the bush clover</w:t>
        <w:br/>
      </w:r>
      <w:r>
        <w:rPr>
          <w:b w:val="0"/>
          <w:i/>
          <w:color w:val="222B33"/>
          <w:sz w:val="21"/>
        </w:rPr>
        <w:t>scatters in the wind.</w:t>
      </w:r>
    </w:p>
    <w:p>
      <w:pPr>
        <w:spacing w:after="40"/>
      </w:pPr>
      <w:r>
        <w:rPr>
          <w:b w:val="0"/>
          <w:i w:val="0"/>
          <w:color w:val="222B33"/>
          <w:sz w:val="19"/>
        </w:rPr>
        <w:t>Oku: “rise” and “settle.” Her last poem; a group of three.</w:t>
      </w:r>
    </w:p>
    <w:p>
      <w:pPr>
        <w:spacing w:after="40"/>
      </w:pPr>
      <w:r>
        <w:rPr>
          <w:b w:val="0"/>
          <w:i w:val="0"/>
          <w:color w:val="6A6F75"/>
          <w:sz w:val="18"/>
        </w:rPr>
        <w:t xml:space="preserve">Answered by </w:t>
      </w:r>
      <w:hyperlink w:anchor="p557">
        <w:r>
          <w:rPr>
            <w:color w:val="2E5A80"/>
            <w:u w:val="single"/>
            <w:sz w:val="18"/>
          </w:rPr>
          <w:t xml:space="preserve">No. 557 (Genji)</w:t>
        </w:r>
      </w:hyperlink>
      <w:r>
        <w:rPr>
          <w:b w:val="0"/>
          <w:i w:val="0"/>
          <w:color w:val="6A6F75"/>
          <w:sz w:val="18"/>
        </w:rPr>
        <w:t xml:space="preserve">, </w:t>
      </w:r>
      <w:hyperlink w:anchor="p558">
        <w:r>
          <w:rPr>
            <w:color w:val="2E5A80"/>
            <w:u w:val="single"/>
            <w:sz w:val="18"/>
          </w:rPr>
          <w:t xml:space="preserve">No. 558 (the Akashi Empress)</w:t>
        </w:r>
      </w:hyperlink>
    </w:p>
    <w:p>
      <w:pPr>
        <w:keepNext/>
        <w:spacing w:after="20" w:before="200"/>
      </w:pPr>
      <w:bookmarkStart w:id="597" w:name="p557"/>
      <w:r>
        <w:rPr>
          <w:b/>
          <w:i w:val="0"/>
          <w:color w:val="222B33"/>
          <w:sz w:val="22"/>
        </w:rPr>
        <w:t>No. 557</w:t>
      </w:r>
      <w:r>
        <w:rPr>
          <w:b w:val="0"/>
          <w:i w:val="0"/>
          <w:color w:val="6A6F75"/>
          <w:sz w:val="18"/>
        </w:rPr>
        <w:t xml:space="preserve">   Genji   唱 group exchange</w:t>
      </w:r>
      <w:bookmarkEnd w:id="597"/>
    </w:p>
    <w:p>
      <w:pPr>
        <w:keepNext/>
        <w:spacing w:after="0"/>
      </w:pPr>
      <w:r>
        <w:rPr>
          <w:rFonts w:ascii="Noto Serif CJK JP" w:hAnsi="Noto Serif CJK JP" w:eastAsia="Noto Serif CJK JP"/>
          <w:b w:val="0"/>
          <w:i w:val="0"/>
          <w:color w:val="222B33"/>
          <w:sz w:val="26"/>
        </w:rPr>
        <w:t>ややもせば消えをあらそふ露の世に後れ先だつほど経ずもがな</w:t>
      </w:r>
    </w:p>
    <w:p>
      <w:pPr>
        <w:keepNext/>
        <w:spacing w:after="60"/>
      </w:pPr>
      <w:r>
        <w:rPr>
          <w:rFonts w:ascii="Noto Serif CJK JP" w:hAnsi="Noto Serif CJK JP" w:eastAsia="Noto Serif CJK JP"/>
          <w:b w:val="0"/>
          <w:i w:val="0"/>
          <w:color w:val="6A6F75"/>
          <w:sz w:val="19"/>
        </w:rPr>
        <w:t>やゝもせは　／　きえをあらそふ　／　露のよに　／　をくれさきたつ　／　程へすもかな</w:t>
      </w:r>
    </w:p>
    <w:p>
      <w:pPr>
        <w:keepNext/>
        <w:spacing w:after="60"/>
      </w:pPr>
      <w:r>
        <w:rPr>
          <w:b w:val="0"/>
          <w:i/>
          <w:color w:val="222B33"/>
          <w:sz w:val="21"/>
        </w:rPr>
        <w:t>In a world of dew</w:t>
        <w:br/>
      </w:r>
      <w:r>
        <w:rPr>
          <w:b w:val="0"/>
          <w:i/>
          <w:color w:val="222B33"/>
          <w:sz w:val="21"/>
        </w:rPr>
        <w:t>that strives to vanish at any moment,</w:t>
        <w:br/>
      </w:r>
      <w:r>
        <w:rPr>
          <w:b w:val="0"/>
          <w:i/>
          <w:color w:val="222B33"/>
          <w:sz w:val="21"/>
        </w:rPr>
        <w:t>let there be no time</w:t>
        <w:br/>
      </w:r>
      <w:r>
        <w:rPr>
          <w:b w:val="0"/>
          <w:i/>
          <w:color w:val="222B33"/>
          <w:sz w:val="21"/>
        </w:rPr>
        <w:t>between who goes</w:t>
        <w:br/>
      </w:r>
      <w:r>
        <w:rPr>
          <w:b w:val="0"/>
          <w:i/>
          <w:color w:val="222B33"/>
          <w:sz w:val="21"/>
        </w:rPr>
        <w:t>before and after.</w:t>
      </w:r>
    </w:p>
    <w:p>
      <w:pPr>
        <w:spacing w:after="40"/>
      </w:pPr>
      <w:r>
        <w:rPr>
          <w:b w:val="0"/>
          <w:i w:val="0"/>
          <w:color w:val="6A6F75"/>
          <w:sz w:val="18"/>
        </w:rPr>
        <w:t xml:space="preserve">In reply to </w:t>
      </w:r>
      <w:hyperlink w:anchor="p556">
        <w:r>
          <w:rPr>
            <w:color w:val="2E5A80"/>
            <w:u w:val="single"/>
            <w:sz w:val="18"/>
          </w:rPr>
          <w:t xml:space="preserve">No. 556 (Murasaki)</w:t>
        </w:r>
      </w:hyperlink>
    </w:p>
    <w:p>
      <w:pPr>
        <w:keepNext/>
        <w:spacing w:after="20" w:before="200"/>
      </w:pPr>
      <w:bookmarkStart w:id="598" w:name="p558"/>
      <w:r>
        <w:rPr>
          <w:b/>
          <w:i w:val="0"/>
          <w:color w:val="222B33"/>
          <w:sz w:val="22"/>
        </w:rPr>
        <w:t>No. 558</w:t>
      </w:r>
      <w:r>
        <w:rPr>
          <w:b w:val="0"/>
          <w:i w:val="0"/>
          <w:color w:val="6A6F75"/>
          <w:sz w:val="18"/>
        </w:rPr>
        <w:t xml:space="preserve">   the Akashi Empress   唱 group exchange</w:t>
      </w:r>
      <w:bookmarkEnd w:id="598"/>
    </w:p>
    <w:p>
      <w:pPr>
        <w:keepNext/>
        <w:spacing w:after="0"/>
      </w:pPr>
      <w:r>
        <w:rPr>
          <w:rFonts w:ascii="Noto Serif CJK JP" w:hAnsi="Noto Serif CJK JP" w:eastAsia="Noto Serif CJK JP"/>
          <w:b w:val="0"/>
          <w:i w:val="0"/>
          <w:color w:val="222B33"/>
          <w:sz w:val="26"/>
        </w:rPr>
        <w:t>秋風にしばしとまらぬ露の世を誰れか草葉のうへとのみ見む</w:t>
      </w:r>
    </w:p>
    <w:p>
      <w:pPr>
        <w:keepNext/>
        <w:spacing w:after="60"/>
      </w:pPr>
      <w:r>
        <w:rPr>
          <w:rFonts w:ascii="Noto Serif CJK JP" w:hAnsi="Noto Serif CJK JP" w:eastAsia="Noto Serif CJK JP"/>
          <w:b w:val="0"/>
          <w:i w:val="0"/>
          <w:color w:val="6A6F75"/>
          <w:sz w:val="19"/>
        </w:rPr>
        <w:t>秋風に　／　しはしとまらぬ　／　露のよを　／　たれか草はの　／　うへとのみみん</w:t>
      </w:r>
    </w:p>
    <w:p>
      <w:pPr>
        <w:keepNext/>
        <w:spacing w:after="60"/>
      </w:pPr>
      <w:r>
        <w:rPr>
          <w:b w:val="0"/>
          <w:i/>
          <w:color w:val="222B33"/>
          <w:sz w:val="21"/>
        </w:rPr>
        <w:t>Who could see the world</w:t>
        <w:br/>
      </w:r>
      <w:r>
        <w:rPr>
          <w:b w:val="0"/>
          <w:i/>
          <w:color w:val="222B33"/>
          <w:sz w:val="21"/>
        </w:rPr>
        <w:t>of dew, that will not stay a moment</w:t>
        <w:br/>
      </w:r>
      <w:r>
        <w:rPr>
          <w:b w:val="0"/>
          <w:i/>
          <w:color w:val="222B33"/>
          <w:sz w:val="21"/>
        </w:rPr>
        <w:t>in the autumn wind,</w:t>
        <w:br/>
      </w:r>
      <w:r>
        <w:rPr>
          <w:b w:val="0"/>
          <w:i/>
          <w:color w:val="222B33"/>
          <w:sz w:val="21"/>
        </w:rPr>
        <w:t>as something only</w:t>
        <w:br/>
      </w:r>
      <w:r>
        <w:rPr>
          <w:b w:val="0"/>
          <w:i/>
          <w:color w:val="222B33"/>
          <w:sz w:val="21"/>
        </w:rPr>
        <w:t>on the grass?</w:t>
      </w:r>
    </w:p>
    <w:p>
      <w:pPr>
        <w:spacing w:after="40"/>
      </w:pPr>
      <w:r>
        <w:rPr>
          <w:b w:val="0"/>
          <w:i w:val="0"/>
          <w:color w:val="6A6F75"/>
          <w:sz w:val="18"/>
        </w:rPr>
        <w:t xml:space="preserve">In reply to </w:t>
      </w:r>
      <w:hyperlink w:anchor="p556">
        <w:r>
          <w:rPr>
            <w:color w:val="2E5A80"/>
            <w:u w:val="single"/>
            <w:sz w:val="18"/>
          </w:rPr>
          <w:t xml:space="preserve">No. 556 (Murasaki)</w:t>
        </w:r>
      </w:hyperlink>
    </w:p>
    <w:p>
      <w:pPr>
        <w:keepNext/>
        <w:spacing w:after="20" w:before="200"/>
      </w:pPr>
      <w:bookmarkStart w:id="599" w:name="p559"/>
      <w:r>
        <w:rPr>
          <w:b/>
          <w:i w:val="0"/>
          <w:color w:val="222B33"/>
          <w:sz w:val="22"/>
        </w:rPr>
        <w:t>No. 559</w:t>
      </w:r>
      <w:r>
        <w:rPr>
          <w:b w:val="0"/>
          <w:i w:val="0"/>
          <w:color w:val="6A6F75"/>
          <w:sz w:val="18"/>
        </w:rPr>
        <w:t xml:space="preserve">   Yūgiri   独 solo</w:t>
      </w:r>
      <w:bookmarkEnd w:id="599"/>
    </w:p>
    <w:p>
      <w:pPr>
        <w:keepNext/>
        <w:spacing w:after="40"/>
      </w:pPr>
      <w:r>
        <w:rPr>
          <w:b/>
          <w:i w:val="0"/>
          <w:color w:val="6A6F75"/>
          <w:sz w:val="18"/>
        </w:rPr>
        <w:t xml:space="preserve">Context. </w:t>
      </w:r>
      <w:r>
        <w:rPr>
          <w:b w:val="0"/>
          <w:i w:val="0"/>
          <w:color w:val="6A6F75"/>
          <w:sz w:val="19"/>
        </w:rPr>
        <w:t>Yūgiri recalls glimpsing Murasaki during the typhoon; the face he never forgot.</w:t>
      </w:r>
    </w:p>
    <w:p>
      <w:pPr>
        <w:keepNext/>
        <w:spacing w:after="0"/>
      </w:pPr>
      <w:r>
        <w:rPr>
          <w:rFonts w:ascii="Noto Serif CJK JP" w:hAnsi="Noto Serif CJK JP" w:eastAsia="Noto Serif CJK JP"/>
          <w:b w:val="0"/>
          <w:i w:val="0"/>
          <w:color w:val="222B33"/>
          <w:sz w:val="26"/>
        </w:rPr>
        <w:t>いにしへの秋の夕べの恋しきに今はと見えし明けぐれの夢</w:t>
      </w:r>
    </w:p>
    <w:p>
      <w:pPr>
        <w:keepNext/>
        <w:spacing w:after="60"/>
      </w:pPr>
      <w:r>
        <w:rPr>
          <w:rFonts w:ascii="Noto Serif CJK JP" w:hAnsi="Noto Serif CJK JP" w:eastAsia="Noto Serif CJK JP"/>
          <w:b w:val="0"/>
          <w:i w:val="0"/>
          <w:color w:val="6A6F75"/>
          <w:sz w:val="19"/>
        </w:rPr>
        <w:t>いにしへの　／　秋の夕の　／　恋しきに　／　いまはとみえし　／　あけくれの夢そ</w:t>
      </w:r>
    </w:p>
    <w:p>
      <w:pPr>
        <w:keepNext/>
        <w:spacing w:after="60"/>
      </w:pPr>
      <w:r>
        <w:rPr>
          <w:b w:val="0"/>
          <w:i/>
          <w:color w:val="222B33"/>
          <w:sz w:val="21"/>
        </w:rPr>
        <w:t>Longing for that autumn</w:t>
        <w:br/>
      </w:r>
      <w:r>
        <w:rPr>
          <w:b w:val="0"/>
          <w:i/>
          <w:color w:val="222B33"/>
          <w:sz w:val="21"/>
        </w:rPr>
        <w:t>evening long ago,</w:t>
        <w:br/>
      </w:r>
      <w:r>
        <w:rPr>
          <w:b w:val="0"/>
          <w:i/>
          <w:color w:val="222B33"/>
          <w:sz w:val="21"/>
        </w:rPr>
        <w:t>I saw in the dawn-dark</w:t>
        <w:br/>
      </w:r>
      <w:r>
        <w:rPr>
          <w:b w:val="0"/>
          <w:i/>
          <w:color w:val="222B33"/>
          <w:sz w:val="21"/>
        </w:rPr>
        <w:t>of this end</w:t>
        <w:br/>
      </w:r>
      <w:r>
        <w:rPr>
          <w:b w:val="0"/>
          <w:i/>
          <w:color w:val="222B33"/>
          <w:sz w:val="21"/>
        </w:rPr>
        <w:t>a dream.</w:t>
      </w:r>
    </w:p>
    <w:p>
      <w:pPr>
        <w:spacing w:after="40"/>
      </w:pPr>
      <w:r>
        <w:rPr>
          <w:b w:val="0"/>
          <w:i w:val="0"/>
          <w:color w:val="222B33"/>
          <w:sz w:val="19"/>
        </w:rPr>
        <w:t>He had glimpsed Murasaki in the typhoon (Ch. 28).</w:t>
      </w:r>
    </w:p>
    <w:p>
      <w:pPr>
        <w:keepNext/>
        <w:spacing w:after="20" w:before="200"/>
      </w:pPr>
      <w:bookmarkStart w:id="600" w:name="p560"/>
      <w:r>
        <w:rPr>
          <w:b/>
          <w:i w:val="0"/>
          <w:color w:val="222B33"/>
          <w:sz w:val="22"/>
        </w:rPr>
        <w:t>No. 560</w:t>
      </w:r>
      <w:r>
        <w:rPr>
          <w:b w:val="0"/>
          <w:i w:val="0"/>
          <w:color w:val="6A6F75"/>
          <w:sz w:val="18"/>
        </w:rPr>
        <w:t xml:space="preserve">   Tō no Chūjō → Genji   贈 sent</w:t>
      </w:r>
      <w:bookmarkEnd w:id="600"/>
    </w:p>
    <w:p>
      <w:pPr>
        <w:keepNext/>
        <w:spacing w:after="40"/>
      </w:pPr>
      <w:r>
        <w:rPr>
          <w:b/>
          <w:i w:val="0"/>
          <w:color w:val="6A6F75"/>
          <w:sz w:val="18"/>
        </w:rPr>
        <w:t xml:space="preserve">Context. </w:t>
      </w:r>
      <w:r>
        <w:rPr>
          <w:b w:val="0"/>
          <w:i w:val="0"/>
          <w:color w:val="6A6F75"/>
          <w:sz w:val="19"/>
        </w:rPr>
        <w:t>Tō no Chūjō, consoling Genji for Murasaki.</w:t>
      </w:r>
    </w:p>
    <w:p>
      <w:pPr>
        <w:keepNext/>
        <w:spacing w:after="0"/>
      </w:pPr>
      <w:r>
        <w:rPr>
          <w:rFonts w:ascii="Noto Serif CJK JP" w:hAnsi="Noto Serif CJK JP" w:eastAsia="Noto Serif CJK JP"/>
          <w:b w:val="0"/>
          <w:i w:val="0"/>
          <w:color w:val="222B33"/>
          <w:sz w:val="26"/>
        </w:rPr>
        <w:t>いにしへの秋さへ今の心地して濡れにし袖に露ぞおきそふ</w:t>
      </w:r>
    </w:p>
    <w:p>
      <w:pPr>
        <w:keepNext/>
        <w:spacing w:after="60"/>
      </w:pPr>
      <w:r>
        <w:rPr>
          <w:rFonts w:ascii="Noto Serif CJK JP" w:hAnsi="Noto Serif CJK JP" w:eastAsia="Noto Serif CJK JP"/>
          <w:b w:val="0"/>
          <w:i w:val="0"/>
          <w:color w:val="6A6F75"/>
          <w:sz w:val="19"/>
        </w:rPr>
        <w:t>いにしへの　／　秋さへいまの　／　心ちして　／　ぬれにし袖に　／　露そをきそふ</w:t>
      </w:r>
    </w:p>
    <w:p>
      <w:pPr>
        <w:keepNext/>
        <w:spacing w:after="60"/>
      </w:pPr>
      <w:r>
        <w:rPr>
          <w:b w:val="0"/>
          <w:i/>
          <w:color w:val="222B33"/>
          <w:sz w:val="21"/>
        </w:rPr>
        <w:t>Even that autumn long ago</w:t>
        <w:br/>
      </w:r>
      <w:r>
        <w:rPr>
          <w:b w:val="0"/>
          <w:i/>
          <w:color w:val="222B33"/>
          <w:sz w:val="21"/>
        </w:rPr>
        <w:t>feels like now,</w:t>
        <w:br/>
      </w:r>
      <w:r>
        <w:rPr>
          <w:b w:val="0"/>
          <w:i/>
          <w:color w:val="222B33"/>
          <w:sz w:val="21"/>
        </w:rPr>
        <w:t>and on my wet sleeves</w:t>
        <w:br/>
      </w:r>
      <w:r>
        <w:rPr>
          <w:b w:val="0"/>
          <w:i/>
          <w:color w:val="222B33"/>
          <w:sz w:val="21"/>
        </w:rPr>
        <w:t>more dew</w:t>
        <w:br/>
      </w:r>
      <w:r>
        <w:rPr>
          <w:b w:val="0"/>
          <w:i/>
          <w:color w:val="222B33"/>
          <w:sz w:val="21"/>
        </w:rPr>
        <w:t>settles.</w:t>
      </w:r>
    </w:p>
    <w:p>
      <w:pPr>
        <w:spacing w:after="40"/>
      </w:pPr>
      <w:r>
        <w:rPr>
          <w:b w:val="0"/>
          <w:i w:val="0"/>
          <w:color w:val="222B33"/>
          <w:sz w:val="19"/>
        </w:rPr>
        <w:t>Aoi too died in autumn.</w:t>
      </w:r>
    </w:p>
    <w:p>
      <w:pPr>
        <w:spacing w:after="40"/>
      </w:pPr>
      <w:r>
        <w:rPr>
          <w:b w:val="0"/>
          <w:i w:val="0"/>
          <w:color w:val="6A6F75"/>
          <w:sz w:val="18"/>
        </w:rPr>
        <w:t xml:space="preserve">Answered by </w:t>
      </w:r>
      <w:hyperlink w:anchor="p561">
        <w:r>
          <w:rPr>
            <w:color w:val="2E5A80"/>
            <w:u w:val="single"/>
            <w:sz w:val="18"/>
          </w:rPr>
          <w:t xml:space="preserve">No. 561 (Genji)</w:t>
        </w:r>
      </w:hyperlink>
    </w:p>
    <w:p>
      <w:pPr>
        <w:keepNext/>
        <w:spacing w:after="20" w:before="200"/>
      </w:pPr>
      <w:bookmarkStart w:id="601" w:name="p561"/>
      <w:r>
        <w:rPr>
          <w:b/>
          <w:i w:val="0"/>
          <w:color w:val="222B33"/>
          <w:sz w:val="22"/>
        </w:rPr>
        <w:t>No. 561</w:t>
      </w:r>
      <w:r>
        <w:rPr>
          <w:b w:val="0"/>
          <w:i w:val="0"/>
          <w:color w:val="6A6F75"/>
          <w:sz w:val="18"/>
        </w:rPr>
        <w:t xml:space="preserve">   Genji → Tō no Chūjō   答 reply</w:t>
      </w:r>
      <w:bookmarkEnd w:id="601"/>
    </w:p>
    <w:p>
      <w:pPr>
        <w:keepNext/>
        <w:spacing w:after="0"/>
      </w:pPr>
      <w:r>
        <w:rPr>
          <w:rFonts w:ascii="Noto Serif CJK JP" w:hAnsi="Noto Serif CJK JP" w:eastAsia="Noto Serif CJK JP"/>
          <w:b w:val="0"/>
          <w:i w:val="0"/>
          <w:color w:val="222B33"/>
          <w:sz w:val="26"/>
        </w:rPr>
        <w:t>露けさは昔今ともおもほえずおほかた秋の夜こそつらけれ</w:t>
      </w:r>
    </w:p>
    <w:p>
      <w:pPr>
        <w:keepNext/>
        <w:spacing w:after="60"/>
      </w:pPr>
      <w:r>
        <w:rPr>
          <w:rFonts w:ascii="Noto Serif CJK JP" w:hAnsi="Noto Serif CJK JP" w:eastAsia="Noto Serif CJK JP"/>
          <w:b w:val="0"/>
          <w:i w:val="0"/>
          <w:color w:val="6A6F75"/>
          <w:sz w:val="19"/>
        </w:rPr>
        <w:t>露けさは　／　むかしいまとも　／　おもほえす　／　大方秋の　／　夜こそつらけれ</w:t>
      </w:r>
    </w:p>
    <w:p>
      <w:pPr>
        <w:keepNext/>
        <w:spacing w:after="60"/>
      </w:pPr>
      <w:r>
        <w:rPr>
          <w:b w:val="0"/>
          <w:i/>
          <w:color w:val="222B33"/>
          <w:sz w:val="21"/>
        </w:rPr>
        <w:t>The dew is no different,</w:t>
        <w:br/>
      </w:r>
      <w:r>
        <w:rPr>
          <w:b w:val="0"/>
          <w:i/>
          <w:color w:val="222B33"/>
          <w:sz w:val="21"/>
        </w:rPr>
        <w:t>past or present;</w:t>
        <w:br/>
      </w:r>
      <w:r>
        <w:rPr>
          <w:b w:val="0"/>
          <w:i/>
          <w:color w:val="222B33"/>
          <w:sz w:val="21"/>
        </w:rPr>
        <w:t>it is the autumn night</w:t>
        <w:br/>
      </w:r>
      <w:r>
        <w:rPr>
          <w:b w:val="0"/>
          <w:i/>
          <w:color w:val="222B33"/>
          <w:sz w:val="21"/>
        </w:rPr>
        <w:t>itself</w:t>
        <w:br/>
      </w:r>
      <w:r>
        <w:rPr>
          <w:b w:val="0"/>
          <w:i/>
          <w:color w:val="222B33"/>
          <w:sz w:val="21"/>
        </w:rPr>
        <w:t>that is cruel.</w:t>
      </w:r>
    </w:p>
    <w:p>
      <w:pPr>
        <w:spacing w:after="40"/>
      </w:pPr>
      <w:r>
        <w:rPr>
          <w:b w:val="0"/>
          <w:i w:val="0"/>
          <w:color w:val="6A6F75"/>
          <w:sz w:val="18"/>
        </w:rPr>
        <w:t xml:space="preserve">In reply to </w:t>
      </w:r>
      <w:hyperlink w:anchor="p560">
        <w:r>
          <w:rPr>
            <w:color w:val="2E5A80"/>
            <w:u w:val="single"/>
            <w:sz w:val="18"/>
          </w:rPr>
          <w:t xml:space="preserve">No. 560 (Tō no Chūjō)</w:t>
        </w:r>
      </w:hyperlink>
    </w:p>
    <w:p>
      <w:pPr>
        <w:keepNext/>
        <w:spacing w:after="20" w:before="200"/>
      </w:pPr>
      <w:bookmarkStart w:id="602" w:name="p562"/>
      <w:r>
        <w:rPr>
          <w:b/>
          <w:i w:val="0"/>
          <w:color w:val="222B33"/>
          <w:sz w:val="22"/>
        </w:rPr>
        <w:t>No. 562</w:t>
      </w:r>
      <w:r>
        <w:rPr>
          <w:b w:val="0"/>
          <w:i w:val="0"/>
          <w:color w:val="6A6F75"/>
          <w:sz w:val="18"/>
        </w:rPr>
        <w:t xml:space="preserve">   Akikonomu → Genji   贈 sent</w:t>
      </w:r>
      <w:bookmarkEnd w:id="602"/>
    </w:p>
    <w:p>
      <w:pPr>
        <w:keepNext/>
        <w:spacing w:after="40"/>
      </w:pPr>
      <w:r>
        <w:rPr>
          <w:b/>
          <w:i w:val="0"/>
          <w:color w:val="6A6F75"/>
          <w:sz w:val="18"/>
        </w:rPr>
        <w:t xml:space="preserve">Context. </w:t>
      </w:r>
      <w:r>
        <w:rPr>
          <w:b w:val="0"/>
          <w:i w:val="0"/>
          <w:color w:val="6A6F75"/>
          <w:sz w:val="19"/>
        </w:rPr>
        <w:t>Akikonomu consoles Genji for Murasaki; their old seasonal rivalry turns to mourning.</w:t>
      </w:r>
    </w:p>
    <w:p>
      <w:pPr>
        <w:keepNext/>
        <w:spacing w:after="0"/>
      </w:pPr>
      <w:r>
        <w:rPr>
          <w:rFonts w:ascii="Noto Serif CJK JP" w:hAnsi="Noto Serif CJK JP" w:eastAsia="Noto Serif CJK JP"/>
          <w:b w:val="0"/>
          <w:i w:val="0"/>
          <w:color w:val="222B33"/>
          <w:sz w:val="26"/>
        </w:rPr>
        <w:t>枯れ果つる野辺を憂しとや亡き人の秋に心をとどめざりけむ</w:t>
      </w:r>
    </w:p>
    <w:p>
      <w:pPr>
        <w:keepNext/>
        <w:spacing w:after="60"/>
      </w:pPr>
      <w:r>
        <w:rPr>
          <w:rFonts w:ascii="Noto Serif CJK JP" w:hAnsi="Noto Serif CJK JP" w:eastAsia="Noto Serif CJK JP"/>
          <w:b w:val="0"/>
          <w:i w:val="0"/>
          <w:color w:val="6A6F75"/>
          <w:sz w:val="19"/>
        </w:rPr>
        <w:t>かれはつる　／　のへをうしとや　／　なき人の　／　秋に心を　／　とゝめさりけん</w:t>
      </w:r>
    </w:p>
    <w:p>
      <w:pPr>
        <w:keepNext/>
        <w:spacing w:after="60"/>
      </w:pPr>
      <w:r>
        <w:rPr>
          <w:b w:val="0"/>
          <w:i/>
          <w:color w:val="222B33"/>
          <w:sz w:val="21"/>
        </w:rPr>
        <w:t>Did the one now gone</w:t>
        <w:br/>
      </w:r>
      <w:r>
        <w:rPr>
          <w:b w:val="0"/>
          <w:i/>
          <w:color w:val="222B33"/>
          <w:sz w:val="21"/>
        </w:rPr>
        <w:t>find the withered fields bitter,</w:t>
        <w:br/>
      </w:r>
      <w:r>
        <w:rPr>
          <w:b w:val="0"/>
          <w:i/>
          <w:color w:val="222B33"/>
          <w:sz w:val="21"/>
        </w:rPr>
        <w:t>that she did not set</w:t>
        <w:br/>
      </w:r>
      <w:r>
        <w:rPr>
          <w:b w:val="0"/>
          <w:i/>
          <w:color w:val="222B33"/>
          <w:sz w:val="21"/>
        </w:rPr>
        <w:t>her heart</w:t>
        <w:br/>
      </w:r>
      <w:r>
        <w:rPr>
          <w:b w:val="0"/>
          <w:i/>
          <w:color w:val="222B33"/>
          <w:sz w:val="21"/>
        </w:rPr>
        <w:t>on autumn?</w:t>
      </w:r>
    </w:p>
    <w:p>
      <w:pPr>
        <w:spacing w:after="40"/>
      </w:pPr>
      <w:r>
        <w:rPr>
          <w:b w:val="0"/>
          <w:i w:val="0"/>
          <w:color w:val="222B33"/>
          <w:sz w:val="19"/>
        </w:rPr>
        <w:t>Recalls the spring and autumn debate (336, 364).</w:t>
      </w:r>
    </w:p>
    <w:p>
      <w:pPr>
        <w:spacing w:after="40"/>
      </w:pPr>
      <w:r>
        <w:rPr>
          <w:b w:val="0"/>
          <w:i w:val="0"/>
          <w:color w:val="6A6F75"/>
          <w:sz w:val="18"/>
        </w:rPr>
        <w:t xml:space="preserve">Answered by </w:t>
      </w:r>
      <w:hyperlink w:anchor="p563">
        <w:r>
          <w:rPr>
            <w:color w:val="2E5A80"/>
            <w:u w:val="single"/>
            <w:sz w:val="18"/>
          </w:rPr>
          <w:t xml:space="preserve">No. 563 (Genji)</w:t>
        </w:r>
      </w:hyperlink>
      <w:r>
        <w:rPr>
          <w:b w:val="0"/>
          <w:i w:val="0"/>
          <w:color w:val="6A6F75"/>
          <w:sz w:val="18"/>
        </w:rPr>
        <w:t xml:space="preserve">   ·   </w:t>
      </w:r>
      <w:r>
        <w:rPr>
          <w:b w:val="0"/>
          <w:i w:val="0"/>
          <w:color w:val="6A6F75"/>
          <w:sz w:val="18"/>
        </w:rPr>
        <w:t xml:space="preserve">Echo, Spring against autumn: </w:t>
      </w:r>
      <w:hyperlink w:anchor="p336">
        <w:r>
          <w:rPr>
            <w:color w:val="2E5A80"/>
            <w:u w:val="single"/>
            <w:sz w:val="18"/>
          </w:rPr>
          <w:t xml:space="preserve">No. 336</w:t>
        </w:r>
      </w:hyperlink>
      <w:r>
        <w:rPr>
          <w:b w:val="0"/>
          <w:i w:val="0"/>
          <w:color w:val="6A6F75"/>
          <w:sz w:val="18"/>
        </w:rPr>
        <w:t xml:space="preserve">, </w:t>
      </w:r>
      <w:hyperlink w:anchor="p337">
        <w:r>
          <w:rPr>
            <w:color w:val="2E5A80"/>
            <w:u w:val="single"/>
            <w:sz w:val="18"/>
          </w:rPr>
          <w:t xml:space="preserve">No. 337</w:t>
        </w:r>
      </w:hyperlink>
      <w:r>
        <w:rPr>
          <w:b w:val="0"/>
          <w:i w:val="0"/>
          <w:color w:val="6A6F75"/>
          <w:sz w:val="18"/>
        </w:rPr>
        <w:t xml:space="preserve">, </w:t>
      </w:r>
      <w:hyperlink w:anchor="p364">
        <w:r>
          <w:rPr>
            <w:color w:val="2E5A80"/>
            <w:u w:val="single"/>
            <w:sz w:val="18"/>
          </w:rPr>
          <w:t xml:space="preserve">No. 364</w:t>
        </w:r>
      </w:hyperlink>
      <w:r>
        <w:rPr>
          <w:b w:val="0"/>
          <w:i w:val="0"/>
          <w:color w:val="6A6F75"/>
          <w:sz w:val="18"/>
        </w:rPr>
        <w:t xml:space="preserve">, </w:t>
      </w:r>
      <w:hyperlink w:anchor="p365">
        <w:r>
          <w:rPr>
            <w:color w:val="2E5A80"/>
            <w:u w:val="single"/>
            <w:sz w:val="18"/>
          </w:rPr>
          <w:t xml:space="preserve">No. 365</w:t>
        </w:r>
      </w:hyperlink>
      <w:r>
        <w:rPr>
          <w:b w:val="0"/>
          <w:i w:val="0"/>
          <w:color w:val="6A6F75"/>
          <w:sz w:val="18"/>
        </w:rPr>
        <w:t xml:space="preserve">, </w:t>
      </w:r>
      <w:hyperlink w:anchor="p563">
        <w:r>
          <w:rPr>
            <w:color w:val="2E5A80"/>
            <w:u w:val="single"/>
            <w:sz w:val="18"/>
          </w:rPr>
          <w:t xml:space="preserve">No. 563</w:t>
        </w:r>
      </w:hyperlink>
    </w:p>
    <w:p>
      <w:pPr>
        <w:keepNext/>
        <w:spacing w:after="20" w:before="200"/>
      </w:pPr>
      <w:bookmarkStart w:id="603" w:name="p563"/>
      <w:r>
        <w:rPr>
          <w:b/>
          <w:i w:val="0"/>
          <w:color w:val="222B33"/>
          <w:sz w:val="22"/>
        </w:rPr>
        <w:t>No. 563</w:t>
      </w:r>
      <w:r>
        <w:rPr>
          <w:b w:val="0"/>
          <w:i w:val="0"/>
          <w:color w:val="6A6F75"/>
          <w:sz w:val="18"/>
        </w:rPr>
        <w:t xml:space="preserve">   Genji → Akikonomu   答 reply</w:t>
      </w:r>
      <w:bookmarkEnd w:id="603"/>
    </w:p>
    <w:p>
      <w:pPr>
        <w:keepNext/>
        <w:spacing w:after="0"/>
      </w:pPr>
      <w:r>
        <w:rPr>
          <w:rFonts w:ascii="Noto Serif CJK JP" w:hAnsi="Noto Serif CJK JP" w:eastAsia="Noto Serif CJK JP"/>
          <w:b w:val="0"/>
          <w:i w:val="0"/>
          <w:color w:val="222B33"/>
          <w:sz w:val="26"/>
        </w:rPr>
        <w:t>昇りにし雲居ながらもかへり見よわれ飽きはてぬ常ならぬ世に</w:t>
      </w:r>
    </w:p>
    <w:p>
      <w:pPr>
        <w:keepNext/>
        <w:spacing w:after="60"/>
      </w:pPr>
      <w:r>
        <w:rPr>
          <w:rFonts w:ascii="Noto Serif CJK JP" w:hAnsi="Noto Serif CJK JP" w:eastAsia="Noto Serif CJK JP"/>
          <w:b w:val="0"/>
          <w:i w:val="0"/>
          <w:color w:val="6A6F75"/>
          <w:sz w:val="19"/>
        </w:rPr>
        <w:t>のほりにし　／　雲井なからも　／　かへりみよ　／　我秋はてぬ　／　つねならぬよに</w:t>
      </w:r>
    </w:p>
    <w:p>
      <w:pPr>
        <w:keepNext/>
        <w:spacing w:after="60"/>
      </w:pPr>
      <w:r>
        <w:rPr>
          <w:b w:val="0"/>
          <w:i/>
          <w:color w:val="222B33"/>
          <w:sz w:val="21"/>
        </w:rPr>
        <w:t>Though risen above</w:t>
        <w:br/>
      </w:r>
      <w:r>
        <w:rPr>
          <w:b w:val="0"/>
          <w:i/>
          <w:color w:val="222B33"/>
          <w:sz w:val="21"/>
        </w:rPr>
        <w:t>the clouds, look back on me,</w:t>
        <w:br/>
      </w:r>
      <w:r>
        <w:rPr>
          <w:b w:val="0"/>
          <w:i/>
          <w:color w:val="222B33"/>
          <w:sz w:val="21"/>
        </w:rPr>
        <w:t>in this changing world</w:t>
        <w:br/>
      </w:r>
      <w:r>
        <w:rPr>
          <w:b w:val="0"/>
          <w:i/>
          <w:color w:val="222B33"/>
          <w:sz w:val="21"/>
        </w:rPr>
        <w:t>of which I have</w:t>
        <w:br/>
      </w:r>
      <w:r>
        <w:rPr>
          <w:b w:val="0"/>
          <w:i/>
          <w:color w:val="222B33"/>
          <w:sz w:val="21"/>
        </w:rPr>
        <w:t>not wearied.</w:t>
      </w:r>
    </w:p>
    <w:p>
      <w:pPr>
        <w:spacing w:after="40"/>
      </w:pPr>
      <w:r>
        <w:rPr>
          <w:b w:val="0"/>
          <w:i w:val="0"/>
          <w:color w:val="222B33"/>
          <w:sz w:val="19"/>
        </w:rPr>
        <w:t>Akihatenu: “not wearied” and “autumn not ended.”</w:t>
      </w:r>
    </w:p>
    <w:p>
      <w:pPr>
        <w:spacing w:after="40"/>
      </w:pPr>
      <w:r>
        <w:rPr>
          <w:b w:val="0"/>
          <w:i w:val="0"/>
          <w:color w:val="6A6F75"/>
          <w:sz w:val="18"/>
        </w:rPr>
        <w:t xml:space="preserve">In reply to </w:t>
      </w:r>
      <w:hyperlink w:anchor="p562">
        <w:r>
          <w:rPr>
            <w:color w:val="2E5A80"/>
            <w:u w:val="single"/>
            <w:sz w:val="18"/>
          </w:rPr>
          <w:t xml:space="preserve">No. 562 (Akikonomu)</w:t>
        </w:r>
      </w:hyperlink>
      <w:r>
        <w:rPr>
          <w:b w:val="0"/>
          <w:i w:val="0"/>
          <w:color w:val="6A6F75"/>
          <w:sz w:val="18"/>
        </w:rPr>
        <w:t xml:space="preserve">   ·   </w:t>
      </w:r>
      <w:r>
        <w:rPr>
          <w:b w:val="0"/>
          <w:i w:val="0"/>
          <w:color w:val="6A6F75"/>
          <w:sz w:val="18"/>
        </w:rPr>
        <w:t xml:space="preserve">Echo, Spring against autumn: </w:t>
      </w:r>
      <w:hyperlink w:anchor="p336">
        <w:r>
          <w:rPr>
            <w:color w:val="2E5A80"/>
            <w:u w:val="single"/>
            <w:sz w:val="18"/>
          </w:rPr>
          <w:t xml:space="preserve">No. 336</w:t>
        </w:r>
      </w:hyperlink>
      <w:r>
        <w:rPr>
          <w:b w:val="0"/>
          <w:i w:val="0"/>
          <w:color w:val="6A6F75"/>
          <w:sz w:val="18"/>
        </w:rPr>
        <w:t xml:space="preserve">, </w:t>
      </w:r>
      <w:hyperlink w:anchor="p337">
        <w:r>
          <w:rPr>
            <w:color w:val="2E5A80"/>
            <w:u w:val="single"/>
            <w:sz w:val="18"/>
          </w:rPr>
          <w:t xml:space="preserve">No. 337</w:t>
        </w:r>
      </w:hyperlink>
      <w:r>
        <w:rPr>
          <w:b w:val="0"/>
          <w:i w:val="0"/>
          <w:color w:val="6A6F75"/>
          <w:sz w:val="18"/>
        </w:rPr>
        <w:t xml:space="preserve">, </w:t>
      </w:r>
      <w:hyperlink w:anchor="p364">
        <w:r>
          <w:rPr>
            <w:color w:val="2E5A80"/>
            <w:u w:val="single"/>
            <w:sz w:val="18"/>
          </w:rPr>
          <w:t xml:space="preserve">No. 364</w:t>
        </w:r>
      </w:hyperlink>
      <w:r>
        <w:rPr>
          <w:b w:val="0"/>
          <w:i w:val="0"/>
          <w:color w:val="6A6F75"/>
          <w:sz w:val="18"/>
        </w:rPr>
        <w:t xml:space="preserve">, </w:t>
      </w:r>
      <w:hyperlink w:anchor="p365">
        <w:r>
          <w:rPr>
            <w:color w:val="2E5A80"/>
            <w:u w:val="single"/>
            <w:sz w:val="18"/>
          </w:rPr>
          <w:t xml:space="preserve">No. 365</w:t>
        </w:r>
      </w:hyperlink>
      <w:r>
        <w:rPr>
          <w:b w:val="0"/>
          <w:i w:val="0"/>
          <w:color w:val="6A6F75"/>
          <w:sz w:val="18"/>
        </w:rPr>
        <w:t xml:space="preserve">, </w:t>
      </w:r>
      <w:hyperlink w:anchor="p562">
        <w:r>
          <w:rPr>
            <w:color w:val="2E5A80"/>
            <w:u w:val="single"/>
            <w:sz w:val="18"/>
          </w:rPr>
          <w:t xml:space="preserve">No. 562</w:t>
        </w:r>
      </w:hyperlink>
    </w:p>
    <w:p>
      <w:pPr>
        <w:pStyle w:val="Heading1"/>
      </w:pPr>
      <w:bookmarkStart w:id="604" w:name="ch41"/>
      <w:r>
        <w:t>Chapter 41 · Maboroshi 幻</w:t>
      </w:r>
      <w:bookmarkEnd w:id="604"/>
    </w:p>
    <w:p>
      <w:pPr>
        <w:keepNext/>
        <w:spacing w:after="20" w:before="200"/>
      </w:pPr>
      <w:bookmarkStart w:id="605" w:name="p564"/>
      <w:r>
        <w:rPr>
          <w:b/>
          <w:i w:val="0"/>
          <w:color w:val="222B33"/>
          <w:sz w:val="22"/>
        </w:rPr>
        <w:t>No. 564</w:t>
      </w:r>
      <w:r>
        <w:rPr>
          <w:b w:val="0"/>
          <w:i w:val="0"/>
          <w:color w:val="6A6F75"/>
          <w:sz w:val="18"/>
        </w:rPr>
        <w:t xml:space="preserve">   Genji → Prince Hotaru   贈 sent</w:t>
      </w:r>
      <w:bookmarkEnd w:id="605"/>
    </w:p>
    <w:p>
      <w:pPr>
        <w:keepNext/>
        <w:spacing w:after="40"/>
      </w:pPr>
      <w:r>
        <w:rPr>
          <w:b/>
          <w:i w:val="0"/>
          <w:color w:val="6A6F75"/>
          <w:sz w:val="18"/>
        </w:rPr>
        <w:t xml:space="preserve">Context. </w:t>
      </w:r>
      <w:r>
        <w:rPr>
          <w:b w:val="0"/>
          <w:i w:val="0"/>
          <w:color w:val="6A6F75"/>
          <w:sz w:val="19"/>
        </w:rPr>
        <w:t>Prince Hotaru visits Genji in the spring after Murasaki’s death.</w:t>
      </w:r>
    </w:p>
    <w:p>
      <w:pPr>
        <w:keepNext/>
        <w:spacing w:after="0"/>
      </w:pPr>
      <w:r>
        <w:rPr>
          <w:rFonts w:ascii="Noto Serif CJK JP" w:hAnsi="Noto Serif CJK JP" w:eastAsia="Noto Serif CJK JP"/>
          <w:b w:val="0"/>
          <w:i w:val="0"/>
          <w:color w:val="222B33"/>
          <w:sz w:val="26"/>
        </w:rPr>
        <w:t>わが宿は花もてはやす人もなし何にか春のたづね来つらむ</w:t>
      </w:r>
    </w:p>
    <w:p>
      <w:pPr>
        <w:keepNext/>
        <w:spacing w:after="60"/>
      </w:pPr>
      <w:r>
        <w:rPr>
          <w:rFonts w:ascii="Noto Serif CJK JP" w:hAnsi="Noto Serif CJK JP" w:eastAsia="Noto Serif CJK JP"/>
          <w:b w:val="0"/>
          <w:i w:val="0"/>
          <w:color w:val="6A6F75"/>
          <w:sz w:val="19"/>
        </w:rPr>
        <w:t>わかやとは　／　花もてはやす　／　人もなし　／　なにゝか春の　／　たつねきつらん</w:t>
      </w:r>
    </w:p>
    <w:p>
      <w:pPr>
        <w:keepNext/>
        <w:spacing w:after="60"/>
      </w:pPr>
      <w:r>
        <w:rPr>
          <w:b w:val="0"/>
          <w:i/>
          <w:color w:val="222B33"/>
          <w:sz w:val="21"/>
        </w:rPr>
        <w:t>In my house there is</w:t>
        <w:br/>
      </w:r>
      <w:r>
        <w:rPr>
          <w:b w:val="0"/>
          <w:i/>
          <w:color w:val="222B33"/>
          <w:sz w:val="21"/>
        </w:rPr>
        <w:t>no one to make much of the flowers;</w:t>
        <w:br/>
      </w:r>
      <w:r>
        <w:rPr>
          <w:b w:val="0"/>
          <w:i/>
          <w:color w:val="222B33"/>
          <w:sz w:val="21"/>
        </w:rPr>
        <w:t>why has spring</w:t>
        <w:br/>
      </w:r>
      <w:r>
        <w:rPr>
          <w:b w:val="0"/>
          <w:i/>
          <w:color w:val="222B33"/>
          <w:sz w:val="21"/>
        </w:rPr>
        <w:t>come</w:t>
        <w:br/>
      </w:r>
      <w:r>
        <w:rPr>
          <w:b w:val="0"/>
          <w:i/>
          <w:color w:val="222B33"/>
          <w:sz w:val="21"/>
        </w:rPr>
        <w:t>to call?</w:t>
      </w:r>
    </w:p>
    <w:p>
      <w:pPr>
        <w:spacing w:after="40"/>
      </w:pPr>
      <w:r>
        <w:rPr>
          <w:b w:val="0"/>
          <w:i w:val="0"/>
          <w:color w:val="6A6F75"/>
          <w:sz w:val="18"/>
        </w:rPr>
        <w:t xml:space="preserve">Answered by </w:t>
      </w:r>
      <w:hyperlink w:anchor="p565">
        <w:r>
          <w:rPr>
            <w:color w:val="2E5A80"/>
            <w:u w:val="single"/>
            <w:sz w:val="18"/>
          </w:rPr>
          <w:t xml:space="preserve">No. 565 (Prince Hotaru)</w:t>
        </w:r>
      </w:hyperlink>
    </w:p>
    <w:p>
      <w:pPr>
        <w:keepNext/>
        <w:spacing w:after="20" w:before="200"/>
      </w:pPr>
      <w:bookmarkStart w:id="606" w:name="p565"/>
      <w:r>
        <w:rPr>
          <w:b/>
          <w:i w:val="0"/>
          <w:color w:val="222B33"/>
          <w:sz w:val="22"/>
        </w:rPr>
        <w:t>No. 565</w:t>
      </w:r>
      <w:r>
        <w:rPr>
          <w:b w:val="0"/>
          <w:i w:val="0"/>
          <w:color w:val="6A6F75"/>
          <w:sz w:val="18"/>
        </w:rPr>
        <w:t xml:space="preserve">   Prince Hotaru → Genji   答 reply</w:t>
      </w:r>
      <w:bookmarkEnd w:id="606"/>
    </w:p>
    <w:p>
      <w:pPr>
        <w:keepNext/>
        <w:spacing w:after="0"/>
      </w:pPr>
      <w:r>
        <w:rPr>
          <w:rFonts w:ascii="Noto Serif CJK JP" w:hAnsi="Noto Serif CJK JP" w:eastAsia="Noto Serif CJK JP"/>
          <w:b w:val="0"/>
          <w:i w:val="0"/>
          <w:color w:val="222B33"/>
          <w:sz w:val="26"/>
        </w:rPr>
        <w:t>香をとめて来つるかひなくおほかたの花のたよりと言ひやなすべき</w:t>
      </w:r>
    </w:p>
    <w:p>
      <w:pPr>
        <w:keepNext/>
        <w:spacing w:after="60"/>
      </w:pPr>
      <w:r>
        <w:rPr>
          <w:rFonts w:ascii="Noto Serif CJK JP" w:hAnsi="Noto Serif CJK JP" w:eastAsia="Noto Serif CJK JP"/>
          <w:b w:val="0"/>
          <w:i w:val="0"/>
          <w:color w:val="6A6F75"/>
          <w:sz w:val="19"/>
        </w:rPr>
        <w:t>香をとめて　／　きつるかひなく　／　大方の　／　花のたよりと　／　いひやなすへき</w:t>
      </w:r>
    </w:p>
    <w:p>
      <w:pPr>
        <w:keepNext/>
        <w:spacing w:after="60"/>
      </w:pPr>
      <w:r>
        <w:rPr>
          <w:b w:val="0"/>
          <w:i/>
          <w:color w:val="222B33"/>
          <w:sz w:val="21"/>
        </w:rPr>
        <w:t>Should I say there was</w:t>
        <w:br/>
      </w:r>
      <w:r>
        <w:rPr>
          <w:b w:val="0"/>
          <w:i/>
          <w:color w:val="222B33"/>
          <w:sz w:val="21"/>
        </w:rPr>
        <w:t>no point in coming to seek the scent,</w:t>
        <w:br/>
      </w:r>
      <w:r>
        <w:rPr>
          <w:b w:val="0"/>
          <w:i/>
          <w:color w:val="222B33"/>
          <w:sz w:val="21"/>
        </w:rPr>
        <w:t>that I came</w:t>
        <w:br/>
      </w:r>
      <w:r>
        <w:rPr>
          <w:b w:val="0"/>
          <w:i/>
          <w:color w:val="222B33"/>
          <w:sz w:val="21"/>
        </w:rPr>
        <w:t>only for the flowers</w:t>
        <w:br/>
      </w:r>
      <w:r>
        <w:rPr>
          <w:b w:val="0"/>
          <w:i/>
          <w:color w:val="222B33"/>
          <w:sz w:val="21"/>
        </w:rPr>
        <w:t>in general?</w:t>
      </w:r>
    </w:p>
    <w:p>
      <w:pPr>
        <w:spacing w:after="40"/>
      </w:pPr>
      <w:r>
        <w:rPr>
          <w:b w:val="0"/>
          <w:i w:val="0"/>
          <w:color w:val="6A6F75"/>
          <w:sz w:val="18"/>
        </w:rPr>
        <w:t xml:space="preserve">In reply to </w:t>
      </w:r>
      <w:hyperlink w:anchor="p564">
        <w:r>
          <w:rPr>
            <w:color w:val="2E5A80"/>
            <w:u w:val="single"/>
            <w:sz w:val="18"/>
          </w:rPr>
          <w:t xml:space="preserve">No. 564 (Genji)</w:t>
        </w:r>
      </w:hyperlink>
    </w:p>
    <w:p>
      <w:pPr>
        <w:keepNext/>
        <w:spacing w:after="20" w:before="200"/>
      </w:pPr>
      <w:bookmarkStart w:id="607" w:name="p566"/>
      <w:r>
        <w:rPr>
          <w:b/>
          <w:i w:val="0"/>
          <w:color w:val="222B33"/>
          <w:sz w:val="22"/>
        </w:rPr>
        <w:t>No. 566</w:t>
      </w:r>
      <w:r>
        <w:rPr>
          <w:b w:val="0"/>
          <w:i w:val="0"/>
          <w:color w:val="6A6F75"/>
          <w:sz w:val="18"/>
        </w:rPr>
        <w:t xml:space="preserve">   Genji   独 solo</w:t>
      </w:r>
      <w:bookmarkEnd w:id="607"/>
    </w:p>
    <w:p>
      <w:pPr>
        <w:keepNext/>
        <w:spacing w:after="40"/>
      </w:pPr>
      <w:r>
        <w:rPr>
          <w:b/>
          <w:i w:val="0"/>
          <w:color w:val="6A6F75"/>
          <w:sz w:val="18"/>
        </w:rPr>
        <w:t xml:space="preserve">Context. </w:t>
      </w:r>
      <w:r>
        <w:rPr>
          <w:b w:val="0"/>
          <w:i w:val="0"/>
          <w:color w:val="6A6F75"/>
          <w:sz w:val="19"/>
        </w:rPr>
        <w:t>Genji in the first spring after Murasaki’s death; Chapter 41 follows him through a year of mourning, season by season.</w:t>
      </w:r>
    </w:p>
    <w:p>
      <w:pPr>
        <w:keepNext/>
        <w:spacing w:after="0"/>
      </w:pPr>
      <w:r>
        <w:rPr>
          <w:rFonts w:ascii="Noto Serif CJK JP" w:hAnsi="Noto Serif CJK JP" w:eastAsia="Noto Serif CJK JP"/>
          <w:b w:val="0"/>
          <w:i w:val="0"/>
          <w:color w:val="222B33"/>
          <w:sz w:val="26"/>
        </w:rPr>
        <w:t>憂き世には雪消えなむと思ひつつ思ひの外になほぞほどふる</w:t>
      </w:r>
    </w:p>
    <w:p>
      <w:pPr>
        <w:keepNext/>
        <w:spacing w:after="60"/>
      </w:pPr>
      <w:r>
        <w:rPr>
          <w:rFonts w:ascii="Noto Serif CJK JP" w:hAnsi="Noto Serif CJK JP" w:eastAsia="Noto Serif CJK JP"/>
          <w:b w:val="0"/>
          <w:i w:val="0"/>
          <w:color w:val="6A6F75"/>
          <w:sz w:val="19"/>
        </w:rPr>
        <w:t>うき世には　／　雪きえなんと　／　思つゝ　／　おもひのほかに　／　なをそ程ふる</w:t>
      </w:r>
    </w:p>
    <w:p>
      <w:pPr>
        <w:keepNext/>
        <w:spacing w:after="60"/>
      </w:pPr>
      <w:r>
        <w:rPr>
          <w:b w:val="0"/>
          <w:i/>
          <w:color w:val="222B33"/>
          <w:sz w:val="21"/>
        </w:rPr>
        <w:t>Thinking I would vanish</w:t>
        <w:br/>
      </w:r>
      <w:r>
        <w:rPr>
          <w:b w:val="0"/>
          <w:i/>
          <w:color w:val="222B33"/>
          <w:sz w:val="21"/>
        </w:rPr>
        <w:t>with the snow in this bitter world,</w:t>
        <w:br/>
      </w:r>
      <w:r>
        <w:rPr>
          <w:b w:val="0"/>
          <w:i/>
          <w:color w:val="222B33"/>
          <w:sz w:val="21"/>
        </w:rPr>
        <w:t>against all thought</w:t>
        <w:br/>
      </w:r>
      <w:r>
        <w:rPr>
          <w:b w:val="0"/>
          <w:i/>
          <w:color w:val="222B33"/>
          <w:sz w:val="21"/>
        </w:rPr>
        <w:t>I live on</w:t>
        <w:br/>
      </w:r>
      <w:r>
        <w:rPr>
          <w:b w:val="0"/>
          <w:i/>
          <w:color w:val="222B33"/>
          <w:sz w:val="21"/>
        </w:rPr>
        <w:t>as it falls.</w:t>
      </w:r>
    </w:p>
    <w:p>
      <w:pPr>
        <w:spacing w:after="40"/>
      </w:pPr>
      <w:r>
        <w:rPr>
          <w:b w:val="0"/>
          <w:i w:val="0"/>
          <w:color w:val="222B33"/>
          <w:sz w:val="19"/>
        </w:rPr>
        <w:t>Furu: “fall” and “pass time.”</w:t>
      </w:r>
    </w:p>
    <w:p>
      <w:pPr>
        <w:keepNext/>
        <w:spacing w:after="20" w:before="200"/>
      </w:pPr>
      <w:bookmarkStart w:id="608" w:name="p567"/>
      <w:r>
        <w:rPr>
          <w:b/>
          <w:i w:val="0"/>
          <w:color w:val="222B33"/>
          <w:sz w:val="22"/>
        </w:rPr>
        <w:t>No. 567</w:t>
      </w:r>
      <w:r>
        <w:rPr>
          <w:b w:val="0"/>
          <w:i w:val="0"/>
          <w:color w:val="6A6F75"/>
          <w:sz w:val="18"/>
        </w:rPr>
        <w:t xml:space="preserve">   Genji   独 solo</w:t>
      </w:r>
      <w:bookmarkEnd w:id="608"/>
    </w:p>
    <w:p>
      <w:pPr>
        <w:keepNext/>
        <w:spacing w:after="40"/>
      </w:pPr>
      <w:r>
        <w:rPr>
          <w:b/>
          <w:i w:val="0"/>
          <w:color w:val="6A6F75"/>
          <w:sz w:val="18"/>
        </w:rPr>
        <w:t xml:space="preserve">Context. </w:t>
      </w:r>
      <w:r>
        <w:rPr>
          <w:b w:val="0"/>
          <w:i w:val="0"/>
          <w:color w:val="6A6F75"/>
          <w:sz w:val="19"/>
        </w:rPr>
        <w:t>Genji sees the warbler in the garden Murasaki planted; everything at Nijō recalls her.</w:t>
      </w:r>
    </w:p>
    <w:p>
      <w:pPr>
        <w:keepNext/>
        <w:spacing w:after="0"/>
      </w:pPr>
      <w:r>
        <w:rPr>
          <w:rFonts w:ascii="Noto Serif CJK JP" w:hAnsi="Noto Serif CJK JP" w:eastAsia="Noto Serif CJK JP"/>
          <w:b w:val="0"/>
          <w:i w:val="0"/>
          <w:color w:val="222B33"/>
          <w:sz w:val="26"/>
        </w:rPr>
        <w:t>植ゑて見し花のあるじもなき宿に知らず顔にて来ゐる鴬</w:t>
      </w:r>
    </w:p>
    <w:p>
      <w:pPr>
        <w:keepNext/>
        <w:spacing w:after="60"/>
      </w:pPr>
      <w:r>
        <w:rPr>
          <w:rFonts w:ascii="Noto Serif CJK JP" w:hAnsi="Noto Serif CJK JP" w:eastAsia="Noto Serif CJK JP"/>
          <w:b w:val="0"/>
          <w:i w:val="0"/>
          <w:color w:val="6A6F75"/>
          <w:sz w:val="19"/>
        </w:rPr>
        <w:t>うへてみし　／　花のあるしも　／　なきやとに　／　しらすかほにて　／　きゐる鴬</w:t>
      </w:r>
    </w:p>
    <w:p>
      <w:pPr>
        <w:keepNext/>
        <w:spacing w:after="60"/>
      </w:pPr>
      <w:r>
        <w:rPr>
          <w:b w:val="0"/>
          <w:i/>
          <w:color w:val="222B33"/>
          <w:sz w:val="21"/>
        </w:rPr>
        <w:t>At a house where the master</w:t>
        <w:br/>
      </w:r>
      <w:r>
        <w:rPr>
          <w:b w:val="0"/>
          <w:i/>
          <w:color w:val="222B33"/>
          <w:sz w:val="21"/>
        </w:rPr>
        <w:t>of the flowers she planted to watch</w:t>
        <w:br/>
      </w:r>
      <w:r>
        <w:rPr>
          <w:b w:val="0"/>
          <w:i/>
          <w:color w:val="222B33"/>
          <w:sz w:val="21"/>
        </w:rPr>
        <w:t>is no more, the warbler</w:t>
        <w:br/>
      </w:r>
      <w:r>
        <w:rPr>
          <w:b w:val="0"/>
          <w:i/>
          <w:color w:val="222B33"/>
          <w:sz w:val="21"/>
        </w:rPr>
        <w:t>comes and perches</w:t>
        <w:br/>
      </w:r>
      <w:r>
        <w:rPr>
          <w:b w:val="0"/>
          <w:i/>
          <w:color w:val="222B33"/>
          <w:sz w:val="21"/>
        </w:rPr>
        <w:t>as if it did not know.</w:t>
      </w:r>
    </w:p>
    <w:p>
      <w:pPr>
        <w:keepNext/>
        <w:spacing w:after="20" w:before="200"/>
      </w:pPr>
      <w:bookmarkStart w:id="609" w:name="p568"/>
      <w:r>
        <w:rPr>
          <w:b/>
          <w:i w:val="0"/>
          <w:color w:val="222B33"/>
          <w:sz w:val="22"/>
        </w:rPr>
        <w:t>No. 568</w:t>
      </w:r>
      <w:r>
        <w:rPr>
          <w:b w:val="0"/>
          <w:i w:val="0"/>
          <w:color w:val="6A6F75"/>
          <w:sz w:val="18"/>
        </w:rPr>
        <w:t xml:space="preserve">   Genji   独 solo</w:t>
      </w:r>
      <w:bookmarkEnd w:id="609"/>
    </w:p>
    <w:p>
      <w:pPr>
        <w:keepNext/>
        <w:spacing w:after="40"/>
      </w:pPr>
      <w:r>
        <w:rPr>
          <w:b/>
          <w:i w:val="0"/>
          <w:color w:val="6A6F75"/>
          <w:sz w:val="18"/>
        </w:rPr>
        <w:t xml:space="preserve">Context. </w:t>
      </w:r>
      <w:r>
        <w:rPr>
          <w:b w:val="0"/>
          <w:i w:val="0"/>
          <w:color w:val="6A6F75"/>
          <w:sz w:val="19"/>
        </w:rPr>
        <w:t>Genji in the spring garden Murasaki loved; he resolves not to let it fall to ruin.</w:t>
      </w:r>
    </w:p>
    <w:p>
      <w:pPr>
        <w:keepNext/>
        <w:spacing w:after="0"/>
      </w:pPr>
      <w:r>
        <w:rPr>
          <w:rFonts w:ascii="Noto Serif CJK JP" w:hAnsi="Noto Serif CJK JP" w:eastAsia="Noto Serif CJK JP"/>
          <w:b w:val="0"/>
          <w:i w:val="0"/>
          <w:color w:val="222B33"/>
          <w:sz w:val="26"/>
        </w:rPr>
        <w:t>今はとて荒らしや果てむ亡き人の心とどめし春の垣根を</w:t>
      </w:r>
    </w:p>
    <w:p>
      <w:pPr>
        <w:keepNext/>
        <w:spacing w:after="60"/>
      </w:pPr>
      <w:r>
        <w:rPr>
          <w:rFonts w:ascii="Noto Serif CJK JP" w:hAnsi="Noto Serif CJK JP" w:eastAsia="Noto Serif CJK JP"/>
          <w:b w:val="0"/>
          <w:i w:val="0"/>
          <w:color w:val="6A6F75"/>
          <w:sz w:val="19"/>
        </w:rPr>
        <w:t>いまはとて　／　あらしやはてん　／　なき人の　／　心とゝめし　／　春のかきねを</w:t>
      </w:r>
    </w:p>
    <w:p>
      <w:pPr>
        <w:keepNext/>
        <w:spacing w:after="60"/>
      </w:pPr>
      <w:r>
        <w:rPr>
          <w:b w:val="0"/>
          <w:i/>
          <w:color w:val="222B33"/>
          <w:sz w:val="21"/>
        </w:rPr>
        <w:t>Must I let it go</w:t>
        <w:br/>
      </w:r>
      <w:r>
        <w:rPr>
          <w:b w:val="0"/>
          <w:i/>
          <w:color w:val="222B33"/>
          <w:sz w:val="21"/>
        </w:rPr>
        <w:t>to ruin now, the hedge of spring</w:t>
        <w:br/>
      </w:r>
      <w:r>
        <w:rPr>
          <w:b w:val="0"/>
          <w:i/>
          <w:color w:val="222B33"/>
          <w:sz w:val="21"/>
        </w:rPr>
        <w:t>where the one</w:t>
        <w:br/>
      </w:r>
      <w:r>
        <w:rPr>
          <w:b w:val="0"/>
          <w:i/>
          <w:color w:val="222B33"/>
          <w:sz w:val="21"/>
        </w:rPr>
        <w:t>who is gone</w:t>
        <w:br/>
      </w:r>
      <w:r>
        <w:rPr>
          <w:b w:val="0"/>
          <w:i/>
          <w:color w:val="222B33"/>
          <w:sz w:val="21"/>
        </w:rPr>
        <w:t>set her heart?</w:t>
      </w:r>
    </w:p>
    <w:p>
      <w:pPr>
        <w:keepNext/>
        <w:spacing w:after="20" w:before="200"/>
      </w:pPr>
      <w:bookmarkStart w:id="610" w:name="p569"/>
      <w:r>
        <w:rPr>
          <w:b/>
          <w:i w:val="0"/>
          <w:color w:val="222B33"/>
          <w:sz w:val="22"/>
        </w:rPr>
        <w:t>No. 569</w:t>
      </w:r>
      <w:r>
        <w:rPr>
          <w:b w:val="0"/>
          <w:i w:val="0"/>
          <w:color w:val="6A6F75"/>
          <w:sz w:val="18"/>
        </w:rPr>
        <w:t xml:space="preserve">   Genji → Lady Akashi   贈 sent</w:t>
      </w:r>
      <w:bookmarkEnd w:id="610"/>
    </w:p>
    <w:p>
      <w:pPr>
        <w:keepNext/>
        <w:spacing w:after="40"/>
      </w:pPr>
      <w:r>
        <w:rPr>
          <w:b/>
          <w:i w:val="0"/>
          <w:color w:val="6A6F75"/>
          <w:sz w:val="18"/>
        </w:rPr>
        <w:t xml:space="preserve">Context. </w:t>
      </w:r>
      <w:r>
        <w:rPr>
          <w:b w:val="0"/>
          <w:i w:val="0"/>
          <w:color w:val="6A6F75"/>
          <w:sz w:val="19"/>
        </w:rPr>
        <w:t>Genji visits Lady Akashi; she cannot comfort him.</w:t>
      </w:r>
    </w:p>
    <w:p>
      <w:pPr>
        <w:keepNext/>
        <w:spacing w:after="0"/>
      </w:pPr>
      <w:r>
        <w:rPr>
          <w:rFonts w:ascii="Noto Serif CJK JP" w:hAnsi="Noto Serif CJK JP" w:eastAsia="Noto Serif CJK JP"/>
          <w:b w:val="0"/>
          <w:i w:val="0"/>
          <w:color w:val="222B33"/>
          <w:sz w:val="26"/>
        </w:rPr>
        <w:t>なくなくも帰りにしかな仮の世はいづこもつひの常世ならぬに</w:t>
      </w:r>
    </w:p>
    <w:p>
      <w:pPr>
        <w:keepNext/>
        <w:spacing w:after="60"/>
      </w:pPr>
      <w:r>
        <w:rPr>
          <w:rFonts w:ascii="Noto Serif CJK JP" w:hAnsi="Noto Serif CJK JP" w:eastAsia="Noto Serif CJK JP"/>
          <w:b w:val="0"/>
          <w:i w:val="0"/>
          <w:color w:val="6A6F75"/>
          <w:sz w:val="19"/>
        </w:rPr>
        <w:t>なくなくも　／　かへりにしかな　／　かりの世は　／　いつこもついの　／　とこよならぬに</w:t>
      </w:r>
    </w:p>
    <w:p>
      <w:pPr>
        <w:keepNext/>
        <w:spacing w:after="60"/>
      </w:pPr>
      <w:r>
        <w:rPr>
          <w:b w:val="0"/>
          <w:i/>
          <w:color w:val="222B33"/>
          <w:sz w:val="21"/>
        </w:rPr>
        <w:t>Weeping I went home:</w:t>
        <w:br/>
      </w:r>
      <w:r>
        <w:rPr>
          <w:b w:val="0"/>
          <w:i/>
          <w:color w:val="222B33"/>
          <w:sz w:val="21"/>
        </w:rPr>
        <w:t>in this temporary world</w:t>
        <w:br/>
      </w:r>
      <w:r>
        <w:rPr>
          <w:b w:val="0"/>
          <w:i/>
          <w:color w:val="222B33"/>
          <w:sz w:val="21"/>
        </w:rPr>
        <w:t>there is no place</w:t>
        <w:br/>
      </w:r>
      <w:r>
        <w:rPr>
          <w:b w:val="0"/>
          <w:i/>
          <w:color w:val="222B33"/>
          <w:sz w:val="21"/>
        </w:rPr>
        <w:t>that is an everlasting</w:t>
        <w:br/>
      </w:r>
      <w:r>
        <w:rPr>
          <w:b w:val="0"/>
          <w:i/>
          <w:color w:val="222B33"/>
          <w:sz w:val="21"/>
        </w:rPr>
        <w:t>world at last.</w:t>
      </w:r>
    </w:p>
    <w:p>
      <w:pPr>
        <w:spacing w:after="40"/>
      </w:pPr>
      <w:r>
        <w:rPr>
          <w:b w:val="0"/>
          <w:i w:val="0"/>
          <w:color w:val="6A6F75"/>
          <w:sz w:val="18"/>
        </w:rPr>
        <w:t xml:space="preserve">Answered by </w:t>
      </w:r>
      <w:hyperlink w:anchor="p570">
        <w:r>
          <w:rPr>
            <w:color w:val="2E5A80"/>
            <w:u w:val="single"/>
            <w:sz w:val="18"/>
          </w:rPr>
          <w:t xml:space="preserve">No. 570 (Lady Akashi)</w:t>
        </w:r>
      </w:hyperlink>
    </w:p>
    <w:p>
      <w:pPr>
        <w:keepNext/>
        <w:spacing w:after="20" w:before="200"/>
      </w:pPr>
      <w:bookmarkStart w:id="611" w:name="p570"/>
      <w:r>
        <w:rPr>
          <w:b/>
          <w:i w:val="0"/>
          <w:color w:val="222B33"/>
          <w:sz w:val="22"/>
        </w:rPr>
        <w:t>No. 570</w:t>
      </w:r>
      <w:r>
        <w:rPr>
          <w:b w:val="0"/>
          <w:i w:val="0"/>
          <w:color w:val="6A6F75"/>
          <w:sz w:val="18"/>
        </w:rPr>
        <w:t xml:space="preserve">   Lady Akashi → Genji   答 reply</w:t>
      </w:r>
      <w:bookmarkEnd w:id="611"/>
    </w:p>
    <w:p>
      <w:pPr>
        <w:keepNext/>
        <w:spacing w:after="0"/>
      </w:pPr>
      <w:r>
        <w:rPr>
          <w:rFonts w:ascii="Noto Serif CJK JP" w:hAnsi="Noto Serif CJK JP" w:eastAsia="Noto Serif CJK JP"/>
          <w:b w:val="0"/>
          <w:i w:val="0"/>
          <w:color w:val="222B33"/>
          <w:sz w:val="26"/>
        </w:rPr>
        <w:t>雁がゐし苗代水の絶えしより映りし花の影をだに見ず</w:t>
      </w:r>
    </w:p>
    <w:p>
      <w:pPr>
        <w:keepNext/>
        <w:spacing w:after="60"/>
      </w:pPr>
      <w:r>
        <w:rPr>
          <w:rFonts w:ascii="Noto Serif CJK JP" w:hAnsi="Noto Serif CJK JP" w:eastAsia="Noto Serif CJK JP"/>
          <w:b w:val="0"/>
          <w:i w:val="0"/>
          <w:color w:val="6A6F75"/>
          <w:sz w:val="19"/>
        </w:rPr>
        <w:t>かりかゐし　／　なはしろ水の　／　たえしより　／　うつりし花の　／　かけをたにみす</w:t>
      </w:r>
    </w:p>
    <w:p>
      <w:pPr>
        <w:keepNext/>
        <w:spacing w:after="60"/>
      </w:pPr>
      <w:r>
        <w:rPr>
          <w:b w:val="0"/>
          <w:i/>
          <w:color w:val="222B33"/>
          <w:sz w:val="21"/>
        </w:rPr>
        <w:t>Since the rice-seedling water</w:t>
        <w:br/>
      </w:r>
      <w:r>
        <w:rPr>
          <w:b w:val="0"/>
          <w:i/>
          <w:color w:val="222B33"/>
          <w:sz w:val="21"/>
        </w:rPr>
        <w:t>where the wild geese stayed ran dry,</w:t>
        <w:br/>
      </w:r>
      <w:r>
        <w:rPr>
          <w:b w:val="0"/>
          <w:i/>
          <w:color w:val="222B33"/>
          <w:sz w:val="21"/>
        </w:rPr>
        <w:t>I do not see</w:t>
        <w:br/>
      </w:r>
      <w:r>
        <w:rPr>
          <w:b w:val="0"/>
          <w:i/>
          <w:color w:val="222B33"/>
          <w:sz w:val="21"/>
        </w:rPr>
        <w:t>even the reflection</w:t>
        <w:br/>
      </w:r>
      <w:r>
        <w:rPr>
          <w:b w:val="0"/>
          <w:i/>
          <w:color w:val="222B33"/>
          <w:sz w:val="21"/>
        </w:rPr>
        <w:t>of the flowers.</w:t>
      </w:r>
    </w:p>
    <w:p>
      <w:pPr>
        <w:spacing w:after="40"/>
      </w:pPr>
      <w:r>
        <w:rPr>
          <w:b w:val="0"/>
          <w:i w:val="0"/>
          <w:color w:val="222B33"/>
          <w:sz w:val="19"/>
        </w:rPr>
        <w:t>Kari: “geese” and “temporary.”</w:t>
      </w:r>
    </w:p>
    <w:p>
      <w:pPr>
        <w:spacing w:after="40"/>
      </w:pPr>
      <w:r>
        <w:rPr>
          <w:b w:val="0"/>
          <w:i w:val="0"/>
          <w:color w:val="6A6F75"/>
          <w:sz w:val="18"/>
        </w:rPr>
        <w:t xml:space="preserve">In reply to </w:t>
      </w:r>
      <w:hyperlink w:anchor="p569">
        <w:r>
          <w:rPr>
            <w:color w:val="2E5A80"/>
            <w:u w:val="single"/>
            <w:sz w:val="18"/>
          </w:rPr>
          <w:t xml:space="preserve">No. 569 (Genji)</w:t>
        </w:r>
      </w:hyperlink>
    </w:p>
    <w:p>
      <w:pPr>
        <w:keepNext/>
        <w:spacing w:after="20" w:before="200"/>
      </w:pPr>
      <w:bookmarkStart w:id="612" w:name="p571"/>
      <w:r>
        <w:rPr>
          <w:b/>
          <w:i w:val="0"/>
          <w:color w:val="222B33"/>
          <w:sz w:val="22"/>
        </w:rPr>
        <w:t>No. 571</w:t>
      </w:r>
      <w:r>
        <w:rPr>
          <w:b w:val="0"/>
          <w:i w:val="0"/>
          <w:color w:val="6A6F75"/>
          <w:sz w:val="18"/>
        </w:rPr>
        <w:t xml:space="preserve">   Hanachirusato → Genji   贈 sent</w:t>
      </w:r>
      <w:bookmarkEnd w:id="612"/>
    </w:p>
    <w:p>
      <w:pPr>
        <w:keepNext/>
        <w:spacing w:after="40"/>
      </w:pPr>
      <w:r>
        <w:rPr>
          <w:b/>
          <w:i w:val="0"/>
          <w:color w:val="6A6F75"/>
          <w:sz w:val="18"/>
        </w:rPr>
        <w:t xml:space="preserve">Context. </w:t>
      </w:r>
      <w:r>
        <w:rPr>
          <w:b w:val="0"/>
          <w:i w:val="0"/>
          <w:color w:val="6A6F75"/>
          <w:sz w:val="19"/>
        </w:rPr>
        <w:t>Hanachirusato sends summer robes in the first summer without Murasaki; she still cares for Genji’s household.</w:t>
      </w:r>
    </w:p>
    <w:p>
      <w:pPr>
        <w:keepNext/>
        <w:spacing w:after="0"/>
      </w:pPr>
      <w:r>
        <w:rPr>
          <w:rFonts w:ascii="Noto Serif CJK JP" w:hAnsi="Noto Serif CJK JP" w:eastAsia="Noto Serif CJK JP"/>
          <w:b w:val="0"/>
          <w:i w:val="0"/>
          <w:color w:val="222B33"/>
          <w:sz w:val="26"/>
        </w:rPr>
        <w:t>夏衣裁ち替へてける今日ばかり古き思ひもすすみやはせぬ</w:t>
      </w:r>
    </w:p>
    <w:p>
      <w:pPr>
        <w:keepNext/>
        <w:spacing w:after="60"/>
      </w:pPr>
      <w:r>
        <w:rPr>
          <w:rFonts w:ascii="Noto Serif CJK JP" w:hAnsi="Noto Serif CJK JP" w:eastAsia="Noto Serif CJK JP"/>
          <w:b w:val="0"/>
          <w:i w:val="0"/>
          <w:color w:val="6A6F75"/>
          <w:sz w:val="19"/>
        </w:rPr>
        <w:t>夏衣　／　たちかへてける　／　けふはかり　／　ふるき思ひも　／　すゝみやはせぬ</w:t>
      </w:r>
    </w:p>
    <w:p>
      <w:pPr>
        <w:keepNext/>
        <w:spacing w:after="60"/>
      </w:pPr>
      <w:r>
        <w:rPr>
          <w:b w:val="0"/>
          <w:i/>
          <w:color w:val="222B33"/>
          <w:sz w:val="21"/>
        </w:rPr>
        <w:t>Today alone,</w:t>
        <w:br/>
      </w:r>
      <w:r>
        <w:rPr>
          <w:b w:val="0"/>
          <w:i/>
          <w:color w:val="222B33"/>
          <w:sz w:val="21"/>
        </w:rPr>
        <w:t>when we change to summer robes,</w:t>
        <w:br/>
      </w:r>
      <w:r>
        <w:rPr>
          <w:b w:val="0"/>
          <w:i/>
          <w:color w:val="222B33"/>
          <w:sz w:val="21"/>
        </w:rPr>
        <w:t>would old memories</w:t>
        <w:br/>
      </w:r>
      <w:r>
        <w:rPr>
          <w:b w:val="0"/>
          <w:i/>
          <w:color w:val="222B33"/>
          <w:sz w:val="21"/>
        </w:rPr>
        <w:t>not</w:t>
        <w:br/>
      </w:r>
      <w:r>
        <w:rPr>
          <w:b w:val="0"/>
          <w:i/>
          <w:color w:val="222B33"/>
          <w:sz w:val="21"/>
        </w:rPr>
        <w:t>come forward?</w:t>
      </w:r>
    </w:p>
    <w:p>
      <w:pPr>
        <w:spacing w:after="40"/>
      </w:pPr>
      <w:r>
        <w:rPr>
          <w:b w:val="0"/>
          <w:i w:val="0"/>
          <w:color w:val="6A6F75"/>
          <w:sz w:val="18"/>
        </w:rPr>
        <w:t xml:space="preserve">Answered by </w:t>
      </w:r>
      <w:hyperlink w:anchor="p572">
        <w:r>
          <w:rPr>
            <w:color w:val="2E5A80"/>
            <w:u w:val="single"/>
            <w:sz w:val="18"/>
          </w:rPr>
          <w:t xml:space="preserve">No. 572 (Genji)</w:t>
        </w:r>
      </w:hyperlink>
    </w:p>
    <w:p>
      <w:pPr>
        <w:keepNext/>
        <w:spacing w:after="20" w:before="200"/>
      </w:pPr>
      <w:bookmarkStart w:id="613" w:name="p572"/>
      <w:r>
        <w:rPr>
          <w:b/>
          <w:i w:val="0"/>
          <w:color w:val="222B33"/>
          <w:sz w:val="22"/>
        </w:rPr>
        <w:t>No. 572</w:t>
      </w:r>
      <w:r>
        <w:rPr>
          <w:b w:val="0"/>
          <w:i w:val="0"/>
          <w:color w:val="6A6F75"/>
          <w:sz w:val="18"/>
        </w:rPr>
        <w:t xml:space="preserve">   Genji → Hanachirusato   答 reply</w:t>
      </w:r>
      <w:bookmarkEnd w:id="613"/>
    </w:p>
    <w:p>
      <w:pPr>
        <w:keepNext/>
        <w:spacing w:after="0"/>
      </w:pPr>
      <w:r>
        <w:rPr>
          <w:rFonts w:ascii="Noto Serif CJK JP" w:hAnsi="Noto Serif CJK JP" w:eastAsia="Noto Serif CJK JP"/>
          <w:b w:val="0"/>
          <w:i w:val="0"/>
          <w:color w:val="222B33"/>
          <w:sz w:val="26"/>
        </w:rPr>
        <w:t>羽衣の薄きに変はる今日よりは空蝉の世ぞいとど悲しき</w:t>
      </w:r>
    </w:p>
    <w:p>
      <w:pPr>
        <w:keepNext/>
        <w:spacing w:after="60"/>
      </w:pPr>
      <w:r>
        <w:rPr>
          <w:rFonts w:ascii="Noto Serif CJK JP" w:hAnsi="Noto Serif CJK JP" w:eastAsia="Noto Serif CJK JP"/>
          <w:b w:val="0"/>
          <w:i w:val="0"/>
          <w:color w:val="6A6F75"/>
          <w:sz w:val="19"/>
        </w:rPr>
        <w:t>は衣の　／　うすきにかはる　／　けふよりは　／　うつ蝉の世そ　／　いとゝかなしき</w:t>
      </w:r>
    </w:p>
    <w:p>
      <w:pPr>
        <w:keepNext/>
        <w:spacing w:after="60"/>
      </w:pPr>
      <w:r>
        <w:rPr>
          <w:b w:val="0"/>
          <w:i/>
          <w:color w:val="222B33"/>
          <w:sz w:val="21"/>
        </w:rPr>
        <w:t>From today,</w:t>
        <w:br/>
      </w:r>
      <w:r>
        <w:rPr>
          <w:b w:val="0"/>
          <w:i/>
          <w:color w:val="222B33"/>
          <w:sz w:val="21"/>
        </w:rPr>
        <w:t>when robes change to thin feathered ones,</w:t>
        <w:br/>
      </w:r>
      <w:r>
        <w:rPr>
          <w:b w:val="0"/>
          <w:i/>
          <w:color w:val="222B33"/>
          <w:sz w:val="21"/>
        </w:rPr>
        <w:t>the cicada-shell world</w:t>
        <w:br/>
      </w:r>
      <w:r>
        <w:rPr>
          <w:b w:val="0"/>
          <w:i/>
          <w:color w:val="222B33"/>
          <w:sz w:val="21"/>
        </w:rPr>
        <w:t>is the more</w:t>
        <w:br/>
      </w:r>
      <w:r>
        <w:rPr>
          <w:b w:val="0"/>
          <w:i/>
          <w:color w:val="222B33"/>
          <w:sz w:val="21"/>
        </w:rPr>
        <w:t>sad.</w:t>
      </w:r>
    </w:p>
    <w:p>
      <w:pPr>
        <w:spacing w:after="40"/>
      </w:pPr>
      <w:r>
        <w:rPr>
          <w:b w:val="0"/>
          <w:i w:val="0"/>
          <w:color w:val="6A6F75"/>
          <w:sz w:val="18"/>
        </w:rPr>
        <w:t xml:space="preserve">In reply to </w:t>
      </w:r>
      <w:hyperlink w:anchor="p571">
        <w:r>
          <w:rPr>
            <w:color w:val="2E5A80"/>
            <w:u w:val="single"/>
            <w:sz w:val="18"/>
          </w:rPr>
          <w:t xml:space="preserve">No. 571 (Hanachirusato)</w:t>
        </w:r>
      </w:hyperlink>
      <w:r>
        <w:rPr>
          <w:b w:val="0"/>
          <w:i w:val="0"/>
          <w:color w:val="6A6F75"/>
          <w:sz w:val="18"/>
        </w:rPr>
        <w:t xml:space="preserve">   ·   </w:t>
      </w:r>
      <w:r>
        <w:rPr>
          <w:b w:val="0"/>
          <w:i w:val="0"/>
          <w:color w:val="6A6F75"/>
          <w:sz w:val="18"/>
        </w:rPr>
        <w:t xml:space="preserve">Echo, The cicada shell: </w:t>
      </w:r>
      <w:hyperlink w:anchor="p24">
        <w:r>
          <w:rPr>
            <w:color w:val="2E5A80"/>
            <w:u w:val="single"/>
            <w:sz w:val="18"/>
          </w:rPr>
          <w:t xml:space="preserve">No. 24</w:t>
        </w:r>
      </w:hyperlink>
      <w:r>
        <w:rPr>
          <w:b w:val="0"/>
          <w:i w:val="0"/>
          <w:color w:val="6A6F75"/>
          <w:sz w:val="18"/>
        </w:rPr>
        <w:t xml:space="preserve">, </w:t>
      </w:r>
      <w:hyperlink w:anchor="p25">
        <w:r>
          <w:rPr>
            <w:color w:val="2E5A80"/>
            <w:u w:val="single"/>
            <w:sz w:val="18"/>
          </w:rPr>
          <w:t xml:space="preserve">No. 25</w:t>
        </w:r>
      </w:hyperlink>
      <w:r>
        <w:rPr>
          <w:b w:val="0"/>
          <w:i w:val="0"/>
          <w:color w:val="6A6F75"/>
          <w:sz w:val="18"/>
        </w:rPr>
        <w:t xml:space="preserve">, </w:t>
      </w:r>
      <w:hyperlink w:anchor="p38">
        <w:r>
          <w:rPr>
            <w:color w:val="2E5A80"/>
            <w:u w:val="single"/>
            <w:sz w:val="18"/>
          </w:rPr>
          <w:t xml:space="preserve">No. 38</w:t>
        </w:r>
      </w:hyperlink>
    </w:p>
    <w:p>
      <w:pPr>
        <w:keepNext/>
        <w:spacing w:after="20" w:before="200"/>
      </w:pPr>
      <w:bookmarkStart w:id="614" w:name="p573"/>
      <w:r>
        <w:rPr>
          <w:b/>
          <w:i w:val="0"/>
          <w:color w:val="222B33"/>
          <w:sz w:val="22"/>
        </w:rPr>
        <w:t>No. 573</w:t>
      </w:r>
      <w:r>
        <w:rPr>
          <w:b w:val="0"/>
          <w:i w:val="0"/>
          <w:color w:val="6A6F75"/>
          <w:sz w:val="18"/>
        </w:rPr>
        <w:t xml:space="preserve">   Chūjō no Kimi → Genji   贈 sent</w:t>
      </w:r>
      <w:bookmarkEnd w:id="614"/>
    </w:p>
    <w:p>
      <w:pPr>
        <w:keepNext/>
        <w:spacing w:after="40"/>
      </w:pPr>
      <w:r>
        <w:rPr>
          <w:b/>
          <w:i w:val="0"/>
          <w:color w:val="6A6F75"/>
          <w:sz w:val="18"/>
        </w:rPr>
        <w:t xml:space="preserve">Context. </w:t>
      </w:r>
      <w:r>
        <w:rPr>
          <w:b w:val="0"/>
          <w:i w:val="0"/>
          <w:color w:val="6A6F75"/>
          <w:sz w:val="19"/>
        </w:rPr>
        <w:t>Chūjō no Kimi, an attendant of Murasaki’s, at the Kamo Festival.</w:t>
      </w:r>
    </w:p>
    <w:p>
      <w:pPr>
        <w:keepNext/>
        <w:spacing w:after="0"/>
      </w:pPr>
      <w:r>
        <w:rPr>
          <w:rFonts w:ascii="Noto Serif CJK JP" w:hAnsi="Noto Serif CJK JP" w:eastAsia="Noto Serif CJK JP"/>
          <w:b w:val="0"/>
          <w:i w:val="0"/>
          <w:color w:val="222B33"/>
          <w:sz w:val="26"/>
        </w:rPr>
        <w:t>さもこそはよるべの水に水草ゐめ今日のかざしよ名さへ忘るる</w:t>
      </w:r>
    </w:p>
    <w:p>
      <w:pPr>
        <w:keepNext/>
        <w:spacing w:after="60"/>
      </w:pPr>
      <w:r>
        <w:rPr>
          <w:rFonts w:ascii="Noto Serif CJK JP" w:hAnsi="Noto Serif CJK JP" w:eastAsia="Noto Serif CJK JP"/>
          <w:b w:val="0"/>
          <w:i w:val="0"/>
          <w:color w:val="6A6F75"/>
          <w:sz w:val="19"/>
        </w:rPr>
        <w:t>さもこそは　／　よるへの水に　／　みくさゐめ　／　けふのかさしよ　／　名さへわするゝ</w:t>
      </w:r>
    </w:p>
    <w:p>
      <w:pPr>
        <w:keepNext/>
        <w:spacing w:after="60"/>
      </w:pPr>
      <w:r>
        <w:rPr>
          <w:b w:val="0"/>
          <w:i/>
          <w:color w:val="222B33"/>
          <w:sz w:val="21"/>
        </w:rPr>
        <w:t>Indeed weeds may settle</w:t>
        <w:br/>
      </w:r>
      <w:r>
        <w:rPr>
          <w:b w:val="0"/>
          <w:i/>
          <w:color w:val="222B33"/>
          <w:sz w:val="21"/>
        </w:rPr>
        <w:t>on the water you lean to;</w:t>
        <w:br/>
      </w:r>
      <w:r>
        <w:rPr>
          <w:b w:val="0"/>
          <w:i/>
          <w:color w:val="222B33"/>
          <w:sz w:val="21"/>
        </w:rPr>
        <w:t>today’s sprig:</w:t>
        <w:br/>
      </w:r>
      <w:r>
        <w:rPr>
          <w:b w:val="0"/>
          <w:i/>
          <w:color w:val="222B33"/>
          <w:sz w:val="21"/>
        </w:rPr>
        <w:t>you forget</w:t>
        <w:br/>
      </w:r>
      <w:r>
        <w:rPr>
          <w:b w:val="0"/>
          <w:i/>
          <w:color w:val="222B33"/>
          <w:sz w:val="21"/>
        </w:rPr>
        <w:t>even its name.</w:t>
      </w:r>
    </w:p>
    <w:p>
      <w:pPr>
        <w:spacing w:after="40"/>
      </w:pPr>
      <w:r>
        <w:rPr>
          <w:b w:val="0"/>
          <w:i w:val="0"/>
          <w:color w:val="222B33"/>
          <w:sz w:val="19"/>
        </w:rPr>
        <w:t>Aoi: “heartvine” and “meeting day.”</w:t>
      </w:r>
    </w:p>
    <w:p>
      <w:pPr>
        <w:spacing w:after="40"/>
      </w:pPr>
      <w:r>
        <w:rPr>
          <w:b w:val="0"/>
          <w:i w:val="0"/>
          <w:color w:val="6A6F75"/>
          <w:sz w:val="18"/>
        </w:rPr>
        <w:t xml:space="preserve">Answered by </w:t>
      </w:r>
      <w:hyperlink w:anchor="p574">
        <w:r>
          <w:rPr>
            <w:color w:val="2E5A80"/>
            <w:u w:val="single"/>
            <w:sz w:val="18"/>
          </w:rPr>
          <w:t xml:space="preserve">No. 574 (Genji)</w:t>
        </w:r>
      </w:hyperlink>
    </w:p>
    <w:p>
      <w:pPr>
        <w:keepNext/>
        <w:spacing w:after="20" w:before="200"/>
      </w:pPr>
      <w:bookmarkStart w:id="615" w:name="p574"/>
      <w:r>
        <w:rPr>
          <w:b/>
          <w:i w:val="0"/>
          <w:color w:val="222B33"/>
          <w:sz w:val="22"/>
        </w:rPr>
        <w:t>No. 574</w:t>
      </w:r>
      <w:r>
        <w:rPr>
          <w:b w:val="0"/>
          <w:i w:val="0"/>
          <w:color w:val="6A6F75"/>
          <w:sz w:val="18"/>
        </w:rPr>
        <w:t xml:space="preserve">   Genji → Chūjō no Kimi   答 reply</w:t>
      </w:r>
      <w:bookmarkEnd w:id="615"/>
    </w:p>
    <w:p>
      <w:pPr>
        <w:keepNext/>
        <w:spacing w:after="0"/>
      </w:pPr>
      <w:r>
        <w:rPr>
          <w:rFonts w:ascii="Noto Serif CJK JP" w:hAnsi="Noto Serif CJK JP" w:eastAsia="Noto Serif CJK JP"/>
          <w:b w:val="0"/>
          <w:i w:val="0"/>
          <w:color w:val="222B33"/>
          <w:sz w:val="26"/>
        </w:rPr>
        <w:t>おほかたは思ひ捨ててし世なれども葵はなほや摘みをかすべき</w:t>
      </w:r>
    </w:p>
    <w:p>
      <w:pPr>
        <w:keepNext/>
        <w:spacing w:after="60"/>
      </w:pPr>
      <w:r>
        <w:rPr>
          <w:rFonts w:ascii="Noto Serif CJK JP" w:hAnsi="Noto Serif CJK JP" w:eastAsia="Noto Serif CJK JP"/>
          <w:b w:val="0"/>
          <w:i w:val="0"/>
          <w:color w:val="6A6F75"/>
          <w:sz w:val="19"/>
        </w:rPr>
        <w:t>大かたは　／　おもひすてゝし　／　世なれとも　／　あふひは猶や　／　つみおかすへき</w:t>
      </w:r>
    </w:p>
    <w:p>
      <w:pPr>
        <w:keepNext/>
        <w:spacing w:after="60"/>
      </w:pPr>
      <w:r>
        <w:rPr>
          <w:b w:val="0"/>
          <w:i/>
          <w:color w:val="222B33"/>
          <w:sz w:val="21"/>
        </w:rPr>
        <w:t>I have mostly</w:t>
        <w:br/>
      </w:r>
      <w:r>
        <w:rPr>
          <w:b w:val="0"/>
          <w:i/>
          <w:color w:val="222B33"/>
          <w:sz w:val="21"/>
        </w:rPr>
        <w:t>cast away the world,</w:t>
        <w:br/>
      </w:r>
      <w:r>
        <w:rPr>
          <w:b w:val="0"/>
          <w:i/>
          <w:color w:val="222B33"/>
          <w:sz w:val="21"/>
        </w:rPr>
        <w:t>yet must I still</w:t>
        <w:br/>
      </w:r>
      <w:r>
        <w:rPr>
          <w:b w:val="0"/>
          <w:i/>
          <w:color w:val="222B33"/>
          <w:sz w:val="21"/>
        </w:rPr>
        <w:t>pick the heartvine</w:t>
        <w:br/>
      </w:r>
      <w:r>
        <w:rPr>
          <w:b w:val="0"/>
          <w:i/>
          <w:color w:val="222B33"/>
          <w:sz w:val="21"/>
        </w:rPr>
        <w:t>and transgress?</w:t>
      </w:r>
    </w:p>
    <w:p>
      <w:pPr>
        <w:spacing w:after="40"/>
      </w:pPr>
      <w:r>
        <w:rPr>
          <w:b w:val="0"/>
          <w:i w:val="0"/>
          <w:color w:val="6A6F75"/>
          <w:sz w:val="18"/>
        </w:rPr>
        <w:t xml:space="preserve">In reply to </w:t>
      </w:r>
      <w:hyperlink w:anchor="p573">
        <w:r>
          <w:rPr>
            <w:color w:val="2E5A80"/>
            <w:u w:val="single"/>
            <w:sz w:val="18"/>
          </w:rPr>
          <w:t xml:space="preserve">No. 573 (Chūjō no Kimi)</w:t>
        </w:r>
      </w:hyperlink>
    </w:p>
    <w:p>
      <w:pPr>
        <w:keepNext/>
        <w:spacing w:after="20" w:before="200"/>
      </w:pPr>
      <w:bookmarkStart w:id="616" w:name="p575"/>
      <w:r>
        <w:rPr>
          <w:b/>
          <w:i w:val="0"/>
          <w:color w:val="222B33"/>
          <w:sz w:val="22"/>
        </w:rPr>
        <w:t>No. 575</w:t>
      </w:r>
      <w:r>
        <w:rPr>
          <w:b w:val="0"/>
          <w:i w:val="0"/>
          <w:color w:val="6A6F75"/>
          <w:sz w:val="18"/>
        </w:rPr>
        <w:t xml:space="preserve">   Genji → Yūgiri   贈 sent</w:t>
      </w:r>
      <w:bookmarkEnd w:id="616"/>
    </w:p>
    <w:p>
      <w:pPr>
        <w:keepNext/>
        <w:spacing w:after="40"/>
      </w:pPr>
      <w:r>
        <w:rPr>
          <w:b/>
          <w:i w:val="0"/>
          <w:color w:val="6A6F75"/>
          <w:sz w:val="18"/>
        </w:rPr>
        <w:t xml:space="preserve">Context. </w:t>
      </w:r>
      <w:r>
        <w:rPr>
          <w:b w:val="0"/>
          <w:i w:val="0"/>
          <w:color w:val="6A6F75"/>
          <w:sz w:val="19"/>
        </w:rPr>
        <w:t>Genji to Yūgiri on a rainy night; the cuckoo of the dead.</w:t>
      </w:r>
    </w:p>
    <w:p>
      <w:pPr>
        <w:keepNext/>
        <w:spacing w:after="0"/>
      </w:pPr>
      <w:r>
        <w:rPr>
          <w:rFonts w:ascii="Noto Serif CJK JP" w:hAnsi="Noto Serif CJK JP" w:eastAsia="Noto Serif CJK JP"/>
          <w:b w:val="0"/>
          <w:i w:val="0"/>
          <w:color w:val="222B33"/>
          <w:sz w:val="26"/>
        </w:rPr>
        <w:t>亡き人を偲ぶる宵の村雨に濡れてや来つる山ほととぎす</w:t>
      </w:r>
    </w:p>
    <w:p>
      <w:pPr>
        <w:keepNext/>
        <w:spacing w:after="60"/>
      </w:pPr>
      <w:r>
        <w:rPr>
          <w:rFonts w:ascii="Noto Serif CJK JP" w:hAnsi="Noto Serif CJK JP" w:eastAsia="Noto Serif CJK JP"/>
          <w:b w:val="0"/>
          <w:i w:val="0"/>
          <w:color w:val="6A6F75"/>
          <w:sz w:val="19"/>
        </w:rPr>
        <w:t>なき人を　／　しのふるよひの　／　むら雨に　／　ぬれてやきつる　／　山ほとゝきす</w:t>
      </w:r>
    </w:p>
    <w:p>
      <w:pPr>
        <w:keepNext/>
        <w:spacing w:after="60"/>
      </w:pPr>
      <w:r>
        <w:rPr>
          <w:b w:val="0"/>
          <w:i/>
          <w:color w:val="222B33"/>
          <w:sz w:val="21"/>
        </w:rPr>
        <w:t>In the passing rain</w:t>
        <w:br/>
      </w:r>
      <w:r>
        <w:rPr>
          <w:b w:val="0"/>
          <w:i/>
          <w:color w:val="222B33"/>
          <w:sz w:val="21"/>
        </w:rPr>
        <w:t>of an evening of remembering the dead,</w:t>
        <w:br/>
      </w:r>
      <w:r>
        <w:rPr>
          <w:b w:val="0"/>
          <w:i/>
          <w:color w:val="222B33"/>
          <w:sz w:val="21"/>
        </w:rPr>
        <w:t>have you come wet,</w:t>
        <w:br/>
      </w:r>
      <w:r>
        <w:rPr>
          <w:b w:val="0"/>
          <w:i/>
          <w:color w:val="222B33"/>
          <w:sz w:val="21"/>
        </w:rPr>
        <w:t>mountain</w:t>
        <w:br/>
      </w:r>
      <w:r>
        <w:rPr>
          <w:b w:val="0"/>
          <w:i/>
          <w:color w:val="222B33"/>
          <w:sz w:val="21"/>
        </w:rPr>
        <w:t>cuckoo?</w:t>
      </w:r>
    </w:p>
    <w:p>
      <w:pPr>
        <w:spacing w:after="40"/>
      </w:pPr>
      <w:r>
        <w:rPr>
          <w:b w:val="0"/>
          <w:i w:val="0"/>
          <w:color w:val="6A6F75"/>
          <w:sz w:val="18"/>
        </w:rPr>
        <w:t xml:space="preserve">Answered by </w:t>
      </w:r>
      <w:hyperlink w:anchor="p576">
        <w:r>
          <w:rPr>
            <w:color w:val="2E5A80"/>
            <w:u w:val="single"/>
            <w:sz w:val="18"/>
          </w:rPr>
          <w:t xml:space="preserve">No. 576 (Yūgiri)</w:t>
        </w:r>
      </w:hyperlink>
    </w:p>
    <w:p>
      <w:pPr>
        <w:keepNext/>
        <w:spacing w:after="20" w:before="200"/>
      </w:pPr>
      <w:bookmarkStart w:id="617" w:name="p576"/>
      <w:r>
        <w:rPr>
          <w:b/>
          <w:i w:val="0"/>
          <w:color w:val="222B33"/>
          <w:sz w:val="22"/>
        </w:rPr>
        <w:t>No. 576</w:t>
      </w:r>
      <w:r>
        <w:rPr>
          <w:b w:val="0"/>
          <w:i w:val="0"/>
          <w:color w:val="6A6F75"/>
          <w:sz w:val="18"/>
        </w:rPr>
        <w:t xml:space="preserve">   Yūgiri → Genji   答 reply</w:t>
      </w:r>
      <w:bookmarkEnd w:id="617"/>
    </w:p>
    <w:p>
      <w:pPr>
        <w:keepNext/>
        <w:spacing w:after="0"/>
      </w:pPr>
      <w:r>
        <w:rPr>
          <w:rFonts w:ascii="Noto Serif CJK JP" w:hAnsi="Noto Serif CJK JP" w:eastAsia="Noto Serif CJK JP"/>
          <w:b w:val="0"/>
          <w:i w:val="0"/>
          <w:color w:val="222B33"/>
          <w:sz w:val="26"/>
        </w:rPr>
        <w:t>ほととぎす君につてなむふるさとの花橘は今ぞ盛りと</w:t>
      </w:r>
    </w:p>
    <w:p>
      <w:pPr>
        <w:keepNext/>
        <w:spacing w:after="60"/>
      </w:pPr>
      <w:r>
        <w:rPr>
          <w:rFonts w:ascii="Noto Serif CJK JP" w:hAnsi="Noto Serif CJK JP" w:eastAsia="Noto Serif CJK JP"/>
          <w:b w:val="0"/>
          <w:i w:val="0"/>
          <w:color w:val="6A6F75"/>
          <w:sz w:val="19"/>
        </w:rPr>
        <w:t>ほとゝきす　／　君につてなん　／　ふるさとの　／　はなたち花は　／　いまそさかりと</w:t>
      </w:r>
    </w:p>
    <w:p>
      <w:pPr>
        <w:keepNext/>
        <w:spacing w:after="60"/>
      </w:pPr>
      <w:r>
        <w:rPr>
          <w:b w:val="0"/>
          <w:i/>
          <w:color w:val="222B33"/>
          <w:sz w:val="21"/>
        </w:rPr>
        <w:t>Cuckoo, I would send word</w:t>
        <w:br/>
      </w:r>
      <w:r>
        <w:rPr>
          <w:b w:val="0"/>
          <w:i/>
          <w:color w:val="222B33"/>
          <w:sz w:val="21"/>
        </w:rPr>
        <w:t>through you: the orange blossoms</w:t>
        <w:br/>
      </w:r>
      <w:r>
        <w:rPr>
          <w:b w:val="0"/>
          <w:i/>
          <w:color w:val="222B33"/>
          <w:sz w:val="21"/>
        </w:rPr>
        <w:t>of the old home</w:t>
        <w:br/>
      </w:r>
      <w:r>
        <w:rPr>
          <w:b w:val="0"/>
          <w:i/>
          <w:color w:val="222B33"/>
          <w:sz w:val="21"/>
        </w:rPr>
        <w:t>are at their</w:t>
        <w:br/>
      </w:r>
      <w:r>
        <w:rPr>
          <w:b w:val="0"/>
          <w:i/>
          <w:color w:val="222B33"/>
          <w:sz w:val="21"/>
        </w:rPr>
        <w:t>height.</w:t>
      </w:r>
    </w:p>
    <w:p>
      <w:pPr>
        <w:spacing w:after="40"/>
      </w:pPr>
      <w:r>
        <w:rPr>
          <w:b w:val="0"/>
          <w:i w:val="0"/>
          <w:color w:val="222B33"/>
          <w:sz w:val="19"/>
        </w:rPr>
        <w:t>Orange blossoms recall the dead.</w:t>
      </w:r>
    </w:p>
    <w:p>
      <w:pPr>
        <w:spacing w:after="40"/>
      </w:pPr>
      <w:r>
        <w:rPr>
          <w:b/>
          <w:i w:val="0"/>
          <w:color w:val="6A6F75"/>
          <w:sz w:val="18"/>
        </w:rPr>
        <w:t xml:space="preserve">Allusion. </w:t>
      </w:r>
      <w:hyperlink r:id="rId17">
        <w:r>
          <w:rPr>
            <w:color w:val="2E5A80"/>
            <w:u w:val="single"/>
            <w:sz w:val="19"/>
          </w:rPr>
          <w:t xml:space="preserve">Kokinshū 139 (anonymous)</w:t>
        </w:r>
      </w:hyperlink>
      <w:r>
        <w:rPr>
          <w:rFonts w:ascii="Noto Serif CJK JP" w:hAnsi="Noto Serif CJK JP" w:eastAsia="Noto Serif CJK JP"/>
          <w:b w:val="0"/>
          <w:i w:val="0"/>
          <w:sz w:val="20"/>
        </w:rPr>
        <w:t xml:space="preserve">  さつきまつ花橘のかをかけは昔の人の袖のかそする</w:t>
      </w:r>
      <w:r>
        <w:rPr>
          <w:b w:val="0"/>
          <w:i w:val="0"/>
          <w:sz w:val="19"/>
        </w:rPr>
        <w:t xml:space="preserve">  “Waiting for the fifth month, I breathe the orange blossom: the scent of the sleeves of one I knew long ago.”</w:t>
      </w:r>
    </w:p>
    <w:p>
      <w:pPr>
        <w:spacing w:after="40"/>
      </w:pPr>
      <w:r>
        <w:rPr>
          <w:b w:val="0"/>
          <w:i w:val="0"/>
          <w:color w:val="6A6F75"/>
          <w:sz w:val="18"/>
        </w:rPr>
        <w:t xml:space="preserve">In reply to </w:t>
      </w:r>
      <w:hyperlink w:anchor="p575">
        <w:r>
          <w:rPr>
            <w:color w:val="2E5A80"/>
            <w:u w:val="single"/>
            <w:sz w:val="18"/>
          </w:rPr>
          <w:t xml:space="preserve">No. 575 (Genji)</w:t>
        </w:r>
      </w:hyperlink>
    </w:p>
    <w:p>
      <w:pPr>
        <w:keepNext/>
        <w:spacing w:after="20" w:before="200"/>
      </w:pPr>
      <w:bookmarkStart w:id="618" w:name="p577"/>
      <w:r>
        <w:rPr>
          <w:b/>
          <w:i w:val="0"/>
          <w:color w:val="222B33"/>
          <w:sz w:val="22"/>
        </w:rPr>
        <w:t>No. 577</w:t>
      </w:r>
      <w:r>
        <w:rPr>
          <w:b w:val="0"/>
          <w:i w:val="0"/>
          <w:color w:val="6A6F75"/>
          <w:sz w:val="18"/>
        </w:rPr>
        <w:t xml:space="preserve">   Genji   独 solo</w:t>
      </w:r>
      <w:bookmarkEnd w:id="618"/>
    </w:p>
    <w:p>
      <w:pPr>
        <w:keepNext/>
        <w:spacing w:after="40"/>
      </w:pPr>
      <w:r>
        <w:rPr>
          <w:b/>
          <w:i w:val="0"/>
          <w:color w:val="6A6F75"/>
          <w:sz w:val="18"/>
        </w:rPr>
        <w:t xml:space="preserve">Context. </w:t>
      </w:r>
      <w:r>
        <w:rPr>
          <w:b w:val="0"/>
          <w:i w:val="0"/>
          <w:color w:val="6A6F75"/>
          <w:sz w:val="19"/>
        </w:rPr>
        <w:t>A summer day of mourning; Genji has withdrawn from the world but not yet taken vows.</w:t>
      </w:r>
    </w:p>
    <w:p>
      <w:pPr>
        <w:keepNext/>
        <w:spacing w:after="0"/>
      </w:pPr>
      <w:r>
        <w:rPr>
          <w:rFonts w:ascii="Noto Serif CJK JP" w:hAnsi="Noto Serif CJK JP" w:eastAsia="Noto Serif CJK JP"/>
          <w:b w:val="0"/>
          <w:i w:val="0"/>
          <w:color w:val="222B33"/>
          <w:sz w:val="26"/>
        </w:rPr>
        <w:t>つれづれとわが泣き暮らす夏の日をかことがましき虫の声かな</w:t>
      </w:r>
    </w:p>
    <w:p>
      <w:pPr>
        <w:keepNext/>
        <w:spacing w:after="60"/>
      </w:pPr>
      <w:r>
        <w:rPr>
          <w:rFonts w:ascii="Noto Serif CJK JP" w:hAnsi="Noto Serif CJK JP" w:eastAsia="Noto Serif CJK JP"/>
          <w:b w:val="0"/>
          <w:i w:val="0"/>
          <w:color w:val="6A6F75"/>
          <w:sz w:val="19"/>
        </w:rPr>
        <w:t>つれつれと　／　我なきくらす　／　夏の日を　／　かことかましき　／　むしのこゑ哉</w:t>
      </w:r>
    </w:p>
    <w:p>
      <w:pPr>
        <w:keepNext/>
        <w:spacing w:after="60"/>
      </w:pPr>
      <w:r>
        <w:rPr>
          <w:b w:val="0"/>
          <w:i/>
          <w:color w:val="222B33"/>
          <w:sz w:val="21"/>
        </w:rPr>
        <w:t>The summer day</w:t>
        <w:br/>
      </w:r>
      <w:r>
        <w:rPr>
          <w:b w:val="0"/>
          <w:i/>
          <w:color w:val="222B33"/>
          <w:sz w:val="21"/>
        </w:rPr>
        <w:t>I spend in idle weeping:</w:t>
        <w:br/>
      </w:r>
      <w:r>
        <w:rPr>
          <w:b w:val="0"/>
          <w:i/>
          <w:color w:val="222B33"/>
          <w:sz w:val="21"/>
        </w:rPr>
        <w:t>the voice of the insects</w:t>
        <w:br/>
      </w:r>
      <w:r>
        <w:rPr>
          <w:b w:val="0"/>
          <w:i/>
          <w:color w:val="222B33"/>
          <w:sz w:val="21"/>
        </w:rPr>
        <w:t>sounds</w:t>
        <w:br/>
      </w:r>
      <w:r>
        <w:rPr>
          <w:b w:val="0"/>
          <w:i/>
          <w:color w:val="222B33"/>
          <w:sz w:val="21"/>
        </w:rPr>
        <w:t>reproachful.</w:t>
      </w:r>
    </w:p>
    <w:p>
      <w:pPr>
        <w:keepNext/>
        <w:spacing w:after="20" w:before="200"/>
      </w:pPr>
      <w:bookmarkStart w:id="619" w:name="p578"/>
      <w:r>
        <w:rPr>
          <w:b/>
          <w:i w:val="0"/>
          <w:color w:val="222B33"/>
          <w:sz w:val="22"/>
        </w:rPr>
        <w:t>No. 578</w:t>
      </w:r>
      <w:r>
        <w:rPr>
          <w:b w:val="0"/>
          <w:i w:val="0"/>
          <w:color w:val="6A6F75"/>
          <w:sz w:val="18"/>
        </w:rPr>
        <w:t xml:space="preserve">   Genji   独 solo</w:t>
      </w:r>
      <w:bookmarkEnd w:id="619"/>
    </w:p>
    <w:p>
      <w:pPr>
        <w:keepNext/>
        <w:spacing w:after="40"/>
      </w:pPr>
      <w:r>
        <w:rPr>
          <w:b/>
          <w:i w:val="0"/>
          <w:color w:val="6A6F75"/>
          <w:sz w:val="18"/>
        </w:rPr>
        <w:t xml:space="preserve">Context. </w:t>
      </w:r>
      <w:r>
        <w:rPr>
          <w:b w:val="0"/>
          <w:i w:val="0"/>
          <w:color w:val="6A6F75"/>
          <w:sz w:val="19"/>
        </w:rPr>
        <w:t>Fireflies in summer; Genji’s grief, like their light, keeps no hours.</w:t>
      </w:r>
    </w:p>
    <w:p>
      <w:pPr>
        <w:keepNext/>
        <w:spacing w:after="0"/>
      </w:pPr>
      <w:r>
        <w:rPr>
          <w:rFonts w:ascii="Noto Serif CJK JP" w:hAnsi="Noto Serif CJK JP" w:eastAsia="Noto Serif CJK JP"/>
          <w:b w:val="0"/>
          <w:i w:val="0"/>
          <w:color w:val="222B33"/>
          <w:sz w:val="26"/>
        </w:rPr>
        <w:t>夜を知る蛍を見ても悲しきは時ぞともなき思ひなりけり</w:t>
      </w:r>
    </w:p>
    <w:p>
      <w:pPr>
        <w:keepNext/>
        <w:spacing w:after="60"/>
      </w:pPr>
      <w:r>
        <w:rPr>
          <w:rFonts w:ascii="Noto Serif CJK JP" w:hAnsi="Noto Serif CJK JP" w:eastAsia="Noto Serif CJK JP"/>
          <w:b w:val="0"/>
          <w:i w:val="0"/>
          <w:color w:val="6A6F75"/>
          <w:sz w:val="19"/>
        </w:rPr>
        <w:t>よるをしる　／　ほたるをみても　／　かなしきは　／　時そともなき　／　おもひなりけり</w:t>
      </w:r>
    </w:p>
    <w:p>
      <w:pPr>
        <w:keepNext/>
        <w:spacing w:after="60"/>
      </w:pPr>
      <w:r>
        <w:rPr>
          <w:b w:val="0"/>
          <w:i/>
          <w:color w:val="222B33"/>
          <w:sz w:val="21"/>
        </w:rPr>
        <w:t>Sad even to see</w:t>
        <w:br/>
      </w:r>
      <w:r>
        <w:rPr>
          <w:b w:val="0"/>
          <w:i/>
          <w:color w:val="222B33"/>
          <w:sz w:val="21"/>
        </w:rPr>
        <w:t>fireflies that know the night:</w:t>
        <w:br/>
      </w:r>
      <w:r>
        <w:rPr>
          <w:b w:val="0"/>
          <w:i/>
          <w:color w:val="222B33"/>
          <w:sz w:val="21"/>
        </w:rPr>
        <w:t>my longing</w:t>
        <w:br/>
      </w:r>
      <w:r>
        <w:rPr>
          <w:b w:val="0"/>
          <w:i/>
          <w:color w:val="222B33"/>
          <w:sz w:val="21"/>
        </w:rPr>
        <w:t>is fire that keeps</w:t>
        <w:br/>
      </w:r>
      <w:r>
        <w:rPr>
          <w:b w:val="0"/>
          <w:i/>
          <w:color w:val="222B33"/>
          <w:sz w:val="21"/>
        </w:rPr>
        <w:t>no hours.</w:t>
      </w:r>
    </w:p>
    <w:p>
      <w:pPr>
        <w:keepNext/>
        <w:spacing w:after="20" w:before="200"/>
      </w:pPr>
      <w:bookmarkStart w:id="620" w:name="p579"/>
      <w:r>
        <w:rPr>
          <w:b/>
          <w:i w:val="0"/>
          <w:color w:val="222B33"/>
          <w:sz w:val="22"/>
        </w:rPr>
        <w:t>No. 579</w:t>
      </w:r>
      <w:r>
        <w:rPr>
          <w:b w:val="0"/>
          <w:i w:val="0"/>
          <w:color w:val="6A6F75"/>
          <w:sz w:val="18"/>
        </w:rPr>
        <w:t xml:space="preserve">   Genji   独 solo</w:t>
      </w:r>
      <w:bookmarkEnd w:id="620"/>
    </w:p>
    <w:p>
      <w:pPr>
        <w:keepNext/>
        <w:spacing w:after="40"/>
      </w:pPr>
      <w:r>
        <w:rPr>
          <w:b/>
          <w:i w:val="0"/>
          <w:color w:val="6A6F75"/>
          <w:sz w:val="18"/>
        </w:rPr>
        <w:t xml:space="preserve">Context. </w:t>
      </w:r>
      <w:r>
        <w:rPr>
          <w:b w:val="0"/>
          <w:i w:val="0"/>
          <w:color w:val="6A6F75"/>
          <w:sz w:val="19"/>
        </w:rPr>
        <w:t>Genji alone on the Tanabata night; the lovers of the sky meet, but he does not.</w:t>
      </w:r>
    </w:p>
    <w:p>
      <w:pPr>
        <w:keepNext/>
        <w:spacing w:after="0"/>
      </w:pPr>
      <w:r>
        <w:rPr>
          <w:rFonts w:ascii="Noto Serif CJK JP" w:hAnsi="Noto Serif CJK JP" w:eastAsia="Noto Serif CJK JP"/>
          <w:b w:val="0"/>
          <w:i w:val="0"/>
          <w:color w:val="222B33"/>
          <w:sz w:val="26"/>
        </w:rPr>
        <w:t>七夕の逢ふ瀬は雲のよそに見て別れの庭に露ぞおきそふ</w:t>
      </w:r>
    </w:p>
    <w:p>
      <w:pPr>
        <w:keepNext/>
        <w:spacing w:after="60"/>
      </w:pPr>
      <w:r>
        <w:rPr>
          <w:rFonts w:ascii="Noto Serif CJK JP" w:hAnsi="Noto Serif CJK JP" w:eastAsia="Noto Serif CJK JP"/>
          <w:b w:val="0"/>
          <w:i w:val="0"/>
          <w:color w:val="6A6F75"/>
          <w:sz w:val="19"/>
        </w:rPr>
        <w:t>七夕の　／　あふせは雲の　／　よそにみて　／　わかれの庭に　／　露そをきそふ</w:t>
      </w:r>
    </w:p>
    <w:p>
      <w:pPr>
        <w:keepNext/>
        <w:spacing w:after="60"/>
      </w:pPr>
      <w:r>
        <w:rPr>
          <w:b w:val="0"/>
          <w:i/>
          <w:color w:val="222B33"/>
          <w:sz w:val="21"/>
        </w:rPr>
        <w:t>I see the Weaver’s</w:t>
        <w:br/>
      </w:r>
      <w:r>
        <w:rPr>
          <w:b w:val="0"/>
          <w:i/>
          <w:color w:val="222B33"/>
          <w:sz w:val="21"/>
        </w:rPr>
        <w:t>meeting as beyond the clouds;</w:t>
        <w:br/>
      </w:r>
      <w:r>
        <w:rPr>
          <w:b w:val="0"/>
          <w:i/>
          <w:color w:val="222B33"/>
          <w:sz w:val="21"/>
        </w:rPr>
        <w:t>in the garden of parting</w:t>
        <w:br/>
      </w:r>
      <w:r>
        <w:rPr>
          <w:b w:val="0"/>
          <w:i/>
          <w:color w:val="222B33"/>
          <w:sz w:val="21"/>
        </w:rPr>
        <w:t>more dew</w:t>
        <w:br/>
      </w:r>
      <w:r>
        <w:rPr>
          <w:b w:val="0"/>
          <w:i/>
          <w:color w:val="222B33"/>
          <w:sz w:val="21"/>
        </w:rPr>
        <w:t>settles.</w:t>
      </w:r>
    </w:p>
    <w:p>
      <w:pPr>
        <w:spacing w:after="40"/>
      </w:pPr>
      <w:r>
        <w:rPr>
          <w:b w:val="0"/>
          <w:i w:val="0"/>
          <w:color w:val="222B33"/>
          <w:sz w:val="19"/>
        </w:rPr>
        <w:t>Tanabata.</w:t>
      </w:r>
    </w:p>
    <w:p>
      <w:pPr>
        <w:keepNext/>
        <w:spacing w:after="20" w:before="200"/>
      </w:pPr>
      <w:bookmarkStart w:id="621" w:name="p580"/>
      <w:r>
        <w:rPr>
          <w:b/>
          <w:i w:val="0"/>
          <w:color w:val="222B33"/>
          <w:sz w:val="22"/>
        </w:rPr>
        <w:t>No. 580</w:t>
      </w:r>
      <w:r>
        <w:rPr>
          <w:b w:val="0"/>
          <w:i w:val="0"/>
          <w:color w:val="6A6F75"/>
          <w:sz w:val="18"/>
        </w:rPr>
        <w:t xml:space="preserve">   Chūjō no Kimi → Genji   贈 sent</w:t>
      </w:r>
      <w:bookmarkEnd w:id="621"/>
    </w:p>
    <w:p>
      <w:pPr>
        <w:keepNext/>
        <w:spacing w:after="40"/>
      </w:pPr>
      <w:r>
        <w:rPr>
          <w:b/>
          <w:i w:val="0"/>
          <w:color w:val="6A6F75"/>
          <w:sz w:val="18"/>
        </w:rPr>
        <w:t xml:space="preserve">Context. </w:t>
      </w:r>
      <w:r>
        <w:rPr>
          <w:b w:val="0"/>
          <w:i w:val="0"/>
          <w:color w:val="6A6F75"/>
          <w:sz w:val="19"/>
        </w:rPr>
        <w:t>Chūjō no Kimi, on the first anniversary of Murasaki’s death.</w:t>
      </w:r>
    </w:p>
    <w:p>
      <w:pPr>
        <w:keepNext/>
        <w:spacing w:after="0"/>
      </w:pPr>
      <w:r>
        <w:rPr>
          <w:rFonts w:ascii="Noto Serif CJK JP" w:hAnsi="Noto Serif CJK JP" w:eastAsia="Noto Serif CJK JP"/>
          <w:b w:val="0"/>
          <w:i w:val="0"/>
          <w:color w:val="222B33"/>
          <w:sz w:val="26"/>
        </w:rPr>
        <w:t>君恋ふる涙は際もなきものを今日をば何の果てといふらむ</w:t>
      </w:r>
    </w:p>
    <w:p>
      <w:pPr>
        <w:keepNext/>
        <w:spacing w:after="60"/>
      </w:pPr>
      <w:r>
        <w:rPr>
          <w:rFonts w:ascii="Noto Serif CJK JP" w:hAnsi="Noto Serif CJK JP" w:eastAsia="Noto Serif CJK JP"/>
          <w:b w:val="0"/>
          <w:i w:val="0"/>
          <w:color w:val="6A6F75"/>
          <w:sz w:val="19"/>
        </w:rPr>
        <w:t>君こふる　／　涙はきはも　／　なき物を　／　けふをはなにの　／　はてといふらん</w:t>
      </w:r>
    </w:p>
    <w:p>
      <w:pPr>
        <w:keepNext/>
        <w:spacing w:after="60"/>
      </w:pPr>
      <w:r>
        <w:rPr>
          <w:b w:val="0"/>
          <w:i/>
          <w:color w:val="222B33"/>
          <w:sz w:val="21"/>
        </w:rPr>
        <w:t>The tears of longing</w:t>
        <w:br/>
      </w:r>
      <w:r>
        <w:rPr>
          <w:b w:val="0"/>
          <w:i/>
          <w:color w:val="222B33"/>
          <w:sz w:val="21"/>
        </w:rPr>
        <w:t>for you have no bounds;</w:t>
        <w:br/>
      </w:r>
      <w:r>
        <w:rPr>
          <w:b w:val="0"/>
          <w:i/>
          <w:color w:val="222B33"/>
          <w:sz w:val="21"/>
        </w:rPr>
        <w:t>what end is it,</w:t>
        <w:br/>
      </w:r>
      <w:r>
        <w:rPr>
          <w:b w:val="0"/>
          <w:i/>
          <w:color w:val="222B33"/>
          <w:sz w:val="21"/>
        </w:rPr>
        <w:t>they call today</w:t>
        <w:br/>
      </w:r>
      <w:r>
        <w:rPr>
          <w:b w:val="0"/>
          <w:i/>
          <w:color w:val="222B33"/>
          <w:sz w:val="21"/>
        </w:rPr>
        <w:t>an end?</w:t>
      </w:r>
    </w:p>
    <w:p>
      <w:pPr>
        <w:spacing w:after="40"/>
      </w:pPr>
      <w:r>
        <w:rPr>
          <w:b w:val="0"/>
          <w:i w:val="0"/>
          <w:color w:val="222B33"/>
          <w:sz w:val="19"/>
        </w:rPr>
        <w:t>The first anniversary.</w:t>
      </w:r>
    </w:p>
    <w:p>
      <w:pPr>
        <w:spacing w:after="40"/>
      </w:pPr>
      <w:r>
        <w:rPr>
          <w:b w:val="0"/>
          <w:i w:val="0"/>
          <w:color w:val="6A6F75"/>
          <w:sz w:val="18"/>
        </w:rPr>
        <w:t xml:space="preserve">Answered by </w:t>
      </w:r>
      <w:hyperlink w:anchor="p581">
        <w:r>
          <w:rPr>
            <w:color w:val="2E5A80"/>
            <w:u w:val="single"/>
            <w:sz w:val="18"/>
          </w:rPr>
          <w:t xml:space="preserve">No. 581 (Genji)</w:t>
        </w:r>
      </w:hyperlink>
    </w:p>
    <w:p>
      <w:pPr>
        <w:keepNext/>
        <w:spacing w:after="20" w:before="200"/>
      </w:pPr>
      <w:bookmarkStart w:id="622" w:name="p581"/>
      <w:r>
        <w:rPr>
          <w:b/>
          <w:i w:val="0"/>
          <w:color w:val="222B33"/>
          <w:sz w:val="22"/>
        </w:rPr>
        <w:t>No. 581</w:t>
      </w:r>
      <w:r>
        <w:rPr>
          <w:b w:val="0"/>
          <w:i w:val="0"/>
          <w:color w:val="6A6F75"/>
          <w:sz w:val="18"/>
        </w:rPr>
        <w:t xml:space="preserve">   Genji → Chūjō no Kimi   答 reply</w:t>
      </w:r>
      <w:bookmarkEnd w:id="622"/>
    </w:p>
    <w:p>
      <w:pPr>
        <w:keepNext/>
        <w:spacing w:after="0"/>
      </w:pPr>
      <w:r>
        <w:rPr>
          <w:rFonts w:ascii="Noto Serif CJK JP" w:hAnsi="Noto Serif CJK JP" w:eastAsia="Noto Serif CJK JP"/>
          <w:b w:val="0"/>
          <w:i w:val="0"/>
          <w:color w:val="222B33"/>
          <w:sz w:val="26"/>
        </w:rPr>
        <w:t>人恋ふるわが身も末になりゆけど残り多かる涙なりけり</w:t>
      </w:r>
    </w:p>
    <w:p>
      <w:pPr>
        <w:keepNext/>
        <w:spacing w:after="60"/>
      </w:pPr>
      <w:r>
        <w:rPr>
          <w:rFonts w:ascii="Noto Serif CJK JP" w:hAnsi="Noto Serif CJK JP" w:eastAsia="Noto Serif CJK JP"/>
          <w:b w:val="0"/>
          <w:i w:val="0"/>
          <w:color w:val="6A6F75"/>
          <w:sz w:val="19"/>
        </w:rPr>
        <w:t>人こふる　／　我身もすゑに　／　なりゆけと　／　のこりおほかる　／　涙なりけり</w:t>
      </w:r>
    </w:p>
    <w:p>
      <w:pPr>
        <w:keepNext/>
        <w:spacing w:after="60"/>
      </w:pPr>
      <w:r>
        <w:rPr>
          <w:b w:val="0"/>
          <w:i/>
          <w:color w:val="222B33"/>
          <w:sz w:val="21"/>
        </w:rPr>
        <w:t>I who long for her</w:t>
        <w:br/>
      </w:r>
      <w:r>
        <w:rPr>
          <w:b w:val="0"/>
          <w:i/>
          <w:color w:val="222B33"/>
          <w:sz w:val="21"/>
        </w:rPr>
        <w:t>am near my own end,</w:t>
        <w:br/>
      </w:r>
      <w:r>
        <w:rPr>
          <w:b w:val="0"/>
          <w:i/>
          <w:color w:val="222B33"/>
          <w:sz w:val="21"/>
        </w:rPr>
        <w:t>yet the tears</w:t>
        <w:br/>
      </w:r>
      <w:r>
        <w:rPr>
          <w:b w:val="0"/>
          <w:i/>
          <w:color w:val="222B33"/>
          <w:sz w:val="21"/>
        </w:rPr>
        <w:t>that remain</w:t>
        <w:br/>
      </w:r>
      <w:r>
        <w:rPr>
          <w:b w:val="0"/>
          <w:i/>
          <w:color w:val="222B33"/>
          <w:sz w:val="21"/>
        </w:rPr>
        <w:t>are many.</w:t>
      </w:r>
    </w:p>
    <w:p>
      <w:pPr>
        <w:spacing w:after="40"/>
      </w:pPr>
      <w:r>
        <w:rPr>
          <w:b w:val="0"/>
          <w:i w:val="0"/>
          <w:color w:val="6A6F75"/>
          <w:sz w:val="18"/>
        </w:rPr>
        <w:t xml:space="preserve">In reply to </w:t>
      </w:r>
      <w:hyperlink w:anchor="p580">
        <w:r>
          <w:rPr>
            <w:color w:val="2E5A80"/>
            <w:u w:val="single"/>
            <w:sz w:val="18"/>
          </w:rPr>
          <w:t xml:space="preserve">No. 580 (Chūjō no Kimi)</w:t>
        </w:r>
      </w:hyperlink>
    </w:p>
    <w:p>
      <w:pPr>
        <w:keepNext/>
        <w:spacing w:after="20" w:before="200"/>
      </w:pPr>
      <w:bookmarkStart w:id="623" w:name="p582"/>
      <w:r>
        <w:rPr>
          <w:b/>
          <w:i w:val="0"/>
          <w:color w:val="222B33"/>
          <w:sz w:val="22"/>
        </w:rPr>
        <w:t>No. 582</w:t>
      </w:r>
      <w:r>
        <w:rPr>
          <w:b w:val="0"/>
          <w:i w:val="0"/>
          <w:color w:val="6A6F75"/>
          <w:sz w:val="18"/>
        </w:rPr>
        <w:t xml:space="preserve">   Genji   独 solo</w:t>
      </w:r>
      <w:bookmarkEnd w:id="623"/>
    </w:p>
    <w:p>
      <w:pPr>
        <w:keepNext/>
        <w:spacing w:after="40"/>
      </w:pPr>
      <w:r>
        <w:rPr>
          <w:b/>
          <w:i w:val="0"/>
          <w:color w:val="6A6F75"/>
          <w:sz w:val="18"/>
        </w:rPr>
        <w:t xml:space="preserve">Context. </w:t>
      </w:r>
      <w:r>
        <w:rPr>
          <w:b w:val="0"/>
          <w:i w:val="0"/>
          <w:color w:val="6A6F75"/>
          <w:sz w:val="19"/>
        </w:rPr>
        <w:t>The chrysanthemum festival; Genji recalls tending the flowers with Murasaki.</w:t>
      </w:r>
    </w:p>
    <w:p>
      <w:pPr>
        <w:keepNext/>
        <w:spacing w:after="0"/>
      </w:pPr>
      <w:r>
        <w:rPr>
          <w:rFonts w:ascii="Noto Serif CJK JP" w:hAnsi="Noto Serif CJK JP" w:eastAsia="Noto Serif CJK JP"/>
          <w:b w:val="0"/>
          <w:i w:val="0"/>
          <w:color w:val="222B33"/>
          <w:sz w:val="26"/>
        </w:rPr>
        <w:t>もろともにおきゐし菊の白露も一人袂にかかる秋かな</w:t>
      </w:r>
    </w:p>
    <w:p>
      <w:pPr>
        <w:keepNext/>
        <w:spacing w:after="60"/>
      </w:pPr>
      <w:r>
        <w:rPr>
          <w:rFonts w:ascii="Noto Serif CJK JP" w:hAnsi="Noto Serif CJK JP" w:eastAsia="Noto Serif CJK JP"/>
          <w:b w:val="0"/>
          <w:i w:val="0"/>
          <w:color w:val="6A6F75"/>
          <w:sz w:val="19"/>
        </w:rPr>
        <w:t>もろともに　／　おきゐし菊の　／　しら露も　／　ひとりたもとに　／　かゝる秋かな</w:t>
      </w:r>
    </w:p>
    <w:p>
      <w:pPr>
        <w:keepNext/>
        <w:spacing w:after="60"/>
      </w:pPr>
      <w:r>
        <w:rPr>
          <w:b w:val="0"/>
          <w:i/>
          <w:color w:val="222B33"/>
          <w:sz w:val="21"/>
        </w:rPr>
        <w:t>The white dew</w:t>
        <w:br/>
      </w:r>
      <w:r>
        <w:rPr>
          <w:b w:val="0"/>
          <w:i/>
          <w:color w:val="222B33"/>
          <w:sz w:val="21"/>
        </w:rPr>
        <w:t>on chrysanthemums we rose together to tend</w:t>
        <w:br/>
      </w:r>
      <w:r>
        <w:rPr>
          <w:b w:val="0"/>
          <w:i/>
          <w:color w:val="222B33"/>
          <w:sz w:val="21"/>
        </w:rPr>
        <w:t>falls this autumn</w:t>
        <w:br/>
      </w:r>
      <w:r>
        <w:rPr>
          <w:b w:val="0"/>
          <w:i/>
          <w:color w:val="222B33"/>
          <w:sz w:val="21"/>
        </w:rPr>
        <w:t>on one</w:t>
        <w:br/>
      </w:r>
      <w:r>
        <w:rPr>
          <w:b w:val="0"/>
          <w:i/>
          <w:color w:val="222B33"/>
          <w:sz w:val="21"/>
        </w:rPr>
        <w:t>sleeve alone.</w:t>
      </w:r>
    </w:p>
    <w:p>
      <w:pPr>
        <w:keepNext/>
        <w:spacing w:after="20" w:before="200"/>
      </w:pPr>
      <w:bookmarkStart w:id="624" w:name="p583"/>
      <w:r>
        <w:rPr>
          <w:b/>
          <w:i w:val="0"/>
          <w:color w:val="222B33"/>
          <w:sz w:val="22"/>
        </w:rPr>
        <w:t>No. 583</w:t>
      </w:r>
      <w:r>
        <w:rPr>
          <w:b w:val="0"/>
          <w:i w:val="0"/>
          <w:color w:val="6A6F75"/>
          <w:sz w:val="18"/>
        </w:rPr>
        <w:t xml:space="preserve">   Genji   独 solo</w:t>
      </w:r>
      <w:bookmarkEnd w:id="624"/>
    </w:p>
    <w:p>
      <w:pPr>
        <w:keepNext/>
        <w:spacing w:after="40"/>
      </w:pPr>
      <w:r>
        <w:rPr>
          <w:b/>
          <w:i w:val="0"/>
          <w:color w:val="6A6F75"/>
          <w:sz w:val="18"/>
        </w:rPr>
        <w:t xml:space="preserve">Context. </w:t>
      </w:r>
      <w:r>
        <w:rPr>
          <w:b w:val="0"/>
          <w:i w:val="0"/>
          <w:color w:val="6A6F75"/>
          <w:sz w:val="19"/>
        </w:rPr>
        <w:t>Watching wild geese, Genji wishes for the wizard who found Yang Guifei’s soul; the wish his father made for Genji’s mother.</w:t>
      </w:r>
    </w:p>
    <w:p>
      <w:pPr>
        <w:keepNext/>
        <w:spacing w:after="0"/>
      </w:pPr>
      <w:r>
        <w:rPr>
          <w:rFonts w:ascii="Noto Serif CJK JP" w:hAnsi="Noto Serif CJK JP" w:eastAsia="Noto Serif CJK JP"/>
          <w:b w:val="0"/>
          <w:i w:val="0"/>
          <w:color w:val="222B33"/>
          <w:sz w:val="26"/>
        </w:rPr>
        <w:t>大空をかよふ幻夢にだに見えこぬ魂の行方たづねよ</w:t>
      </w:r>
    </w:p>
    <w:p>
      <w:pPr>
        <w:keepNext/>
        <w:spacing w:after="60"/>
      </w:pPr>
      <w:r>
        <w:rPr>
          <w:rFonts w:ascii="Noto Serif CJK JP" w:hAnsi="Noto Serif CJK JP" w:eastAsia="Noto Serif CJK JP"/>
          <w:b w:val="0"/>
          <w:i w:val="0"/>
          <w:color w:val="6A6F75"/>
          <w:sz w:val="19"/>
        </w:rPr>
        <w:t>おほそらを　／　かよふまほろし　／　夢にたに　／　みえこぬ玉の　／　ゆくゑたつねよ</w:t>
      </w:r>
    </w:p>
    <w:p>
      <w:pPr>
        <w:keepNext/>
        <w:spacing w:after="60"/>
      </w:pPr>
      <w:r>
        <w:rPr>
          <w:b w:val="0"/>
          <w:i/>
          <w:color w:val="222B33"/>
          <w:sz w:val="21"/>
        </w:rPr>
        <w:t>Wizard who crosses</w:t>
        <w:br/>
      </w:r>
      <w:r>
        <w:rPr>
          <w:b w:val="0"/>
          <w:i/>
          <w:color w:val="222B33"/>
          <w:sz w:val="21"/>
        </w:rPr>
        <w:t>the great sky, seek out</w:t>
        <w:br/>
      </w:r>
      <w:r>
        <w:rPr>
          <w:b w:val="0"/>
          <w:i/>
          <w:color w:val="222B33"/>
          <w:sz w:val="21"/>
        </w:rPr>
        <w:t>where her soul has gone,</w:t>
        <w:br/>
      </w:r>
      <w:r>
        <w:rPr>
          <w:b w:val="0"/>
          <w:i/>
          <w:color w:val="222B33"/>
          <w:sz w:val="21"/>
        </w:rPr>
        <w:t>that will not appear</w:t>
        <w:br/>
      </w:r>
      <w:r>
        <w:rPr>
          <w:b w:val="0"/>
          <w:i/>
          <w:color w:val="222B33"/>
          <w:sz w:val="21"/>
        </w:rPr>
        <w:t>even in dreams.</w:t>
      </w:r>
    </w:p>
    <w:p>
      <w:pPr>
        <w:spacing w:after="40"/>
      </w:pPr>
      <w:r>
        <w:rPr>
          <w:b w:val="0"/>
          <w:i w:val="0"/>
          <w:color w:val="222B33"/>
          <w:sz w:val="19"/>
        </w:rPr>
        <w:t>Maboroshi, “wizard,” names the chapter: the Taoist who sought Yang Guifei.</w:t>
      </w:r>
    </w:p>
    <w:p>
      <w:pPr>
        <w:spacing w:after="40"/>
      </w:pPr>
      <w:r>
        <w:rPr>
          <w:b/>
          <w:i w:val="0"/>
          <w:color w:val="6A6F75"/>
          <w:sz w:val="18"/>
        </w:rPr>
        <w:t xml:space="preserve">Allusion. </w:t>
      </w:r>
      <w:hyperlink r:id="rId14">
        <w:r>
          <w:rPr>
            <w:color w:val="2E5A80"/>
            <w:u w:val="single"/>
            <w:sz w:val="19"/>
          </w:rPr>
          <w:t xml:space="preserve">Bai Juyi, Song of Everlasting Sorrow (長恨歌)</w:t>
        </w:r>
      </w:hyperlink>
      <w:r>
        <w:rPr>
          <w:b w:val="0"/>
          <w:i w:val="0"/>
          <w:sz w:val="19"/>
        </w:rPr>
        <w:t xml:space="preserve">  The adept who crosses the sky to find Yang Guifei’s soul.</w:t>
      </w:r>
    </w:p>
    <w:p>
      <w:pPr>
        <w:spacing w:after="40"/>
      </w:pPr>
      <w:r>
        <w:rPr>
          <w:b w:val="0"/>
          <w:i w:val="0"/>
          <w:color w:val="6A6F75"/>
          <w:sz w:val="18"/>
        </w:rPr>
        <w:t xml:space="preserve">Echo, The wizard who seeks the soul: </w:t>
      </w:r>
      <w:hyperlink w:anchor="p6">
        <w:r>
          <w:rPr>
            <w:color w:val="2E5A80"/>
            <w:u w:val="single"/>
            <w:sz w:val="18"/>
          </w:rPr>
          <w:t xml:space="preserve">No. 6</w:t>
        </w:r>
      </w:hyperlink>
    </w:p>
    <w:p>
      <w:pPr>
        <w:keepNext/>
        <w:spacing w:after="20" w:before="200"/>
      </w:pPr>
      <w:bookmarkStart w:id="625" w:name="p584"/>
      <w:r>
        <w:rPr>
          <w:b/>
          <w:i w:val="0"/>
          <w:color w:val="222B33"/>
          <w:sz w:val="22"/>
        </w:rPr>
        <w:t>No. 584</w:t>
      </w:r>
      <w:r>
        <w:rPr>
          <w:b w:val="0"/>
          <w:i w:val="0"/>
          <w:color w:val="6A6F75"/>
          <w:sz w:val="18"/>
        </w:rPr>
        <w:t xml:space="preserve">   Genji   独 solo</w:t>
      </w:r>
      <w:bookmarkEnd w:id="625"/>
    </w:p>
    <w:p>
      <w:pPr>
        <w:keepNext/>
        <w:spacing w:after="40"/>
      </w:pPr>
      <w:r>
        <w:rPr>
          <w:b/>
          <w:i w:val="0"/>
          <w:color w:val="6A6F75"/>
          <w:sz w:val="18"/>
        </w:rPr>
        <w:t xml:space="preserve">Context. </w:t>
      </w:r>
      <w:r>
        <w:rPr>
          <w:b w:val="0"/>
          <w:i w:val="0"/>
          <w:color w:val="6A6F75"/>
          <w:sz w:val="19"/>
        </w:rPr>
        <w:t>The court’s Toyonoakari banquet goes on without Genji; he has stopped counting the days.</w:t>
      </w:r>
    </w:p>
    <w:p>
      <w:pPr>
        <w:keepNext/>
        <w:spacing w:after="0"/>
      </w:pPr>
      <w:r>
        <w:rPr>
          <w:rFonts w:ascii="Noto Serif CJK JP" w:hAnsi="Noto Serif CJK JP" w:eastAsia="Noto Serif CJK JP"/>
          <w:b w:val="0"/>
          <w:i w:val="0"/>
          <w:color w:val="222B33"/>
          <w:sz w:val="26"/>
        </w:rPr>
        <w:t>宮人は豊明といそぐ今日日影も知らで暮らしつるかな</w:t>
      </w:r>
    </w:p>
    <w:p>
      <w:pPr>
        <w:keepNext/>
        <w:spacing w:after="60"/>
      </w:pPr>
      <w:r>
        <w:rPr>
          <w:rFonts w:ascii="Noto Serif CJK JP" w:hAnsi="Noto Serif CJK JP" w:eastAsia="Noto Serif CJK JP"/>
          <w:b w:val="0"/>
          <w:i w:val="0"/>
          <w:color w:val="6A6F75"/>
          <w:sz w:val="19"/>
        </w:rPr>
        <w:t>宮人は　／　とよのあかりと　／　いそくけふ　／　日かけもしらて　／　くらしつるかな</w:t>
      </w:r>
    </w:p>
    <w:p>
      <w:pPr>
        <w:keepNext/>
        <w:spacing w:after="60"/>
      </w:pPr>
      <w:r>
        <w:rPr>
          <w:b w:val="0"/>
          <w:i/>
          <w:color w:val="222B33"/>
          <w:sz w:val="21"/>
        </w:rPr>
        <w:t>The palace folk</w:t>
        <w:br/>
      </w:r>
      <w:r>
        <w:rPr>
          <w:b w:val="0"/>
          <w:i/>
          <w:color w:val="222B33"/>
          <w:sz w:val="21"/>
        </w:rPr>
        <w:t>hurry to the Toyonoakari banquet;</w:t>
        <w:br/>
      </w:r>
      <w:r>
        <w:rPr>
          <w:b w:val="0"/>
          <w:i/>
          <w:color w:val="222B33"/>
          <w:sz w:val="21"/>
        </w:rPr>
        <w:t>today I passed the day</w:t>
        <w:br/>
      </w:r>
      <w:r>
        <w:rPr>
          <w:b w:val="0"/>
          <w:i/>
          <w:color w:val="222B33"/>
          <w:sz w:val="21"/>
        </w:rPr>
        <w:t>not knowing</w:t>
        <w:br/>
      </w:r>
      <w:r>
        <w:rPr>
          <w:b w:val="0"/>
          <w:i/>
          <w:color w:val="222B33"/>
          <w:sz w:val="21"/>
        </w:rPr>
        <w:t>the sunlight.</w:t>
      </w:r>
    </w:p>
    <w:p>
      <w:pPr>
        <w:spacing w:after="40"/>
      </w:pPr>
      <w:r>
        <w:rPr>
          <w:b w:val="0"/>
          <w:i w:val="0"/>
          <w:color w:val="222B33"/>
          <w:sz w:val="19"/>
        </w:rPr>
        <w:t>Hikage, “sunlight” and the vine worn at the rite.</w:t>
      </w:r>
    </w:p>
    <w:p>
      <w:pPr>
        <w:keepNext/>
        <w:spacing w:after="20" w:before="200"/>
      </w:pPr>
      <w:bookmarkStart w:id="626" w:name="p585"/>
      <w:r>
        <w:rPr>
          <w:b/>
          <w:i w:val="0"/>
          <w:color w:val="222B33"/>
          <w:sz w:val="22"/>
        </w:rPr>
        <w:t>No. 585</w:t>
      </w:r>
      <w:r>
        <w:rPr>
          <w:b w:val="0"/>
          <w:i w:val="0"/>
          <w:color w:val="6A6F75"/>
          <w:sz w:val="18"/>
        </w:rPr>
        <w:t xml:space="preserve">   Genji   独 solo</w:t>
      </w:r>
      <w:bookmarkEnd w:id="626"/>
    </w:p>
    <w:p>
      <w:pPr>
        <w:keepNext/>
        <w:spacing w:after="40"/>
      </w:pPr>
      <w:r>
        <w:rPr>
          <w:b/>
          <w:i w:val="0"/>
          <w:color w:val="6A6F75"/>
          <w:sz w:val="18"/>
        </w:rPr>
        <w:t xml:space="preserve">Context. </w:t>
      </w:r>
      <w:r>
        <w:rPr>
          <w:b w:val="0"/>
          <w:i w:val="0"/>
          <w:color w:val="6A6F75"/>
          <w:sz w:val="19"/>
        </w:rPr>
        <w:t>Genji burns Murasaki’s letters before taking vows; reading them, he is lost again.</w:t>
      </w:r>
    </w:p>
    <w:p>
      <w:pPr>
        <w:keepNext/>
        <w:spacing w:after="0"/>
      </w:pPr>
      <w:r>
        <w:rPr>
          <w:rFonts w:ascii="Noto Serif CJK JP" w:hAnsi="Noto Serif CJK JP" w:eastAsia="Noto Serif CJK JP"/>
          <w:b w:val="0"/>
          <w:i w:val="0"/>
          <w:color w:val="222B33"/>
          <w:sz w:val="26"/>
        </w:rPr>
        <w:t>死出の山越えにし人を慕ふとて跡を見つつもなほ惑ふかな</w:t>
      </w:r>
    </w:p>
    <w:p>
      <w:pPr>
        <w:keepNext/>
        <w:spacing w:after="60"/>
      </w:pPr>
      <w:r>
        <w:rPr>
          <w:rFonts w:ascii="Noto Serif CJK JP" w:hAnsi="Noto Serif CJK JP" w:eastAsia="Noto Serif CJK JP"/>
          <w:b w:val="0"/>
          <w:i w:val="0"/>
          <w:color w:val="6A6F75"/>
          <w:sz w:val="19"/>
        </w:rPr>
        <w:t>しての山　／　こえにし人を　／　したふとて　／　跡をみつゝも　／　猶まとふかな</w:t>
      </w:r>
    </w:p>
    <w:p>
      <w:pPr>
        <w:keepNext/>
        <w:spacing w:after="60"/>
      </w:pPr>
      <w:r>
        <w:rPr>
          <w:b w:val="0"/>
          <w:i/>
          <w:color w:val="222B33"/>
          <w:sz w:val="21"/>
        </w:rPr>
        <w:t>Yearning for the one</w:t>
        <w:br/>
      </w:r>
      <w:r>
        <w:rPr>
          <w:b w:val="0"/>
          <w:i/>
          <w:color w:val="222B33"/>
          <w:sz w:val="21"/>
        </w:rPr>
        <w:t>who crossed the Mountain of Death,</w:t>
        <w:br/>
      </w:r>
      <w:r>
        <w:rPr>
          <w:b w:val="0"/>
          <w:i/>
          <w:color w:val="222B33"/>
          <w:sz w:val="21"/>
        </w:rPr>
        <w:t>I look on her traces</w:t>
        <w:br/>
      </w:r>
      <w:r>
        <w:rPr>
          <w:b w:val="0"/>
          <w:i/>
          <w:color w:val="222B33"/>
          <w:sz w:val="21"/>
        </w:rPr>
        <w:t>and am lost</w:t>
        <w:br/>
      </w:r>
      <w:r>
        <w:rPr>
          <w:b w:val="0"/>
          <w:i/>
          <w:color w:val="222B33"/>
          <w:sz w:val="21"/>
        </w:rPr>
        <w:t>still.</w:t>
      </w:r>
    </w:p>
    <w:p>
      <w:pPr>
        <w:spacing w:after="40"/>
      </w:pPr>
      <w:r>
        <w:rPr>
          <w:b w:val="0"/>
          <w:i w:val="0"/>
          <w:color w:val="222B33"/>
          <w:sz w:val="19"/>
        </w:rPr>
        <w:t>Before burning her letters.</w:t>
      </w:r>
    </w:p>
    <w:p>
      <w:pPr>
        <w:keepNext/>
        <w:spacing w:after="20" w:before="200"/>
      </w:pPr>
      <w:bookmarkStart w:id="627" w:name="p586"/>
      <w:r>
        <w:rPr>
          <w:b/>
          <w:i w:val="0"/>
          <w:color w:val="222B33"/>
          <w:sz w:val="22"/>
        </w:rPr>
        <w:t>No. 586</w:t>
      </w:r>
      <w:r>
        <w:rPr>
          <w:b w:val="0"/>
          <w:i w:val="0"/>
          <w:color w:val="6A6F75"/>
          <w:sz w:val="18"/>
        </w:rPr>
        <w:t xml:space="preserve">   Genji   独 solo</w:t>
      </w:r>
      <w:bookmarkEnd w:id="627"/>
    </w:p>
    <w:p>
      <w:pPr>
        <w:keepNext/>
        <w:spacing w:after="40"/>
      </w:pPr>
      <w:r>
        <w:rPr>
          <w:b/>
          <w:i w:val="0"/>
          <w:color w:val="6A6F75"/>
          <w:sz w:val="18"/>
        </w:rPr>
        <w:t xml:space="preserve">Context. </w:t>
      </w:r>
      <w:r>
        <w:rPr>
          <w:b w:val="0"/>
          <w:i w:val="0"/>
          <w:color w:val="6A6F75"/>
          <w:sz w:val="19"/>
        </w:rPr>
        <w:t>Genji burns Murasaki’s letters; the smoke is to join hers in the same sky.</w:t>
      </w:r>
    </w:p>
    <w:p>
      <w:pPr>
        <w:keepNext/>
        <w:spacing w:after="0"/>
      </w:pPr>
      <w:r>
        <w:rPr>
          <w:rFonts w:ascii="Noto Serif CJK JP" w:hAnsi="Noto Serif CJK JP" w:eastAsia="Noto Serif CJK JP"/>
          <w:b w:val="0"/>
          <w:i w:val="0"/>
          <w:color w:val="222B33"/>
          <w:sz w:val="26"/>
        </w:rPr>
        <w:t>かきつめて見るもかひなし藻塩草同じ雲居の煙とをなれ</w:t>
      </w:r>
    </w:p>
    <w:p>
      <w:pPr>
        <w:keepNext/>
        <w:spacing w:after="60"/>
      </w:pPr>
      <w:r>
        <w:rPr>
          <w:rFonts w:ascii="Noto Serif CJK JP" w:hAnsi="Noto Serif CJK JP" w:eastAsia="Noto Serif CJK JP"/>
          <w:b w:val="0"/>
          <w:i w:val="0"/>
          <w:color w:val="6A6F75"/>
          <w:sz w:val="19"/>
        </w:rPr>
        <w:t>かきつめて　／　みるもかひなし　／　もしほ草　／　おなし雲井の　／　煙とをなれ</w:t>
      </w:r>
    </w:p>
    <w:p>
      <w:pPr>
        <w:keepNext/>
        <w:spacing w:after="60"/>
      </w:pPr>
      <w:r>
        <w:rPr>
          <w:b w:val="0"/>
          <w:i/>
          <w:color w:val="222B33"/>
          <w:sz w:val="21"/>
        </w:rPr>
        <w:t>There is no use</w:t>
        <w:br/>
      </w:r>
      <w:r>
        <w:rPr>
          <w:b w:val="0"/>
          <w:i/>
          <w:color w:val="222B33"/>
          <w:sz w:val="21"/>
        </w:rPr>
        <w:t>gathering them to look at: seaweed of brine,</w:t>
        <w:br/>
      </w:r>
      <w:r>
        <w:rPr>
          <w:b w:val="0"/>
          <w:i/>
          <w:color w:val="222B33"/>
          <w:sz w:val="21"/>
        </w:rPr>
        <w:t>become smoke</w:t>
        <w:br/>
      </w:r>
      <w:r>
        <w:rPr>
          <w:b w:val="0"/>
          <w:i/>
          <w:color w:val="222B33"/>
          <w:sz w:val="21"/>
        </w:rPr>
        <w:t>in the same sky</w:t>
        <w:br/>
      </w:r>
      <w:r>
        <w:rPr>
          <w:b w:val="0"/>
          <w:i/>
          <w:color w:val="222B33"/>
          <w:sz w:val="21"/>
        </w:rPr>
        <w:t>as she.</w:t>
      </w:r>
    </w:p>
    <w:p>
      <w:pPr>
        <w:spacing w:after="40"/>
      </w:pPr>
      <w:r>
        <w:rPr>
          <w:b w:val="0"/>
          <w:i w:val="0"/>
          <w:color w:val="222B33"/>
          <w:sz w:val="19"/>
        </w:rPr>
        <w:t>Kakitsumete: “gather” and “write.”</w:t>
      </w:r>
    </w:p>
    <w:p>
      <w:pPr>
        <w:spacing w:after="40"/>
      </w:pPr>
      <w:r>
        <w:rPr>
          <w:b w:val="0"/>
          <w:i w:val="0"/>
          <w:color w:val="6A6F75"/>
          <w:sz w:val="18"/>
        </w:rPr>
        <w:t xml:space="preserve">Echo, The same sky: </w:t>
      </w:r>
      <w:hyperlink w:anchor="p188">
        <w:r>
          <w:rPr>
            <w:color w:val="2E5A80"/>
            <w:u w:val="single"/>
            <w:sz w:val="18"/>
          </w:rPr>
          <w:t xml:space="preserve">No. 188</w:t>
        </w:r>
      </w:hyperlink>
      <w:r>
        <w:rPr>
          <w:b w:val="0"/>
          <w:i w:val="0"/>
          <w:color w:val="6A6F75"/>
          <w:sz w:val="18"/>
        </w:rPr>
        <w:t xml:space="preserve">, </w:t>
      </w:r>
      <w:hyperlink w:anchor="p225">
        <w:r>
          <w:rPr>
            <w:color w:val="2E5A80"/>
            <w:u w:val="single"/>
            <w:sz w:val="18"/>
          </w:rPr>
          <w:t xml:space="preserve">No. 225</w:t>
        </w:r>
      </w:hyperlink>
      <w:r>
        <w:rPr>
          <w:b w:val="0"/>
          <w:i w:val="0"/>
          <w:color w:val="6A6F75"/>
          <w:sz w:val="18"/>
        </w:rPr>
        <w:t xml:space="preserve">, </w:t>
      </w:r>
      <w:hyperlink w:anchor="p525">
        <w:r>
          <w:rPr>
            <w:color w:val="2E5A80"/>
            <w:u w:val="single"/>
            <w:sz w:val="18"/>
          </w:rPr>
          <w:t xml:space="preserve">No. 525</w:t>
        </w:r>
      </w:hyperlink>
      <w:r>
        <w:rPr>
          <w:b w:val="0"/>
          <w:i w:val="0"/>
          <w:color w:val="6A6F75"/>
          <w:sz w:val="18"/>
        </w:rPr>
        <w:t xml:space="preserve">, </w:t>
      </w:r>
      <w:hyperlink w:anchor="p674">
        <w:r>
          <w:rPr>
            <w:color w:val="2E5A80"/>
            <w:u w:val="single"/>
            <w:sz w:val="18"/>
          </w:rPr>
          <w:t xml:space="preserve">No. 674</w:t>
        </w:r>
      </w:hyperlink>
    </w:p>
    <w:p>
      <w:pPr>
        <w:keepNext/>
        <w:spacing w:after="20" w:before="200"/>
      </w:pPr>
      <w:bookmarkStart w:id="628" w:name="p587"/>
      <w:r>
        <w:rPr>
          <w:b/>
          <w:i w:val="0"/>
          <w:color w:val="222B33"/>
          <w:sz w:val="22"/>
        </w:rPr>
        <w:t>No. 587</w:t>
      </w:r>
      <w:r>
        <w:rPr>
          <w:b w:val="0"/>
          <w:i w:val="0"/>
          <w:color w:val="6A6F75"/>
          <w:sz w:val="18"/>
        </w:rPr>
        <w:t xml:space="preserve">   Genji → the Reverend Master   贈 sent</w:t>
      </w:r>
      <w:bookmarkEnd w:id="628"/>
    </w:p>
    <w:p>
      <w:pPr>
        <w:keepNext/>
        <w:spacing w:after="40"/>
      </w:pPr>
      <w:r>
        <w:rPr>
          <w:b/>
          <w:i w:val="0"/>
          <w:color w:val="6A6F75"/>
          <w:sz w:val="18"/>
        </w:rPr>
        <w:t xml:space="preserve">Context. </w:t>
      </w:r>
      <w:r>
        <w:rPr>
          <w:b w:val="0"/>
          <w:i w:val="0"/>
          <w:color w:val="6A6F75"/>
          <w:sz w:val="19"/>
        </w:rPr>
        <w:t>The Buddha’s Names rite at year’s end; Genji’s last appearance before the court.</w:t>
      </w:r>
    </w:p>
    <w:p>
      <w:pPr>
        <w:keepNext/>
        <w:spacing w:after="0"/>
      </w:pPr>
      <w:r>
        <w:rPr>
          <w:rFonts w:ascii="Noto Serif CJK JP" w:hAnsi="Noto Serif CJK JP" w:eastAsia="Noto Serif CJK JP"/>
          <w:b w:val="0"/>
          <w:i w:val="0"/>
          <w:color w:val="222B33"/>
          <w:sz w:val="26"/>
        </w:rPr>
        <w:t>春までの命も知らず雪のうちに色づく梅を今日かざしてむ</w:t>
      </w:r>
    </w:p>
    <w:p>
      <w:pPr>
        <w:keepNext/>
        <w:spacing w:after="60"/>
      </w:pPr>
      <w:r>
        <w:rPr>
          <w:rFonts w:ascii="Noto Serif CJK JP" w:hAnsi="Noto Serif CJK JP" w:eastAsia="Noto Serif CJK JP"/>
          <w:b w:val="0"/>
          <w:i w:val="0"/>
          <w:color w:val="6A6F75"/>
          <w:sz w:val="19"/>
        </w:rPr>
        <w:t>春まての　／　命もしらす　／　雪のうちに　／　色つく梅を　／　けふかさしてん</w:t>
      </w:r>
    </w:p>
    <w:p>
      <w:pPr>
        <w:keepNext/>
        <w:spacing w:after="60"/>
      </w:pPr>
      <w:r>
        <w:rPr>
          <w:b w:val="0"/>
          <w:i/>
          <w:color w:val="222B33"/>
          <w:sz w:val="21"/>
        </w:rPr>
        <w:t>Not knowing whether</w:t>
        <w:br/>
      </w:r>
      <w:r>
        <w:rPr>
          <w:b w:val="0"/>
          <w:i/>
          <w:color w:val="222B33"/>
          <w:sz w:val="21"/>
        </w:rPr>
        <w:t>I shall live till spring,</w:t>
        <w:br/>
      </w:r>
      <w:r>
        <w:rPr>
          <w:b w:val="0"/>
          <w:i/>
          <w:color w:val="222B33"/>
          <w:sz w:val="21"/>
        </w:rPr>
        <w:t>let me wear today</w:t>
        <w:br/>
      </w:r>
      <w:r>
        <w:rPr>
          <w:b w:val="0"/>
          <w:i/>
          <w:color w:val="222B33"/>
          <w:sz w:val="21"/>
        </w:rPr>
        <w:t>the plum that colors</w:t>
        <w:br/>
      </w:r>
      <w:r>
        <w:rPr>
          <w:b w:val="0"/>
          <w:i/>
          <w:color w:val="222B33"/>
          <w:sz w:val="21"/>
        </w:rPr>
        <w:t>in the snow.</w:t>
      </w:r>
    </w:p>
    <w:p>
      <w:pPr>
        <w:spacing w:after="40"/>
      </w:pPr>
      <w:r>
        <w:rPr>
          <w:b w:val="0"/>
          <w:i w:val="0"/>
          <w:color w:val="6A6F75"/>
          <w:sz w:val="18"/>
        </w:rPr>
        <w:t xml:space="preserve">Answered by </w:t>
      </w:r>
      <w:hyperlink w:anchor="p588">
        <w:r>
          <w:rPr>
            <w:color w:val="2E5A80"/>
            <w:u w:val="single"/>
            <w:sz w:val="18"/>
          </w:rPr>
          <w:t xml:space="preserve">No. 588 (the Reverend Master)</w:t>
        </w:r>
      </w:hyperlink>
    </w:p>
    <w:p>
      <w:pPr>
        <w:keepNext/>
        <w:spacing w:after="20" w:before="200"/>
      </w:pPr>
      <w:bookmarkStart w:id="629" w:name="p588"/>
      <w:r>
        <w:rPr>
          <w:b/>
          <w:i w:val="0"/>
          <w:color w:val="222B33"/>
          <w:sz w:val="22"/>
        </w:rPr>
        <w:t>No. 588</w:t>
      </w:r>
      <w:r>
        <w:rPr>
          <w:b w:val="0"/>
          <w:i w:val="0"/>
          <w:color w:val="6A6F75"/>
          <w:sz w:val="18"/>
        </w:rPr>
        <w:t xml:space="preserve">   the Reverend Master → Genji   答 reply</w:t>
      </w:r>
      <w:bookmarkEnd w:id="629"/>
    </w:p>
    <w:p>
      <w:pPr>
        <w:keepNext/>
        <w:spacing w:after="0"/>
      </w:pPr>
      <w:r>
        <w:rPr>
          <w:rFonts w:ascii="Noto Serif CJK JP" w:hAnsi="Noto Serif CJK JP" w:eastAsia="Noto Serif CJK JP"/>
          <w:b w:val="0"/>
          <w:i w:val="0"/>
          <w:color w:val="222B33"/>
          <w:sz w:val="26"/>
        </w:rPr>
        <w:t>千世の春見るべき花と祈りおきてわが身ぞ雪とともにふりぬる</w:t>
      </w:r>
    </w:p>
    <w:p>
      <w:pPr>
        <w:keepNext/>
        <w:spacing w:after="60"/>
      </w:pPr>
      <w:r>
        <w:rPr>
          <w:rFonts w:ascii="Noto Serif CJK JP" w:hAnsi="Noto Serif CJK JP" w:eastAsia="Noto Serif CJK JP"/>
          <w:b w:val="0"/>
          <w:i w:val="0"/>
          <w:color w:val="6A6F75"/>
          <w:sz w:val="19"/>
        </w:rPr>
        <w:t>千世の春　／　みるへき花と　／　いのりをきて　／　わか身そ雪と　／　ゝもにふりぬる</w:t>
      </w:r>
    </w:p>
    <w:p>
      <w:pPr>
        <w:keepNext/>
        <w:spacing w:after="60"/>
      </w:pPr>
      <w:r>
        <w:rPr>
          <w:b w:val="0"/>
          <w:i/>
          <w:color w:val="222B33"/>
          <w:sz w:val="21"/>
        </w:rPr>
        <w:t>I prayed for the flower</w:t>
        <w:br/>
      </w:r>
      <w:r>
        <w:rPr>
          <w:b w:val="0"/>
          <w:i/>
          <w:color w:val="222B33"/>
          <w:sz w:val="21"/>
        </w:rPr>
        <w:t>to see a thousand springs,</w:t>
        <w:br/>
      </w:r>
      <w:r>
        <w:rPr>
          <w:b w:val="0"/>
          <w:i/>
          <w:color w:val="222B33"/>
          <w:sz w:val="21"/>
        </w:rPr>
        <w:t>while I myself</w:t>
        <w:br/>
      </w:r>
      <w:r>
        <w:rPr>
          <w:b w:val="0"/>
          <w:i/>
          <w:color w:val="222B33"/>
          <w:sz w:val="21"/>
        </w:rPr>
        <w:t>have aged with the falling</w:t>
        <w:br/>
      </w:r>
      <w:r>
        <w:rPr>
          <w:b w:val="0"/>
          <w:i/>
          <w:color w:val="222B33"/>
          <w:sz w:val="21"/>
        </w:rPr>
        <w:t>snow.</w:t>
      </w:r>
    </w:p>
    <w:p>
      <w:pPr>
        <w:spacing w:after="40"/>
      </w:pPr>
      <w:r>
        <w:rPr>
          <w:b w:val="0"/>
          <w:i w:val="0"/>
          <w:color w:val="222B33"/>
          <w:sz w:val="19"/>
        </w:rPr>
        <w:t>Furinuru: “fall” and “grow old.”</w:t>
      </w:r>
    </w:p>
    <w:p>
      <w:pPr>
        <w:spacing w:after="40"/>
      </w:pPr>
      <w:r>
        <w:rPr>
          <w:b w:val="0"/>
          <w:i w:val="0"/>
          <w:color w:val="6A6F75"/>
          <w:sz w:val="18"/>
        </w:rPr>
        <w:t xml:space="preserve">In reply to </w:t>
      </w:r>
      <w:hyperlink w:anchor="p587">
        <w:r>
          <w:rPr>
            <w:color w:val="2E5A80"/>
            <w:u w:val="single"/>
            <w:sz w:val="18"/>
          </w:rPr>
          <w:t xml:space="preserve">No. 587 (Genji)</w:t>
        </w:r>
      </w:hyperlink>
    </w:p>
    <w:p>
      <w:pPr>
        <w:keepNext/>
        <w:spacing w:after="20" w:before="200"/>
      </w:pPr>
      <w:bookmarkStart w:id="630" w:name="p589"/>
      <w:r>
        <w:rPr>
          <w:b/>
          <w:i w:val="0"/>
          <w:color w:val="222B33"/>
          <w:sz w:val="22"/>
        </w:rPr>
        <w:t>No. 589</w:t>
      </w:r>
      <w:r>
        <w:rPr>
          <w:b w:val="0"/>
          <w:i w:val="0"/>
          <w:color w:val="6A6F75"/>
          <w:sz w:val="18"/>
        </w:rPr>
        <w:t xml:space="preserve">   Genji   独 solo</w:t>
      </w:r>
      <w:bookmarkEnd w:id="630"/>
    </w:p>
    <w:p>
      <w:pPr>
        <w:keepNext/>
        <w:spacing w:after="40"/>
      </w:pPr>
      <w:r>
        <w:rPr>
          <w:b/>
          <w:i w:val="0"/>
          <w:color w:val="6A6F75"/>
          <w:sz w:val="18"/>
        </w:rPr>
        <w:t xml:space="preserve">Context. </w:t>
      </w:r>
      <w:r>
        <w:rPr>
          <w:b w:val="0"/>
          <w:i w:val="0"/>
          <w:color w:val="6A6F75"/>
          <w:sz w:val="19"/>
        </w:rPr>
        <w:t>Genji at year’s end, preparing to renounce the world; his last poem, and the last we see of him.</w:t>
      </w:r>
    </w:p>
    <w:p>
      <w:pPr>
        <w:keepNext/>
        <w:spacing w:after="0"/>
      </w:pPr>
      <w:r>
        <w:rPr>
          <w:rFonts w:ascii="Noto Serif CJK JP" w:hAnsi="Noto Serif CJK JP" w:eastAsia="Noto Serif CJK JP"/>
          <w:b w:val="0"/>
          <w:i w:val="0"/>
          <w:color w:val="222B33"/>
          <w:sz w:val="26"/>
        </w:rPr>
        <w:t>もの思ふと過ぐる月日も知らぬまに年もわが世も今日や尽きぬる</w:t>
      </w:r>
    </w:p>
    <w:p>
      <w:pPr>
        <w:keepNext/>
        <w:spacing w:after="60"/>
      </w:pPr>
      <w:r>
        <w:rPr>
          <w:rFonts w:ascii="Noto Serif CJK JP" w:hAnsi="Noto Serif CJK JP" w:eastAsia="Noto Serif CJK JP"/>
          <w:b w:val="0"/>
          <w:i w:val="0"/>
          <w:color w:val="6A6F75"/>
          <w:sz w:val="19"/>
        </w:rPr>
        <w:t>物おもふと　／　すくる月日も　／　しらぬまに　／　年もわか世も　／　けふやつきぬる</w:t>
      </w:r>
    </w:p>
    <w:p>
      <w:pPr>
        <w:keepNext/>
        <w:spacing w:after="60"/>
      </w:pPr>
      <w:r>
        <w:rPr>
          <w:b w:val="0"/>
          <w:i/>
          <w:color w:val="222B33"/>
          <w:sz w:val="21"/>
        </w:rPr>
        <w:t>While, in grief, I did not</w:t>
        <w:br/>
      </w:r>
      <w:r>
        <w:rPr>
          <w:b w:val="0"/>
          <w:i/>
          <w:color w:val="222B33"/>
          <w:sz w:val="21"/>
        </w:rPr>
        <w:t>even know the months and days passing,</w:t>
        <w:br/>
      </w:r>
      <w:r>
        <w:rPr>
          <w:b w:val="0"/>
          <w:i/>
          <w:color w:val="222B33"/>
          <w:sz w:val="21"/>
        </w:rPr>
        <w:t>have the year</w:t>
        <w:br/>
      </w:r>
      <w:r>
        <w:rPr>
          <w:b w:val="0"/>
          <w:i/>
          <w:color w:val="222B33"/>
          <w:sz w:val="21"/>
        </w:rPr>
        <w:t>and my life</w:t>
        <w:br/>
      </w:r>
      <w:r>
        <w:rPr>
          <w:b w:val="0"/>
          <w:i/>
          <w:color w:val="222B33"/>
          <w:sz w:val="21"/>
        </w:rPr>
        <w:t>ended today?</w:t>
      </w:r>
    </w:p>
    <w:p>
      <w:pPr>
        <w:spacing w:after="40"/>
      </w:pPr>
      <w:r>
        <w:rPr>
          <w:b w:val="0"/>
          <w:i w:val="0"/>
          <w:color w:val="222B33"/>
          <w:sz w:val="19"/>
        </w:rPr>
        <w:t>Genji’s last poem.</w:t>
      </w:r>
    </w:p>
    <w:p>
      <w:pPr>
        <w:pStyle w:val="Heading1"/>
      </w:pPr>
      <w:bookmarkStart w:id="631" w:name="ch42"/>
      <w:r>
        <w:t>Chapter 42 · Niou no Miya 匂兵部卿</w:t>
      </w:r>
      <w:bookmarkEnd w:id="631"/>
    </w:p>
    <w:p>
      <w:pPr>
        <w:keepNext/>
        <w:spacing w:after="20" w:before="200"/>
      </w:pPr>
      <w:bookmarkStart w:id="632" w:name="p590"/>
      <w:r>
        <w:rPr>
          <w:b/>
          <w:i w:val="0"/>
          <w:color w:val="222B33"/>
          <w:sz w:val="22"/>
        </w:rPr>
        <w:t>No. 590</w:t>
      </w:r>
      <w:r>
        <w:rPr>
          <w:b w:val="0"/>
          <w:i w:val="0"/>
          <w:color w:val="6A6F75"/>
          <w:sz w:val="18"/>
        </w:rPr>
        <w:t xml:space="preserve">   Kaoru   独 solo</w:t>
      </w:r>
      <w:bookmarkEnd w:id="632"/>
    </w:p>
    <w:p>
      <w:pPr>
        <w:keepNext/>
        <w:spacing w:after="40"/>
      </w:pPr>
      <w:r>
        <w:rPr>
          <w:b/>
          <w:i w:val="0"/>
          <w:color w:val="6A6F75"/>
          <w:sz w:val="18"/>
        </w:rPr>
        <w:t xml:space="preserve">Context. </w:t>
      </w:r>
      <w:r>
        <w:rPr>
          <w:b w:val="0"/>
          <w:i w:val="0"/>
          <w:color w:val="6A6F75"/>
          <w:sz w:val="19"/>
        </w:rPr>
        <w:t>Kaoru wonders about his own birth; his doubt shapes the Uji chapters.</w:t>
      </w:r>
    </w:p>
    <w:p>
      <w:pPr>
        <w:keepNext/>
        <w:spacing w:after="0"/>
      </w:pPr>
      <w:r>
        <w:rPr>
          <w:rFonts w:ascii="Noto Serif CJK JP" w:hAnsi="Noto Serif CJK JP" w:eastAsia="Noto Serif CJK JP"/>
          <w:b w:val="0"/>
          <w:i w:val="0"/>
          <w:color w:val="222B33"/>
          <w:sz w:val="26"/>
        </w:rPr>
        <w:t>おぼつかな誰れに問はましいかにして初めも果ても知らぬわが身ぞ</w:t>
      </w:r>
    </w:p>
    <w:p>
      <w:pPr>
        <w:keepNext/>
        <w:spacing w:after="60"/>
      </w:pPr>
      <w:r>
        <w:rPr>
          <w:rFonts w:ascii="Noto Serif CJK JP" w:hAnsi="Noto Serif CJK JP" w:eastAsia="Noto Serif CJK JP"/>
          <w:b w:val="0"/>
          <w:i w:val="0"/>
          <w:color w:val="6A6F75"/>
          <w:sz w:val="19"/>
        </w:rPr>
        <w:t>おほつかな　／　誰にとはまし　／　いかにして　／　はしめもはても　／　しらぬ我身そ</w:t>
      </w:r>
    </w:p>
    <w:p>
      <w:pPr>
        <w:keepNext/>
        <w:spacing w:after="60"/>
      </w:pPr>
      <w:r>
        <w:rPr>
          <w:b w:val="0"/>
          <w:i/>
          <w:color w:val="222B33"/>
          <w:sz w:val="21"/>
        </w:rPr>
        <w:t>Uncertain: whom</w:t>
        <w:br/>
      </w:r>
      <w:r>
        <w:rPr>
          <w:b w:val="0"/>
          <w:i/>
          <w:color w:val="222B33"/>
          <w:sz w:val="21"/>
        </w:rPr>
        <w:t>should I ask? How is it</w:t>
        <w:br/>
      </w:r>
      <w:r>
        <w:rPr>
          <w:b w:val="0"/>
          <w:i/>
          <w:color w:val="222B33"/>
          <w:sz w:val="21"/>
        </w:rPr>
        <w:t>that I am a self</w:t>
        <w:br/>
      </w:r>
      <w:r>
        <w:rPr>
          <w:b w:val="0"/>
          <w:i/>
          <w:color w:val="222B33"/>
          <w:sz w:val="21"/>
        </w:rPr>
        <w:t>that knows neither</w:t>
        <w:br/>
      </w:r>
      <w:r>
        <w:rPr>
          <w:b w:val="0"/>
          <w:i/>
          <w:color w:val="222B33"/>
          <w:sz w:val="21"/>
        </w:rPr>
        <w:t>its beginning nor end?</w:t>
      </w:r>
    </w:p>
    <w:p>
      <w:pPr>
        <w:pStyle w:val="Heading1"/>
      </w:pPr>
      <w:bookmarkStart w:id="633" w:name="ch43"/>
      <w:r>
        <w:t>Chapter 43 · Kōbai 紅梅</w:t>
      </w:r>
      <w:bookmarkEnd w:id="633"/>
    </w:p>
    <w:p>
      <w:pPr>
        <w:keepNext/>
        <w:spacing w:after="20" w:before="200"/>
      </w:pPr>
      <w:bookmarkStart w:id="634" w:name="p591"/>
      <w:r>
        <w:rPr>
          <w:b/>
          <w:i w:val="0"/>
          <w:color w:val="222B33"/>
          <w:sz w:val="22"/>
        </w:rPr>
        <w:t>No. 591</w:t>
      </w:r>
      <w:r>
        <w:rPr>
          <w:b w:val="0"/>
          <w:i w:val="0"/>
          <w:color w:val="6A6F75"/>
          <w:sz w:val="18"/>
        </w:rPr>
        <w:t xml:space="preserve">   Kōbai → Niou   贈 sent</w:t>
      </w:r>
      <w:bookmarkEnd w:id="634"/>
    </w:p>
    <w:p>
      <w:pPr>
        <w:keepNext/>
        <w:spacing w:after="40"/>
      </w:pPr>
      <w:r>
        <w:rPr>
          <w:b/>
          <w:i w:val="0"/>
          <w:color w:val="6A6F75"/>
          <w:sz w:val="18"/>
        </w:rPr>
        <w:t xml:space="preserve">Context. </w:t>
      </w:r>
      <w:r>
        <w:rPr>
          <w:b w:val="0"/>
          <w:i w:val="0"/>
          <w:color w:val="6A6F75"/>
          <w:sz w:val="19"/>
        </w:rPr>
        <w:t>Kōbai, Kashiwagi’s brother, courts Niou for his daughter.</w:t>
      </w:r>
    </w:p>
    <w:p>
      <w:pPr>
        <w:keepNext/>
        <w:spacing w:after="0"/>
      </w:pPr>
      <w:r>
        <w:rPr>
          <w:rFonts w:ascii="Noto Serif CJK JP" w:hAnsi="Noto Serif CJK JP" w:eastAsia="Noto Serif CJK JP"/>
          <w:b w:val="0"/>
          <w:i w:val="0"/>
          <w:color w:val="222B33"/>
          <w:sz w:val="26"/>
        </w:rPr>
        <w:t>心ありて風の匂はす園の梅にまづ鴬の訪はずやあるべき</w:t>
      </w:r>
    </w:p>
    <w:p>
      <w:pPr>
        <w:keepNext/>
        <w:spacing w:after="60"/>
      </w:pPr>
      <w:r>
        <w:rPr>
          <w:rFonts w:ascii="Noto Serif CJK JP" w:hAnsi="Noto Serif CJK JP" w:eastAsia="Noto Serif CJK JP"/>
          <w:b w:val="0"/>
          <w:i w:val="0"/>
          <w:color w:val="6A6F75"/>
          <w:sz w:val="19"/>
        </w:rPr>
        <w:t>こゝろありて　／　風のにほはす　／　そのゝ梅に　／　まつ鴬の　／　とはすやあるへき</w:t>
      </w:r>
    </w:p>
    <w:p>
      <w:pPr>
        <w:keepNext/>
        <w:spacing w:after="60"/>
      </w:pPr>
      <w:r>
        <w:rPr>
          <w:b w:val="0"/>
          <w:i/>
          <w:color w:val="222B33"/>
          <w:sz w:val="21"/>
        </w:rPr>
        <w:t>To the garden plum</w:t>
        <w:br/>
      </w:r>
      <w:r>
        <w:rPr>
          <w:b w:val="0"/>
          <w:i/>
          <w:color w:val="222B33"/>
          <w:sz w:val="21"/>
        </w:rPr>
        <w:t>whose scent the wind carries with intent,</w:t>
        <w:br/>
      </w:r>
      <w:r>
        <w:rPr>
          <w:b w:val="0"/>
          <w:i/>
          <w:color w:val="222B33"/>
          <w:sz w:val="21"/>
        </w:rPr>
        <w:t>should not the warbler</w:t>
        <w:br/>
      </w:r>
      <w:r>
        <w:rPr>
          <w:b w:val="0"/>
          <w:i/>
          <w:color w:val="222B33"/>
          <w:sz w:val="21"/>
        </w:rPr>
        <w:t>come</w:t>
        <w:br/>
      </w:r>
      <w:r>
        <w:rPr>
          <w:b w:val="0"/>
          <w:i/>
          <w:color w:val="222B33"/>
          <w:sz w:val="21"/>
        </w:rPr>
        <w:t>first?</w:t>
      </w:r>
    </w:p>
    <w:p>
      <w:pPr>
        <w:spacing w:after="40"/>
      </w:pPr>
      <w:r>
        <w:rPr>
          <w:b w:val="0"/>
          <w:i w:val="0"/>
          <w:color w:val="222B33"/>
          <w:sz w:val="19"/>
        </w:rPr>
        <w:t>He hopes Niou will court his daughter.</w:t>
      </w:r>
    </w:p>
    <w:p>
      <w:pPr>
        <w:spacing w:after="40"/>
      </w:pPr>
      <w:r>
        <w:rPr>
          <w:b w:val="0"/>
          <w:i w:val="0"/>
          <w:color w:val="6A6F75"/>
          <w:sz w:val="18"/>
        </w:rPr>
        <w:t xml:space="preserve">Answered by </w:t>
      </w:r>
      <w:hyperlink w:anchor="p592">
        <w:r>
          <w:rPr>
            <w:color w:val="2E5A80"/>
            <w:u w:val="single"/>
            <w:sz w:val="18"/>
          </w:rPr>
          <w:t xml:space="preserve">No. 592 (Niou)</w:t>
        </w:r>
      </w:hyperlink>
    </w:p>
    <w:p>
      <w:pPr>
        <w:keepNext/>
        <w:spacing w:after="20" w:before="200"/>
      </w:pPr>
      <w:bookmarkStart w:id="635" w:name="p592"/>
      <w:r>
        <w:rPr>
          <w:b/>
          <w:i w:val="0"/>
          <w:color w:val="222B33"/>
          <w:sz w:val="22"/>
        </w:rPr>
        <w:t>No. 592</w:t>
      </w:r>
      <w:r>
        <w:rPr>
          <w:b w:val="0"/>
          <w:i w:val="0"/>
          <w:color w:val="6A6F75"/>
          <w:sz w:val="18"/>
        </w:rPr>
        <w:t xml:space="preserve">   Niou → Kōbai   答 reply</w:t>
      </w:r>
      <w:bookmarkEnd w:id="635"/>
    </w:p>
    <w:p>
      <w:pPr>
        <w:keepNext/>
        <w:spacing w:after="0"/>
      </w:pPr>
      <w:r>
        <w:rPr>
          <w:rFonts w:ascii="Noto Serif CJK JP" w:hAnsi="Noto Serif CJK JP" w:eastAsia="Noto Serif CJK JP"/>
          <w:b w:val="0"/>
          <w:i w:val="0"/>
          <w:color w:val="222B33"/>
          <w:sz w:val="26"/>
        </w:rPr>
        <w:t>花の香に誘はれぬべき身なりせば風のたよりを過ぐさましやは</w:t>
      </w:r>
    </w:p>
    <w:p>
      <w:pPr>
        <w:keepNext/>
        <w:spacing w:after="60"/>
      </w:pPr>
      <w:r>
        <w:rPr>
          <w:rFonts w:ascii="Noto Serif CJK JP" w:hAnsi="Noto Serif CJK JP" w:eastAsia="Noto Serif CJK JP"/>
          <w:b w:val="0"/>
          <w:i w:val="0"/>
          <w:color w:val="6A6F75"/>
          <w:sz w:val="19"/>
        </w:rPr>
        <w:t>花のかに　／　さそはれぬへき　／　身なりせは　／　かせのたよりを　／　すくさましやは</w:t>
      </w:r>
    </w:p>
    <w:p>
      <w:pPr>
        <w:keepNext/>
        <w:spacing w:after="60"/>
      </w:pPr>
      <w:r>
        <w:rPr>
          <w:b w:val="0"/>
          <w:i/>
          <w:color w:val="222B33"/>
          <w:sz w:val="21"/>
        </w:rPr>
        <w:t>If I were one</w:t>
        <w:br/>
      </w:r>
      <w:r>
        <w:rPr>
          <w:b w:val="0"/>
          <w:i/>
          <w:color w:val="222B33"/>
          <w:sz w:val="21"/>
        </w:rPr>
        <w:t>to be lured by a flower’s scent,</w:t>
        <w:br/>
      </w:r>
      <w:r>
        <w:rPr>
          <w:b w:val="0"/>
          <w:i/>
          <w:color w:val="222B33"/>
          <w:sz w:val="21"/>
        </w:rPr>
        <w:t>would I let pass</w:t>
        <w:br/>
      </w:r>
      <w:r>
        <w:rPr>
          <w:b w:val="0"/>
          <w:i/>
          <w:color w:val="222B33"/>
          <w:sz w:val="21"/>
        </w:rPr>
        <w:t>the wind’s</w:t>
        <w:br/>
      </w:r>
      <w:r>
        <w:rPr>
          <w:b w:val="0"/>
          <w:i/>
          <w:color w:val="222B33"/>
          <w:sz w:val="21"/>
        </w:rPr>
        <w:t>message?</w:t>
      </w:r>
    </w:p>
    <w:p>
      <w:pPr>
        <w:spacing w:after="40"/>
      </w:pPr>
      <w:r>
        <w:rPr>
          <w:b w:val="0"/>
          <w:i w:val="0"/>
          <w:color w:val="6A6F75"/>
          <w:sz w:val="18"/>
        </w:rPr>
        <w:t xml:space="preserve">In reply to </w:t>
      </w:r>
      <w:hyperlink w:anchor="p591">
        <w:r>
          <w:rPr>
            <w:color w:val="2E5A80"/>
            <w:u w:val="single"/>
            <w:sz w:val="18"/>
          </w:rPr>
          <w:t xml:space="preserve">No. 591 (Kōbai)</w:t>
        </w:r>
      </w:hyperlink>
    </w:p>
    <w:p>
      <w:pPr>
        <w:keepNext/>
        <w:spacing w:after="20" w:before="200"/>
      </w:pPr>
      <w:bookmarkStart w:id="636" w:name="p593"/>
      <w:r>
        <w:rPr>
          <w:b/>
          <w:i w:val="0"/>
          <w:color w:val="222B33"/>
          <w:sz w:val="22"/>
        </w:rPr>
        <w:t>No. 593</w:t>
      </w:r>
      <w:r>
        <w:rPr>
          <w:b w:val="0"/>
          <w:i w:val="0"/>
          <w:color w:val="6A6F75"/>
          <w:sz w:val="18"/>
        </w:rPr>
        <w:t xml:space="preserve">   Kōbai → Niou   贈 sent</w:t>
      </w:r>
      <w:bookmarkEnd w:id="636"/>
    </w:p>
    <w:p>
      <w:pPr>
        <w:keepNext/>
        <w:spacing w:after="40"/>
      </w:pPr>
      <w:r>
        <w:rPr>
          <w:b/>
          <w:i w:val="0"/>
          <w:color w:val="6A6F75"/>
          <w:sz w:val="18"/>
        </w:rPr>
        <w:t xml:space="preserve">Context. </w:t>
      </w:r>
      <w:r>
        <w:rPr>
          <w:b w:val="0"/>
          <w:i w:val="0"/>
          <w:color w:val="6A6F75"/>
          <w:sz w:val="19"/>
        </w:rPr>
        <w:t>Kōbai writes to Niou again; Niou cares more for Kōbai’s stepdaughter.</w:t>
      </w:r>
    </w:p>
    <w:p>
      <w:pPr>
        <w:keepNext/>
        <w:spacing w:after="0"/>
      </w:pPr>
      <w:r>
        <w:rPr>
          <w:rFonts w:ascii="Noto Serif CJK JP" w:hAnsi="Noto Serif CJK JP" w:eastAsia="Noto Serif CJK JP"/>
          <w:b w:val="0"/>
          <w:i w:val="0"/>
          <w:color w:val="222B33"/>
          <w:sz w:val="26"/>
        </w:rPr>
        <w:t>本つ香の匂へる君が袖触れば花もえならぬ名をや散らさむ</w:t>
      </w:r>
    </w:p>
    <w:p>
      <w:pPr>
        <w:keepNext/>
        <w:spacing w:after="60"/>
      </w:pPr>
      <w:r>
        <w:rPr>
          <w:rFonts w:ascii="Noto Serif CJK JP" w:hAnsi="Noto Serif CJK JP" w:eastAsia="Noto Serif CJK JP"/>
          <w:b w:val="0"/>
          <w:i w:val="0"/>
          <w:color w:val="6A6F75"/>
          <w:sz w:val="19"/>
        </w:rPr>
        <w:t>もとつかの　／　にほへるきみか　／　袖ふれは　／　花もえならぬ　／　名をやちらさむ</w:t>
      </w:r>
    </w:p>
    <w:p>
      <w:pPr>
        <w:keepNext/>
        <w:spacing w:after="60"/>
      </w:pPr>
      <w:r>
        <w:rPr>
          <w:b w:val="0"/>
          <w:i/>
          <w:color w:val="222B33"/>
          <w:sz w:val="21"/>
        </w:rPr>
        <w:t>If your sleeve,</w:t>
        <w:br/>
      </w:r>
      <w:r>
        <w:rPr>
          <w:b w:val="0"/>
          <w:i/>
          <w:color w:val="222B33"/>
          <w:sz w:val="21"/>
        </w:rPr>
        <w:t>fragrant with its own scent, touches it,</w:t>
        <w:br/>
      </w:r>
      <w:r>
        <w:rPr>
          <w:b w:val="0"/>
          <w:i/>
          <w:color w:val="222B33"/>
          <w:sz w:val="21"/>
        </w:rPr>
        <w:t>will not the flower too</w:t>
        <w:br/>
      </w:r>
      <w:r>
        <w:rPr>
          <w:b w:val="0"/>
          <w:i/>
          <w:color w:val="222B33"/>
          <w:sz w:val="21"/>
        </w:rPr>
        <w:t>spread a name</w:t>
        <w:br/>
      </w:r>
      <w:r>
        <w:rPr>
          <w:b w:val="0"/>
          <w:i/>
          <w:color w:val="222B33"/>
          <w:sz w:val="21"/>
        </w:rPr>
        <w:t>beyond compare?</w:t>
      </w:r>
    </w:p>
    <w:p>
      <w:pPr>
        <w:spacing w:after="40"/>
      </w:pPr>
      <w:r>
        <w:rPr>
          <w:b w:val="0"/>
          <w:i w:val="0"/>
          <w:color w:val="6A6F75"/>
          <w:sz w:val="18"/>
        </w:rPr>
        <w:t xml:space="preserve">Answered by </w:t>
      </w:r>
      <w:hyperlink w:anchor="p594">
        <w:r>
          <w:rPr>
            <w:color w:val="2E5A80"/>
            <w:u w:val="single"/>
            <w:sz w:val="18"/>
          </w:rPr>
          <w:t xml:space="preserve">No. 594 (Niou)</w:t>
        </w:r>
      </w:hyperlink>
    </w:p>
    <w:p>
      <w:pPr>
        <w:keepNext/>
        <w:spacing w:after="20" w:before="200"/>
      </w:pPr>
      <w:bookmarkStart w:id="637" w:name="p594"/>
      <w:r>
        <w:rPr>
          <w:b/>
          <w:i w:val="0"/>
          <w:color w:val="222B33"/>
          <w:sz w:val="22"/>
        </w:rPr>
        <w:t>No. 594</w:t>
      </w:r>
      <w:r>
        <w:rPr>
          <w:b w:val="0"/>
          <w:i w:val="0"/>
          <w:color w:val="6A6F75"/>
          <w:sz w:val="18"/>
        </w:rPr>
        <w:t xml:space="preserve">   Niou → Kōbai   答 reply</w:t>
      </w:r>
      <w:bookmarkEnd w:id="637"/>
    </w:p>
    <w:p>
      <w:pPr>
        <w:keepNext/>
        <w:spacing w:after="0"/>
      </w:pPr>
      <w:r>
        <w:rPr>
          <w:rFonts w:ascii="Noto Serif CJK JP" w:hAnsi="Noto Serif CJK JP" w:eastAsia="Noto Serif CJK JP"/>
          <w:b w:val="0"/>
          <w:i w:val="0"/>
          <w:color w:val="222B33"/>
          <w:sz w:val="26"/>
        </w:rPr>
        <w:t>花の香を匂はす宿に訪めゆかば色にめづとや人の咎めむ</w:t>
      </w:r>
    </w:p>
    <w:p>
      <w:pPr>
        <w:keepNext/>
        <w:spacing w:after="60"/>
      </w:pPr>
      <w:r>
        <w:rPr>
          <w:rFonts w:ascii="Noto Serif CJK JP" w:hAnsi="Noto Serif CJK JP" w:eastAsia="Noto Serif CJK JP"/>
          <w:b w:val="0"/>
          <w:i w:val="0"/>
          <w:color w:val="6A6F75"/>
          <w:sz w:val="19"/>
        </w:rPr>
        <w:t>花のかを　／　にほはす宿に　／　とめゆかは　／　色にめつとや　／　人のとかめん</w:t>
      </w:r>
    </w:p>
    <w:p>
      <w:pPr>
        <w:keepNext/>
        <w:spacing w:after="60"/>
      </w:pPr>
      <w:r>
        <w:rPr>
          <w:b w:val="0"/>
          <w:i/>
          <w:color w:val="222B33"/>
          <w:sz w:val="21"/>
        </w:rPr>
        <w:t>If I seek out</w:t>
        <w:br/>
      </w:r>
      <w:r>
        <w:rPr>
          <w:b w:val="0"/>
          <w:i/>
          <w:color w:val="222B33"/>
          <w:sz w:val="21"/>
        </w:rPr>
        <w:t>the house that makes the flower fragrant,</w:t>
        <w:br/>
      </w:r>
      <w:r>
        <w:rPr>
          <w:b w:val="0"/>
          <w:i/>
          <w:color w:val="222B33"/>
          <w:sz w:val="21"/>
        </w:rPr>
        <w:t>will people not blame me</w:t>
        <w:br/>
      </w:r>
      <w:r>
        <w:rPr>
          <w:b w:val="0"/>
          <w:i/>
          <w:color w:val="222B33"/>
          <w:sz w:val="21"/>
        </w:rPr>
        <w:t>for loving</w:t>
        <w:br/>
      </w:r>
      <w:r>
        <w:rPr>
          <w:b w:val="0"/>
          <w:i/>
          <w:color w:val="222B33"/>
          <w:sz w:val="21"/>
        </w:rPr>
        <w:t>color?</w:t>
      </w:r>
    </w:p>
    <w:p>
      <w:pPr>
        <w:spacing w:after="40"/>
      </w:pPr>
      <w:r>
        <w:rPr>
          <w:b w:val="0"/>
          <w:i w:val="0"/>
          <w:color w:val="6A6F75"/>
          <w:sz w:val="18"/>
        </w:rPr>
        <w:t xml:space="preserve">In reply to </w:t>
      </w:r>
      <w:hyperlink w:anchor="p593">
        <w:r>
          <w:rPr>
            <w:color w:val="2E5A80"/>
            <w:u w:val="single"/>
            <w:sz w:val="18"/>
          </w:rPr>
          <w:t xml:space="preserve">No. 593 (Kōbai)</w:t>
        </w:r>
      </w:hyperlink>
    </w:p>
    <w:p>
      <w:pPr>
        <w:pStyle w:val="Heading1"/>
      </w:pPr>
      <w:bookmarkStart w:id="638" w:name="ch44"/>
      <w:r>
        <w:t>Chapter 44 · Takekawa 竹河</w:t>
      </w:r>
      <w:bookmarkEnd w:id="638"/>
    </w:p>
    <w:p>
      <w:pPr>
        <w:keepNext/>
        <w:spacing w:after="20" w:before="200"/>
      </w:pPr>
      <w:bookmarkStart w:id="639" w:name="p595"/>
      <w:r>
        <w:rPr>
          <w:b/>
          <w:i w:val="0"/>
          <w:color w:val="222B33"/>
          <w:sz w:val="22"/>
        </w:rPr>
        <w:t>No. 595</w:t>
      </w:r>
      <w:r>
        <w:rPr>
          <w:b w:val="0"/>
          <w:i w:val="0"/>
          <w:color w:val="6A6F75"/>
          <w:sz w:val="18"/>
        </w:rPr>
        <w:t xml:space="preserve">   Saishō no Kimi → Kaoru   贈 sent</w:t>
      </w:r>
      <w:bookmarkEnd w:id="639"/>
    </w:p>
    <w:p>
      <w:pPr>
        <w:keepNext/>
        <w:spacing w:after="40"/>
      </w:pPr>
      <w:r>
        <w:rPr>
          <w:b/>
          <w:i w:val="0"/>
          <w:color w:val="6A6F75"/>
          <w:sz w:val="18"/>
        </w:rPr>
        <w:t xml:space="preserve">Context. </w:t>
      </w:r>
      <w:r>
        <w:rPr>
          <w:b w:val="0"/>
          <w:i w:val="0"/>
          <w:color w:val="6A6F75"/>
          <w:sz w:val="19"/>
        </w:rPr>
        <w:t>Kaoru visits Tamakazura’s house at New Year; her women tease him.</w:t>
      </w:r>
    </w:p>
    <w:p>
      <w:pPr>
        <w:keepNext/>
        <w:spacing w:after="0"/>
      </w:pPr>
      <w:r>
        <w:rPr>
          <w:rFonts w:ascii="Noto Serif CJK JP" w:hAnsi="Noto Serif CJK JP" w:eastAsia="Noto Serif CJK JP"/>
          <w:b w:val="0"/>
          <w:i w:val="0"/>
          <w:color w:val="222B33"/>
          <w:sz w:val="26"/>
        </w:rPr>
        <w:t>折りて見ばいとど匂ひもまさるやとすこし色めけ梅の初花</w:t>
      </w:r>
    </w:p>
    <w:p>
      <w:pPr>
        <w:keepNext/>
        <w:spacing w:after="60"/>
      </w:pPr>
      <w:r>
        <w:rPr>
          <w:rFonts w:ascii="Noto Serif CJK JP" w:hAnsi="Noto Serif CJK JP" w:eastAsia="Noto Serif CJK JP"/>
          <w:b w:val="0"/>
          <w:i w:val="0"/>
          <w:color w:val="6A6F75"/>
          <w:sz w:val="19"/>
        </w:rPr>
        <w:t>おりてみは　／　いとゝ匂も　／　まさるやと　／　すこし色めけ　／　梅のはつ花</w:t>
      </w:r>
    </w:p>
    <w:p>
      <w:pPr>
        <w:keepNext/>
        <w:spacing w:after="60"/>
      </w:pPr>
      <w:r>
        <w:rPr>
          <w:b w:val="0"/>
          <w:i/>
          <w:color w:val="222B33"/>
          <w:sz w:val="21"/>
        </w:rPr>
        <w:t>Would its fragrance</w:t>
        <w:br/>
      </w:r>
      <w:r>
        <w:rPr>
          <w:b w:val="0"/>
          <w:i/>
          <w:color w:val="222B33"/>
          <w:sz w:val="21"/>
        </w:rPr>
        <w:t>grow if plucked and looked at?</w:t>
        <w:br/>
      </w:r>
      <w:r>
        <w:rPr>
          <w:b w:val="0"/>
          <w:i/>
          <w:color w:val="222B33"/>
          <w:sz w:val="21"/>
        </w:rPr>
        <w:t>Show a little color,</w:t>
        <w:br/>
      </w:r>
      <w:r>
        <w:rPr>
          <w:b w:val="0"/>
          <w:i/>
          <w:color w:val="222B33"/>
          <w:sz w:val="21"/>
        </w:rPr>
        <w:t>first blossom</w:t>
        <w:br/>
      </w:r>
      <w:r>
        <w:rPr>
          <w:b w:val="0"/>
          <w:i/>
          <w:color w:val="222B33"/>
          <w:sz w:val="21"/>
        </w:rPr>
        <w:t>of the plum.</w:t>
      </w:r>
    </w:p>
    <w:p>
      <w:pPr>
        <w:spacing w:after="40"/>
      </w:pPr>
      <w:r>
        <w:rPr>
          <w:b w:val="0"/>
          <w:i w:val="0"/>
          <w:color w:val="222B33"/>
          <w:sz w:val="19"/>
        </w:rPr>
        <w:t>Tamakazura’s women tease the staid young Kaoru.</w:t>
      </w:r>
    </w:p>
    <w:p>
      <w:pPr>
        <w:spacing w:after="40"/>
      </w:pPr>
      <w:r>
        <w:rPr>
          <w:b w:val="0"/>
          <w:i w:val="0"/>
          <w:color w:val="6A6F75"/>
          <w:sz w:val="18"/>
        </w:rPr>
        <w:t xml:space="preserve">Answered by </w:t>
      </w:r>
      <w:hyperlink w:anchor="p596">
        <w:r>
          <w:rPr>
            <w:color w:val="2E5A80"/>
            <w:u w:val="single"/>
            <w:sz w:val="18"/>
          </w:rPr>
          <w:t xml:space="preserve">No. 596 (Kaoru)</w:t>
        </w:r>
      </w:hyperlink>
    </w:p>
    <w:p>
      <w:pPr>
        <w:keepNext/>
        <w:spacing w:after="20" w:before="200"/>
      </w:pPr>
      <w:bookmarkStart w:id="640" w:name="p596"/>
      <w:r>
        <w:rPr>
          <w:b/>
          <w:i w:val="0"/>
          <w:color w:val="222B33"/>
          <w:sz w:val="22"/>
        </w:rPr>
        <w:t>No. 596</w:t>
      </w:r>
      <w:r>
        <w:rPr>
          <w:b w:val="0"/>
          <w:i w:val="0"/>
          <w:color w:val="6A6F75"/>
          <w:sz w:val="18"/>
        </w:rPr>
        <w:t xml:space="preserve">   Kaoru → Saishō no Kimi   答 reply</w:t>
      </w:r>
      <w:bookmarkEnd w:id="640"/>
    </w:p>
    <w:p>
      <w:pPr>
        <w:keepNext/>
        <w:spacing w:after="0"/>
      </w:pPr>
      <w:r>
        <w:rPr>
          <w:rFonts w:ascii="Noto Serif CJK JP" w:hAnsi="Noto Serif CJK JP" w:eastAsia="Noto Serif CJK JP"/>
          <w:b w:val="0"/>
          <w:i w:val="0"/>
          <w:color w:val="222B33"/>
          <w:sz w:val="26"/>
        </w:rPr>
        <w:t>よそにてはもぎ木なりとや定むらむ下に匂へる梅の初花</w:t>
      </w:r>
    </w:p>
    <w:p>
      <w:pPr>
        <w:keepNext/>
        <w:spacing w:after="60"/>
      </w:pPr>
      <w:r>
        <w:rPr>
          <w:rFonts w:ascii="Noto Serif CJK JP" w:hAnsi="Noto Serif CJK JP" w:eastAsia="Noto Serif CJK JP"/>
          <w:b w:val="0"/>
          <w:i w:val="0"/>
          <w:color w:val="6A6F75"/>
          <w:sz w:val="19"/>
        </w:rPr>
        <w:t>よそにては　／　もきゝなりとや　／　さたむらん　／　したにゝほへる　／　梅のはつ花</w:t>
      </w:r>
    </w:p>
    <w:p>
      <w:pPr>
        <w:keepNext/>
        <w:spacing w:after="60"/>
      </w:pPr>
      <w:r>
        <w:rPr>
          <w:b w:val="0"/>
          <w:i/>
          <w:color w:val="222B33"/>
          <w:sz w:val="21"/>
        </w:rPr>
        <w:t>From outside</w:t>
        <w:br/>
      </w:r>
      <w:r>
        <w:rPr>
          <w:b w:val="0"/>
          <w:i/>
          <w:color w:val="222B33"/>
          <w:sz w:val="21"/>
        </w:rPr>
        <w:t>will you judge it a dead tree,</w:t>
        <w:br/>
      </w:r>
      <w:r>
        <w:rPr>
          <w:b w:val="0"/>
          <w:i/>
          <w:color w:val="222B33"/>
          <w:sz w:val="21"/>
        </w:rPr>
        <w:t>the first blossom of the plum</w:t>
        <w:br/>
      </w:r>
      <w:r>
        <w:rPr>
          <w:b w:val="0"/>
          <w:i/>
          <w:color w:val="222B33"/>
          <w:sz w:val="21"/>
        </w:rPr>
        <w:t>whose scent</w:t>
        <w:br/>
      </w:r>
      <w:r>
        <w:rPr>
          <w:b w:val="0"/>
          <w:i/>
          <w:color w:val="222B33"/>
          <w:sz w:val="21"/>
        </w:rPr>
        <w:t>is beneath?</w:t>
      </w:r>
    </w:p>
    <w:p>
      <w:pPr>
        <w:spacing w:after="40"/>
      </w:pPr>
      <w:r>
        <w:rPr>
          <w:b w:val="0"/>
          <w:i w:val="0"/>
          <w:color w:val="6A6F75"/>
          <w:sz w:val="18"/>
        </w:rPr>
        <w:t xml:space="preserve">In reply to </w:t>
      </w:r>
      <w:hyperlink w:anchor="p595">
        <w:r>
          <w:rPr>
            <w:color w:val="2E5A80"/>
            <w:u w:val="single"/>
            <w:sz w:val="18"/>
          </w:rPr>
          <w:t xml:space="preserve">No. 595 (Saishō no Kimi)</w:t>
        </w:r>
      </w:hyperlink>
    </w:p>
    <w:p>
      <w:pPr>
        <w:keepNext/>
        <w:spacing w:after="20" w:before="200"/>
      </w:pPr>
      <w:bookmarkStart w:id="641" w:name="p597"/>
      <w:r>
        <w:rPr>
          <w:b/>
          <w:i w:val="0"/>
          <w:color w:val="222B33"/>
          <w:sz w:val="22"/>
        </w:rPr>
        <w:t>No. 597</w:t>
      </w:r>
      <w:r>
        <w:rPr>
          <w:b w:val="0"/>
          <w:i w:val="0"/>
          <w:color w:val="6A6F75"/>
          <w:sz w:val="18"/>
        </w:rPr>
        <w:t xml:space="preserve">   Kurōdo no Shōshō   贈 sent</w:t>
      </w:r>
      <w:bookmarkEnd w:id="641"/>
    </w:p>
    <w:p>
      <w:pPr>
        <w:keepNext/>
        <w:spacing w:after="40"/>
      </w:pPr>
      <w:r>
        <w:rPr>
          <w:b/>
          <w:i w:val="0"/>
          <w:color w:val="6A6F75"/>
          <w:sz w:val="18"/>
        </w:rPr>
        <w:t xml:space="preserve">Context. </w:t>
      </w:r>
      <w:r>
        <w:rPr>
          <w:b w:val="0"/>
          <w:i w:val="0"/>
          <w:color w:val="6A6F75"/>
          <w:sz w:val="19"/>
        </w:rPr>
        <w:t>Kurōdo no Shōshō, Yūgiri’s son, in love with Tamakazura’s elder daughter.</w:t>
      </w:r>
    </w:p>
    <w:p>
      <w:pPr>
        <w:keepNext/>
        <w:spacing w:after="0"/>
      </w:pPr>
      <w:r>
        <w:rPr>
          <w:rFonts w:ascii="Noto Serif CJK JP" w:hAnsi="Noto Serif CJK JP" w:eastAsia="Noto Serif CJK JP"/>
          <w:b w:val="0"/>
          <w:i w:val="0"/>
          <w:color w:val="222B33"/>
          <w:sz w:val="26"/>
        </w:rPr>
        <w:t>人はみな花に心を移すらむ一人ぞ惑ふ春の夜の闇</w:t>
      </w:r>
    </w:p>
    <w:p>
      <w:pPr>
        <w:keepNext/>
        <w:spacing w:after="60"/>
      </w:pPr>
      <w:r>
        <w:rPr>
          <w:rFonts w:ascii="Noto Serif CJK JP" w:hAnsi="Noto Serif CJK JP" w:eastAsia="Noto Serif CJK JP"/>
          <w:b w:val="0"/>
          <w:i w:val="0"/>
          <w:color w:val="6A6F75"/>
          <w:sz w:val="19"/>
        </w:rPr>
        <w:t>人はみな　／　花に心を　／　うつすらむ　／　ひとりそまとふ　／　春の夜のやみ</w:t>
      </w:r>
    </w:p>
    <w:p>
      <w:pPr>
        <w:keepNext/>
        <w:spacing w:after="60"/>
      </w:pPr>
      <w:r>
        <w:rPr>
          <w:b w:val="0"/>
          <w:i/>
          <w:color w:val="222B33"/>
          <w:sz w:val="21"/>
        </w:rPr>
        <w:t>Everyone moves</w:t>
        <w:br/>
      </w:r>
      <w:r>
        <w:rPr>
          <w:b w:val="0"/>
          <w:i/>
          <w:color w:val="222B33"/>
          <w:sz w:val="21"/>
        </w:rPr>
        <w:t>their heart to the flowers;</w:t>
        <w:br/>
      </w:r>
      <w:r>
        <w:rPr>
          <w:b w:val="0"/>
          <w:i/>
          <w:color w:val="222B33"/>
          <w:sz w:val="21"/>
        </w:rPr>
        <w:t>I alone am lost</w:t>
        <w:br/>
      </w:r>
      <w:r>
        <w:rPr>
          <w:b w:val="0"/>
          <w:i/>
          <w:color w:val="222B33"/>
          <w:sz w:val="21"/>
        </w:rPr>
        <w:t>in the dark</w:t>
        <w:br/>
      </w:r>
      <w:r>
        <w:rPr>
          <w:b w:val="0"/>
          <w:i/>
          <w:color w:val="222B33"/>
          <w:sz w:val="21"/>
        </w:rPr>
        <w:t>of a spring night.</w:t>
      </w:r>
    </w:p>
    <w:p>
      <w:pPr>
        <w:spacing w:after="40"/>
      </w:pPr>
      <w:r>
        <w:rPr>
          <w:b w:val="0"/>
          <w:i w:val="0"/>
          <w:color w:val="222B33"/>
          <w:sz w:val="19"/>
        </w:rPr>
        <w:t>Yūgiri’s son, in love with Tamakazura’s elder daughter.</w:t>
      </w:r>
    </w:p>
    <w:p>
      <w:pPr>
        <w:spacing w:after="40"/>
      </w:pPr>
      <w:r>
        <w:rPr>
          <w:b w:val="0"/>
          <w:i w:val="0"/>
          <w:color w:val="6A6F75"/>
          <w:sz w:val="18"/>
        </w:rPr>
        <w:t xml:space="preserve">Answered by </w:t>
      </w:r>
      <w:hyperlink w:anchor="p598">
        <w:r>
          <w:rPr>
            <w:color w:val="2E5A80"/>
            <w:u w:val="single"/>
            <w:sz w:val="18"/>
          </w:rPr>
          <w:t xml:space="preserve">No. 598 (an attendant)</w:t>
        </w:r>
      </w:hyperlink>
    </w:p>
    <w:p>
      <w:pPr>
        <w:keepNext/>
        <w:spacing w:after="20" w:before="200"/>
      </w:pPr>
      <w:bookmarkStart w:id="642" w:name="p598"/>
      <w:r>
        <w:rPr>
          <w:b/>
          <w:i w:val="0"/>
          <w:color w:val="222B33"/>
          <w:sz w:val="22"/>
        </w:rPr>
        <w:t>No. 598</w:t>
      </w:r>
      <w:r>
        <w:rPr>
          <w:b w:val="0"/>
          <w:i w:val="0"/>
          <w:color w:val="6A6F75"/>
          <w:sz w:val="18"/>
        </w:rPr>
        <w:t xml:space="preserve">   an attendant → Kurōdo no Shōshō   答 reply</w:t>
      </w:r>
      <w:bookmarkEnd w:id="642"/>
    </w:p>
    <w:p>
      <w:pPr>
        <w:keepNext/>
        <w:spacing w:after="0"/>
      </w:pPr>
      <w:r>
        <w:rPr>
          <w:rFonts w:ascii="Noto Serif CJK JP" w:hAnsi="Noto Serif CJK JP" w:eastAsia="Noto Serif CJK JP"/>
          <w:b w:val="0"/>
          <w:i w:val="0"/>
          <w:color w:val="222B33"/>
          <w:sz w:val="26"/>
        </w:rPr>
        <w:t>をりからやあはれも知らむ梅の花ただ香ばかりに移りしもせじ</w:t>
      </w:r>
    </w:p>
    <w:p>
      <w:pPr>
        <w:keepNext/>
        <w:spacing w:after="60"/>
      </w:pPr>
      <w:r>
        <w:rPr>
          <w:rFonts w:ascii="Noto Serif CJK JP" w:hAnsi="Noto Serif CJK JP" w:eastAsia="Noto Serif CJK JP"/>
          <w:b w:val="0"/>
          <w:i w:val="0"/>
          <w:color w:val="6A6F75"/>
          <w:sz w:val="19"/>
        </w:rPr>
        <w:t>おりからや　／　あはれもしらむ　／　梅の花　／　たゝかはかりに　／　うつりしもせし</w:t>
      </w:r>
    </w:p>
    <w:p>
      <w:pPr>
        <w:keepNext/>
        <w:spacing w:after="60"/>
      </w:pPr>
      <w:r>
        <w:rPr>
          <w:b w:val="0"/>
          <w:i/>
          <w:color w:val="222B33"/>
          <w:sz w:val="21"/>
        </w:rPr>
        <w:t>In season, perhaps,</w:t>
        <w:br/>
      </w:r>
      <w:r>
        <w:rPr>
          <w:b w:val="0"/>
          <w:i/>
          <w:color w:val="222B33"/>
          <w:sz w:val="21"/>
        </w:rPr>
        <w:t>one would know sorrow; but</w:t>
        <w:br/>
      </w:r>
      <w:r>
        <w:rPr>
          <w:b w:val="0"/>
          <w:i/>
          <w:color w:val="222B33"/>
          <w:sz w:val="21"/>
        </w:rPr>
        <w:t>the plum blossom’s scent</w:t>
        <w:br/>
      </w:r>
      <w:r>
        <w:rPr>
          <w:b w:val="0"/>
          <w:i/>
          <w:color w:val="222B33"/>
          <w:sz w:val="21"/>
        </w:rPr>
        <w:t>alone</w:t>
        <w:br/>
      </w:r>
      <w:r>
        <w:rPr>
          <w:b w:val="0"/>
          <w:i/>
          <w:color w:val="222B33"/>
          <w:sz w:val="21"/>
        </w:rPr>
        <w:t>does not move us.</w:t>
      </w:r>
    </w:p>
    <w:p>
      <w:pPr>
        <w:spacing w:after="40"/>
      </w:pPr>
      <w:r>
        <w:rPr>
          <w:b/>
          <w:i w:val="0"/>
          <w:color w:val="8A4B1C"/>
          <w:sz w:val="18"/>
        </w:rPr>
        <w:t xml:space="preserve">Attribution uncertain. </w:t>
      </w:r>
      <w:r>
        <w:rPr>
          <w:b w:val="0"/>
          <w:i w:val="0"/>
          <w:sz w:val="19"/>
        </w:rPr>
        <w:t>The ‘person within’ is an attendant behind the blinds (Shin taikei 新大系) or a woman of Tamakazura’s house (Zenshū 全集).</w:t>
      </w:r>
    </w:p>
    <w:p>
      <w:pPr>
        <w:spacing w:after="40"/>
      </w:pPr>
      <w:r>
        <w:rPr>
          <w:b w:val="0"/>
          <w:i w:val="0"/>
          <w:color w:val="6A6F75"/>
          <w:sz w:val="18"/>
        </w:rPr>
        <w:t xml:space="preserve">In reply to </w:t>
      </w:r>
      <w:hyperlink w:anchor="p597">
        <w:r>
          <w:rPr>
            <w:color w:val="2E5A80"/>
            <w:u w:val="single"/>
            <w:sz w:val="18"/>
          </w:rPr>
          <w:t xml:space="preserve">No. 597 (Kurōdo no Shōshō)</w:t>
        </w:r>
      </w:hyperlink>
    </w:p>
    <w:p>
      <w:pPr>
        <w:keepNext/>
        <w:spacing w:after="20" w:before="200"/>
      </w:pPr>
      <w:bookmarkStart w:id="643" w:name="p599"/>
      <w:r>
        <w:rPr>
          <w:b/>
          <w:i w:val="0"/>
          <w:color w:val="222B33"/>
          <w:sz w:val="22"/>
        </w:rPr>
        <w:t>No. 599</w:t>
      </w:r>
      <w:r>
        <w:rPr>
          <w:b w:val="0"/>
          <w:i w:val="0"/>
          <w:color w:val="6A6F75"/>
          <w:sz w:val="18"/>
        </w:rPr>
        <w:t xml:space="preserve">   Kaoru → Fujijijū   贈 sent</w:t>
      </w:r>
      <w:bookmarkEnd w:id="643"/>
    </w:p>
    <w:p>
      <w:pPr>
        <w:keepNext/>
        <w:spacing w:after="40"/>
      </w:pPr>
      <w:r>
        <w:rPr>
          <w:b/>
          <w:i w:val="0"/>
          <w:color w:val="6A6F75"/>
          <w:sz w:val="18"/>
        </w:rPr>
        <w:t xml:space="preserve">Context. </w:t>
      </w:r>
      <w:r>
        <w:rPr>
          <w:b w:val="0"/>
          <w:i w:val="0"/>
          <w:color w:val="6A6F75"/>
          <w:sz w:val="19"/>
        </w:rPr>
        <w:t>Kaoru sings Takekawa at Tamakazura’s house; Fujijijū is her son.</w:t>
      </w:r>
    </w:p>
    <w:p>
      <w:pPr>
        <w:keepNext/>
        <w:spacing w:after="0"/>
      </w:pPr>
      <w:r>
        <w:rPr>
          <w:rFonts w:ascii="Noto Serif CJK JP" w:hAnsi="Noto Serif CJK JP" w:eastAsia="Noto Serif CJK JP"/>
          <w:b w:val="0"/>
          <w:i w:val="0"/>
          <w:color w:val="222B33"/>
          <w:sz w:val="26"/>
        </w:rPr>
        <w:t>竹河の橋うちいでし一節に深き心の底は知りきや</w:t>
      </w:r>
    </w:p>
    <w:p>
      <w:pPr>
        <w:keepNext/>
        <w:spacing w:after="60"/>
      </w:pPr>
      <w:r>
        <w:rPr>
          <w:rFonts w:ascii="Noto Serif CJK JP" w:hAnsi="Noto Serif CJK JP" w:eastAsia="Noto Serif CJK JP"/>
          <w:b w:val="0"/>
          <w:i w:val="0"/>
          <w:color w:val="6A6F75"/>
          <w:sz w:val="19"/>
        </w:rPr>
        <w:t>竹かはの　／　はしうちいてし　／　一ふしに　／　ふかき心の　／　そこはしりきや</w:t>
      </w:r>
    </w:p>
    <w:p>
      <w:pPr>
        <w:keepNext/>
        <w:spacing w:after="60"/>
      </w:pPr>
      <w:r>
        <w:rPr>
          <w:b w:val="0"/>
          <w:i/>
          <w:color w:val="222B33"/>
          <w:sz w:val="21"/>
        </w:rPr>
        <w:t>From one joint of song</w:t>
        <w:br/>
      </w:r>
      <w:r>
        <w:rPr>
          <w:b w:val="0"/>
          <w:i/>
          <w:color w:val="222B33"/>
          <w:sz w:val="21"/>
        </w:rPr>
        <w:t>sung out at the bridge of Takekawa,</w:t>
        <w:br/>
      </w:r>
      <w:r>
        <w:rPr>
          <w:b w:val="0"/>
          <w:i/>
          <w:color w:val="222B33"/>
          <w:sz w:val="21"/>
        </w:rPr>
        <w:t>did you know</w:t>
        <w:br/>
      </w:r>
      <w:r>
        <w:rPr>
          <w:b w:val="0"/>
          <w:i/>
          <w:color w:val="222B33"/>
          <w:sz w:val="21"/>
        </w:rPr>
        <w:t>the depths</w:t>
        <w:br/>
      </w:r>
      <w:r>
        <w:rPr>
          <w:b w:val="0"/>
          <w:i/>
          <w:color w:val="222B33"/>
          <w:sz w:val="21"/>
        </w:rPr>
        <w:t>of my heart?</w:t>
      </w:r>
    </w:p>
    <w:p>
      <w:pPr>
        <w:spacing w:after="40"/>
      </w:pPr>
      <w:r>
        <w:rPr>
          <w:b w:val="0"/>
          <w:i w:val="0"/>
          <w:color w:val="222B33"/>
          <w:sz w:val="19"/>
        </w:rPr>
        <w:t>Fushi: “joint” of bamboo and “song phrase.” “Takekawa,” a saibara.</w:t>
      </w:r>
    </w:p>
    <w:p>
      <w:pPr>
        <w:spacing w:after="40"/>
      </w:pPr>
      <w:r>
        <w:rPr>
          <w:b/>
          <w:i w:val="0"/>
          <w:color w:val="6A6F75"/>
          <w:sz w:val="18"/>
        </w:rPr>
        <w:t xml:space="preserve">Allusion. </w:t>
      </w:r>
      <w:r>
        <w:rPr>
          <w:b w:val="0"/>
          <w:i w:val="0"/>
          <w:sz w:val="19"/>
        </w:rPr>
        <w:t>Saibara ‘Takekawa’ (竹河)</w:t>
      </w:r>
      <w:r>
        <w:rPr>
          <w:b w:val="0"/>
          <w:i w:val="0"/>
          <w:sz w:val="19"/>
        </w:rPr>
        <w:t xml:space="preserve">  A song of the bamboo river by the bridge, sung at New Year processions.</w:t>
      </w:r>
    </w:p>
    <w:p>
      <w:pPr>
        <w:spacing w:after="40"/>
      </w:pPr>
      <w:r>
        <w:rPr>
          <w:b w:val="0"/>
          <w:i w:val="0"/>
          <w:color w:val="6A6F75"/>
          <w:sz w:val="18"/>
        </w:rPr>
        <w:t xml:space="preserve">Answered by </w:t>
      </w:r>
      <w:hyperlink w:anchor="p600">
        <w:r>
          <w:rPr>
            <w:color w:val="2E5A80"/>
            <w:u w:val="single"/>
            <w:sz w:val="18"/>
          </w:rPr>
          <w:t xml:space="preserve">No. 600 (Fujijijū)</w:t>
        </w:r>
      </w:hyperlink>
      <w:r>
        <w:rPr>
          <w:b w:val="0"/>
          <w:i w:val="0"/>
          <w:color w:val="6A6F75"/>
          <w:sz w:val="18"/>
        </w:rPr>
        <w:t xml:space="preserve">   ·   </w:t>
      </w:r>
      <w:r>
        <w:rPr>
          <w:b w:val="0"/>
          <w:i w:val="0"/>
          <w:color w:val="6A6F75"/>
          <w:sz w:val="18"/>
        </w:rPr>
        <w:t xml:space="preserve">Echo, Takekawa: </w:t>
      </w:r>
      <w:hyperlink w:anchor="p600">
        <w:r>
          <w:rPr>
            <w:color w:val="2E5A80"/>
            <w:u w:val="single"/>
            <w:sz w:val="18"/>
          </w:rPr>
          <w:t xml:space="preserve">No. 600</w:t>
        </w:r>
      </w:hyperlink>
      <w:r>
        <w:rPr>
          <w:b w:val="0"/>
          <w:i w:val="0"/>
          <w:color w:val="6A6F75"/>
          <w:sz w:val="18"/>
        </w:rPr>
        <w:t xml:space="preserve">, </w:t>
      </w:r>
      <w:hyperlink w:anchor="p617">
        <w:r>
          <w:rPr>
            <w:color w:val="2E5A80"/>
            <w:u w:val="single"/>
            <w:sz w:val="18"/>
          </w:rPr>
          <w:t xml:space="preserve">No. 617</w:t>
        </w:r>
      </w:hyperlink>
      <w:r>
        <w:rPr>
          <w:b w:val="0"/>
          <w:i w:val="0"/>
          <w:color w:val="6A6F75"/>
          <w:sz w:val="18"/>
        </w:rPr>
        <w:t xml:space="preserve">, </w:t>
      </w:r>
      <w:hyperlink w:anchor="p618">
        <w:r>
          <w:rPr>
            <w:color w:val="2E5A80"/>
            <w:u w:val="single"/>
            <w:sz w:val="18"/>
          </w:rPr>
          <w:t xml:space="preserve">No. 618</w:t>
        </w:r>
      </w:hyperlink>
    </w:p>
    <w:p>
      <w:pPr>
        <w:keepNext/>
        <w:spacing w:after="20" w:before="200"/>
      </w:pPr>
      <w:bookmarkStart w:id="644" w:name="p600"/>
      <w:r>
        <w:rPr>
          <w:b/>
          <w:i w:val="0"/>
          <w:color w:val="222B33"/>
          <w:sz w:val="22"/>
        </w:rPr>
        <w:t>No. 600</w:t>
      </w:r>
      <w:r>
        <w:rPr>
          <w:b w:val="0"/>
          <w:i w:val="0"/>
          <w:color w:val="6A6F75"/>
          <w:sz w:val="18"/>
        </w:rPr>
        <w:t xml:space="preserve">   Fujijijū → Kaoru   答 reply</w:t>
      </w:r>
      <w:bookmarkEnd w:id="644"/>
    </w:p>
    <w:p>
      <w:pPr>
        <w:keepNext/>
        <w:spacing w:after="0"/>
      </w:pPr>
      <w:r>
        <w:rPr>
          <w:rFonts w:ascii="Noto Serif CJK JP" w:hAnsi="Noto Serif CJK JP" w:eastAsia="Noto Serif CJK JP"/>
          <w:b w:val="0"/>
          <w:i w:val="0"/>
          <w:color w:val="222B33"/>
          <w:sz w:val="26"/>
        </w:rPr>
        <w:t>竹河に夜を更かさじといそぎしもいかなる節を思ひおかまし</w:t>
      </w:r>
    </w:p>
    <w:p>
      <w:pPr>
        <w:keepNext/>
        <w:spacing w:after="60"/>
      </w:pPr>
      <w:r>
        <w:rPr>
          <w:rFonts w:ascii="Noto Serif CJK JP" w:hAnsi="Noto Serif CJK JP" w:eastAsia="Noto Serif CJK JP"/>
          <w:b w:val="0"/>
          <w:i w:val="0"/>
          <w:color w:val="6A6F75"/>
          <w:sz w:val="19"/>
        </w:rPr>
        <w:t>竹河に　／　夜をふかさしと　／　いそきしも　／　いかなるふしを　／　おもひをかまし</w:t>
      </w:r>
    </w:p>
    <w:p>
      <w:pPr>
        <w:keepNext/>
        <w:spacing w:after="60"/>
      </w:pPr>
      <w:r>
        <w:rPr>
          <w:b w:val="0"/>
          <w:i/>
          <w:color w:val="222B33"/>
          <w:sz w:val="21"/>
        </w:rPr>
        <w:t>At Takekawa, hurrying</w:t>
        <w:br/>
      </w:r>
      <w:r>
        <w:rPr>
          <w:b w:val="0"/>
          <w:i/>
          <w:color w:val="222B33"/>
          <w:sz w:val="21"/>
        </w:rPr>
        <w:t>not to let the night grow late,</w:t>
        <w:br/>
      </w:r>
      <w:r>
        <w:rPr>
          <w:b w:val="0"/>
          <w:i/>
          <w:color w:val="222B33"/>
          <w:sz w:val="21"/>
        </w:rPr>
        <w:t>what joint of song</w:t>
        <w:br/>
      </w:r>
      <w:r>
        <w:rPr>
          <w:b w:val="0"/>
          <w:i/>
          <w:color w:val="222B33"/>
          <w:sz w:val="21"/>
        </w:rPr>
        <w:t>should I</w:t>
        <w:br/>
      </w:r>
      <w:r>
        <w:rPr>
          <w:b w:val="0"/>
          <w:i/>
          <w:color w:val="222B33"/>
          <w:sz w:val="21"/>
        </w:rPr>
        <w:t>remember?</w:t>
      </w:r>
    </w:p>
    <w:p>
      <w:pPr>
        <w:spacing w:after="40"/>
      </w:pPr>
      <w:r>
        <w:rPr>
          <w:b w:val="0"/>
          <w:i w:val="0"/>
          <w:color w:val="6A6F75"/>
          <w:sz w:val="18"/>
        </w:rPr>
        <w:t xml:space="preserve">In reply to </w:t>
      </w:r>
      <w:hyperlink w:anchor="p599">
        <w:r>
          <w:rPr>
            <w:color w:val="2E5A80"/>
            <w:u w:val="single"/>
            <w:sz w:val="18"/>
          </w:rPr>
          <w:t xml:space="preserve">No. 599 (Kaoru)</w:t>
        </w:r>
      </w:hyperlink>
      <w:r>
        <w:rPr>
          <w:b w:val="0"/>
          <w:i w:val="0"/>
          <w:color w:val="6A6F75"/>
          <w:sz w:val="18"/>
        </w:rPr>
        <w:t xml:space="preserve">   ·   </w:t>
      </w:r>
      <w:r>
        <w:rPr>
          <w:b w:val="0"/>
          <w:i w:val="0"/>
          <w:color w:val="6A6F75"/>
          <w:sz w:val="18"/>
        </w:rPr>
        <w:t xml:space="preserve">Echo, Takekawa: </w:t>
      </w:r>
      <w:hyperlink w:anchor="p599">
        <w:r>
          <w:rPr>
            <w:color w:val="2E5A80"/>
            <w:u w:val="single"/>
            <w:sz w:val="18"/>
          </w:rPr>
          <w:t xml:space="preserve">No. 599</w:t>
        </w:r>
      </w:hyperlink>
      <w:r>
        <w:rPr>
          <w:b w:val="0"/>
          <w:i w:val="0"/>
          <w:color w:val="6A6F75"/>
          <w:sz w:val="18"/>
        </w:rPr>
        <w:t xml:space="preserve">, </w:t>
      </w:r>
      <w:hyperlink w:anchor="p617">
        <w:r>
          <w:rPr>
            <w:color w:val="2E5A80"/>
            <w:u w:val="single"/>
            <w:sz w:val="18"/>
          </w:rPr>
          <w:t xml:space="preserve">No. 617</w:t>
        </w:r>
      </w:hyperlink>
      <w:r>
        <w:rPr>
          <w:b w:val="0"/>
          <w:i w:val="0"/>
          <w:color w:val="6A6F75"/>
          <w:sz w:val="18"/>
        </w:rPr>
        <w:t xml:space="preserve">, </w:t>
      </w:r>
      <w:hyperlink w:anchor="p618">
        <w:r>
          <w:rPr>
            <w:color w:val="2E5A80"/>
            <w:u w:val="single"/>
            <w:sz w:val="18"/>
          </w:rPr>
          <w:t xml:space="preserve">No. 618</w:t>
        </w:r>
      </w:hyperlink>
    </w:p>
    <w:p>
      <w:pPr>
        <w:keepNext/>
        <w:spacing w:after="20" w:before="200"/>
      </w:pPr>
      <w:bookmarkStart w:id="645" w:name="p601"/>
      <w:r>
        <w:rPr>
          <w:b/>
          <w:i w:val="0"/>
          <w:color w:val="222B33"/>
          <w:sz w:val="22"/>
        </w:rPr>
        <w:t>No. 601</w:t>
      </w:r>
      <w:r>
        <w:rPr>
          <w:b w:val="0"/>
          <w:i w:val="0"/>
          <w:color w:val="6A6F75"/>
          <w:sz w:val="18"/>
        </w:rPr>
        <w:t xml:space="preserve">   Ōigimi (losing side)   唱 group exchange</w:t>
      </w:r>
      <w:bookmarkEnd w:id="645"/>
    </w:p>
    <w:p>
      <w:pPr>
        <w:keepNext/>
        <w:spacing w:after="40"/>
      </w:pPr>
      <w:r>
        <w:rPr>
          <w:b/>
          <w:i w:val="0"/>
          <w:color w:val="6A6F75"/>
          <w:sz w:val="18"/>
        </w:rPr>
        <w:t xml:space="preserve">Context. </w:t>
      </w:r>
      <w:r>
        <w:rPr>
          <w:b w:val="0"/>
          <w:i w:val="0"/>
          <w:color w:val="6A6F75"/>
          <w:sz w:val="19"/>
        </w:rPr>
        <w:t>Tamakazura’s daughters play go for a cherry tree; Ōigimi here is Higekuro’s daughter.</w:t>
      </w:r>
    </w:p>
    <w:p>
      <w:pPr>
        <w:keepNext/>
        <w:spacing w:after="0"/>
      </w:pPr>
      <w:r>
        <w:rPr>
          <w:rFonts w:ascii="Noto Serif CJK JP" w:hAnsi="Noto Serif CJK JP" w:eastAsia="Noto Serif CJK JP"/>
          <w:b w:val="0"/>
          <w:i w:val="0"/>
          <w:color w:val="222B33"/>
          <w:sz w:val="26"/>
        </w:rPr>
        <w:t>桜ゆゑ風に心の騒ぐかな思ひぐまなき花と見る見る</w:t>
      </w:r>
    </w:p>
    <w:p>
      <w:pPr>
        <w:keepNext/>
        <w:spacing w:after="60"/>
      </w:pPr>
      <w:r>
        <w:rPr>
          <w:rFonts w:ascii="Noto Serif CJK JP" w:hAnsi="Noto Serif CJK JP" w:eastAsia="Noto Serif CJK JP"/>
          <w:b w:val="0"/>
          <w:i w:val="0"/>
          <w:color w:val="6A6F75"/>
          <w:sz w:val="19"/>
        </w:rPr>
        <w:t>桜ゆへ　／　風に心の　／　さはくかな　／　おもひくまなき　／　花とみるみる</w:t>
      </w:r>
    </w:p>
    <w:p>
      <w:pPr>
        <w:keepNext/>
        <w:spacing w:after="60"/>
      </w:pPr>
      <w:r>
        <w:rPr>
          <w:b w:val="0"/>
          <w:i/>
          <w:color w:val="222B33"/>
          <w:sz w:val="21"/>
        </w:rPr>
        <w:t>For the cherry’s sake</w:t>
        <w:br/>
      </w:r>
      <w:r>
        <w:rPr>
          <w:b w:val="0"/>
          <w:i/>
          <w:color w:val="222B33"/>
          <w:sz w:val="21"/>
        </w:rPr>
        <w:t>my heart stirs at the wind,</w:t>
        <w:br/>
      </w:r>
      <w:r>
        <w:rPr>
          <w:b w:val="0"/>
          <w:i/>
          <w:color w:val="222B33"/>
          <w:sz w:val="21"/>
        </w:rPr>
        <w:t>though I see it</w:t>
        <w:br/>
      </w:r>
      <w:r>
        <w:rPr>
          <w:b w:val="0"/>
          <w:i/>
          <w:color w:val="222B33"/>
          <w:sz w:val="21"/>
        </w:rPr>
        <w:t>as a flower</w:t>
        <w:br/>
      </w:r>
      <w:r>
        <w:rPr>
          <w:b w:val="0"/>
          <w:i/>
          <w:color w:val="222B33"/>
          <w:sz w:val="21"/>
        </w:rPr>
        <w:t>without thought for me.</w:t>
      </w:r>
    </w:p>
    <w:p>
      <w:pPr>
        <w:spacing w:after="40"/>
      </w:pPr>
      <w:r>
        <w:rPr>
          <w:b w:val="0"/>
          <w:i w:val="0"/>
          <w:color w:val="222B33"/>
          <w:sz w:val="19"/>
        </w:rPr>
        <w:t>Go match for a cherry tree; a group of six.</w:t>
      </w:r>
    </w:p>
    <w:p>
      <w:pPr>
        <w:spacing w:after="40"/>
      </w:pPr>
      <w:r>
        <w:rPr>
          <w:b w:val="0"/>
          <w:i w:val="0"/>
          <w:color w:val="6A6F75"/>
          <w:sz w:val="18"/>
        </w:rPr>
        <w:t xml:space="preserve">Answered by </w:t>
      </w:r>
      <w:hyperlink w:anchor="p602">
        <w:r>
          <w:rPr>
            <w:color w:val="2E5A80"/>
            <w:u w:val="single"/>
            <w:sz w:val="18"/>
          </w:rPr>
          <w:t xml:space="preserve">No. 602 (Saishō no Kimi)</w:t>
        </w:r>
      </w:hyperlink>
      <w:r>
        <w:rPr>
          <w:b w:val="0"/>
          <w:i w:val="0"/>
          <w:color w:val="6A6F75"/>
          <w:sz w:val="18"/>
        </w:rPr>
        <w:t xml:space="preserve">, </w:t>
      </w:r>
      <w:hyperlink w:anchor="p603">
        <w:r>
          <w:rPr>
            <w:color w:val="2E5A80"/>
            <w:u w:val="single"/>
            <w:sz w:val="18"/>
          </w:rPr>
          <w:t xml:space="preserve">No. 603 (Naka no Kimi (winning side))</w:t>
        </w:r>
      </w:hyperlink>
      <w:r>
        <w:rPr>
          <w:b w:val="0"/>
          <w:i w:val="0"/>
          <w:color w:val="6A6F75"/>
          <w:sz w:val="18"/>
        </w:rPr>
        <w:t xml:space="preserve">, </w:t>
      </w:r>
      <w:hyperlink w:anchor="p604">
        <w:r>
          <w:rPr>
            <w:color w:val="2E5A80"/>
            <w:u w:val="single"/>
            <w:sz w:val="18"/>
          </w:rPr>
          <w:t xml:space="preserve">No. 604 (Taifu no Kimi)</w:t>
        </w:r>
      </w:hyperlink>
      <w:r>
        <w:rPr>
          <w:b w:val="0"/>
          <w:i w:val="0"/>
          <w:color w:val="6A6F75"/>
          <w:sz w:val="18"/>
        </w:rPr>
        <w:t xml:space="preserve">, </w:t>
      </w:r>
      <w:hyperlink w:anchor="p605">
        <w:r>
          <w:rPr>
            <w:color w:val="2E5A80"/>
            <w:u w:val="single"/>
            <w:sz w:val="18"/>
          </w:rPr>
          <w:t xml:space="preserve">No. 605 (a page of the winning side)</w:t>
        </w:r>
      </w:hyperlink>
      <w:r>
        <w:rPr>
          <w:b w:val="0"/>
          <w:i w:val="0"/>
          <w:color w:val="6A6F75"/>
          <w:sz w:val="18"/>
        </w:rPr>
        <w:t xml:space="preserve">, </w:t>
      </w:r>
      <w:hyperlink w:anchor="p606">
        <w:r>
          <w:rPr>
            <w:color w:val="2E5A80"/>
            <w:u w:val="single"/>
            <w:sz w:val="18"/>
          </w:rPr>
          <w:t xml:space="preserve">No. 606 (a page of the losing side)</w:t>
        </w:r>
      </w:hyperlink>
    </w:p>
    <w:p>
      <w:pPr>
        <w:keepNext/>
        <w:spacing w:after="20" w:before="200"/>
      </w:pPr>
      <w:bookmarkStart w:id="646" w:name="p602"/>
      <w:r>
        <w:rPr>
          <w:b/>
          <w:i w:val="0"/>
          <w:color w:val="222B33"/>
          <w:sz w:val="22"/>
        </w:rPr>
        <w:t>No. 602</w:t>
      </w:r>
      <w:r>
        <w:rPr>
          <w:b w:val="0"/>
          <w:i w:val="0"/>
          <w:color w:val="6A6F75"/>
          <w:sz w:val="18"/>
        </w:rPr>
        <w:t xml:space="preserve">   Saishō no Kimi   唱 group exchange</w:t>
      </w:r>
      <w:bookmarkEnd w:id="646"/>
    </w:p>
    <w:p>
      <w:pPr>
        <w:keepNext/>
        <w:spacing w:after="0"/>
      </w:pPr>
      <w:r>
        <w:rPr>
          <w:rFonts w:ascii="Noto Serif CJK JP" w:hAnsi="Noto Serif CJK JP" w:eastAsia="Noto Serif CJK JP"/>
          <w:b w:val="0"/>
          <w:i w:val="0"/>
          <w:color w:val="222B33"/>
          <w:sz w:val="26"/>
        </w:rPr>
        <w:t>咲くと見てかつは散りぬる花なれば負くるを深き恨みともせず</w:t>
      </w:r>
    </w:p>
    <w:p>
      <w:pPr>
        <w:keepNext/>
        <w:spacing w:after="60"/>
      </w:pPr>
      <w:r>
        <w:rPr>
          <w:rFonts w:ascii="Noto Serif CJK JP" w:hAnsi="Noto Serif CJK JP" w:eastAsia="Noto Serif CJK JP"/>
          <w:b w:val="0"/>
          <w:i w:val="0"/>
          <w:color w:val="6A6F75"/>
          <w:sz w:val="19"/>
        </w:rPr>
        <w:t>さくとみて　／　かつはちりぬる　／　花なれは　／　まくるをふかき　／　うらみともせす</w:t>
      </w:r>
    </w:p>
    <w:p>
      <w:pPr>
        <w:keepNext/>
        <w:spacing w:after="60"/>
      </w:pPr>
      <w:r>
        <w:rPr>
          <w:b w:val="0"/>
          <w:i/>
          <w:color w:val="222B33"/>
          <w:sz w:val="21"/>
        </w:rPr>
        <w:t>A flower that falls</w:t>
        <w:br/>
      </w:r>
      <w:r>
        <w:rPr>
          <w:b w:val="0"/>
          <w:i/>
          <w:color w:val="222B33"/>
          <w:sz w:val="21"/>
        </w:rPr>
        <w:t>even as we watch it bloom:</w:t>
        <w:br/>
      </w:r>
      <w:r>
        <w:rPr>
          <w:b w:val="0"/>
          <w:i/>
          <w:color w:val="222B33"/>
          <w:sz w:val="21"/>
        </w:rPr>
        <w:t>losing it,</w:t>
        <w:br/>
      </w:r>
      <w:r>
        <w:rPr>
          <w:b w:val="0"/>
          <w:i/>
          <w:color w:val="222B33"/>
          <w:sz w:val="21"/>
        </w:rPr>
        <w:t>we feel no deep</w:t>
        <w:br/>
      </w:r>
      <w:r>
        <w:rPr>
          <w:b w:val="0"/>
          <w:i/>
          <w:color w:val="222B33"/>
          <w:sz w:val="21"/>
        </w:rPr>
        <w:t>bitterness.</w:t>
      </w:r>
    </w:p>
    <w:p>
      <w:pPr>
        <w:spacing w:after="40"/>
      </w:pPr>
      <w:r>
        <w:rPr>
          <w:b w:val="0"/>
          <w:i w:val="0"/>
          <w:color w:val="6A6F75"/>
          <w:sz w:val="18"/>
        </w:rPr>
        <w:t xml:space="preserve">In reply to </w:t>
      </w:r>
      <w:hyperlink w:anchor="p601">
        <w:r>
          <w:rPr>
            <w:color w:val="2E5A80"/>
            <w:u w:val="single"/>
            <w:sz w:val="18"/>
          </w:rPr>
          <w:t xml:space="preserve">No. 601 (Ōigimi (losing side))</w:t>
        </w:r>
      </w:hyperlink>
    </w:p>
    <w:p>
      <w:pPr>
        <w:keepNext/>
        <w:spacing w:after="20" w:before="200"/>
      </w:pPr>
      <w:bookmarkStart w:id="647" w:name="p603"/>
      <w:r>
        <w:rPr>
          <w:b/>
          <w:i w:val="0"/>
          <w:color w:val="222B33"/>
          <w:sz w:val="22"/>
        </w:rPr>
        <w:t>No. 603</w:t>
      </w:r>
      <w:r>
        <w:rPr>
          <w:b w:val="0"/>
          <w:i w:val="0"/>
          <w:color w:val="6A6F75"/>
          <w:sz w:val="18"/>
        </w:rPr>
        <w:t xml:space="preserve">   Naka no Kimi (winning side)   唱 group exchange</w:t>
      </w:r>
      <w:bookmarkEnd w:id="647"/>
    </w:p>
    <w:p>
      <w:pPr>
        <w:keepNext/>
        <w:spacing w:after="0"/>
      </w:pPr>
      <w:r>
        <w:rPr>
          <w:rFonts w:ascii="Noto Serif CJK JP" w:hAnsi="Noto Serif CJK JP" w:eastAsia="Noto Serif CJK JP"/>
          <w:b w:val="0"/>
          <w:i w:val="0"/>
          <w:color w:val="222B33"/>
          <w:sz w:val="26"/>
        </w:rPr>
        <w:t>風に散ることは世の常枝ながら移ろふ花をただにしも見じ</w:t>
      </w:r>
    </w:p>
    <w:p>
      <w:pPr>
        <w:keepNext/>
        <w:spacing w:after="60"/>
      </w:pPr>
      <w:r>
        <w:rPr>
          <w:rFonts w:ascii="Noto Serif CJK JP" w:hAnsi="Noto Serif CJK JP" w:eastAsia="Noto Serif CJK JP"/>
          <w:b w:val="0"/>
          <w:i w:val="0"/>
          <w:color w:val="6A6F75"/>
          <w:sz w:val="19"/>
        </w:rPr>
        <w:t>風にちる　／　ことはよのつね　／　枝なから　／　うつろふ花を　／　たゝにしもみし</w:t>
      </w:r>
    </w:p>
    <w:p>
      <w:pPr>
        <w:keepNext/>
        <w:spacing w:after="60"/>
      </w:pPr>
      <w:r>
        <w:rPr>
          <w:b w:val="0"/>
          <w:i/>
          <w:color w:val="222B33"/>
          <w:sz w:val="21"/>
        </w:rPr>
        <w:t>To scatter in the wind</w:t>
        <w:br/>
      </w:r>
      <w:r>
        <w:rPr>
          <w:b w:val="0"/>
          <w:i/>
          <w:color w:val="222B33"/>
          <w:sz w:val="21"/>
        </w:rPr>
        <w:t>is the world’s way, but I shall not</w:t>
        <w:br/>
      </w:r>
      <w:r>
        <w:rPr>
          <w:b w:val="0"/>
          <w:i/>
          <w:color w:val="222B33"/>
          <w:sz w:val="21"/>
        </w:rPr>
        <w:t>look calmly on</w:t>
        <w:br/>
      </w:r>
      <w:r>
        <w:rPr>
          <w:b w:val="0"/>
          <w:i/>
          <w:color w:val="222B33"/>
          <w:sz w:val="21"/>
        </w:rPr>
        <w:t>a flower that fades</w:t>
        <w:br/>
      </w:r>
      <w:r>
        <w:rPr>
          <w:b w:val="0"/>
          <w:i/>
          <w:color w:val="222B33"/>
          <w:sz w:val="21"/>
        </w:rPr>
        <w:t>still on the branch.</w:t>
      </w:r>
    </w:p>
    <w:p>
      <w:pPr>
        <w:spacing w:after="40"/>
      </w:pPr>
      <w:r>
        <w:rPr>
          <w:b w:val="0"/>
          <w:i w:val="0"/>
          <w:color w:val="6A6F75"/>
          <w:sz w:val="18"/>
        </w:rPr>
        <w:t xml:space="preserve">In reply to </w:t>
      </w:r>
      <w:hyperlink w:anchor="p601">
        <w:r>
          <w:rPr>
            <w:color w:val="2E5A80"/>
            <w:u w:val="single"/>
            <w:sz w:val="18"/>
          </w:rPr>
          <w:t xml:space="preserve">No. 601 (Ōigimi (losing side))</w:t>
        </w:r>
      </w:hyperlink>
    </w:p>
    <w:p>
      <w:pPr>
        <w:keepNext/>
        <w:spacing w:after="20" w:before="200"/>
      </w:pPr>
      <w:bookmarkStart w:id="648" w:name="p604"/>
      <w:r>
        <w:rPr>
          <w:b/>
          <w:i w:val="0"/>
          <w:color w:val="222B33"/>
          <w:sz w:val="22"/>
        </w:rPr>
        <w:t>No. 604</w:t>
      </w:r>
      <w:r>
        <w:rPr>
          <w:b w:val="0"/>
          <w:i w:val="0"/>
          <w:color w:val="6A6F75"/>
          <w:sz w:val="18"/>
        </w:rPr>
        <w:t xml:space="preserve">   Taifu no Kimi   唱 group exchange</w:t>
      </w:r>
      <w:bookmarkEnd w:id="648"/>
    </w:p>
    <w:p>
      <w:pPr>
        <w:keepNext/>
        <w:spacing w:after="0"/>
      </w:pPr>
      <w:r>
        <w:rPr>
          <w:rFonts w:ascii="Noto Serif CJK JP" w:hAnsi="Noto Serif CJK JP" w:eastAsia="Noto Serif CJK JP"/>
          <w:b w:val="0"/>
          <w:i w:val="0"/>
          <w:color w:val="222B33"/>
          <w:sz w:val="26"/>
        </w:rPr>
        <w:t>心ありて池のみぎはに落つる花あわとなりてもわが方に寄れ</w:t>
      </w:r>
    </w:p>
    <w:p>
      <w:pPr>
        <w:keepNext/>
        <w:spacing w:after="60"/>
      </w:pPr>
      <w:r>
        <w:rPr>
          <w:rFonts w:ascii="Noto Serif CJK JP" w:hAnsi="Noto Serif CJK JP" w:eastAsia="Noto Serif CJK JP"/>
          <w:b w:val="0"/>
          <w:i w:val="0"/>
          <w:color w:val="6A6F75"/>
          <w:sz w:val="19"/>
        </w:rPr>
        <w:t>心ありて　／　池のみきはに　／　おつる花　／　あわとなりても　／　我かたによれ</w:t>
      </w:r>
    </w:p>
    <w:p>
      <w:pPr>
        <w:keepNext/>
        <w:spacing w:after="60"/>
      </w:pPr>
      <w:r>
        <w:rPr>
          <w:b w:val="0"/>
          <w:i/>
          <w:color w:val="222B33"/>
          <w:sz w:val="21"/>
        </w:rPr>
        <w:t>Fall by design</w:t>
        <w:br/>
      </w:r>
      <w:r>
        <w:rPr>
          <w:b w:val="0"/>
          <w:i/>
          <w:color w:val="222B33"/>
          <w:sz w:val="21"/>
        </w:rPr>
        <w:t>at the pond’s edge, flowers:</w:t>
        <w:br/>
      </w:r>
      <w:r>
        <w:rPr>
          <w:b w:val="0"/>
          <w:i/>
          <w:color w:val="222B33"/>
          <w:sz w:val="21"/>
        </w:rPr>
        <w:t>even turned to foam,</w:t>
        <w:br/>
      </w:r>
      <w:r>
        <w:rPr>
          <w:b w:val="0"/>
          <w:i/>
          <w:color w:val="222B33"/>
          <w:sz w:val="21"/>
        </w:rPr>
        <w:t>come drifting</w:t>
        <w:br/>
      </w:r>
      <w:r>
        <w:rPr>
          <w:b w:val="0"/>
          <w:i/>
          <w:color w:val="222B33"/>
          <w:sz w:val="21"/>
        </w:rPr>
        <w:t>to our side.</w:t>
      </w:r>
    </w:p>
    <w:p>
      <w:pPr>
        <w:spacing w:after="40"/>
      </w:pPr>
      <w:r>
        <w:rPr>
          <w:b w:val="0"/>
          <w:i w:val="0"/>
          <w:color w:val="6A6F75"/>
          <w:sz w:val="18"/>
        </w:rPr>
        <w:t xml:space="preserve">In reply to </w:t>
      </w:r>
      <w:hyperlink w:anchor="p601">
        <w:r>
          <w:rPr>
            <w:color w:val="2E5A80"/>
            <w:u w:val="single"/>
            <w:sz w:val="18"/>
          </w:rPr>
          <w:t xml:space="preserve">No. 601 (Ōigimi (losing side))</w:t>
        </w:r>
      </w:hyperlink>
    </w:p>
    <w:p>
      <w:pPr>
        <w:keepNext/>
        <w:spacing w:after="20" w:before="200"/>
      </w:pPr>
      <w:bookmarkStart w:id="649" w:name="p605"/>
      <w:r>
        <w:rPr>
          <w:b/>
          <w:i w:val="0"/>
          <w:color w:val="222B33"/>
          <w:sz w:val="22"/>
        </w:rPr>
        <w:t>No. 605</w:t>
      </w:r>
      <w:r>
        <w:rPr>
          <w:b w:val="0"/>
          <w:i w:val="0"/>
          <w:color w:val="6A6F75"/>
          <w:sz w:val="18"/>
        </w:rPr>
        <w:t xml:space="preserve">   a page of the winning side   唱 group exchange</w:t>
      </w:r>
      <w:bookmarkEnd w:id="649"/>
    </w:p>
    <w:p>
      <w:pPr>
        <w:keepNext/>
        <w:spacing w:after="0"/>
      </w:pPr>
      <w:r>
        <w:rPr>
          <w:rFonts w:ascii="Noto Serif CJK JP" w:hAnsi="Noto Serif CJK JP" w:eastAsia="Noto Serif CJK JP"/>
          <w:b w:val="0"/>
          <w:i w:val="0"/>
          <w:color w:val="222B33"/>
          <w:sz w:val="26"/>
        </w:rPr>
        <w:t>大空の風に散れども桜花おのがものとぞかきつめて見る</w:t>
      </w:r>
    </w:p>
    <w:p>
      <w:pPr>
        <w:keepNext/>
        <w:spacing w:after="60"/>
      </w:pPr>
      <w:r>
        <w:rPr>
          <w:rFonts w:ascii="Noto Serif CJK JP" w:hAnsi="Noto Serif CJK JP" w:eastAsia="Noto Serif CJK JP"/>
          <w:b w:val="0"/>
          <w:i w:val="0"/>
          <w:color w:val="6A6F75"/>
          <w:sz w:val="19"/>
        </w:rPr>
        <w:t>大空の　／　風にちれとも　／　さくら花　／　をのか物とそ　／　かきつめてみる</w:t>
      </w:r>
    </w:p>
    <w:p>
      <w:pPr>
        <w:keepNext/>
        <w:spacing w:after="60"/>
      </w:pPr>
      <w:r>
        <w:rPr>
          <w:b w:val="0"/>
          <w:i/>
          <w:color w:val="222B33"/>
          <w:sz w:val="21"/>
        </w:rPr>
        <w:t>Though in the wind</w:t>
        <w:br/>
      </w:r>
      <w:r>
        <w:rPr>
          <w:b w:val="0"/>
          <w:i/>
          <w:color w:val="222B33"/>
          <w:sz w:val="21"/>
        </w:rPr>
        <w:t>of the great sky they scatter,</w:t>
        <w:br/>
      </w:r>
      <w:r>
        <w:rPr>
          <w:b w:val="0"/>
          <w:i/>
          <w:color w:val="222B33"/>
          <w:sz w:val="21"/>
        </w:rPr>
        <w:t>we gather up</w:t>
        <w:br/>
      </w:r>
      <w:r>
        <w:rPr>
          <w:b w:val="0"/>
          <w:i/>
          <w:color w:val="222B33"/>
          <w:sz w:val="21"/>
        </w:rPr>
        <w:t>the cherry blossoms</w:t>
        <w:br/>
      </w:r>
      <w:r>
        <w:rPr>
          <w:b w:val="0"/>
          <w:i/>
          <w:color w:val="222B33"/>
          <w:sz w:val="21"/>
        </w:rPr>
        <w:t>as our own.</w:t>
      </w:r>
    </w:p>
    <w:p>
      <w:pPr>
        <w:spacing w:after="40"/>
      </w:pPr>
      <w:r>
        <w:rPr>
          <w:b w:val="0"/>
          <w:i w:val="0"/>
          <w:color w:val="6A6F75"/>
          <w:sz w:val="18"/>
        </w:rPr>
        <w:t xml:space="preserve">In reply to </w:t>
      </w:r>
      <w:hyperlink w:anchor="p601">
        <w:r>
          <w:rPr>
            <w:color w:val="2E5A80"/>
            <w:u w:val="single"/>
            <w:sz w:val="18"/>
          </w:rPr>
          <w:t xml:space="preserve">No. 601 (Ōigimi (losing side))</w:t>
        </w:r>
      </w:hyperlink>
    </w:p>
    <w:p>
      <w:pPr>
        <w:keepNext/>
        <w:spacing w:after="20" w:before="200"/>
      </w:pPr>
      <w:bookmarkStart w:id="650" w:name="p606"/>
      <w:r>
        <w:rPr>
          <w:b/>
          <w:i w:val="0"/>
          <w:color w:val="222B33"/>
          <w:sz w:val="22"/>
        </w:rPr>
        <w:t>No. 606</w:t>
      </w:r>
      <w:r>
        <w:rPr>
          <w:b w:val="0"/>
          <w:i w:val="0"/>
          <w:color w:val="6A6F75"/>
          <w:sz w:val="18"/>
        </w:rPr>
        <w:t xml:space="preserve">   a page of the losing side   唱 group exchange</w:t>
      </w:r>
      <w:bookmarkEnd w:id="650"/>
    </w:p>
    <w:p>
      <w:pPr>
        <w:keepNext/>
        <w:spacing w:after="0"/>
      </w:pPr>
      <w:r>
        <w:rPr>
          <w:rFonts w:ascii="Noto Serif CJK JP" w:hAnsi="Noto Serif CJK JP" w:eastAsia="Noto Serif CJK JP"/>
          <w:b w:val="0"/>
          <w:i w:val="0"/>
          <w:color w:val="222B33"/>
          <w:sz w:val="26"/>
        </w:rPr>
        <w:t>桜花匂ひあまたに散らさじとおほふばかりの袖はありやは</w:t>
      </w:r>
    </w:p>
    <w:p>
      <w:pPr>
        <w:keepNext/>
        <w:spacing w:after="60"/>
      </w:pPr>
      <w:r>
        <w:rPr>
          <w:rFonts w:ascii="Noto Serif CJK JP" w:hAnsi="Noto Serif CJK JP" w:eastAsia="Noto Serif CJK JP"/>
          <w:b w:val="0"/>
          <w:i w:val="0"/>
          <w:color w:val="6A6F75"/>
          <w:sz w:val="19"/>
        </w:rPr>
        <w:t>桜花　／　にほひあまたに　／　ちらさしと　／　おほふはかりの　／　袖はありやは</w:t>
      </w:r>
    </w:p>
    <w:p>
      <w:pPr>
        <w:keepNext/>
        <w:spacing w:after="60"/>
      </w:pPr>
      <w:r>
        <w:rPr>
          <w:b w:val="0"/>
          <w:i/>
          <w:color w:val="222B33"/>
          <w:sz w:val="21"/>
        </w:rPr>
        <w:t>Are there sleeves</w:t>
        <w:br/>
      </w:r>
      <w:r>
        <w:rPr>
          <w:b w:val="0"/>
          <w:i/>
          <w:color w:val="222B33"/>
          <w:sz w:val="21"/>
        </w:rPr>
        <w:t>wide enough to cover</w:t>
        <w:br/>
      </w:r>
      <w:r>
        <w:rPr>
          <w:b w:val="0"/>
          <w:i/>
          <w:color w:val="222B33"/>
          <w:sz w:val="21"/>
        </w:rPr>
        <w:t>the cherry blossoms,</w:t>
        <w:br/>
      </w:r>
      <w:r>
        <w:rPr>
          <w:b w:val="0"/>
          <w:i/>
          <w:color w:val="222B33"/>
          <w:sz w:val="21"/>
        </w:rPr>
        <w:t>that their fragrance</w:t>
        <w:br/>
      </w:r>
      <w:r>
        <w:rPr>
          <w:b w:val="0"/>
          <w:i/>
          <w:color w:val="222B33"/>
          <w:sz w:val="21"/>
        </w:rPr>
        <w:t>not scatter all around?</w:t>
      </w:r>
    </w:p>
    <w:p>
      <w:pPr>
        <w:spacing w:after="40"/>
      </w:pPr>
      <w:r>
        <w:rPr>
          <w:b w:val="0"/>
          <w:i w:val="0"/>
          <w:color w:val="6A6F75"/>
          <w:sz w:val="18"/>
        </w:rPr>
        <w:t xml:space="preserve">In reply to </w:t>
      </w:r>
      <w:hyperlink w:anchor="p601">
        <w:r>
          <w:rPr>
            <w:color w:val="2E5A80"/>
            <w:u w:val="single"/>
            <w:sz w:val="18"/>
          </w:rPr>
          <w:t xml:space="preserve">No. 601 (Ōigimi (losing side))</w:t>
        </w:r>
      </w:hyperlink>
    </w:p>
    <w:p>
      <w:pPr>
        <w:keepNext/>
        <w:spacing w:after="20" w:before="200"/>
      </w:pPr>
      <w:bookmarkStart w:id="651" w:name="p607"/>
      <w:r>
        <w:rPr>
          <w:b/>
          <w:i w:val="0"/>
          <w:color w:val="222B33"/>
          <w:sz w:val="22"/>
        </w:rPr>
        <w:t>No. 607</w:t>
      </w:r>
      <w:r>
        <w:rPr>
          <w:b w:val="0"/>
          <w:i w:val="0"/>
          <w:color w:val="6A6F75"/>
          <w:sz w:val="18"/>
        </w:rPr>
        <w:t xml:space="preserve">   Kaoru → Fujijijū   贈:独 sent / solo</w:t>
      </w:r>
      <w:bookmarkEnd w:id="651"/>
    </w:p>
    <w:p>
      <w:pPr>
        <w:keepNext/>
        <w:spacing w:after="40"/>
      </w:pPr>
      <w:r>
        <w:rPr>
          <w:b/>
          <w:i w:val="0"/>
          <w:color w:val="6A6F75"/>
          <w:sz w:val="18"/>
        </w:rPr>
        <w:t xml:space="preserve">Context. </w:t>
      </w:r>
      <w:r>
        <w:rPr>
          <w:b w:val="0"/>
          <w:i w:val="0"/>
          <w:color w:val="6A6F75"/>
          <w:sz w:val="19"/>
        </w:rPr>
        <w:t>Kaoru, as Tamakazura’s daughter goes to Reizei.</w:t>
      </w:r>
    </w:p>
    <w:p>
      <w:pPr>
        <w:keepNext/>
        <w:spacing w:after="0"/>
      </w:pPr>
      <w:r>
        <w:rPr>
          <w:rFonts w:ascii="Noto Serif CJK JP" w:hAnsi="Noto Serif CJK JP" w:eastAsia="Noto Serif CJK JP"/>
          <w:b w:val="0"/>
          <w:i w:val="0"/>
          <w:color w:val="222B33"/>
          <w:sz w:val="26"/>
        </w:rPr>
        <w:t>つれなくて過ぐる月日をかぞへつつもの恨めしき暮の春かな</w:t>
      </w:r>
    </w:p>
    <w:p>
      <w:pPr>
        <w:keepNext/>
        <w:spacing w:after="60"/>
      </w:pPr>
      <w:r>
        <w:rPr>
          <w:rFonts w:ascii="Noto Serif CJK JP" w:hAnsi="Noto Serif CJK JP" w:eastAsia="Noto Serif CJK JP"/>
          <w:b w:val="0"/>
          <w:i w:val="0"/>
          <w:color w:val="6A6F75"/>
          <w:sz w:val="19"/>
        </w:rPr>
        <w:t>つれなくて　／　すくる月日を　／　かそへつゝ　／　物うらめしき　／　くれの春かな</w:t>
      </w:r>
    </w:p>
    <w:p>
      <w:pPr>
        <w:keepNext/>
        <w:spacing w:after="60"/>
      </w:pPr>
      <w:r>
        <w:rPr>
          <w:b w:val="0"/>
          <w:i/>
          <w:color w:val="222B33"/>
          <w:sz w:val="21"/>
        </w:rPr>
        <w:t>Counting the days</w:t>
        <w:br/>
      </w:r>
      <w:r>
        <w:rPr>
          <w:b w:val="0"/>
          <w:i/>
          <w:color w:val="222B33"/>
          <w:sz w:val="21"/>
        </w:rPr>
        <w:t>and months that pass so coldly,</w:t>
        <w:br/>
      </w:r>
      <w:r>
        <w:rPr>
          <w:b w:val="0"/>
          <w:i/>
          <w:color w:val="222B33"/>
          <w:sz w:val="21"/>
        </w:rPr>
        <w:t>it is an end of spring</w:t>
        <w:br/>
      </w:r>
      <w:r>
        <w:rPr>
          <w:b w:val="0"/>
          <w:i/>
          <w:color w:val="222B33"/>
          <w:sz w:val="21"/>
        </w:rPr>
        <w:t>that is somehow</w:t>
        <w:br/>
      </w:r>
      <w:r>
        <w:rPr>
          <w:b w:val="0"/>
          <w:i/>
          <w:color w:val="222B33"/>
          <w:sz w:val="21"/>
        </w:rPr>
        <w:t>bitter.</w:t>
      </w:r>
    </w:p>
    <w:p>
      <w:pPr>
        <w:keepNext/>
        <w:spacing w:after="20" w:before="200"/>
      </w:pPr>
      <w:bookmarkStart w:id="652" w:name="p608"/>
      <w:r>
        <w:rPr>
          <w:b/>
          <w:i w:val="0"/>
          <w:color w:val="222B33"/>
          <w:sz w:val="22"/>
        </w:rPr>
        <w:t>No. 608</w:t>
      </w:r>
      <w:r>
        <w:rPr>
          <w:b w:val="0"/>
          <w:i w:val="0"/>
          <w:color w:val="6A6F75"/>
          <w:sz w:val="18"/>
        </w:rPr>
        <w:t xml:space="preserve">   Kurōdo no Shōshō → Chūjō no Omoto   贈 sent</w:t>
      </w:r>
      <w:bookmarkEnd w:id="652"/>
    </w:p>
    <w:p>
      <w:pPr>
        <w:keepNext/>
        <w:spacing w:after="40"/>
      </w:pPr>
      <w:r>
        <w:rPr>
          <w:b/>
          <w:i w:val="0"/>
          <w:color w:val="6A6F75"/>
          <w:sz w:val="18"/>
        </w:rPr>
        <w:t xml:space="preserve">Context. </w:t>
      </w:r>
      <w:r>
        <w:rPr>
          <w:b w:val="0"/>
          <w:i w:val="0"/>
          <w:color w:val="6A6F75"/>
          <w:sz w:val="19"/>
        </w:rPr>
        <w:t>Kurōdo no Shōshō in despair as Ōigimi goes to Reizei.</w:t>
      </w:r>
    </w:p>
    <w:p>
      <w:pPr>
        <w:keepNext/>
        <w:spacing w:after="0"/>
      </w:pPr>
      <w:r>
        <w:rPr>
          <w:rFonts w:ascii="Noto Serif CJK JP" w:hAnsi="Noto Serif CJK JP" w:eastAsia="Noto Serif CJK JP"/>
          <w:b w:val="0"/>
          <w:i w:val="0"/>
          <w:color w:val="222B33"/>
          <w:sz w:val="26"/>
        </w:rPr>
        <w:t>いでやなぞ数ならぬ身にかなはぬは人に負けじの心なりけり</w:t>
      </w:r>
    </w:p>
    <w:p>
      <w:pPr>
        <w:keepNext/>
        <w:spacing w:after="60"/>
      </w:pPr>
      <w:r>
        <w:rPr>
          <w:rFonts w:ascii="Noto Serif CJK JP" w:hAnsi="Noto Serif CJK JP" w:eastAsia="Noto Serif CJK JP"/>
          <w:b w:val="0"/>
          <w:i w:val="0"/>
          <w:color w:val="6A6F75"/>
          <w:sz w:val="19"/>
        </w:rPr>
        <w:t>いてやなそ　／　数ならぬ身に　／　かなはぬは　／　人にまけしの　／　心なりけり</w:t>
      </w:r>
    </w:p>
    <w:p>
      <w:pPr>
        <w:keepNext/>
        <w:spacing w:after="60"/>
      </w:pPr>
      <w:r>
        <w:rPr>
          <w:b w:val="0"/>
          <w:i/>
          <w:color w:val="222B33"/>
          <w:sz w:val="21"/>
        </w:rPr>
        <w:t>Why, oh why,</w:t>
        <w:br/>
      </w:r>
      <w:r>
        <w:rPr>
          <w:b w:val="0"/>
          <w:i/>
          <w:color w:val="222B33"/>
          <w:sz w:val="21"/>
        </w:rPr>
        <w:t>is it that I, of no account,</w:t>
        <w:br/>
      </w:r>
      <w:r>
        <w:rPr>
          <w:b w:val="0"/>
          <w:i/>
          <w:color w:val="222B33"/>
          <w:sz w:val="21"/>
        </w:rPr>
        <w:t>cannot be granted</w:t>
        <w:br/>
      </w:r>
      <w:r>
        <w:rPr>
          <w:b w:val="0"/>
          <w:i/>
          <w:color w:val="222B33"/>
          <w:sz w:val="21"/>
        </w:rPr>
        <w:t>my heart</w:t>
        <w:br/>
      </w:r>
      <w:r>
        <w:rPr>
          <w:b w:val="0"/>
          <w:i/>
          <w:color w:val="222B33"/>
          <w:sz w:val="21"/>
        </w:rPr>
        <w:t>not to lose to others?</w:t>
      </w:r>
    </w:p>
    <w:p>
      <w:pPr>
        <w:spacing w:after="40"/>
      </w:pPr>
      <w:r>
        <w:rPr>
          <w:b w:val="0"/>
          <w:i w:val="0"/>
          <w:color w:val="222B33"/>
          <w:sz w:val="19"/>
        </w:rPr>
        <w:t>Ōigimi is going to Reizei.</w:t>
      </w:r>
    </w:p>
    <w:p>
      <w:pPr>
        <w:spacing w:after="40"/>
      </w:pPr>
      <w:r>
        <w:rPr>
          <w:b w:val="0"/>
          <w:i w:val="0"/>
          <w:color w:val="6A6F75"/>
          <w:sz w:val="18"/>
        </w:rPr>
        <w:t xml:space="preserve">Answered by </w:t>
      </w:r>
      <w:hyperlink w:anchor="p609">
        <w:r>
          <w:rPr>
            <w:color w:val="2E5A80"/>
            <w:u w:val="single"/>
            <w:sz w:val="18"/>
          </w:rPr>
          <w:t xml:space="preserve">No. 609 (Chūjō no Omoto)</w:t>
        </w:r>
      </w:hyperlink>
    </w:p>
    <w:p>
      <w:pPr>
        <w:keepNext/>
        <w:spacing w:after="20" w:before="200"/>
      </w:pPr>
      <w:bookmarkStart w:id="653" w:name="p609"/>
      <w:r>
        <w:rPr>
          <w:b/>
          <w:i w:val="0"/>
          <w:color w:val="222B33"/>
          <w:sz w:val="22"/>
        </w:rPr>
        <w:t>No. 609</w:t>
      </w:r>
      <w:r>
        <w:rPr>
          <w:b w:val="0"/>
          <w:i w:val="0"/>
          <w:color w:val="6A6F75"/>
          <w:sz w:val="18"/>
        </w:rPr>
        <w:t xml:space="preserve">   Chūjō no Omoto → Kurōdo no Shōshō   答 reply</w:t>
      </w:r>
      <w:bookmarkEnd w:id="653"/>
    </w:p>
    <w:p>
      <w:pPr>
        <w:keepNext/>
        <w:spacing w:after="0"/>
      </w:pPr>
      <w:r>
        <w:rPr>
          <w:rFonts w:ascii="Noto Serif CJK JP" w:hAnsi="Noto Serif CJK JP" w:eastAsia="Noto Serif CJK JP"/>
          <w:b w:val="0"/>
          <w:i w:val="0"/>
          <w:color w:val="222B33"/>
          <w:sz w:val="26"/>
        </w:rPr>
        <w:t>わりなしや強きによらむ勝ち負けを心一つにいかがまかする</w:t>
      </w:r>
    </w:p>
    <w:p>
      <w:pPr>
        <w:keepNext/>
        <w:spacing w:after="60"/>
      </w:pPr>
      <w:r>
        <w:rPr>
          <w:rFonts w:ascii="Noto Serif CJK JP" w:hAnsi="Noto Serif CJK JP" w:eastAsia="Noto Serif CJK JP"/>
          <w:b w:val="0"/>
          <w:i w:val="0"/>
          <w:color w:val="6A6F75"/>
          <w:sz w:val="19"/>
        </w:rPr>
        <w:t>わりなしや　／　つよきによらむ　／　かちまけを　／　心ひとつに　／　いかゝまかする</w:t>
      </w:r>
    </w:p>
    <w:p>
      <w:pPr>
        <w:keepNext/>
        <w:spacing w:after="60"/>
      </w:pPr>
      <w:r>
        <w:rPr>
          <w:b w:val="0"/>
          <w:i/>
          <w:color w:val="222B33"/>
          <w:sz w:val="21"/>
        </w:rPr>
        <w:t>How unreasonable:</w:t>
        <w:br/>
      </w:r>
      <w:r>
        <w:rPr>
          <w:b w:val="0"/>
          <w:i/>
          <w:color w:val="222B33"/>
          <w:sz w:val="21"/>
        </w:rPr>
        <w:t>win or lose depends on strength;</w:t>
        <w:br/>
      </w:r>
      <w:r>
        <w:rPr>
          <w:b w:val="0"/>
          <w:i/>
          <w:color w:val="222B33"/>
          <w:sz w:val="21"/>
        </w:rPr>
        <w:t>how can it be left</w:t>
        <w:br/>
      </w:r>
      <w:r>
        <w:rPr>
          <w:b w:val="0"/>
          <w:i/>
          <w:color w:val="222B33"/>
          <w:sz w:val="21"/>
        </w:rPr>
        <w:t>to one</w:t>
        <w:br/>
      </w:r>
      <w:r>
        <w:rPr>
          <w:b w:val="0"/>
          <w:i/>
          <w:color w:val="222B33"/>
          <w:sz w:val="21"/>
        </w:rPr>
        <w:t>heart alone?</w:t>
      </w:r>
    </w:p>
    <w:p>
      <w:pPr>
        <w:spacing w:after="40"/>
      </w:pPr>
      <w:r>
        <w:rPr>
          <w:b/>
          <w:i w:val="0"/>
          <w:color w:val="8A4B1C"/>
          <w:sz w:val="18"/>
        </w:rPr>
        <w:t xml:space="preserve">Attribution uncertain. </w:t>
      </w:r>
      <w:r>
        <w:rPr>
          <w:b w:val="0"/>
          <w:i w:val="0"/>
          <w:sz w:val="19"/>
        </w:rPr>
        <w:t>Chūjō no Omoto, an attendant of Ōigimi (Zenshū 全集).</w:t>
      </w:r>
    </w:p>
    <w:p>
      <w:pPr>
        <w:spacing w:after="40"/>
      </w:pPr>
      <w:r>
        <w:rPr>
          <w:b w:val="0"/>
          <w:i w:val="0"/>
          <w:color w:val="6A6F75"/>
          <w:sz w:val="18"/>
        </w:rPr>
        <w:t xml:space="preserve">In reply to </w:t>
      </w:r>
      <w:hyperlink w:anchor="p608">
        <w:r>
          <w:rPr>
            <w:color w:val="2E5A80"/>
            <w:u w:val="single"/>
            <w:sz w:val="18"/>
          </w:rPr>
          <w:t xml:space="preserve">No. 608 (Kurōdo no Shōshō)</w:t>
        </w:r>
      </w:hyperlink>
      <w:r>
        <w:rPr>
          <w:b w:val="0"/>
          <w:i w:val="0"/>
          <w:color w:val="6A6F75"/>
          <w:sz w:val="18"/>
        </w:rPr>
        <w:t xml:space="preserve">   ·   </w:t>
      </w:r>
      <w:r>
        <w:rPr>
          <w:b w:val="0"/>
          <w:i w:val="0"/>
          <w:color w:val="6A6F75"/>
          <w:sz w:val="18"/>
        </w:rPr>
        <w:t xml:space="preserve">Answered by </w:t>
      </w:r>
      <w:hyperlink w:anchor="p610">
        <w:r>
          <w:rPr>
            <w:color w:val="2E5A80"/>
            <w:u w:val="single"/>
            <w:sz w:val="18"/>
          </w:rPr>
          <w:t xml:space="preserve">No. 610 (Kurōdo no Shōshō)</w:t>
        </w:r>
      </w:hyperlink>
    </w:p>
    <w:p>
      <w:pPr>
        <w:keepNext/>
        <w:spacing w:after="20" w:before="200"/>
      </w:pPr>
      <w:bookmarkStart w:id="654" w:name="p610"/>
      <w:r>
        <w:rPr>
          <w:b/>
          <w:i w:val="0"/>
          <w:color w:val="222B33"/>
          <w:sz w:val="22"/>
        </w:rPr>
        <w:t>No. 610</w:t>
      </w:r>
      <w:r>
        <w:rPr>
          <w:b w:val="0"/>
          <w:i w:val="0"/>
          <w:color w:val="6A6F75"/>
          <w:sz w:val="18"/>
        </w:rPr>
        <w:t xml:space="preserve">   Kurōdo no Shōshō → Chūjō no Omoto   答 reply</w:t>
      </w:r>
      <w:bookmarkEnd w:id="654"/>
    </w:p>
    <w:p>
      <w:pPr>
        <w:keepNext/>
        <w:spacing w:after="0"/>
      </w:pPr>
      <w:r>
        <w:rPr>
          <w:rFonts w:ascii="Noto Serif CJK JP" w:hAnsi="Noto Serif CJK JP" w:eastAsia="Noto Serif CJK JP"/>
          <w:b w:val="0"/>
          <w:i w:val="0"/>
          <w:color w:val="222B33"/>
          <w:sz w:val="26"/>
        </w:rPr>
        <w:t>あはれとて手を許せかし生き死にを君にまかするわが身とならば</w:t>
      </w:r>
    </w:p>
    <w:p>
      <w:pPr>
        <w:keepNext/>
        <w:spacing w:after="60"/>
      </w:pPr>
      <w:r>
        <w:rPr>
          <w:rFonts w:ascii="Noto Serif CJK JP" w:hAnsi="Noto Serif CJK JP" w:eastAsia="Noto Serif CJK JP"/>
          <w:b w:val="0"/>
          <w:i w:val="0"/>
          <w:color w:val="6A6F75"/>
          <w:sz w:val="19"/>
        </w:rPr>
        <w:t>あはれとて　／　手をゆるせかし　／　いきしにを　／　君にまかする　／　我身とならは</w:t>
      </w:r>
    </w:p>
    <w:p>
      <w:pPr>
        <w:keepNext/>
        <w:spacing w:after="60"/>
      </w:pPr>
      <w:r>
        <w:rPr>
          <w:b w:val="0"/>
          <w:i/>
          <w:color w:val="222B33"/>
          <w:sz w:val="21"/>
        </w:rPr>
        <w:t>Pity me and let me</w:t>
        <w:br/>
      </w:r>
      <w:r>
        <w:rPr>
          <w:b w:val="0"/>
          <w:i/>
          <w:color w:val="222B33"/>
          <w:sz w:val="21"/>
        </w:rPr>
        <w:t>have the game, if I am</w:t>
        <w:br/>
      </w:r>
      <w:r>
        <w:rPr>
          <w:b w:val="0"/>
          <w:i/>
          <w:color w:val="222B33"/>
          <w:sz w:val="21"/>
        </w:rPr>
        <w:t>one who leaves</w:t>
        <w:br/>
      </w:r>
      <w:r>
        <w:rPr>
          <w:b w:val="0"/>
          <w:i/>
          <w:color w:val="222B33"/>
          <w:sz w:val="21"/>
        </w:rPr>
        <w:t>life and death</w:t>
        <w:br/>
      </w:r>
      <w:r>
        <w:rPr>
          <w:b w:val="0"/>
          <w:i/>
          <w:color w:val="222B33"/>
          <w:sz w:val="21"/>
        </w:rPr>
        <w:t>to you.</w:t>
      </w:r>
    </w:p>
    <w:p>
      <w:pPr>
        <w:spacing w:after="40"/>
      </w:pPr>
      <w:r>
        <w:rPr>
          <w:b w:val="0"/>
          <w:i w:val="0"/>
          <w:color w:val="222B33"/>
          <w:sz w:val="19"/>
        </w:rPr>
        <w:t>Te, a move in go and “hand.”</w:t>
      </w:r>
    </w:p>
    <w:p>
      <w:pPr>
        <w:spacing w:after="40"/>
      </w:pPr>
      <w:r>
        <w:rPr>
          <w:b w:val="0"/>
          <w:i w:val="0"/>
          <w:color w:val="6A6F75"/>
          <w:sz w:val="18"/>
        </w:rPr>
        <w:t xml:space="preserve">In reply to </w:t>
      </w:r>
      <w:hyperlink w:anchor="p609">
        <w:r>
          <w:rPr>
            <w:color w:val="2E5A80"/>
            <w:u w:val="single"/>
            <w:sz w:val="18"/>
          </w:rPr>
          <w:t xml:space="preserve">No. 609 (Chūjō no Omoto)</w:t>
        </w:r>
      </w:hyperlink>
    </w:p>
    <w:p>
      <w:pPr>
        <w:keepNext/>
        <w:spacing w:after="20" w:before="200"/>
      </w:pPr>
      <w:bookmarkStart w:id="655" w:name="p611"/>
      <w:r>
        <w:rPr>
          <w:b/>
          <w:i w:val="0"/>
          <w:color w:val="222B33"/>
          <w:sz w:val="22"/>
        </w:rPr>
        <w:t>No. 611</w:t>
      </w:r>
      <w:r>
        <w:rPr>
          <w:b w:val="0"/>
          <w:i w:val="0"/>
          <w:color w:val="6A6F75"/>
          <w:sz w:val="18"/>
        </w:rPr>
        <w:t xml:space="preserve">   Kurōdo no Shōshō → Ōigimi   贈 sent</w:t>
      </w:r>
      <w:bookmarkEnd w:id="655"/>
    </w:p>
    <w:p>
      <w:pPr>
        <w:keepNext/>
        <w:spacing w:after="40"/>
      </w:pPr>
      <w:r>
        <w:rPr>
          <w:b/>
          <w:i w:val="0"/>
          <w:color w:val="6A6F75"/>
          <w:sz w:val="18"/>
        </w:rPr>
        <w:t xml:space="preserve">Context. </w:t>
      </w:r>
      <w:r>
        <w:rPr>
          <w:b w:val="0"/>
          <w:i w:val="0"/>
          <w:color w:val="6A6F75"/>
          <w:sz w:val="19"/>
        </w:rPr>
        <w:t>Kurōdo no Shōshō to Ōigimi, Higekuro’s daughter.</w:t>
      </w:r>
    </w:p>
    <w:p>
      <w:pPr>
        <w:keepNext/>
        <w:spacing w:after="0"/>
      </w:pPr>
      <w:r>
        <w:rPr>
          <w:rFonts w:ascii="Noto Serif CJK JP" w:hAnsi="Noto Serif CJK JP" w:eastAsia="Noto Serif CJK JP"/>
          <w:b w:val="0"/>
          <w:i w:val="0"/>
          <w:color w:val="222B33"/>
          <w:sz w:val="26"/>
        </w:rPr>
        <w:t>花を見て春は暮らしつ今日よりやしげき嘆きの下に惑はむ</w:t>
      </w:r>
    </w:p>
    <w:p>
      <w:pPr>
        <w:keepNext/>
        <w:spacing w:after="60"/>
      </w:pPr>
      <w:r>
        <w:rPr>
          <w:rFonts w:ascii="Noto Serif CJK JP" w:hAnsi="Noto Serif CJK JP" w:eastAsia="Noto Serif CJK JP"/>
          <w:b w:val="0"/>
          <w:i w:val="0"/>
          <w:color w:val="6A6F75"/>
          <w:sz w:val="19"/>
        </w:rPr>
        <w:t>花をみて　／　春はくらしつ　／　けふよりや　／　しけきなけきの　／　したにまとはむ</w:t>
      </w:r>
    </w:p>
    <w:p>
      <w:pPr>
        <w:keepNext/>
        <w:spacing w:after="60"/>
      </w:pPr>
      <w:r>
        <w:rPr>
          <w:b w:val="0"/>
          <w:i/>
          <w:color w:val="222B33"/>
          <w:sz w:val="21"/>
        </w:rPr>
        <w:t>Looking at the flowers</w:t>
        <w:br/>
      </w:r>
      <w:r>
        <w:rPr>
          <w:b w:val="0"/>
          <w:i/>
          <w:color w:val="222B33"/>
          <w:sz w:val="21"/>
        </w:rPr>
        <w:t>I passed the spring; from today</w:t>
        <w:br/>
      </w:r>
      <w:r>
        <w:rPr>
          <w:b w:val="0"/>
          <w:i/>
          <w:color w:val="222B33"/>
          <w:sz w:val="21"/>
        </w:rPr>
        <w:t>am I to wander</w:t>
        <w:br/>
      </w:r>
      <w:r>
        <w:rPr>
          <w:b w:val="0"/>
          <w:i/>
          <w:color w:val="222B33"/>
          <w:sz w:val="21"/>
        </w:rPr>
        <w:t>under thick</w:t>
        <w:br/>
      </w:r>
      <w:r>
        <w:rPr>
          <w:b w:val="0"/>
          <w:i/>
          <w:color w:val="222B33"/>
          <w:sz w:val="21"/>
        </w:rPr>
        <w:t>sighs?</w:t>
      </w:r>
    </w:p>
    <w:p>
      <w:pPr>
        <w:spacing w:after="40"/>
      </w:pPr>
      <w:r>
        <w:rPr>
          <w:b/>
          <w:i w:val="0"/>
          <w:color w:val="8A4B1C"/>
          <w:sz w:val="18"/>
        </w:rPr>
        <w:t xml:space="preserve">Attribution uncertain. </w:t>
      </w:r>
      <w:r>
        <w:rPr>
          <w:b w:val="0"/>
          <w:i w:val="0"/>
          <w:sz w:val="19"/>
        </w:rPr>
        <w:t>Addressed to Ōigimi (Kyū taikei 旧大系, Zenshū 全集) or to her mother Tamakazura (Shibuya 渋谷).</w:t>
      </w:r>
    </w:p>
    <w:p>
      <w:pPr>
        <w:spacing w:after="40"/>
      </w:pPr>
      <w:r>
        <w:rPr>
          <w:b w:val="0"/>
          <w:i w:val="0"/>
          <w:color w:val="6A6F75"/>
          <w:sz w:val="18"/>
        </w:rPr>
        <w:t xml:space="preserve">Answered by </w:t>
      </w:r>
      <w:hyperlink w:anchor="p612">
        <w:r>
          <w:rPr>
            <w:color w:val="2E5A80"/>
            <w:u w:val="single"/>
            <w:sz w:val="18"/>
          </w:rPr>
          <w:t xml:space="preserve">No. 612 (an attendant (for Ōigimi))</w:t>
        </w:r>
      </w:hyperlink>
    </w:p>
    <w:p>
      <w:pPr>
        <w:keepNext/>
        <w:spacing w:after="20" w:before="200"/>
      </w:pPr>
      <w:bookmarkStart w:id="656" w:name="p612"/>
      <w:r>
        <w:rPr>
          <w:b/>
          <w:i w:val="0"/>
          <w:color w:val="222B33"/>
          <w:sz w:val="22"/>
        </w:rPr>
        <w:t>No. 612</w:t>
      </w:r>
      <w:r>
        <w:rPr>
          <w:b w:val="0"/>
          <w:i w:val="0"/>
          <w:color w:val="6A6F75"/>
          <w:sz w:val="18"/>
        </w:rPr>
        <w:t xml:space="preserve">   an attendant (for Ōigimi) → Kurōdo no Shōshō   代答 proxy reply</w:t>
      </w:r>
      <w:bookmarkEnd w:id="656"/>
    </w:p>
    <w:p>
      <w:pPr>
        <w:keepNext/>
        <w:spacing w:after="0"/>
      </w:pPr>
      <w:r>
        <w:rPr>
          <w:rFonts w:ascii="Noto Serif CJK JP" w:hAnsi="Noto Serif CJK JP" w:eastAsia="Noto Serif CJK JP"/>
          <w:b w:val="0"/>
          <w:i w:val="0"/>
          <w:color w:val="222B33"/>
          <w:sz w:val="26"/>
        </w:rPr>
        <w:t>今日ぞ知る空を眺むるけしきにて花に心を移しけりとも</w:t>
      </w:r>
    </w:p>
    <w:p>
      <w:pPr>
        <w:keepNext/>
        <w:spacing w:after="60"/>
      </w:pPr>
      <w:r>
        <w:rPr>
          <w:rFonts w:ascii="Noto Serif CJK JP" w:hAnsi="Noto Serif CJK JP" w:eastAsia="Noto Serif CJK JP"/>
          <w:b w:val="0"/>
          <w:i w:val="0"/>
          <w:color w:val="6A6F75"/>
          <w:sz w:val="19"/>
        </w:rPr>
        <w:t>けふそしる　／　空をなかむる　／　気色にて　／　花に心を　／　うつしけりとも</w:t>
      </w:r>
    </w:p>
    <w:p>
      <w:pPr>
        <w:keepNext/>
        <w:spacing w:after="60"/>
      </w:pPr>
      <w:r>
        <w:rPr>
          <w:b w:val="0"/>
          <w:i/>
          <w:color w:val="222B33"/>
          <w:sz w:val="21"/>
        </w:rPr>
        <w:t>Today I know:</w:t>
        <w:br/>
      </w:r>
      <w:r>
        <w:rPr>
          <w:b w:val="0"/>
          <w:i/>
          <w:color w:val="222B33"/>
          <w:sz w:val="21"/>
        </w:rPr>
        <w:t>under the look of one</w:t>
        <w:br/>
      </w:r>
      <w:r>
        <w:rPr>
          <w:b w:val="0"/>
          <w:i/>
          <w:color w:val="222B33"/>
          <w:sz w:val="21"/>
        </w:rPr>
        <w:t>gazing at the sky,</w:t>
        <w:br/>
      </w:r>
      <w:r>
        <w:rPr>
          <w:b w:val="0"/>
          <w:i/>
          <w:color w:val="222B33"/>
          <w:sz w:val="21"/>
        </w:rPr>
        <w:t>you had moved your heart</w:t>
        <w:br/>
      </w:r>
      <w:r>
        <w:rPr>
          <w:b w:val="0"/>
          <w:i/>
          <w:color w:val="222B33"/>
          <w:sz w:val="21"/>
        </w:rPr>
        <w:t>to the flowers.</w:t>
      </w:r>
    </w:p>
    <w:p>
      <w:pPr>
        <w:spacing w:after="40"/>
      </w:pPr>
      <w:r>
        <w:rPr>
          <w:b w:val="0"/>
          <w:i w:val="0"/>
          <w:color w:val="222B33"/>
          <w:sz w:val="19"/>
        </w:rPr>
        <w:t>The reply is cool; the commentators disagree over whose it is.</w:t>
      </w:r>
    </w:p>
    <w:p>
      <w:pPr>
        <w:spacing w:after="40"/>
      </w:pPr>
      <w:r>
        <w:rPr>
          <w:b/>
          <w:i w:val="0"/>
          <w:color w:val="8A4B1C"/>
          <w:sz w:val="18"/>
        </w:rPr>
        <w:t xml:space="preserve">Attribution uncertain. </w:t>
      </w:r>
      <w:r>
        <w:rPr>
          <w:b w:val="0"/>
          <w:i w:val="0"/>
          <w:sz w:val="19"/>
        </w:rPr>
        <w:t>Proxy poem (代): written by one person in another’s name; the card names the writer. Writer disputed: Tamakazura; Chūjō no Omoto writing as proxy (Kyū taikei 旧大系, Shin taikei 新大系, Shūsei 集成); or another attendant (Zenshū 全集).</w:t>
      </w:r>
    </w:p>
    <w:p>
      <w:pPr>
        <w:spacing w:after="40"/>
      </w:pPr>
      <w:r>
        <w:rPr>
          <w:b w:val="0"/>
          <w:i w:val="0"/>
          <w:color w:val="6A6F75"/>
          <w:sz w:val="18"/>
        </w:rPr>
        <w:t xml:space="preserve">In reply to </w:t>
      </w:r>
      <w:hyperlink w:anchor="p611">
        <w:r>
          <w:rPr>
            <w:color w:val="2E5A80"/>
            <w:u w:val="single"/>
            <w:sz w:val="18"/>
          </w:rPr>
          <w:t xml:space="preserve">No. 611 (Kurōdo no Shōshō)</w:t>
        </w:r>
      </w:hyperlink>
    </w:p>
    <w:p>
      <w:pPr>
        <w:keepNext/>
        <w:spacing w:after="20" w:before="200"/>
      </w:pPr>
      <w:bookmarkStart w:id="657" w:name="p613"/>
      <w:r>
        <w:rPr>
          <w:b/>
          <w:i w:val="0"/>
          <w:color w:val="222B33"/>
          <w:sz w:val="22"/>
        </w:rPr>
        <w:t>No. 613</w:t>
      </w:r>
      <w:r>
        <w:rPr>
          <w:b w:val="0"/>
          <w:i w:val="0"/>
          <w:color w:val="6A6F75"/>
          <w:sz w:val="18"/>
        </w:rPr>
        <w:t xml:space="preserve">   Ōigimi → Kurōdo no Shōshō   贈 sent</w:t>
      </w:r>
      <w:bookmarkEnd w:id="657"/>
    </w:p>
    <w:p>
      <w:pPr>
        <w:keepNext/>
        <w:spacing w:after="40"/>
      </w:pPr>
      <w:r>
        <w:rPr>
          <w:b/>
          <w:i w:val="0"/>
          <w:color w:val="6A6F75"/>
          <w:sz w:val="18"/>
        </w:rPr>
        <w:t xml:space="preserve">Context. </w:t>
      </w:r>
      <w:r>
        <w:rPr>
          <w:b w:val="0"/>
          <w:i w:val="0"/>
          <w:color w:val="6A6F75"/>
          <w:sz w:val="19"/>
        </w:rPr>
        <w:t>Ōigimi answers Kurōdo no Shōshō on the day she leaves; her only kindness to him.</w:t>
      </w:r>
    </w:p>
    <w:p>
      <w:pPr>
        <w:keepNext/>
        <w:spacing w:after="0"/>
      </w:pPr>
      <w:r>
        <w:rPr>
          <w:rFonts w:ascii="Noto Serif CJK JP" w:hAnsi="Noto Serif CJK JP" w:eastAsia="Noto Serif CJK JP"/>
          <w:b w:val="0"/>
          <w:i w:val="0"/>
          <w:color w:val="222B33"/>
          <w:sz w:val="26"/>
        </w:rPr>
        <w:t>あはれてふ常ならぬ世の一言もいかなる人にかくるものぞは</w:t>
      </w:r>
    </w:p>
    <w:p>
      <w:pPr>
        <w:keepNext/>
        <w:spacing w:after="60"/>
      </w:pPr>
      <w:r>
        <w:rPr>
          <w:rFonts w:ascii="Noto Serif CJK JP" w:hAnsi="Noto Serif CJK JP" w:eastAsia="Noto Serif CJK JP"/>
          <w:b w:val="0"/>
          <w:i w:val="0"/>
          <w:color w:val="6A6F75"/>
          <w:sz w:val="19"/>
        </w:rPr>
        <w:t>あはれてふ　／　つねならぬ世の　／　ひとことも　／　いかなる人に　／　かくる物そは</w:t>
      </w:r>
    </w:p>
    <w:p>
      <w:pPr>
        <w:keepNext/>
        <w:spacing w:after="60"/>
      </w:pPr>
      <w:r>
        <w:rPr>
          <w:b w:val="0"/>
          <w:i/>
          <w:color w:val="222B33"/>
          <w:sz w:val="21"/>
        </w:rPr>
        <w:t>This one word, pity,</w:t>
        <w:br/>
      </w:r>
      <w:r>
        <w:rPr>
          <w:b w:val="0"/>
          <w:i/>
          <w:color w:val="222B33"/>
          <w:sz w:val="21"/>
        </w:rPr>
        <w:t>in a world that never lasts:</w:t>
        <w:br/>
      </w:r>
      <w:r>
        <w:rPr>
          <w:b w:val="0"/>
          <w:i/>
          <w:color w:val="222B33"/>
          <w:sz w:val="21"/>
        </w:rPr>
        <w:t>on what sort</w:t>
        <w:br/>
      </w:r>
      <w:r>
        <w:rPr>
          <w:b w:val="0"/>
          <w:i/>
          <w:color w:val="222B33"/>
          <w:sz w:val="21"/>
        </w:rPr>
        <w:t>of person</w:t>
        <w:br/>
      </w:r>
      <w:r>
        <w:rPr>
          <w:b w:val="0"/>
          <w:i/>
          <w:color w:val="222B33"/>
          <w:sz w:val="21"/>
        </w:rPr>
        <w:t>should it be spent?</w:t>
      </w:r>
    </w:p>
    <w:p>
      <w:pPr>
        <w:spacing w:after="40"/>
      </w:pPr>
      <w:r>
        <w:rPr>
          <w:b w:val="0"/>
          <w:i w:val="0"/>
          <w:color w:val="222B33"/>
          <w:sz w:val="19"/>
        </w:rPr>
        <w:t>Written on his letter, on the day she leaves.</w:t>
      </w:r>
    </w:p>
    <w:p>
      <w:pPr>
        <w:spacing w:after="40"/>
      </w:pPr>
      <w:r>
        <w:rPr>
          <w:b w:val="0"/>
          <w:i w:val="0"/>
          <w:color w:val="6A6F75"/>
          <w:sz w:val="18"/>
        </w:rPr>
        <w:t xml:space="preserve">Answered by </w:t>
      </w:r>
      <w:hyperlink w:anchor="p614">
        <w:r>
          <w:rPr>
            <w:color w:val="2E5A80"/>
            <w:u w:val="single"/>
            <w:sz w:val="18"/>
          </w:rPr>
          <w:t xml:space="preserve">No. 614 (Kurōdo no Shōshō)</w:t>
        </w:r>
      </w:hyperlink>
    </w:p>
    <w:p>
      <w:pPr>
        <w:keepNext/>
        <w:spacing w:after="20" w:before="200"/>
      </w:pPr>
      <w:bookmarkStart w:id="658" w:name="p614"/>
      <w:r>
        <w:rPr>
          <w:b/>
          <w:i w:val="0"/>
          <w:color w:val="222B33"/>
          <w:sz w:val="22"/>
        </w:rPr>
        <w:t>No. 614</w:t>
      </w:r>
      <w:r>
        <w:rPr>
          <w:b w:val="0"/>
          <w:i w:val="0"/>
          <w:color w:val="6A6F75"/>
          <w:sz w:val="18"/>
        </w:rPr>
        <w:t xml:space="preserve">   Kurōdo no Shōshō → Ōigimi   答 reply</w:t>
      </w:r>
      <w:bookmarkEnd w:id="658"/>
    </w:p>
    <w:p>
      <w:pPr>
        <w:keepNext/>
        <w:spacing w:after="0"/>
      </w:pPr>
      <w:r>
        <w:rPr>
          <w:rFonts w:ascii="Noto Serif CJK JP" w:hAnsi="Noto Serif CJK JP" w:eastAsia="Noto Serif CJK JP"/>
          <w:b w:val="0"/>
          <w:i w:val="0"/>
          <w:color w:val="222B33"/>
          <w:sz w:val="26"/>
        </w:rPr>
        <w:t>生ける世の死には心にまかせねば聞かでややまむ君が一言</w:t>
      </w:r>
    </w:p>
    <w:p>
      <w:pPr>
        <w:keepNext/>
        <w:spacing w:after="60"/>
      </w:pPr>
      <w:r>
        <w:rPr>
          <w:rFonts w:ascii="Noto Serif CJK JP" w:hAnsi="Noto Serif CJK JP" w:eastAsia="Noto Serif CJK JP"/>
          <w:b w:val="0"/>
          <w:i w:val="0"/>
          <w:color w:val="6A6F75"/>
          <w:sz w:val="19"/>
        </w:rPr>
        <w:t>いける世の　／　しには心に　／　まかせねは　／　きかてやゝまむ　／　君かひとこと</w:t>
      </w:r>
    </w:p>
    <w:p>
      <w:pPr>
        <w:keepNext/>
        <w:spacing w:after="60"/>
      </w:pPr>
      <w:r>
        <w:rPr>
          <w:b w:val="0"/>
          <w:i/>
          <w:color w:val="222B33"/>
          <w:sz w:val="21"/>
        </w:rPr>
        <w:t>Life and death</w:t>
        <w:br/>
      </w:r>
      <w:r>
        <w:rPr>
          <w:b w:val="0"/>
          <w:i/>
          <w:color w:val="222B33"/>
          <w:sz w:val="21"/>
        </w:rPr>
        <w:t>in this world are not ours to choose,</w:t>
        <w:br/>
      </w:r>
      <w:r>
        <w:rPr>
          <w:b w:val="0"/>
          <w:i/>
          <w:color w:val="222B33"/>
          <w:sz w:val="21"/>
        </w:rPr>
        <w:t>so must I end</w:t>
        <w:br/>
      </w:r>
      <w:r>
        <w:rPr>
          <w:b w:val="0"/>
          <w:i/>
          <w:color w:val="222B33"/>
          <w:sz w:val="21"/>
        </w:rPr>
        <w:t>without hearing</w:t>
        <w:br/>
      </w:r>
      <w:r>
        <w:rPr>
          <w:b w:val="0"/>
          <w:i/>
          <w:color w:val="222B33"/>
          <w:sz w:val="21"/>
        </w:rPr>
        <w:t>your one word?</w:t>
      </w:r>
    </w:p>
    <w:p>
      <w:pPr>
        <w:spacing w:after="40"/>
      </w:pPr>
      <w:r>
        <w:rPr>
          <w:b w:val="0"/>
          <w:i w:val="0"/>
          <w:color w:val="6A6F75"/>
          <w:sz w:val="18"/>
        </w:rPr>
        <w:t xml:space="preserve">In reply to </w:t>
      </w:r>
      <w:hyperlink w:anchor="p613">
        <w:r>
          <w:rPr>
            <w:color w:val="2E5A80"/>
            <w:u w:val="single"/>
            <w:sz w:val="18"/>
          </w:rPr>
          <w:t xml:space="preserve">No. 613 (Ōigimi)</w:t>
        </w:r>
      </w:hyperlink>
    </w:p>
    <w:p>
      <w:pPr>
        <w:keepNext/>
        <w:spacing w:after="20" w:before="200"/>
      </w:pPr>
      <w:bookmarkStart w:id="659" w:name="p615"/>
      <w:r>
        <w:rPr>
          <w:b/>
          <w:i w:val="0"/>
          <w:color w:val="222B33"/>
          <w:sz w:val="22"/>
        </w:rPr>
        <w:t>No. 615</w:t>
      </w:r>
      <w:r>
        <w:rPr>
          <w:b w:val="0"/>
          <w:i w:val="0"/>
          <w:color w:val="6A6F75"/>
          <w:sz w:val="18"/>
        </w:rPr>
        <w:t xml:space="preserve">   Kaoru → Fujijijū   贈 sent</w:t>
      </w:r>
      <w:bookmarkEnd w:id="659"/>
    </w:p>
    <w:p>
      <w:pPr>
        <w:keepNext/>
        <w:spacing w:after="40"/>
      </w:pPr>
      <w:r>
        <w:rPr>
          <w:b/>
          <w:i w:val="0"/>
          <w:color w:val="6A6F75"/>
          <w:sz w:val="18"/>
        </w:rPr>
        <w:t xml:space="preserve">Context. </w:t>
      </w:r>
      <w:r>
        <w:rPr>
          <w:b w:val="0"/>
          <w:i w:val="0"/>
          <w:color w:val="6A6F75"/>
          <w:sz w:val="19"/>
        </w:rPr>
        <w:t>Kaoru on the wisteria at Reizei’s palace, where Ōigimi (Higekuro’s daughter) now serves.</w:t>
      </w:r>
    </w:p>
    <w:p>
      <w:pPr>
        <w:keepNext/>
        <w:spacing w:after="0"/>
      </w:pPr>
      <w:r>
        <w:rPr>
          <w:rFonts w:ascii="Noto Serif CJK JP" w:hAnsi="Noto Serif CJK JP" w:eastAsia="Noto Serif CJK JP"/>
          <w:b w:val="0"/>
          <w:i w:val="0"/>
          <w:color w:val="222B33"/>
          <w:sz w:val="26"/>
        </w:rPr>
        <w:t>手にかくるものにしあらば藤の花松よりまさる色を見ましや</w:t>
      </w:r>
    </w:p>
    <w:p>
      <w:pPr>
        <w:keepNext/>
        <w:spacing w:after="60"/>
      </w:pPr>
      <w:r>
        <w:rPr>
          <w:rFonts w:ascii="Noto Serif CJK JP" w:hAnsi="Noto Serif CJK JP" w:eastAsia="Noto Serif CJK JP"/>
          <w:b w:val="0"/>
          <w:i w:val="0"/>
          <w:color w:val="6A6F75"/>
          <w:sz w:val="19"/>
        </w:rPr>
        <w:t>手にかくる　／　物にしあらは　／　藤の花　／　まつよりまさる　／　色をみましや</w:t>
      </w:r>
    </w:p>
    <w:p>
      <w:pPr>
        <w:keepNext/>
        <w:spacing w:after="60"/>
      </w:pPr>
      <w:r>
        <w:rPr>
          <w:b w:val="0"/>
          <w:i/>
          <w:color w:val="222B33"/>
          <w:sz w:val="21"/>
        </w:rPr>
        <w:t>If it were something</w:t>
        <w:br/>
      </w:r>
      <w:r>
        <w:rPr>
          <w:b w:val="0"/>
          <w:i/>
          <w:color w:val="222B33"/>
          <w:sz w:val="21"/>
        </w:rPr>
        <w:t>one could take in hand, would I see</w:t>
        <w:br/>
      </w:r>
      <w:r>
        <w:rPr>
          <w:b w:val="0"/>
          <w:i/>
          <w:color w:val="222B33"/>
          <w:sz w:val="21"/>
        </w:rPr>
        <w:t>the wisteria</w:t>
        <w:br/>
      </w:r>
      <w:r>
        <w:rPr>
          <w:b w:val="0"/>
          <w:i/>
          <w:color w:val="222B33"/>
          <w:sz w:val="21"/>
        </w:rPr>
        <w:t>in a color</w:t>
        <w:br/>
      </w:r>
      <w:r>
        <w:rPr>
          <w:b w:val="0"/>
          <w:i/>
          <w:color w:val="222B33"/>
          <w:sz w:val="21"/>
        </w:rPr>
        <w:t>finer than the pine?</w:t>
      </w:r>
    </w:p>
    <w:p>
      <w:pPr>
        <w:spacing w:after="40"/>
      </w:pPr>
      <w:r>
        <w:rPr>
          <w:b w:val="0"/>
          <w:i w:val="0"/>
          <w:color w:val="222B33"/>
          <w:sz w:val="19"/>
        </w:rPr>
        <w:t>Fuji, also Fujiwara; Ōigimi, now with Reizei.</w:t>
      </w:r>
    </w:p>
    <w:p>
      <w:pPr>
        <w:spacing w:after="40"/>
      </w:pPr>
      <w:r>
        <w:rPr>
          <w:b w:val="0"/>
          <w:i w:val="0"/>
          <w:color w:val="6A6F75"/>
          <w:sz w:val="18"/>
        </w:rPr>
        <w:t xml:space="preserve">Answered by </w:t>
      </w:r>
      <w:hyperlink w:anchor="p616">
        <w:r>
          <w:rPr>
            <w:color w:val="2E5A80"/>
            <w:u w:val="single"/>
            <w:sz w:val="18"/>
          </w:rPr>
          <w:t xml:space="preserve">No. 616 (Fujijijū)</w:t>
        </w:r>
      </w:hyperlink>
    </w:p>
    <w:p>
      <w:pPr>
        <w:keepNext/>
        <w:spacing w:after="20" w:before="200"/>
      </w:pPr>
      <w:bookmarkStart w:id="660" w:name="p616"/>
      <w:r>
        <w:rPr>
          <w:b/>
          <w:i w:val="0"/>
          <w:color w:val="222B33"/>
          <w:sz w:val="22"/>
        </w:rPr>
        <w:t>No. 616</w:t>
      </w:r>
      <w:r>
        <w:rPr>
          <w:b w:val="0"/>
          <w:i w:val="0"/>
          <w:color w:val="6A6F75"/>
          <w:sz w:val="18"/>
        </w:rPr>
        <w:t xml:space="preserve">   Fujijijū → Kaoru   答 reply</w:t>
      </w:r>
      <w:bookmarkEnd w:id="660"/>
    </w:p>
    <w:p>
      <w:pPr>
        <w:keepNext/>
        <w:spacing w:after="0"/>
      </w:pPr>
      <w:r>
        <w:rPr>
          <w:rFonts w:ascii="Noto Serif CJK JP" w:hAnsi="Noto Serif CJK JP" w:eastAsia="Noto Serif CJK JP"/>
          <w:b w:val="0"/>
          <w:i w:val="0"/>
          <w:color w:val="222B33"/>
          <w:sz w:val="26"/>
        </w:rPr>
        <w:t>紫の色はかよへど藤の花心にえこそかからざりけれ</w:t>
      </w:r>
    </w:p>
    <w:p>
      <w:pPr>
        <w:keepNext/>
        <w:spacing w:after="60"/>
      </w:pPr>
      <w:r>
        <w:rPr>
          <w:rFonts w:ascii="Noto Serif CJK JP" w:hAnsi="Noto Serif CJK JP" w:eastAsia="Noto Serif CJK JP"/>
          <w:b w:val="0"/>
          <w:i w:val="0"/>
          <w:color w:val="6A6F75"/>
          <w:sz w:val="19"/>
        </w:rPr>
        <w:t>むらさきの　／　色はかよへと　／　藤の花　／　心にえこそ　／　かゝらさりけれ</w:t>
      </w:r>
    </w:p>
    <w:p>
      <w:pPr>
        <w:keepNext/>
        <w:spacing w:after="60"/>
      </w:pPr>
      <w:r>
        <w:rPr>
          <w:b w:val="0"/>
          <w:i/>
          <w:color w:val="222B33"/>
          <w:sz w:val="21"/>
        </w:rPr>
        <w:t>The purple color</w:t>
        <w:br/>
      </w:r>
      <w:r>
        <w:rPr>
          <w:b w:val="0"/>
          <w:i/>
          <w:color w:val="222B33"/>
          <w:sz w:val="21"/>
        </w:rPr>
        <w:t>is shared, but the wisteria</w:t>
        <w:br/>
      </w:r>
      <w:r>
        <w:rPr>
          <w:b w:val="0"/>
          <w:i/>
          <w:color w:val="222B33"/>
          <w:sz w:val="21"/>
        </w:rPr>
        <w:t>did not hang</w:t>
        <w:br/>
      </w:r>
      <w:r>
        <w:rPr>
          <w:b w:val="0"/>
          <w:i/>
          <w:color w:val="222B33"/>
          <w:sz w:val="21"/>
        </w:rPr>
        <w:t>as my heart</w:t>
        <w:br/>
      </w:r>
      <w:r>
        <w:rPr>
          <w:b w:val="0"/>
          <w:i/>
          <w:color w:val="222B33"/>
          <w:sz w:val="21"/>
        </w:rPr>
        <w:t>wished.</w:t>
      </w:r>
    </w:p>
    <w:p>
      <w:pPr>
        <w:spacing w:after="40"/>
      </w:pPr>
      <w:r>
        <w:rPr>
          <w:b w:val="0"/>
          <w:i w:val="0"/>
          <w:color w:val="6A6F75"/>
          <w:sz w:val="18"/>
        </w:rPr>
        <w:t xml:space="preserve">In reply to </w:t>
      </w:r>
      <w:hyperlink w:anchor="p615">
        <w:r>
          <w:rPr>
            <w:color w:val="2E5A80"/>
            <w:u w:val="single"/>
            <w:sz w:val="18"/>
          </w:rPr>
          <w:t xml:space="preserve">No. 615 (Kaoru)</w:t>
        </w:r>
      </w:hyperlink>
      <w:r>
        <w:rPr>
          <w:b w:val="0"/>
          <w:i w:val="0"/>
          <w:color w:val="6A6F75"/>
          <w:sz w:val="18"/>
        </w:rPr>
        <w:t xml:space="preserve">   ·   </w:t>
      </w:r>
      <w:r>
        <w:rPr>
          <w:b w:val="0"/>
          <w:i w:val="0"/>
          <w:color w:val="6A6F75"/>
          <w:sz w:val="18"/>
        </w:rPr>
        <w:t xml:space="preserve">Echo, Purple and the bond of kinship: </w:t>
      </w:r>
      <w:hyperlink w:anchor="p63">
        <w:r>
          <w:rPr>
            <w:color w:val="2E5A80"/>
            <w:u w:val="single"/>
            <w:sz w:val="18"/>
          </w:rPr>
          <w:t xml:space="preserve">No. 63</w:t>
        </w:r>
      </w:hyperlink>
      <w:r>
        <w:rPr>
          <w:b w:val="0"/>
          <w:i w:val="0"/>
          <w:color w:val="6A6F75"/>
          <w:sz w:val="18"/>
        </w:rPr>
        <w:t xml:space="preserve">, </w:t>
      </w:r>
      <w:hyperlink w:anchor="p362">
        <w:r>
          <w:rPr>
            <w:color w:val="2E5A80"/>
            <w:u w:val="single"/>
            <w:sz w:val="18"/>
          </w:rPr>
          <w:t xml:space="preserve">No. 362</w:t>
        </w:r>
      </w:hyperlink>
      <w:r>
        <w:rPr>
          <w:b w:val="0"/>
          <w:i w:val="0"/>
          <w:color w:val="6A6F75"/>
          <w:sz w:val="18"/>
        </w:rPr>
        <w:t xml:space="preserve">, </w:t>
      </w:r>
      <w:hyperlink w:anchor="p449">
        <w:r>
          <w:rPr>
            <w:color w:val="2E5A80"/>
            <w:u w:val="single"/>
            <w:sz w:val="18"/>
          </w:rPr>
          <w:t xml:space="preserve">No. 449</w:t>
        </w:r>
      </w:hyperlink>
      <w:r>
        <w:rPr>
          <w:b w:val="0"/>
          <w:i w:val="0"/>
          <w:color w:val="6A6F75"/>
          <w:sz w:val="18"/>
        </w:rPr>
        <w:t xml:space="preserve">, </w:t>
      </w:r>
      <w:hyperlink w:anchor="p456">
        <w:r>
          <w:rPr>
            <w:color w:val="2E5A80"/>
            <w:u w:val="single"/>
            <w:sz w:val="18"/>
          </w:rPr>
          <w:t xml:space="preserve">No. 456</w:t>
        </w:r>
      </w:hyperlink>
    </w:p>
    <w:p>
      <w:pPr>
        <w:keepNext/>
        <w:spacing w:after="20" w:before="200"/>
      </w:pPr>
      <w:bookmarkStart w:id="661" w:name="p617"/>
      <w:r>
        <w:rPr>
          <w:b/>
          <w:i w:val="0"/>
          <w:color w:val="222B33"/>
          <w:sz w:val="22"/>
        </w:rPr>
        <w:t>No. 617</w:t>
      </w:r>
      <w:r>
        <w:rPr>
          <w:b w:val="0"/>
          <w:i w:val="0"/>
          <w:color w:val="6A6F75"/>
          <w:sz w:val="18"/>
        </w:rPr>
        <w:t xml:space="preserve">   an attendant → Kaoru   贈 sent</w:t>
      </w:r>
      <w:bookmarkEnd w:id="661"/>
    </w:p>
    <w:p>
      <w:pPr>
        <w:keepNext/>
        <w:spacing w:after="40"/>
      </w:pPr>
      <w:r>
        <w:rPr>
          <w:b/>
          <w:i w:val="0"/>
          <w:color w:val="6A6F75"/>
          <w:sz w:val="18"/>
        </w:rPr>
        <w:t xml:space="preserve">Context. </w:t>
      </w:r>
      <w:r>
        <w:rPr>
          <w:b w:val="0"/>
          <w:i w:val="0"/>
          <w:color w:val="6A6F75"/>
          <w:sz w:val="19"/>
        </w:rPr>
        <w:t>Years later an attendant recalls the Takekawa night to Kaoru.</w:t>
      </w:r>
    </w:p>
    <w:p>
      <w:pPr>
        <w:keepNext/>
        <w:spacing w:after="0"/>
      </w:pPr>
      <w:r>
        <w:rPr>
          <w:rFonts w:ascii="Noto Serif CJK JP" w:hAnsi="Noto Serif CJK JP" w:eastAsia="Noto Serif CJK JP"/>
          <w:b w:val="0"/>
          <w:i w:val="0"/>
          <w:color w:val="222B33"/>
          <w:sz w:val="26"/>
        </w:rPr>
        <w:t>竹河のその夜のことは思ひ出づやしのぶばかりの節はなけれど</w:t>
      </w:r>
    </w:p>
    <w:p>
      <w:pPr>
        <w:keepNext/>
        <w:spacing w:after="60"/>
      </w:pPr>
      <w:r>
        <w:rPr>
          <w:rFonts w:ascii="Noto Serif CJK JP" w:hAnsi="Noto Serif CJK JP" w:eastAsia="Noto Serif CJK JP"/>
          <w:b w:val="0"/>
          <w:i w:val="0"/>
          <w:color w:val="6A6F75"/>
          <w:sz w:val="19"/>
        </w:rPr>
        <w:t>竹かはの　／　その夜のことは　／　思いつや　／　しのふはかりの　／　ふしはなけれと</w:t>
      </w:r>
    </w:p>
    <w:p>
      <w:pPr>
        <w:keepNext/>
        <w:spacing w:after="60"/>
      </w:pPr>
      <w:r>
        <w:rPr>
          <w:b w:val="0"/>
          <w:i/>
          <w:color w:val="222B33"/>
          <w:sz w:val="21"/>
        </w:rPr>
        <w:t>Do you remember</w:t>
        <w:br/>
      </w:r>
      <w:r>
        <w:rPr>
          <w:b w:val="0"/>
          <w:i/>
          <w:color w:val="222B33"/>
          <w:sz w:val="21"/>
        </w:rPr>
        <w:t>that night at Takekawa?</w:t>
        <w:br/>
      </w:r>
      <w:r>
        <w:rPr>
          <w:b w:val="0"/>
          <w:i/>
          <w:color w:val="222B33"/>
          <w:sz w:val="21"/>
        </w:rPr>
        <w:t>Though there was no joint</w:t>
        <w:br/>
      </w:r>
      <w:r>
        <w:rPr>
          <w:b w:val="0"/>
          <w:i/>
          <w:color w:val="222B33"/>
          <w:sz w:val="21"/>
        </w:rPr>
        <w:t>worth</w:t>
        <w:br/>
      </w:r>
      <w:r>
        <w:rPr>
          <w:b w:val="0"/>
          <w:i/>
          <w:color w:val="222B33"/>
          <w:sz w:val="21"/>
        </w:rPr>
        <w:t>remembering.</w:t>
      </w:r>
    </w:p>
    <w:p>
      <w:pPr>
        <w:spacing w:after="40"/>
      </w:pPr>
      <w:r>
        <w:rPr>
          <w:b/>
          <w:i w:val="0"/>
          <w:color w:val="8A4B1C"/>
          <w:sz w:val="18"/>
        </w:rPr>
        <w:t xml:space="preserve">Attribution uncertain. </w:t>
      </w:r>
      <w:r>
        <w:rPr>
          <w:b w:val="0"/>
          <w:i w:val="0"/>
          <w:sz w:val="19"/>
        </w:rPr>
        <w:t>The ‘person within’ is an attendant (Shin taikei 新大系, Shūsei 集成) or one of Ōigimi’s women (Zenshū 全集).</w:t>
      </w:r>
    </w:p>
    <w:p>
      <w:pPr>
        <w:spacing w:after="40"/>
      </w:pPr>
      <w:r>
        <w:rPr>
          <w:b w:val="0"/>
          <w:i w:val="0"/>
          <w:color w:val="6A6F75"/>
          <w:sz w:val="18"/>
        </w:rPr>
        <w:t xml:space="preserve">Answered by </w:t>
      </w:r>
      <w:hyperlink w:anchor="p618">
        <w:r>
          <w:rPr>
            <w:color w:val="2E5A80"/>
            <w:u w:val="single"/>
            <w:sz w:val="18"/>
          </w:rPr>
          <w:t xml:space="preserve">No. 618 (Kaoru)</w:t>
        </w:r>
      </w:hyperlink>
      <w:r>
        <w:rPr>
          <w:b w:val="0"/>
          <w:i w:val="0"/>
          <w:color w:val="6A6F75"/>
          <w:sz w:val="18"/>
        </w:rPr>
        <w:t xml:space="preserve">   ·   </w:t>
      </w:r>
      <w:r>
        <w:rPr>
          <w:b w:val="0"/>
          <w:i w:val="0"/>
          <w:color w:val="6A6F75"/>
          <w:sz w:val="18"/>
        </w:rPr>
        <w:t xml:space="preserve">Echo, Takekawa: </w:t>
      </w:r>
      <w:hyperlink w:anchor="p599">
        <w:r>
          <w:rPr>
            <w:color w:val="2E5A80"/>
            <w:u w:val="single"/>
            <w:sz w:val="18"/>
          </w:rPr>
          <w:t xml:space="preserve">No. 599</w:t>
        </w:r>
      </w:hyperlink>
      <w:r>
        <w:rPr>
          <w:b w:val="0"/>
          <w:i w:val="0"/>
          <w:color w:val="6A6F75"/>
          <w:sz w:val="18"/>
        </w:rPr>
        <w:t xml:space="preserve">, </w:t>
      </w:r>
      <w:hyperlink w:anchor="p600">
        <w:r>
          <w:rPr>
            <w:color w:val="2E5A80"/>
            <w:u w:val="single"/>
            <w:sz w:val="18"/>
          </w:rPr>
          <w:t xml:space="preserve">No. 600</w:t>
        </w:r>
      </w:hyperlink>
      <w:r>
        <w:rPr>
          <w:b w:val="0"/>
          <w:i w:val="0"/>
          <w:color w:val="6A6F75"/>
          <w:sz w:val="18"/>
        </w:rPr>
        <w:t xml:space="preserve">, </w:t>
      </w:r>
      <w:hyperlink w:anchor="p618">
        <w:r>
          <w:rPr>
            <w:color w:val="2E5A80"/>
            <w:u w:val="single"/>
            <w:sz w:val="18"/>
          </w:rPr>
          <w:t xml:space="preserve">No. 618</w:t>
        </w:r>
      </w:hyperlink>
    </w:p>
    <w:p>
      <w:pPr>
        <w:keepNext/>
        <w:spacing w:after="20" w:before="200"/>
      </w:pPr>
      <w:bookmarkStart w:id="662" w:name="p618"/>
      <w:r>
        <w:rPr>
          <w:b/>
          <w:i w:val="0"/>
          <w:color w:val="222B33"/>
          <w:sz w:val="22"/>
        </w:rPr>
        <w:t>No. 618</w:t>
      </w:r>
      <w:r>
        <w:rPr>
          <w:b w:val="0"/>
          <w:i w:val="0"/>
          <w:color w:val="6A6F75"/>
          <w:sz w:val="18"/>
        </w:rPr>
        <w:t xml:space="preserve">   Kaoru → the attendant   答 reply</w:t>
      </w:r>
      <w:bookmarkEnd w:id="662"/>
    </w:p>
    <w:p>
      <w:pPr>
        <w:keepNext/>
        <w:spacing w:after="0"/>
      </w:pPr>
      <w:r>
        <w:rPr>
          <w:rFonts w:ascii="Noto Serif CJK JP" w:hAnsi="Noto Serif CJK JP" w:eastAsia="Noto Serif CJK JP"/>
          <w:b w:val="0"/>
          <w:i w:val="0"/>
          <w:color w:val="222B33"/>
          <w:sz w:val="26"/>
        </w:rPr>
        <w:t>流れての頼めむなしき竹河に世は憂きものと思ひ知りにき</w:t>
      </w:r>
    </w:p>
    <w:p>
      <w:pPr>
        <w:keepNext/>
        <w:spacing w:after="60"/>
      </w:pPr>
      <w:r>
        <w:rPr>
          <w:rFonts w:ascii="Noto Serif CJK JP" w:hAnsi="Noto Serif CJK JP" w:eastAsia="Noto Serif CJK JP"/>
          <w:b w:val="0"/>
          <w:i w:val="0"/>
          <w:color w:val="6A6F75"/>
          <w:sz w:val="19"/>
        </w:rPr>
        <w:t>なかれての　／　たのめむなしき　／　竹かはに　／　世はうきものと　／　おもひしりにき</w:t>
      </w:r>
    </w:p>
    <w:p>
      <w:pPr>
        <w:keepNext/>
        <w:spacing w:after="60"/>
      </w:pPr>
      <w:r>
        <w:rPr>
          <w:b w:val="0"/>
          <w:i/>
          <w:color w:val="222B33"/>
          <w:sz w:val="21"/>
        </w:rPr>
        <w:t>At Takekawa,</w:t>
        <w:br/>
      </w:r>
      <w:r>
        <w:rPr>
          <w:b w:val="0"/>
          <w:i/>
          <w:color w:val="222B33"/>
          <w:sz w:val="21"/>
        </w:rPr>
        <w:t>where trust in what flows on was empty,</w:t>
        <w:br/>
      </w:r>
      <w:r>
        <w:rPr>
          <w:b w:val="0"/>
          <w:i/>
          <w:color w:val="222B33"/>
          <w:sz w:val="21"/>
        </w:rPr>
        <w:t>I came to know</w:t>
        <w:br/>
      </w:r>
      <w:r>
        <w:rPr>
          <w:b w:val="0"/>
          <w:i/>
          <w:color w:val="222B33"/>
          <w:sz w:val="21"/>
        </w:rPr>
        <w:t>the world</w:t>
        <w:br/>
      </w:r>
      <w:r>
        <w:rPr>
          <w:b w:val="0"/>
          <w:i/>
          <w:color w:val="222B33"/>
          <w:sz w:val="21"/>
        </w:rPr>
        <w:t>is bitter.</w:t>
      </w:r>
    </w:p>
    <w:p>
      <w:pPr>
        <w:spacing w:after="40"/>
      </w:pPr>
      <w:r>
        <w:rPr>
          <w:b w:val="0"/>
          <w:i w:val="0"/>
          <w:color w:val="222B33"/>
          <w:sz w:val="19"/>
        </w:rPr>
        <w:t>Recalls 599–600.</w:t>
      </w:r>
    </w:p>
    <w:p>
      <w:pPr>
        <w:spacing w:after="40"/>
      </w:pPr>
      <w:r>
        <w:rPr>
          <w:b w:val="0"/>
          <w:i w:val="0"/>
          <w:color w:val="6A6F75"/>
          <w:sz w:val="18"/>
        </w:rPr>
        <w:t xml:space="preserve">In reply to </w:t>
      </w:r>
      <w:hyperlink w:anchor="p617">
        <w:r>
          <w:rPr>
            <w:color w:val="2E5A80"/>
            <w:u w:val="single"/>
            <w:sz w:val="18"/>
          </w:rPr>
          <w:t xml:space="preserve">No. 617 (an attendant)</w:t>
        </w:r>
      </w:hyperlink>
      <w:r>
        <w:rPr>
          <w:b w:val="0"/>
          <w:i w:val="0"/>
          <w:color w:val="6A6F75"/>
          <w:sz w:val="18"/>
        </w:rPr>
        <w:t xml:space="preserve">   ·   </w:t>
      </w:r>
      <w:r>
        <w:rPr>
          <w:b w:val="0"/>
          <w:i w:val="0"/>
          <w:color w:val="6A6F75"/>
          <w:sz w:val="18"/>
        </w:rPr>
        <w:t xml:space="preserve">Echo, Takekawa: </w:t>
      </w:r>
      <w:hyperlink w:anchor="p599">
        <w:r>
          <w:rPr>
            <w:color w:val="2E5A80"/>
            <w:u w:val="single"/>
            <w:sz w:val="18"/>
          </w:rPr>
          <w:t xml:space="preserve">No. 599</w:t>
        </w:r>
      </w:hyperlink>
      <w:r>
        <w:rPr>
          <w:b w:val="0"/>
          <w:i w:val="0"/>
          <w:color w:val="6A6F75"/>
          <w:sz w:val="18"/>
        </w:rPr>
        <w:t xml:space="preserve">, </w:t>
      </w:r>
      <w:hyperlink w:anchor="p600">
        <w:r>
          <w:rPr>
            <w:color w:val="2E5A80"/>
            <w:u w:val="single"/>
            <w:sz w:val="18"/>
          </w:rPr>
          <w:t xml:space="preserve">No. 600</w:t>
        </w:r>
      </w:hyperlink>
      <w:r>
        <w:rPr>
          <w:b w:val="0"/>
          <w:i w:val="0"/>
          <w:color w:val="6A6F75"/>
          <w:sz w:val="18"/>
        </w:rPr>
        <w:t xml:space="preserve">, </w:t>
      </w:r>
      <w:hyperlink w:anchor="p617">
        <w:r>
          <w:rPr>
            <w:color w:val="2E5A80"/>
            <w:u w:val="single"/>
            <w:sz w:val="18"/>
          </w:rPr>
          <w:t xml:space="preserve">No. 617</w:t>
        </w:r>
      </w:hyperlink>
    </w:p>
    <w:p>
      <w:pPr>
        <w:pStyle w:val="Heading1"/>
      </w:pPr>
      <w:bookmarkStart w:id="663" w:name="ch45"/>
      <w:r>
        <w:t>Chapter 45 · Hashihime 橋姫</w:t>
      </w:r>
      <w:bookmarkEnd w:id="663"/>
    </w:p>
    <w:p>
      <w:pPr>
        <w:keepNext/>
        <w:spacing w:after="20" w:before="200"/>
      </w:pPr>
      <w:bookmarkStart w:id="664" w:name="p619"/>
      <w:r>
        <w:rPr>
          <w:b/>
          <w:i w:val="0"/>
          <w:color w:val="222B33"/>
          <w:sz w:val="22"/>
        </w:rPr>
        <w:t>No. 619</w:t>
      </w:r>
      <w:r>
        <w:rPr>
          <w:b w:val="0"/>
          <w:i w:val="0"/>
          <w:color w:val="6A6F75"/>
          <w:sz w:val="18"/>
        </w:rPr>
        <w:t xml:space="preserve">   Eighth Prince   唱 group exchange</w:t>
      </w:r>
      <w:bookmarkEnd w:id="664"/>
    </w:p>
    <w:p>
      <w:pPr>
        <w:keepNext/>
        <w:spacing w:after="40"/>
      </w:pPr>
      <w:r>
        <w:rPr>
          <w:b/>
          <w:i w:val="0"/>
          <w:color w:val="6A6F75"/>
          <w:sz w:val="18"/>
        </w:rPr>
        <w:t xml:space="preserve">Context. </w:t>
      </w:r>
      <w:r>
        <w:rPr>
          <w:b w:val="0"/>
          <w:i w:val="0"/>
          <w:color w:val="6A6F75"/>
          <w:sz w:val="19"/>
        </w:rPr>
        <w:t>The Eighth Prince and his daughters at Uji, after his wife’s death; his life of devotion.</w:t>
      </w:r>
    </w:p>
    <w:p>
      <w:pPr>
        <w:keepNext/>
        <w:spacing w:after="0"/>
      </w:pPr>
      <w:r>
        <w:rPr>
          <w:rFonts w:ascii="Noto Serif CJK JP" w:hAnsi="Noto Serif CJK JP" w:eastAsia="Noto Serif CJK JP"/>
          <w:b w:val="0"/>
          <w:i w:val="0"/>
          <w:color w:val="222B33"/>
          <w:sz w:val="26"/>
        </w:rPr>
        <w:t>うち捨ててつがひ去りにし水鳥の仮のこの世にたちおくれけむ</w:t>
      </w:r>
    </w:p>
    <w:p>
      <w:pPr>
        <w:keepNext/>
        <w:spacing w:after="60"/>
      </w:pPr>
      <w:r>
        <w:rPr>
          <w:rFonts w:ascii="Noto Serif CJK JP" w:hAnsi="Noto Serif CJK JP" w:eastAsia="Noto Serif CJK JP"/>
          <w:b w:val="0"/>
          <w:i w:val="0"/>
          <w:color w:val="6A6F75"/>
          <w:sz w:val="19"/>
        </w:rPr>
        <w:t>うちすてゝ　／　つかひさりにし　／　水とりの　／　かりのこの世に　／　たちおくれけん</w:t>
      </w:r>
    </w:p>
    <w:p>
      <w:pPr>
        <w:keepNext/>
        <w:spacing w:after="60"/>
      </w:pPr>
      <w:r>
        <w:rPr>
          <w:b w:val="0"/>
          <w:i/>
          <w:color w:val="222B33"/>
          <w:sz w:val="21"/>
        </w:rPr>
        <w:t>Why was I left behind</w:t>
        <w:br/>
      </w:r>
      <w:r>
        <w:rPr>
          <w:b w:val="0"/>
          <w:i/>
          <w:color w:val="222B33"/>
          <w:sz w:val="21"/>
        </w:rPr>
        <w:t>in this temporary world,</w:t>
        <w:br/>
      </w:r>
      <w:r>
        <w:rPr>
          <w:b w:val="0"/>
          <w:i/>
          <w:color w:val="222B33"/>
          <w:sz w:val="21"/>
        </w:rPr>
        <w:t>by the water bird</w:t>
        <w:br/>
      </w:r>
      <w:r>
        <w:rPr>
          <w:b w:val="0"/>
          <w:i/>
          <w:color w:val="222B33"/>
          <w:sz w:val="21"/>
        </w:rPr>
        <w:t>that cast me off</w:t>
        <w:br/>
      </w:r>
      <w:r>
        <w:rPr>
          <w:b w:val="0"/>
          <w:i/>
          <w:color w:val="222B33"/>
          <w:sz w:val="21"/>
        </w:rPr>
        <w:t>and went from its mate?</w:t>
      </w:r>
    </w:p>
    <w:p>
      <w:pPr>
        <w:spacing w:after="40"/>
      </w:pPr>
      <w:r>
        <w:rPr>
          <w:b w:val="0"/>
          <w:i w:val="0"/>
          <w:color w:val="222B33"/>
          <w:sz w:val="19"/>
        </w:rPr>
        <w:t>Kari: “temporary” and “wild goose.” A group of three with his daughters.</w:t>
      </w:r>
    </w:p>
    <w:p>
      <w:pPr>
        <w:spacing w:after="40"/>
      </w:pPr>
      <w:r>
        <w:rPr>
          <w:b w:val="0"/>
          <w:i w:val="0"/>
          <w:color w:val="6A6F75"/>
          <w:sz w:val="18"/>
        </w:rPr>
        <w:t xml:space="preserve">Answered by </w:t>
      </w:r>
      <w:hyperlink w:anchor="p620">
        <w:r>
          <w:rPr>
            <w:color w:val="2E5A80"/>
            <w:u w:val="single"/>
            <w:sz w:val="18"/>
          </w:rPr>
          <w:t xml:space="preserve">No. 620 (Ōigimi)</w:t>
        </w:r>
      </w:hyperlink>
      <w:r>
        <w:rPr>
          <w:b w:val="0"/>
          <w:i w:val="0"/>
          <w:color w:val="6A6F75"/>
          <w:sz w:val="18"/>
        </w:rPr>
        <w:t xml:space="preserve">, </w:t>
      </w:r>
      <w:hyperlink w:anchor="p621">
        <w:r>
          <w:rPr>
            <w:color w:val="2E5A80"/>
            <w:u w:val="single"/>
            <w:sz w:val="18"/>
          </w:rPr>
          <w:t xml:space="preserve">No. 621 (Naka no Kimi)</w:t>
        </w:r>
      </w:hyperlink>
    </w:p>
    <w:p>
      <w:pPr>
        <w:keepNext/>
        <w:spacing w:after="20" w:before="200"/>
      </w:pPr>
      <w:bookmarkStart w:id="665" w:name="p620"/>
      <w:r>
        <w:rPr>
          <w:b/>
          <w:i w:val="0"/>
          <w:color w:val="222B33"/>
          <w:sz w:val="22"/>
        </w:rPr>
        <w:t>No. 620</w:t>
      </w:r>
      <w:r>
        <w:rPr>
          <w:b w:val="0"/>
          <w:i w:val="0"/>
          <w:color w:val="6A6F75"/>
          <w:sz w:val="18"/>
        </w:rPr>
        <w:t xml:space="preserve">   Ōigimi   唱 group exchange</w:t>
      </w:r>
      <w:bookmarkEnd w:id="665"/>
    </w:p>
    <w:p>
      <w:pPr>
        <w:keepNext/>
        <w:spacing w:after="0"/>
      </w:pPr>
      <w:r>
        <w:rPr>
          <w:rFonts w:ascii="Noto Serif CJK JP" w:hAnsi="Noto Serif CJK JP" w:eastAsia="Noto Serif CJK JP"/>
          <w:b w:val="0"/>
          <w:i w:val="0"/>
          <w:color w:val="222B33"/>
          <w:sz w:val="26"/>
        </w:rPr>
        <w:t>いかでかく巣立ちけるぞと思ふにも憂き水鳥の契りをぞ知る</w:t>
      </w:r>
    </w:p>
    <w:p>
      <w:pPr>
        <w:keepNext/>
        <w:spacing w:after="60"/>
      </w:pPr>
      <w:r>
        <w:rPr>
          <w:rFonts w:ascii="Noto Serif CJK JP" w:hAnsi="Noto Serif CJK JP" w:eastAsia="Noto Serif CJK JP"/>
          <w:b w:val="0"/>
          <w:i w:val="0"/>
          <w:color w:val="6A6F75"/>
          <w:sz w:val="19"/>
        </w:rPr>
        <w:t>いかてかく　／　すたちけるそと　／　思ふにも　／　うき水とりの　／　契をそしる</w:t>
      </w:r>
    </w:p>
    <w:p>
      <w:pPr>
        <w:keepNext/>
        <w:spacing w:after="60"/>
      </w:pPr>
      <w:r>
        <w:rPr>
          <w:b w:val="0"/>
          <w:i/>
          <w:color w:val="222B33"/>
          <w:sz w:val="21"/>
        </w:rPr>
        <w:t>When I think how</w:t>
        <w:br/>
      </w:r>
      <w:r>
        <w:rPr>
          <w:b w:val="0"/>
          <w:i/>
          <w:color w:val="222B33"/>
          <w:sz w:val="21"/>
        </w:rPr>
        <w:t>we were fledged like this,</w:t>
        <w:br/>
      </w:r>
      <w:r>
        <w:rPr>
          <w:b w:val="0"/>
          <w:i/>
          <w:color w:val="222B33"/>
          <w:sz w:val="21"/>
        </w:rPr>
        <w:t>I know the bond</w:t>
        <w:br/>
      </w:r>
      <w:r>
        <w:rPr>
          <w:b w:val="0"/>
          <w:i/>
          <w:color w:val="222B33"/>
          <w:sz w:val="21"/>
        </w:rPr>
        <w:t>of the sorrowful</w:t>
        <w:br/>
      </w:r>
      <w:r>
        <w:rPr>
          <w:b w:val="0"/>
          <w:i/>
          <w:color w:val="222B33"/>
          <w:sz w:val="21"/>
        </w:rPr>
        <w:t>water bird.</w:t>
      </w:r>
    </w:p>
    <w:p>
      <w:pPr>
        <w:spacing w:after="40"/>
      </w:pPr>
      <w:r>
        <w:rPr>
          <w:b w:val="0"/>
          <w:i w:val="0"/>
          <w:color w:val="222B33"/>
          <w:sz w:val="19"/>
        </w:rPr>
        <w:t>Uki: “sorrowful” and “floating.”</w:t>
      </w:r>
    </w:p>
    <w:p>
      <w:pPr>
        <w:spacing w:after="40"/>
      </w:pPr>
      <w:r>
        <w:rPr>
          <w:b w:val="0"/>
          <w:i w:val="0"/>
          <w:color w:val="6A6F75"/>
          <w:sz w:val="18"/>
        </w:rPr>
        <w:t xml:space="preserve">In reply to </w:t>
      </w:r>
      <w:hyperlink w:anchor="p619">
        <w:r>
          <w:rPr>
            <w:color w:val="2E5A80"/>
            <w:u w:val="single"/>
            <w:sz w:val="18"/>
          </w:rPr>
          <w:t xml:space="preserve">No. 619 (Eighth Prince)</w:t>
        </w:r>
      </w:hyperlink>
    </w:p>
    <w:p>
      <w:pPr>
        <w:keepNext/>
        <w:spacing w:after="20" w:before="200"/>
      </w:pPr>
      <w:bookmarkStart w:id="666" w:name="p621"/>
      <w:r>
        <w:rPr>
          <w:b/>
          <w:i w:val="0"/>
          <w:color w:val="222B33"/>
          <w:sz w:val="22"/>
        </w:rPr>
        <w:t>No. 621</w:t>
      </w:r>
      <w:r>
        <w:rPr>
          <w:b w:val="0"/>
          <w:i w:val="0"/>
          <w:color w:val="6A6F75"/>
          <w:sz w:val="18"/>
        </w:rPr>
        <w:t xml:space="preserve">   Naka no Kimi   唱 group exchange</w:t>
      </w:r>
      <w:bookmarkEnd w:id="666"/>
    </w:p>
    <w:p>
      <w:pPr>
        <w:keepNext/>
        <w:spacing w:after="0"/>
      </w:pPr>
      <w:r>
        <w:rPr>
          <w:rFonts w:ascii="Noto Serif CJK JP" w:hAnsi="Noto Serif CJK JP" w:eastAsia="Noto Serif CJK JP"/>
          <w:b w:val="0"/>
          <w:i w:val="0"/>
          <w:color w:val="222B33"/>
          <w:sz w:val="26"/>
        </w:rPr>
        <w:t>泣く泣くも羽うち着する君なくはわれぞ巣守になりは果てまし</w:t>
      </w:r>
    </w:p>
    <w:p>
      <w:pPr>
        <w:keepNext/>
        <w:spacing w:after="60"/>
      </w:pPr>
      <w:r>
        <w:rPr>
          <w:rFonts w:ascii="Noto Serif CJK JP" w:hAnsi="Noto Serif CJK JP" w:eastAsia="Noto Serif CJK JP"/>
          <w:b w:val="0"/>
          <w:i w:val="0"/>
          <w:color w:val="6A6F75"/>
          <w:sz w:val="19"/>
        </w:rPr>
        <w:t>なくなくも　／　はねうちきする　／　君なくは　／　我そすもりに　／　なりははてまし</w:t>
      </w:r>
    </w:p>
    <w:p>
      <w:pPr>
        <w:keepNext/>
        <w:spacing w:after="60"/>
      </w:pPr>
      <w:r>
        <w:rPr>
          <w:b w:val="0"/>
          <w:i/>
          <w:color w:val="222B33"/>
          <w:sz w:val="21"/>
        </w:rPr>
        <w:t>Weeping, if you</w:t>
        <w:br/>
      </w:r>
      <w:r>
        <w:rPr>
          <w:b w:val="0"/>
          <w:i/>
          <w:color w:val="222B33"/>
          <w:sz w:val="21"/>
        </w:rPr>
        <w:t>had not put your wings about us,</w:t>
        <w:br/>
      </w:r>
      <w:r>
        <w:rPr>
          <w:b w:val="0"/>
          <w:i/>
          <w:color w:val="222B33"/>
          <w:sz w:val="21"/>
        </w:rPr>
        <w:t>I would have ended</w:t>
        <w:br/>
      </w:r>
      <w:r>
        <w:rPr>
          <w:b w:val="0"/>
          <w:i/>
          <w:color w:val="222B33"/>
          <w:sz w:val="21"/>
        </w:rPr>
        <w:t>as the egg</w:t>
        <w:br/>
      </w:r>
      <w:r>
        <w:rPr>
          <w:b w:val="0"/>
          <w:i/>
          <w:color w:val="222B33"/>
          <w:sz w:val="21"/>
        </w:rPr>
        <w:t>left in the nest.</w:t>
      </w:r>
    </w:p>
    <w:p>
      <w:pPr>
        <w:spacing w:after="40"/>
      </w:pPr>
      <w:r>
        <w:rPr>
          <w:b w:val="0"/>
          <w:i w:val="0"/>
          <w:color w:val="222B33"/>
          <w:sz w:val="19"/>
        </w:rPr>
        <w:t>Sumori, “nest keeper,” the egg that never hatches.</w:t>
      </w:r>
    </w:p>
    <w:p>
      <w:pPr>
        <w:spacing w:after="40"/>
      </w:pPr>
      <w:r>
        <w:rPr>
          <w:b w:val="0"/>
          <w:i w:val="0"/>
          <w:color w:val="6A6F75"/>
          <w:sz w:val="18"/>
        </w:rPr>
        <w:t xml:space="preserve">In reply to </w:t>
      </w:r>
      <w:hyperlink w:anchor="p619">
        <w:r>
          <w:rPr>
            <w:color w:val="2E5A80"/>
            <w:u w:val="single"/>
            <w:sz w:val="18"/>
          </w:rPr>
          <w:t xml:space="preserve">No. 619 (Eighth Prince)</w:t>
        </w:r>
      </w:hyperlink>
    </w:p>
    <w:p>
      <w:pPr>
        <w:keepNext/>
        <w:spacing w:after="20" w:before="200"/>
      </w:pPr>
      <w:bookmarkStart w:id="667" w:name="p622"/>
      <w:r>
        <w:rPr>
          <w:b/>
          <w:i w:val="0"/>
          <w:color w:val="222B33"/>
          <w:sz w:val="22"/>
        </w:rPr>
        <w:t>No. 622</w:t>
      </w:r>
      <w:r>
        <w:rPr>
          <w:b w:val="0"/>
          <w:i w:val="0"/>
          <w:color w:val="6A6F75"/>
          <w:sz w:val="18"/>
        </w:rPr>
        <w:t xml:space="preserve">   Eighth Prince   独 solo</w:t>
      </w:r>
      <w:bookmarkEnd w:id="667"/>
    </w:p>
    <w:p>
      <w:pPr>
        <w:keepNext/>
        <w:spacing w:after="40"/>
      </w:pPr>
      <w:r>
        <w:rPr>
          <w:b/>
          <w:i w:val="0"/>
          <w:color w:val="6A6F75"/>
          <w:sz w:val="18"/>
        </w:rPr>
        <w:t xml:space="preserve">Context. </w:t>
      </w:r>
      <w:r>
        <w:rPr>
          <w:b w:val="0"/>
          <w:i w:val="0"/>
          <w:color w:val="6A6F75"/>
          <w:sz w:val="19"/>
        </w:rPr>
        <w:t>The Eighth Prince, after his house burned and his wife died.</w:t>
      </w:r>
    </w:p>
    <w:p>
      <w:pPr>
        <w:keepNext/>
        <w:spacing w:after="0"/>
      </w:pPr>
      <w:r>
        <w:rPr>
          <w:rFonts w:ascii="Noto Serif CJK JP" w:hAnsi="Noto Serif CJK JP" w:eastAsia="Noto Serif CJK JP"/>
          <w:b w:val="0"/>
          <w:i w:val="0"/>
          <w:color w:val="222B33"/>
          <w:sz w:val="26"/>
        </w:rPr>
        <w:t>見し人も宿も煙になりにしを何とてわが身消え残りけむ</w:t>
      </w:r>
    </w:p>
    <w:p>
      <w:pPr>
        <w:keepNext/>
        <w:spacing w:after="60"/>
      </w:pPr>
      <w:r>
        <w:rPr>
          <w:rFonts w:ascii="Noto Serif CJK JP" w:hAnsi="Noto Serif CJK JP" w:eastAsia="Noto Serif CJK JP"/>
          <w:b w:val="0"/>
          <w:i w:val="0"/>
          <w:color w:val="6A6F75"/>
          <w:sz w:val="19"/>
        </w:rPr>
        <w:t>みし人も　／　宿もけふりに　／　なりにしを　／　なにとて我身　／　きえのこりけん</w:t>
      </w:r>
    </w:p>
    <w:p>
      <w:pPr>
        <w:keepNext/>
        <w:spacing w:after="60"/>
      </w:pPr>
      <w:r>
        <w:rPr>
          <w:b w:val="0"/>
          <w:i/>
          <w:color w:val="222B33"/>
          <w:sz w:val="21"/>
        </w:rPr>
        <w:t>The one I knew</w:t>
        <w:br/>
      </w:r>
      <w:r>
        <w:rPr>
          <w:b w:val="0"/>
          <w:i/>
          <w:color w:val="222B33"/>
          <w:sz w:val="21"/>
        </w:rPr>
        <w:t>and the house both turned to smoke;</w:t>
        <w:br/>
      </w:r>
      <w:r>
        <w:rPr>
          <w:b w:val="0"/>
          <w:i/>
          <w:color w:val="222B33"/>
          <w:sz w:val="21"/>
        </w:rPr>
        <w:t>why is it</w:t>
        <w:br/>
      </w:r>
      <w:r>
        <w:rPr>
          <w:b w:val="0"/>
          <w:i/>
          <w:color w:val="222B33"/>
          <w:sz w:val="21"/>
        </w:rPr>
        <w:t>that I alone</w:t>
        <w:br/>
      </w:r>
      <w:r>
        <w:rPr>
          <w:b w:val="0"/>
          <w:i/>
          <w:color w:val="222B33"/>
          <w:sz w:val="21"/>
        </w:rPr>
        <w:t>remain?</w:t>
      </w:r>
    </w:p>
    <w:p>
      <w:pPr>
        <w:spacing w:after="40"/>
      </w:pPr>
      <w:r>
        <w:rPr>
          <w:b w:val="0"/>
          <w:i w:val="0"/>
          <w:color w:val="222B33"/>
          <w:sz w:val="19"/>
        </w:rPr>
        <w:t>His wife died, and his house burned.</w:t>
      </w:r>
    </w:p>
    <w:p>
      <w:pPr>
        <w:keepNext/>
        <w:spacing w:after="20" w:before="200"/>
      </w:pPr>
      <w:bookmarkStart w:id="668" w:name="p623"/>
      <w:r>
        <w:rPr>
          <w:b/>
          <w:i w:val="0"/>
          <w:color w:val="222B33"/>
          <w:sz w:val="22"/>
        </w:rPr>
        <w:t>No. 623</w:t>
      </w:r>
      <w:r>
        <w:rPr>
          <w:b w:val="0"/>
          <w:i w:val="0"/>
          <w:color w:val="6A6F75"/>
          <w:sz w:val="18"/>
        </w:rPr>
        <w:t xml:space="preserve">   Reizei Retired Emperor → Eighth Prince   贈 sent</w:t>
      </w:r>
      <w:bookmarkEnd w:id="668"/>
    </w:p>
    <w:p>
      <w:pPr>
        <w:keepNext/>
        <w:spacing w:after="40"/>
      </w:pPr>
      <w:r>
        <w:rPr>
          <w:b/>
          <w:i w:val="0"/>
          <w:color w:val="6A6F75"/>
          <w:sz w:val="18"/>
        </w:rPr>
        <w:t xml:space="preserve">Context. </w:t>
      </w:r>
      <w:r>
        <w:rPr>
          <w:b w:val="0"/>
          <w:i w:val="0"/>
          <w:color w:val="6A6F75"/>
          <w:sz w:val="19"/>
        </w:rPr>
        <w:t>Reizei writes to the Eighth Prince at Uji; his ties to the world.</w:t>
      </w:r>
    </w:p>
    <w:p>
      <w:pPr>
        <w:keepNext/>
        <w:spacing w:after="0"/>
      </w:pPr>
      <w:r>
        <w:rPr>
          <w:rFonts w:ascii="Noto Serif CJK JP" w:hAnsi="Noto Serif CJK JP" w:eastAsia="Noto Serif CJK JP"/>
          <w:b w:val="0"/>
          <w:i w:val="0"/>
          <w:color w:val="222B33"/>
          <w:sz w:val="26"/>
        </w:rPr>
        <w:t>世を厭ふ心は山にかよへども八重立つ雲を君や隔つる</w:t>
      </w:r>
    </w:p>
    <w:p>
      <w:pPr>
        <w:keepNext/>
        <w:spacing w:after="60"/>
      </w:pPr>
      <w:r>
        <w:rPr>
          <w:rFonts w:ascii="Noto Serif CJK JP" w:hAnsi="Noto Serif CJK JP" w:eastAsia="Noto Serif CJK JP"/>
          <w:b w:val="0"/>
          <w:i w:val="0"/>
          <w:color w:val="6A6F75"/>
          <w:sz w:val="19"/>
        </w:rPr>
        <w:t>世をいとふ　／　心は山に　／　かよへとも　／　やへたつ雲を　／　君やへたつる</w:t>
      </w:r>
    </w:p>
    <w:p>
      <w:pPr>
        <w:keepNext/>
        <w:spacing w:after="60"/>
      </w:pPr>
      <w:r>
        <w:rPr>
          <w:b w:val="0"/>
          <w:i/>
          <w:color w:val="222B33"/>
          <w:sz w:val="21"/>
        </w:rPr>
        <w:t>My heart that shuns the world</w:t>
        <w:br/>
      </w:r>
      <w:r>
        <w:rPr>
          <w:b w:val="0"/>
          <w:i/>
          <w:color w:val="222B33"/>
          <w:sz w:val="21"/>
        </w:rPr>
        <w:t>goes to the mountain,</w:t>
        <w:br/>
      </w:r>
      <w:r>
        <w:rPr>
          <w:b w:val="0"/>
          <w:i/>
          <w:color w:val="222B33"/>
          <w:sz w:val="21"/>
        </w:rPr>
        <w:t>but do you keep the eightfold</w:t>
        <w:br/>
      </w:r>
      <w:r>
        <w:rPr>
          <w:b w:val="0"/>
          <w:i/>
          <w:color w:val="222B33"/>
          <w:sz w:val="21"/>
        </w:rPr>
        <w:t>clouds</w:t>
        <w:br/>
      </w:r>
      <w:r>
        <w:rPr>
          <w:b w:val="0"/>
          <w:i/>
          <w:color w:val="222B33"/>
          <w:sz w:val="21"/>
        </w:rPr>
        <w:t>between us?</w:t>
      </w:r>
    </w:p>
    <w:p>
      <w:pPr>
        <w:spacing w:after="40"/>
      </w:pPr>
      <w:r>
        <w:rPr>
          <w:b w:val="0"/>
          <w:i w:val="0"/>
          <w:color w:val="222B33"/>
          <w:sz w:val="19"/>
        </w:rPr>
        <w:t>Clouds above: the palace.</w:t>
      </w:r>
    </w:p>
    <w:p>
      <w:pPr>
        <w:spacing w:after="40"/>
      </w:pPr>
      <w:r>
        <w:rPr>
          <w:b w:val="0"/>
          <w:i w:val="0"/>
          <w:color w:val="6A6F75"/>
          <w:sz w:val="18"/>
        </w:rPr>
        <w:t xml:space="preserve">Answered by </w:t>
      </w:r>
      <w:hyperlink w:anchor="p624">
        <w:r>
          <w:rPr>
            <w:color w:val="2E5A80"/>
            <w:u w:val="single"/>
            <w:sz w:val="18"/>
          </w:rPr>
          <w:t xml:space="preserve">No. 624 (Eighth Prince)</w:t>
        </w:r>
      </w:hyperlink>
    </w:p>
    <w:p>
      <w:pPr>
        <w:keepNext/>
        <w:spacing w:after="20" w:before="200"/>
      </w:pPr>
      <w:bookmarkStart w:id="669" w:name="p624"/>
      <w:r>
        <w:rPr>
          <w:b/>
          <w:i w:val="0"/>
          <w:color w:val="222B33"/>
          <w:sz w:val="22"/>
        </w:rPr>
        <w:t>No. 624</w:t>
      </w:r>
      <w:r>
        <w:rPr>
          <w:b w:val="0"/>
          <w:i w:val="0"/>
          <w:color w:val="6A6F75"/>
          <w:sz w:val="18"/>
        </w:rPr>
        <w:t xml:space="preserve">   Eighth Prince → Reizei Retired Emperor   答 reply</w:t>
      </w:r>
      <w:bookmarkEnd w:id="669"/>
    </w:p>
    <w:p>
      <w:pPr>
        <w:keepNext/>
        <w:spacing w:after="0"/>
      </w:pPr>
      <w:r>
        <w:rPr>
          <w:rFonts w:ascii="Noto Serif CJK JP" w:hAnsi="Noto Serif CJK JP" w:eastAsia="Noto Serif CJK JP"/>
          <w:b w:val="0"/>
          <w:i w:val="0"/>
          <w:color w:val="222B33"/>
          <w:sz w:val="26"/>
        </w:rPr>
        <w:t>あと絶えて心澄むとはなけれども世を宇治山に宿をこそ借れ</w:t>
      </w:r>
    </w:p>
    <w:p>
      <w:pPr>
        <w:keepNext/>
        <w:spacing w:after="60"/>
      </w:pPr>
      <w:r>
        <w:rPr>
          <w:rFonts w:ascii="Noto Serif CJK JP" w:hAnsi="Noto Serif CJK JP" w:eastAsia="Noto Serif CJK JP"/>
          <w:b w:val="0"/>
          <w:i w:val="0"/>
          <w:color w:val="6A6F75"/>
          <w:sz w:val="19"/>
        </w:rPr>
        <w:t>あとたえて　／　心すむとは　／　なけれとも　／　世をうち山に　／　やとをこそかれ</w:t>
      </w:r>
    </w:p>
    <w:p>
      <w:pPr>
        <w:keepNext/>
        <w:spacing w:after="60"/>
      </w:pPr>
      <w:r>
        <w:rPr>
          <w:b w:val="0"/>
          <w:i/>
          <w:color w:val="222B33"/>
          <w:sz w:val="21"/>
        </w:rPr>
        <w:t>My tracks broken off,</w:t>
        <w:br/>
      </w:r>
      <w:r>
        <w:rPr>
          <w:b w:val="0"/>
          <w:i/>
          <w:color w:val="222B33"/>
          <w:sz w:val="21"/>
        </w:rPr>
        <w:t>I do not say my heart is clear,</w:t>
        <w:br/>
      </w:r>
      <w:r>
        <w:rPr>
          <w:b w:val="0"/>
          <w:i/>
          <w:color w:val="222B33"/>
          <w:sz w:val="21"/>
        </w:rPr>
        <w:t>but I have borrowed a lodging</w:t>
        <w:br/>
      </w:r>
      <w:r>
        <w:rPr>
          <w:b w:val="0"/>
          <w:i/>
          <w:color w:val="222B33"/>
          <w:sz w:val="21"/>
        </w:rPr>
        <w:t>on Uji Mountain,</w:t>
        <w:br/>
      </w:r>
      <w:r>
        <w:rPr>
          <w:b w:val="0"/>
          <w:i/>
          <w:color w:val="222B33"/>
          <w:sz w:val="21"/>
        </w:rPr>
        <w:t>weary of the world.</w:t>
      </w:r>
    </w:p>
    <w:p>
      <w:pPr>
        <w:spacing w:after="40"/>
      </w:pPr>
      <w:r>
        <w:rPr>
          <w:b w:val="0"/>
          <w:i w:val="0"/>
          <w:color w:val="222B33"/>
          <w:sz w:val="19"/>
        </w:rPr>
        <w:t>Uji, with u, “weary.” Echoes Kisen’s Kokinshū poem.</w:t>
      </w:r>
    </w:p>
    <w:p>
      <w:pPr>
        <w:spacing w:after="40"/>
      </w:pPr>
      <w:r>
        <w:rPr>
          <w:b/>
          <w:i w:val="0"/>
          <w:color w:val="6A6F75"/>
          <w:sz w:val="18"/>
        </w:rPr>
        <w:t xml:space="preserve">Allusion. </w:t>
      </w:r>
      <w:hyperlink r:id="rId23">
        <w:r>
          <w:rPr>
            <w:color w:val="2E5A80"/>
            <w:u w:val="single"/>
            <w:sz w:val="19"/>
          </w:rPr>
          <w:t xml:space="preserve">Kokinshū 983 (Kisen)</w:t>
        </w:r>
      </w:hyperlink>
      <w:r>
        <w:rPr>
          <w:rFonts w:ascii="Noto Serif CJK JP" w:hAnsi="Noto Serif CJK JP" w:eastAsia="Noto Serif CJK JP"/>
          <w:b w:val="0"/>
          <w:i w:val="0"/>
          <w:sz w:val="20"/>
        </w:rPr>
        <w:t xml:space="preserve">  わかいほは宮このたつみしかそすむ世をうち山と人はいふなり</w:t>
      </w:r>
      <w:r>
        <w:rPr>
          <w:b w:val="0"/>
          <w:i w:val="0"/>
          <w:sz w:val="19"/>
        </w:rPr>
        <w:t xml:space="preserve">  “My hut is southeast of the capital, and so I live; people say I have fled the weary world to Uji Mountain.”</w:t>
      </w:r>
    </w:p>
    <w:p>
      <w:pPr>
        <w:spacing w:after="40"/>
      </w:pPr>
      <w:r>
        <w:rPr>
          <w:b w:val="0"/>
          <w:i w:val="0"/>
          <w:color w:val="6A6F75"/>
          <w:sz w:val="18"/>
        </w:rPr>
        <w:t xml:space="preserve">In reply to </w:t>
      </w:r>
      <w:hyperlink w:anchor="p623">
        <w:r>
          <w:rPr>
            <w:color w:val="2E5A80"/>
            <w:u w:val="single"/>
            <w:sz w:val="18"/>
          </w:rPr>
          <w:t xml:space="preserve">No. 623 (Reizei Retired Emperor)</w:t>
        </w:r>
      </w:hyperlink>
    </w:p>
    <w:p>
      <w:pPr>
        <w:keepNext/>
        <w:spacing w:after="20" w:before="200"/>
      </w:pPr>
      <w:bookmarkStart w:id="670" w:name="p625"/>
      <w:r>
        <w:rPr>
          <w:b/>
          <w:i w:val="0"/>
          <w:color w:val="222B33"/>
          <w:sz w:val="22"/>
        </w:rPr>
        <w:t>No. 625</w:t>
      </w:r>
      <w:r>
        <w:rPr>
          <w:b w:val="0"/>
          <w:i w:val="0"/>
          <w:color w:val="6A6F75"/>
          <w:sz w:val="18"/>
        </w:rPr>
        <w:t xml:space="preserve">   Kaoru   独 solo</w:t>
      </w:r>
      <w:bookmarkEnd w:id="670"/>
    </w:p>
    <w:p>
      <w:pPr>
        <w:keepNext/>
        <w:spacing w:after="40"/>
      </w:pPr>
      <w:r>
        <w:rPr>
          <w:b/>
          <w:i w:val="0"/>
          <w:color w:val="6A6F75"/>
          <w:sz w:val="18"/>
        </w:rPr>
        <w:t xml:space="preserve">Context. </w:t>
      </w:r>
      <w:r>
        <w:rPr>
          <w:b w:val="0"/>
          <w:i w:val="0"/>
          <w:color w:val="6A6F75"/>
          <w:sz w:val="19"/>
        </w:rPr>
        <w:t>Kaoru on the way to Uji through the mountain storm; his piety draws him to the Eighth Prince.</w:t>
      </w:r>
    </w:p>
    <w:p>
      <w:pPr>
        <w:keepNext/>
        <w:spacing w:after="0"/>
      </w:pPr>
      <w:r>
        <w:rPr>
          <w:rFonts w:ascii="Noto Serif CJK JP" w:hAnsi="Noto Serif CJK JP" w:eastAsia="Noto Serif CJK JP"/>
          <w:b w:val="0"/>
          <w:i w:val="0"/>
          <w:color w:val="222B33"/>
          <w:sz w:val="26"/>
        </w:rPr>
        <w:t>山おろしに耐へぬ木の葉の露よりもあやなくもろきわが涙かな</w:t>
      </w:r>
    </w:p>
    <w:p>
      <w:pPr>
        <w:keepNext/>
        <w:spacing w:after="60"/>
      </w:pPr>
      <w:r>
        <w:rPr>
          <w:rFonts w:ascii="Noto Serif CJK JP" w:hAnsi="Noto Serif CJK JP" w:eastAsia="Noto Serif CJK JP"/>
          <w:b w:val="0"/>
          <w:i w:val="0"/>
          <w:color w:val="6A6F75"/>
          <w:sz w:val="19"/>
        </w:rPr>
        <w:t>山おろしに　／　たえぬこの葉の　／　露よりも　／　あやなくもろき　／　我涙かな</w:t>
      </w:r>
    </w:p>
    <w:p>
      <w:pPr>
        <w:keepNext/>
        <w:spacing w:after="60"/>
      </w:pPr>
      <w:r>
        <w:rPr>
          <w:b w:val="0"/>
          <w:i/>
          <w:color w:val="222B33"/>
          <w:sz w:val="21"/>
        </w:rPr>
        <w:t>Than dew on the leaves</w:t>
        <w:br/>
      </w:r>
      <w:r>
        <w:rPr>
          <w:b w:val="0"/>
          <w:i/>
          <w:color w:val="222B33"/>
          <w:sz w:val="21"/>
        </w:rPr>
        <w:t>that cannot bear the mountain gust,</w:t>
        <w:br/>
      </w:r>
      <w:r>
        <w:rPr>
          <w:b w:val="0"/>
          <w:i/>
          <w:color w:val="222B33"/>
          <w:sz w:val="21"/>
        </w:rPr>
        <w:t>my tears are more</w:t>
        <w:br/>
      </w:r>
      <w:r>
        <w:rPr>
          <w:b w:val="0"/>
          <w:i/>
          <w:color w:val="222B33"/>
          <w:sz w:val="21"/>
        </w:rPr>
        <w:t>senselessly</w:t>
        <w:br/>
      </w:r>
      <w:r>
        <w:rPr>
          <w:b w:val="0"/>
          <w:i/>
          <w:color w:val="222B33"/>
          <w:sz w:val="21"/>
        </w:rPr>
        <w:t>frail.</w:t>
      </w:r>
    </w:p>
    <w:p>
      <w:pPr>
        <w:keepNext/>
        <w:spacing w:after="20" w:before="200"/>
      </w:pPr>
      <w:bookmarkStart w:id="671" w:name="p626"/>
      <w:r>
        <w:rPr>
          <w:b/>
          <w:i w:val="0"/>
          <w:color w:val="222B33"/>
          <w:sz w:val="22"/>
        </w:rPr>
        <w:t>No. 626</w:t>
      </w:r>
      <w:r>
        <w:rPr>
          <w:b w:val="0"/>
          <w:i w:val="0"/>
          <w:color w:val="6A6F75"/>
          <w:sz w:val="18"/>
        </w:rPr>
        <w:t xml:space="preserve">   Kaoru → Ōigimi   贈 sent</w:t>
      </w:r>
      <w:bookmarkEnd w:id="671"/>
    </w:p>
    <w:p>
      <w:pPr>
        <w:keepNext/>
        <w:spacing w:after="40"/>
      </w:pPr>
      <w:r>
        <w:rPr>
          <w:b/>
          <w:i w:val="0"/>
          <w:color w:val="6A6F75"/>
          <w:sz w:val="18"/>
        </w:rPr>
        <w:t xml:space="preserve">Context. </w:t>
      </w:r>
      <w:r>
        <w:rPr>
          <w:b w:val="0"/>
          <w:i w:val="0"/>
          <w:color w:val="6A6F75"/>
          <w:sz w:val="19"/>
        </w:rPr>
        <w:t>Kaoru glimpses the sisters at Uji by moonlight and courts Ōigimi.</w:t>
      </w:r>
    </w:p>
    <w:p>
      <w:pPr>
        <w:keepNext/>
        <w:spacing w:after="0"/>
      </w:pPr>
      <w:r>
        <w:rPr>
          <w:rFonts w:ascii="Noto Serif CJK JP" w:hAnsi="Noto Serif CJK JP" w:eastAsia="Noto Serif CJK JP"/>
          <w:b w:val="0"/>
          <w:i w:val="0"/>
          <w:color w:val="222B33"/>
          <w:sz w:val="26"/>
        </w:rPr>
        <w:t>あさぼらけ家路も見えず尋ね来し槙の尾山は霧こめてけり</w:t>
      </w:r>
    </w:p>
    <w:p>
      <w:pPr>
        <w:keepNext/>
        <w:spacing w:after="60"/>
      </w:pPr>
      <w:r>
        <w:rPr>
          <w:rFonts w:ascii="Noto Serif CJK JP" w:hAnsi="Noto Serif CJK JP" w:eastAsia="Noto Serif CJK JP"/>
          <w:b w:val="0"/>
          <w:i w:val="0"/>
          <w:color w:val="6A6F75"/>
          <w:sz w:val="19"/>
        </w:rPr>
        <w:t>あさほらけ　／　家路もみえす　／　たつねこし　／　まきのを山は　／　霧こめてけり</w:t>
      </w:r>
    </w:p>
    <w:p>
      <w:pPr>
        <w:keepNext/>
        <w:spacing w:after="60"/>
      </w:pPr>
      <w:r>
        <w:rPr>
          <w:b w:val="0"/>
          <w:i/>
          <w:color w:val="222B33"/>
          <w:sz w:val="21"/>
        </w:rPr>
        <w:t>At dawn I cannot see</w:t>
        <w:br/>
      </w:r>
      <w:r>
        <w:rPr>
          <w:b w:val="0"/>
          <w:i/>
          <w:color w:val="222B33"/>
          <w:sz w:val="21"/>
        </w:rPr>
        <w:t>even the road home:</w:t>
        <w:br/>
      </w:r>
      <w:r>
        <w:rPr>
          <w:b w:val="0"/>
          <w:i/>
          <w:color w:val="222B33"/>
          <w:sz w:val="21"/>
        </w:rPr>
        <w:t>Maki-no-o Mountain,</w:t>
        <w:br/>
      </w:r>
      <w:r>
        <w:rPr>
          <w:b w:val="0"/>
          <w:i/>
          <w:color w:val="222B33"/>
          <w:sz w:val="21"/>
        </w:rPr>
        <w:t>where I came seeking,</w:t>
        <w:br/>
      </w:r>
      <w:r>
        <w:rPr>
          <w:b w:val="0"/>
          <w:i/>
          <w:color w:val="222B33"/>
          <w:sz w:val="21"/>
        </w:rPr>
        <w:t>is closed in mist.</w:t>
      </w:r>
    </w:p>
    <w:p>
      <w:pPr>
        <w:spacing w:after="40"/>
      </w:pPr>
      <w:r>
        <w:rPr>
          <w:b w:val="0"/>
          <w:i w:val="0"/>
          <w:color w:val="6A6F75"/>
          <w:sz w:val="18"/>
        </w:rPr>
        <w:t xml:space="preserve">Answered by </w:t>
      </w:r>
      <w:hyperlink w:anchor="p627">
        <w:r>
          <w:rPr>
            <w:color w:val="2E5A80"/>
            <w:u w:val="single"/>
            <w:sz w:val="18"/>
          </w:rPr>
          <w:t xml:space="preserve">No. 627 (Ōigimi)</w:t>
        </w:r>
      </w:hyperlink>
    </w:p>
    <w:p>
      <w:pPr>
        <w:keepNext/>
        <w:spacing w:after="20" w:before="200"/>
      </w:pPr>
      <w:bookmarkStart w:id="672" w:name="p627"/>
      <w:r>
        <w:rPr>
          <w:b/>
          <w:i w:val="0"/>
          <w:color w:val="222B33"/>
          <w:sz w:val="22"/>
        </w:rPr>
        <w:t>No. 627</w:t>
      </w:r>
      <w:r>
        <w:rPr>
          <w:b w:val="0"/>
          <w:i w:val="0"/>
          <w:color w:val="6A6F75"/>
          <w:sz w:val="18"/>
        </w:rPr>
        <w:t xml:space="preserve">   Ōigimi → Kaoru   答 reply</w:t>
      </w:r>
      <w:bookmarkEnd w:id="672"/>
    </w:p>
    <w:p>
      <w:pPr>
        <w:keepNext/>
        <w:spacing w:after="0"/>
      </w:pPr>
      <w:r>
        <w:rPr>
          <w:rFonts w:ascii="Noto Serif CJK JP" w:hAnsi="Noto Serif CJK JP" w:eastAsia="Noto Serif CJK JP"/>
          <w:b w:val="0"/>
          <w:i w:val="0"/>
          <w:color w:val="222B33"/>
          <w:sz w:val="26"/>
        </w:rPr>
        <w:t>雲のゐる峰のかけ路を秋霧のいとど隔つるころにもあるかな</w:t>
      </w:r>
    </w:p>
    <w:p>
      <w:pPr>
        <w:keepNext/>
        <w:spacing w:after="60"/>
      </w:pPr>
      <w:r>
        <w:rPr>
          <w:rFonts w:ascii="Noto Serif CJK JP" w:hAnsi="Noto Serif CJK JP" w:eastAsia="Noto Serif CJK JP"/>
          <w:b w:val="0"/>
          <w:i w:val="0"/>
          <w:color w:val="6A6F75"/>
          <w:sz w:val="19"/>
        </w:rPr>
        <w:t>雲のゐる　／　嶺のかけちを　／　秋きりの　／　いとゝへたつる　／　ころにもあるかな</w:t>
      </w:r>
    </w:p>
    <w:p>
      <w:pPr>
        <w:keepNext/>
        <w:spacing w:after="60"/>
      </w:pPr>
      <w:r>
        <w:rPr>
          <w:b w:val="0"/>
          <w:i/>
          <w:color w:val="222B33"/>
          <w:sz w:val="21"/>
        </w:rPr>
        <w:t>The clinging path</w:t>
        <w:br/>
      </w:r>
      <w:r>
        <w:rPr>
          <w:b w:val="0"/>
          <w:i/>
          <w:color w:val="222B33"/>
          <w:sz w:val="21"/>
        </w:rPr>
        <w:t>along the peak where clouds rest</w:t>
        <w:br/>
      </w:r>
      <w:r>
        <w:rPr>
          <w:b w:val="0"/>
          <w:i/>
          <w:color w:val="222B33"/>
          <w:sz w:val="21"/>
        </w:rPr>
        <w:t>is now so much</w:t>
        <w:br/>
      </w:r>
      <w:r>
        <w:rPr>
          <w:b w:val="0"/>
          <w:i/>
          <w:color w:val="222B33"/>
          <w:sz w:val="21"/>
        </w:rPr>
        <w:t>the more cut off</w:t>
        <w:br/>
      </w:r>
      <w:r>
        <w:rPr>
          <w:b w:val="0"/>
          <w:i/>
          <w:color w:val="222B33"/>
          <w:sz w:val="21"/>
        </w:rPr>
        <w:t>by autumn mist.</w:t>
      </w:r>
    </w:p>
    <w:p>
      <w:pPr>
        <w:spacing w:after="40"/>
      </w:pPr>
      <w:r>
        <w:rPr>
          <w:b w:val="0"/>
          <w:i w:val="0"/>
          <w:color w:val="6A6F75"/>
          <w:sz w:val="18"/>
        </w:rPr>
        <w:t xml:space="preserve">In reply to </w:t>
      </w:r>
      <w:hyperlink w:anchor="p626">
        <w:r>
          <w:rPr>
            <w:color w:val="2E5A80"/>
            <w:u w:val="single"/>
            <w:sz w:val="18"/>
          </w:rPr>
          <w:t xml:space="preserve">No. 626 (Kaoru)</w:t>
        </w:r>
      </w:hyperlink>
    </w:p>
    <w:p>
      <w:pPr>
        <w:keepNext/>
        <w:spacing w:after="20" w:before="200"/>
      </w:pPr>
      <w:bookmarkStart w:id="673" w:name="p628"/>
      <w:r>
        <w:rPr>
          <w:b/>
          <w:i w:val="0"/>
          <w:color w:val="222B33"/>
          <w:sz w:val="22"/>
        </w:rPr>
        <w:t>No. 628</w:t>
      </w:r>
      <w:r>
        <w:rPr>
          <w:b w:val="0"/>
          <w:i w:val="0"/>
          <w:color w:val="6A6F75"/>
          <w:sz w:val="18"/>
        </w:rPr>
        <w:t xml:space="preserve">   Kaoru → Ōigimi   贈 sent</w:t>
      </w:r>
      <w:bookmarkEnd w:id="673"/>
    </w:p>
    <w:p>
      <w:pPr>
        <w:keepNext/>
        <w:spacing w:after="40"/>
      </w:pPr>
      <w:r>
        <w:rPr>
          <w:b/>
          <w:i w:val="0"/>
          <w:color w:val="6A6F75"/>
          <w:sz w:val="18"/>
        </w:rPr>
        <w:t xml:space="preserve">Context. </w:t>
      </w:r>
      <w:r>
        <w:rPr>
          <w:b w:val="0"/>
          <w:i w:val="0"/>
          <w:color w:val="6A6F75"/>
          <w:sz w:val="19"/>
        </w:rPr>
        <w:t>Kaoru to Ōigimi after his first visit to the Uji sisters.</w:t>
      </w:r>
    </w:p>
    <w:p>
      <w:pPr>
        <w:keepNext/>
        <w:spacing w:after="0"/>
      </w:pPr>
      <w:r>
        <w:rPr>
          <w:rFonts w:ascii="Noto Serif CJK JP" w:hAnsi="Noto Serif CJK JP" w:eastAsia="Noto Serif CJK JP"/>
          <w:b w:val="0"/>
          <w:i w:val="0"/>
          <w:color w:val="222B33"/>
          <w:sz w:val="26"/>
        </w:rPr>
        <w:t>橋姫の心を汲みて高瀬さす棹のしづくに袖ぞ濡れぬる</w:t>
      </w:r>
    </w:p>
    <w:p>
      <w:pPr>
        <w:keepNext/>
        <w:spacing w:after="60"/>
      </w:pPr>
      <w:r>
        <w:rPr>
          <w:rFonts w:ascii="Noto Serif CJK JP" w:hAnsi="Noto Serif CJK JP" w:eastAsia="Noto Serif CJK JP"/>
          <w:b w:val="0"/>
          <w:i w:val="0"/>
          <w:color w:val="6A6F75"/>
          <w:sz w:val="19"/>
        </w:rPr>
        <w:t>橋ひめの　／　心をくみて　／　たかせさす　／　さほのしつくに　／　袖そぬれぬる</w:t>
      </w:r>
    </w:p>
    <w:p>
      <w:pPr>
        <w:keepNext/>
        <w:spacing w:after="60"/>
      </w:pPr>
      <w:r>
        <w:rPr>
          <w:b w:val="0"/>
          <w:i/>
          <w:color w:val="222B33"/>
          <w:sz w:val="21"/>
        </w:rPr>
        <w:t>Drawing from the heart</w:t>
        <w:br/>
      </w:r>
      <w:r>
        <w:rPr>
          <w:b w:val="0"/>
          <w:i/>
          <w:color w:val="222B33"/>
          <w:sz w:val="21"/>
        </w:rPr>
        <w:t>of the Lady of the Bridge, my sleeve</w:t>
        <w:br/>
      </w:r>
      <w:r>
        <w:rPr>
          <w:b w:val="0"/>
          <w:i/>
          <w:color w:val="222B33"/>
          <w:sz w:val="21"/>
        </w:rPr>
        <w:t>is wet with drops</w:t>
        <w:br/>
      </w:r>
      <w:r>
        <w:rPr>
          <w:b w:val="0"/>
          <w:i/>
          <w:color w:val="222B33"/>
          <w:sz w:val="21"/>
        </w:rPr>
        <w:t>from the pole that pushes</w:t>
        <w:br/>
      </w:r>
      <w:r>
        <w:rPr>
          <w:b w:val="0"/>
          <w:i/>
          <w:color w:val="222B33"/>
          <w:sz w:val="21"/>
        </w:rPr>
        <w:t>the shallows boat.</w:t>
      </w:r>
    </w:p>
    <w:p>
      <w:pPr>
        <w:spacing w:after="40"/>
      </w:pPr>
      <w:r>
        <w:rPr>
          <w:b w:val="0"/>
          <w:i w:val="0"/>
          <w:color w:val="222B33"/>
          <w:sz w:val="19"/>
        </w:rPr>
        <w:t>Hashihime, guardian of Uji Bridge, names the chapter. Kumu: “draw” water and “understand.”</w:t>
      </w:r>
    </w:p>
    <w:p>
      <w:pPr>
        <w:spacing w:after="40"/>
      </w:pPr>
      <w:r>
        <w:rPr>
          <w:b w:val="0"/>
          <w:i w:val="0"/>
          <w:color w:val="6A6F75"/>
          <w:sz w:val="18"/>
        </w:rPr>
        <w:t xml:space="preserve">Answered by </w:t>
      </w:r>
      <w:hyperlink w:anchor="p629">
        <w:r>
          <w:rPr>
            <w:color w:val="2E5A80"/>
            <w:u w:val="single"/>
            <w:sz w:val="18"/>
          </w:rPr>
          <w:t xml:space="preserve">No. 629 (Ōigimi)</w:t>
        </w:r>
      </w:hyperlink>
      <w:r>
        <w:rPr>
          <w:b w:val="0"/>
          <w:i w:val="0"/>
          <w:color w:val="6A6F75"/>
          <w:sz w:val="18"/>
        </w:rPr>
        <w:t xml:space="preserve">   ·   </w:t>
      </w:r>
      <w:r>
        <w:rPr>
          <w:b w:val="0"/>
          <w:i w:val="0"/>
          <w:color w:val="6A6F75"/>
          <w:sz w:val="18"/>
        </w:rPr>
        <w:t xml:space="preserve">Echo, The Lady of the Bridge and Uji Bridge: </w:t>
      </w:r>
      <w:hyperlink w:anchor="p666">
        <w:r>
          <w:rPr>
            <w:color w:val="2E5A80"/>
            <w:u w:val="single"/>
            <w:sz w:val="18"/>
          </w:rPr>
          <w:t xml:space="preserve">No. 666</w:t>
        </w:r>
      </w:hyperlink>
      <w:r>
        <w:rPr>
          <w:b w:val="0"/>
          <w:i w:val="0"/>
          <w:color w:val="6A6F75"/>
          <w:sz w:val="18"/>
        </w:rPr>
        <w:t xml:space="preserve">, </w:t>
      </w:r>
      <w:hyperlink w:anchor="p667">
        <w:r>
          <w:rPr>
            <w:color w:val="2E5A80"/>
            <w:u w:val="single"/>
            <w:sz w:val="18"/>
          </w:rPr>
          <w:t xml:space="preserve">No. 667</w:t>
        </w:r>
      </w:hyperlink>
      <w:r>
        <w:rPr>
          <w:b w:val="0"/>
          <w:i w:val="0"/>
          <w:color w:val="6A6F75"/>
          <w:sz w:val="18"/>
        </w:rPr>
        <w:t xml:space="preserve">, </w:t>
      </w:r>
      <w:hyperlink w:anchor="p739">
        <w:r>
          <w:rPr>
            <w:color w:val="2E5A80"/>
            <w:u w:val="single"/>
            <w:sz w:val="18"/>
          </w:rPr>
          <w:t xml:space="preserve">No. 739</w:t>
        </w:r>
      </w:hyperlink>
      <w:r>
        <w:rPr>
          <w:b w:val="0"/>
          <w:i w:val="0"/>
          <w:color w:val="6A6F75"/>
          <w:sz w:val="18"/>
        </w:rPr>
        <w:t xml:space="preserve">, </w:t>
      </w:r>
      <w:hyperlink w:anchor="p740">
        <w:r>
          <w:rPr>
            <w:color w:val="2E5A80"/>
            <w:u w:val="single"/>
            <w:sz w:val="18"/>
          </w:rPr>
          <w:t xml:space="preserve">No. 740</w:t>
        </w:r>
      </w:hyperlink>
    </w:p>
    <w:p>
      <w:pPr>
        <w:keepNext/>
        <w:spacing w:after="20" w:before="200"/>
      </w:pPr>
      <w:bookmarkStart w:id="674" w:name="p629"/>
      <w:r>
        <w:rPr>
          <w:b/>
          <w:i w:val="0"/>
          <w:color w:val="222B33"/>
          <w:sz w:val="22"/>
        </w:rPr>
        <w:t>No. 629</w:t>
      </w:r>
      <w:r>
        <w:rPr>
          <w:b w:val="0"/>
          <w:i w:val="0"/>
          <w:color w:val="6A6F75"/>
          <w:sz w:val="18"/>
        </w:rPr>
        <w:t xml:space="preserve">   Ōigimi → Kaoru   答 reply</w:t>
      </w:r>
      <w:bookmarkEnd w:id="674"/>
    </w:p>
    <w:p>
      <w:pPr>
        <w:keepNext/>
        <w:spacing w:after="0"/>
      </w:pPr>
      <w:r>
        <w:rPr>
          <w:rFonts w:ascii="Noto Serif CJK JP" w:hAnsi="Noto Serif CJK JP" w:eastAsia="Noto Serif CJK JP"/>
          <w:b w:val="0"/>
          <w:i w:val="0"/>
          <w:color w:val="222B33"/>
          <w:sz w:val="26"/>
        </w:rPr>
        <w:t>さしかへる宇治の河長朝夕のしづくや袖を朽たし果つらむ</w:t>
      </w:r>
    </w:p>
    <w:p>
      <w:pPr>
        <w:keepNext/>
        <w:spacing w:after="60"/>
      </w:pPr>
      <w:r>
        <w:rPr>
          <w:rFonts w:ascii="Noto Serif CJK JP" w:hAnsi="Noto Serif CJK JP" w:eastAsia="Noto Serif CJK JP"/>
          <w:b w:val="0"/>
          <w:i w:val="0"/>
          <w:color w:val="6A6F75"/>
          <w:sz w:val="19"/>
        </w:rPr>
        <w:t>さしかへる　／　うちの河おさ　／　あさ夕の　／　しつくや袖を　／　くたしはつらむ</w:t>
      </w:r>
    </w:p>
    <w:p>
      <w:pPr>
        <w:keepNext/>
        <w:spacing w:after="60"/>
      </w:pPr>
      <w:r>
        <w:rPr>
          <w:b w:val="0"/>
          <w:i/>
          <w:color w:val="222B33"/>
          <w:sz w:val="21"/>
        </w:rPr>
        <w:t>The Uji ferryman</w:t>
        <w:br/>
      </w:r>
      <w:r>
        <w:rPr>
          <w:b w:val="0"/>
          <w:i/>
          <w:color w:val="222B33"/>
          <w:sz w:val="21"/>
        </w:rPr>
        <w:t>poling back and forth:</w:t>
        <w:br/>
      </w:r>
      <w:r>
        <w:rPr>
          <w:b w:val="0"/>
          <w:i/>
          <w:color w:val="222B33"/>
          <w:sz w:val="21"/>
        </w:rPr>
        <w:t>the drops of morning and evening</w:t>
        <w:br/>
      </w:r>
      <w:r>
        <w:rPr>
          <w:b w:val="0"/>
          <w:i/>
          <w:color w:val="222B33"/>
          <w:sz w:val="21"/>
        </w:rPr>
        <w:t>must have rotted</w:t>
        <w:br/>
      </w:r>
      <w:r>
        <w:rPr>
          <w:b w:val="0"/>
          <w:i/>
          <w:color w:val="222B33"/>
          <w:sz w:val="21"/>
        </w:rPr>
        <w:t>his sleeves.</w:t>
      </w:r>
    </w:p>
    <w:p>
      <w:pPr>
        <w:spacing w:after="40"/>
      </w:pPr>
      <w:r>
        <w:rPr>
          <w:b w:val="0"/>
          <w:i w:val="0"/>
          <w:color w:val="6A6F75"/>
          <w:sz w:val="18"/>
        </w:rPr>
        <w:t xml:space="preserve">In reply to </w:t>
      </w:r>
      <w:hyperlink w:anchor="p628">
        <w:r>
          <w:rPr>
            <w:color w:val="2E5A80"/>
            <w:u w:val="single"/>
            <w:sz w:val="18"/>
          </w:rPr>
          <w:t xml:space="preserve">No. 628 (Kaoru)</w:t>
        </w:r>
      </w:hyperlink>
    </w:p>
    <w:p>
      <w:pPr>
        <w:keepNext/>
        <w:spacing w:after="20" w:before="200"/>
      </w:pPr>
      <w:bookmarkStart w:id="675" w:name="p630"/>
      <w:r>
        <w:rPr>
          <w:b/>
          <w:i w:val="0"/>
          <w:color w:val="222B33"/>
          <w:sz w:val="22"/>
        </w:rPr>
        <w:t>No. 630</w:t>
      </w:r>
      <w:r>
        <w:rPr>
          <w:b w:val="0"/>
          <w:i w:val="0"/>
          <w:color w:val="6A6F75"/>
          <w:sz w:val="18"/>
        </w:rPr>
        <w:t xml:space="preserve">   Kashiwagi → the Third Princess   贈:独 sent / solo</w:t>
      </w:r>
      <w:bookmarkEnd w:id="675"/>
    </w:p>
    <w:p>
      <w:pPr>
        <w:keepNext/>
        <w:spacing w:after="40"/>
      </w:pPr>
      <w:r>
        <w:rPr>
          <w:b/>
          <w:i w:val="0"/>
          <w:color w:val="6A6F75"/>
          <w:sz w:val="18"/>
        </w:rPr>
        <w:t xml:space="preserve">Context. </w:t>
      </w:r>
      <w:r>
        <w:rPr>
          <w:b w:val="0"/>
          <w:i w:val="0"/>
          <w:color w:val="6A6F75"/>
          <w:sz w:val="19"/>
        </w:rPr>
        <w:t>One of Kashiwagi’s old letters, given to Kaoru by Ben; the secret of his birth.</w:t>
      </w:r>
    </w:p>
    <w:p>
      <w:pPr>
        <w:keepNext/>
        <w:spacing w:after="0"/>
      </w:pPr>
      <w:r>
        <w:rPr>
          <w:rFonts w:ascii="Noto Serif CJK JP" w:hAnsi="Noto Serif CJK JP" w:eastAsia="Noto Serif CJK JP"/>
          <w:b w:val="0"/>
          <w:i w:val="0"/>
          <w:color w:val="222B33"/>
          <w:sz w:val="26"/>
        </w:rPr>
        <w:t>目の前にこの世を背く君よりもよそに別るる魂ぞ悲しき</w:t>
      </w:r>
    </w:p>
    <w:p>
      <w:pPr>
        <w:keepNext/>
        <w:spacing w:after="60"/>
      </w:pPr>
      <w:r>
        <w:rPr>
          <w:rFonts w:ascii="Noto Serif CJK JP" w:hAnsi="Noto Serif CJK JP" w:eastAsia="Noto Serif CJK JP"/>
          <w:b w:val="0"/>
          <w:i w:val="0"/>
          <w:color w:val="6A6F75"/>
          <w:sz w:val="19"/>
        </w:rPr>
        <w:t>めのまへに　／　この世をそむく　／　君よりも　／　よそにわかるゝ　／　玉そかなしき</w:t>
      </w:r>
    </w:p>
    <w:p>
      <w:pPr>
        <w:keepNext/>
        <w:spacing w:after="60"/>
      </w:pPr>
      <w:r>
        <w:rPr>
          <w:b w:val="0"/>
          <w:i/>
          <w:color w:val="222B33"/>
          <w:sz w:val="21"/>
        </w:rPr>
        <w:t>More than you,</w:t>
        <w:br/>
      </w:r>
      <w:r>
        <w:rPr>
          <w:b w:val="0"/>
          <w:i/>
          <w:color w:val="222B33"/>
          <w:sz w:val="21"/>
        </w:rPr>
        <w:t>turning from this world before my eyes,</w:t>
        <w:br/>
      </w:r>
      <w:r>
        <w:rPr>
          <w:b w:val="0"/>
          <w:i/>
          <w:color w:val="222B33"/>
          <w:sz w:val="21"/>
        </w:rPr>
        <w:t>it is the soul that parts</w:t>
        <w:br/>
      </w:r>
      <w:r>
        <w:rPr>
          <w:b w:val="0"/>
          <w:i/>
          <w:color w:val="222B33"/>
          <w:sz w:val="21"/>
        </w:rPr>
        <w:t>from afar</w:t>
        <w:br/>
      </w:r>
      <w:r>
        <w:rPr>
          <w:b w:val="0"/>
          <w:i/>
          <w:color w:val="222B33"/>
          <w:sz w:val="21"/>
        </w:rPr>
        <w:t>that grieves.</w:t>
      </w:r>
    </w:p>
    <w:p>
      <w:pPr>
        <w:spacing w:after="40"/>
      </w:pPr>
      <w:r>
        <w:rPr>
          <w:b w:val="0"/>
          <w:i w:val="0"/>
          <w:color w:val="222B33"/>
          <w:sz w:val="19"/>
        </w:rPr>
        <w:t>Found in the old letters Ben gives Kaoru.</w:t>
      </w:r>
    </w:p>
    <w:p>
      <w:pPr>
        <w:keepNext/>
        <w:spacing w:after="20" w:before="200"/>
      </w:pPr>
      <w:bookmarkStart w:id="676" w:name="p631"/>
      <w:r>
        <w:rPr>
          <w:b/>
          <w:i w:val="0"/>
          <w:color w:val="222B33"/>
          <w:sz w:val="22"/>
        </w:rPr>
        <w:t>No. 631</w:t>
      </w:r>
      <w:r>
        <w:rPr>
          <w:b w:val="0"/>
          <w:i w:val="0"/>
          <w:color w:val="6A6F75"/>
          <w:sz w:val="18"/>
        </w:rPr>
        <w:t xml:space="preserve">   Kashiwagi → the Third Princess   贈:独 sent / solo</w:t>
      </w:r>
      <w:bookmarkEnd w:id="676"/>
    </w:p>
    <w:p>
      <w:pPr>
        <w:keepNext/>
        <w:spacing w:after="40"/>
      </w:pPr>
      <w:r>
        <w:rPr>
          <w:b/>
          <w:i w:val="0"/>
          <w:color w:val="6A6F75"/>
          <w:sz w:val="18"/>
        </w:rPr>
        <w:t xml:space="preserve">Context. </w:t>
      </w:r>
      <w:r>
        <w:rPr>
          <w:b w:val="0"/>
          <w:i w:val="0"/>
          <w:color w:val="6A6F75"/>
          <w:sz w:val="19"/>
        </w:rPr>
        <w:t>Kashiwagi’s letter to the Third Princess on their son; Kaoru learns the truth.</w:t>
      </w:r>
    </w:p>
    <w:p>
      <w:pPr>
        <w:keepNext/>
        <w:spacing w:after="0"/>
      </w:pPr>
      <w:r>
        <w:rPr>
          <w:rFonts w:ascii="Noto Serif CJK JP" w:hAnsi="Noto Serif CJK JP" w:eastAsia="Noto Serif CJK JP"/>
          <w:b w:val="0"/>
          <w:i w:val="0"/>
          <w:color w:val="222B33"/>
          <w:sz w:val="26"/>
        </w:rPr>
        <w:t>命あらばそれとも見まし人知れぬ岩根にとめし松の生ひ末</w:t>
      </w:r>
    </w:p>
    <w:p>
      <w:pPr>
        <w:keepNext/>
        <w:spacing w:after="60"/>
      </w:pPr>
      <w:r>
        <w:rPr>
          <w:rFonts w:ascii="Noto Serif CJK JP" w:hAnsi="Noto Serif CJK JP" w:eastAsia="Noto Serif CJK JP"/>
          <w:b w:val="0"/>
          <w:i w:val="0"/>
          <w:color w:val="6A6F75"/>
          <w:sz w:val="19"/>
        </w:rPr>
        <w:t>命あらは　／　それともみまし　／　人しれぬ　／　岩ねにとめし　／　松のおいすゑ</w:t>
      </w:r>
    </w:p>
    <w:p>
      <w:pPr>
        <w:keepNext/>
        <w:spacing w:after="60"/>
      </w:pPr>
      <w:r>
        <w:rPr>
          <w:b w:val="0"/>
          <w:i/>
          <w:color w:val="222B33"/>
          <w:sz w:val="21"/>
        </w:rPr>
        <w:t>If I live, I might</w:t>
        <w:br/>
      </w:r>
      <w:r>
        <w:rPr>
          <w:b w:val="0"/>
          <w:i/>
          <w:color w:val="222B33"/>
          <w:sz w:val="21"/>
        </w:rPr>
        <w:t>see it as mine: the growth</w:t>
        <w:br/>
      </w:r>
      <w:r>
        <w:rPr>
          <w:b w:val="0"/>
          <w:i/>
          <w:color w:val="222B33"/>
          <w:sz w:val="21"/>
        </w:rPr>
        <w:t>of the pine left</w:t>
        <w:br/>
      </w:r>
      <w:r>
        <w:rPr>
          <w:b w:val="0"/>
          <w:i/>
          <w:color w:val="222B33"/>
          <w:sz w:val="21"/>
        </w:rPr>
        <w:t>on the rock’s root</w:t>
        <w:br/>
      </w:r>
      <w:r>
        <w:rPr>
          <w:b w:val="0"/>
          <w:i/>
          <w:color w:val="222B33"/>
          <w:sz w:val="21"/>
        </w:rPr>
        <w:t>unknown to all.</w:t>
      </w:r>
    </w:p>
    <w:p>
      <w:pPr>
        <w:spacing w:after="40"/>
      </w:pPr>
      <w:r>
        <w:rPr>
          <w:b w:val="0"/>
          <w:i w:val="0"/>
          <w:color w:val="222B33"/>
          <w:sz w:val="19"/>
        </w:rPr>
        <w:t>The pine is Kaoru. Recalls 504.</w:t>
      </w:r>
    </w:p>
    <w:p>
      <w:pPr>
        <w:spacing w:after="40"/>
      </w:pPr>
      <w:r>
        <w:rPr>
          <w:b w:val="0"/>
          <w:i w:val="0"/>
          <w:color w:val="6A6F75"/>
          <w:sz w:val="18"/>
        </w:rPr>
        <w:t xml:space="preserve">Echo, The pine on the rock’s root: </w:t>
      </w:r>
      <w:hyperlink w:anchor="p504">
        <w:r>
          <w:rPr>
            <w:color w:val="2E5A80"/>
            <w:u w:val="single"/>
            <w:sz w:val="18"/>
          </w:rPr>
          <w:t xml:space="preserve">No. 504</w:t>
        </w:r>
      </w:hyperlink>
    </w:p>
    <w:p>
      <w:pPr>
        <w:pStyle w:val="Heading1"/>
      </w:pPr>
      <w:bookmarkStart w:id="677" w:name="ch46"/>
      <w:r>
        <w:t>Chapter 46 · Shii ga Moto 椎本</w:t>
      </w:r>
      <w:bookmarkEnd w:id="677"/>
    </w:p>
    <w:p>
      <w:pPr>
        <w:keepNext/>
        <w:spacing w:after="20" w:before="200"/>
      </w:pPr>
      <w:bookmarkStart w:id="678" w:name="p632"/>
      <w:r>
        <w:rPr>
          <w:b/>
          <w:i w:val="0"/>
          <w:color w:val="222B33"/>
          <w:sz w:val="22"/>
        </w:rPr>
        <w:t>No. 632</w:t>
      </w:r>
      <w:r>
        <w:rPr>
          <w:b w:val="0"/>
          <w:i w:val="0"/>
          <w:color w:val="6A6F75"/>
          <w:sz w:val="18"/>
        </w:rPr>
        <w:t xml:space="preserve">   Eighth Prince → Kaoru (and Niou)   贈 sent</w:t>
      </w:r>
      <w:bookmarkEnd w:id="678"/>
    </w:p>
    <w:p>
      <w:pPr>
        <w:keepNext/>
        <w:spacing w:after="40"/>
      </w:pPr>
      <w:r>
        <w:rPr>
          <w:b/>
          <w:i w:val="0"/>
          <w:color w:val="6A6F75"/>
          <w:sz w:val="18"/>
        </w:rPr>
        <w:t xml:space="preserve">Context. </w:t>
      </w:r>
      <w:r>
        <w:rPr>
          <w:b w:val="0"/>
          <w:i w:val="0"/>
          <w:color w:val="6A6F75"/>
          <w:sz w:val="19"/>
        </w:rPr>
        <w:t>The Eighth Prince writes across the river to Niou at Yūgiri’s villa.</w:t>
      </w:r>
    </w:p>
    <w:p>
      <w:pPr>
        <w:keepNext/>
        <w:spacing w:after="0"/>
      </w:pPr>
      <w:r>
        <w:rPr>
          <w:rFonts w:ascii="Noto Serif CJK JP" w:hAnsi="Noto Serif CJK JP" w:eastAsia="Noto Serif CJK JP"/>
          <w:b w:val="0"/>
          <w:i w:val="0"/>
          <w:color w:val="222B33"/>
          <w:sz w:val="26"/>
        </w:rPr>
        <w:t>山風に霞吹きとく声はあれど隔てて見ゆる遠方の白波</w:t>
      </w:r>
    </w:p>
    <w:p>
      <w:pPr>
        <w:keepNext/>
        <w:spacing w:after="60"/>
      </w:pPr>
      <w:r>
        <w:rPr>
          <w:rFonts w:ascii="Noto Serif CJK JP" w:hAnsi="Noto Serif CJK JP" w:eastAsia="Noto Serif CJK JP"/>
          <w:b w:val="0"/>
          <w:i w:val="0"/>
          <w:color w:val="6A6F75"/>
          <w:sz w:val="19"/>
        </w:rPr>
        <w:t>山風に　／　かすみふきとく　／　こゑはあれと　／　へたてゝみゆる　／　をちのしら浪</w:t>
      </w:r>
    </w:p>
    <w:p>
      <w:pPr>
        <w:keepNext/>
        <w:spacing w:after="60"/>
      </w:pPr>
      <w:r>
        <w:rPr>
          <w:b w:val="0"/>
          <w:i/>
          <w:color w:val="222B33"/>
          <w:sz w:val="21"/>
        </w:rPr>
        <w:t>I hear voices</w:t>
        <w:br/>
      </w:r>
      <w:r>
        <w:rPr>
          <w:b w:val="0"/>
          <w:i/>
          <w:color w:val="222B33"/>
          <w:sz w:val="21"/>
        </w:rPr>
        <w:t>of mountain wind blowing the haze apart,</w:t>
        <w:br/>
      </w:r>
      <w:r>
        <w:rPr>
          <w:b w:val="0"/>
          <w:i/>
          <w:color w:val="222B33"/>
          <w:sz w:val="21"/>
        </w:rPr>
        <w:t>but the white waves</w:t>
        <w:br/>
      </w:r>
      <w:r>
        <w:rPr>
          <w:b w:val="0"/>
          <w:i/>
          <w:color w:val="222B33"/>
          <w:sz w:val="21"/>
        </w:rPr>
        <w:t>of the far shore</w:t>
        <w:br/>
      </w:r>
      <w:r>
        <w:rPr>
          <w:b w:val="0"/>
          <w:i/>
          <w:color w:val="222B33"/>
          <w:sz w:val="21"/>
        </w:rPr>
        <w:t>look far away.</w:t>
      </w:r>
    </w:p>
    <w:p>
      <w:pPr>
        <w:spacing w:after="40"/>
      </w:pPr>
      <w:r>
        <w:rPr>
          <w:b w:val="0"/>
          <w:i w:val="0"/>
          <w:color w:val="222B33"/>
          <w:sz w:val="19"/>
        </w:rPr>
        <w:t>Music from Yūgiri’s villa across the river.</w:t>
      </w:r>
    </w:p>
    <w:p>
      <w:pPr>
        <w:spacing w:after="40"/>
      </w:pPr>
      <w:r>
        <w:rPr>
          <w:b w:val="0"/>
          <w:i w:val="0"/>
          <w:color w:val="6A6F75"/>
          <w:sz w:val="18"/>
        </w:rPr>
        <w:t xml:space="preserve">Answered by </w:t>
      </w:r>
      <w:hyperlink w:anchor="p633">
        <w:r>
          <w:rPr>
            <w:color w:val="2E5A80"/>
            <w:u w:val="single"/>
            <w:sz w:val="18"/>
          </w:rPr>
          <w:t xml:space="preserve">No. 633 (Niou (as Kaoru’s proxy))</w:t>
        </w:r>
      </w:hyperlink>
    </w:p>
    <w:p>
      <w:pPr>
        <w:keepNext/>
        <w:spacing w:after="20" w:before="200"/>
      </w:pPr>
      <w:bookmarkStart w:id="679" w:name="p633"/>
      <w:r>
        <w:rPr>
          <w:b/>
          <w:i w:val="0"/>
          <w:color w:val="222B33"/>
          <w:sz w:val="22"/>
        </w:rPr>
        <w:t>No. 633</w:t>
      </w:r>
      <w:r>
        <w:rPr>
          <w:b w:val="0"/>
          <w:i w:val="0"/>
          <w:color w:val="6A6F75"/>
          <w:sz w:val="18"/>
        </w:rPr>
        <w:t xml:space="preserve">   Niou (as Kaoru’s proxy) → Eighth Prince   代答 proxy reply</w:t>
      </w:r>
      <w:bookmarkEnd w:id="679"/>
    </w:p>
    <w:p>
      <w:pPr>
        <w:keepNext/>
        <w:spacing w:after="0"/>
      </w:pPr>
      <w:r>
        <w:rPr>
          <w:rFonts w:ascii="Noto Serif CJK JP" w:hAnsi="Noto Serif CJK JP" w:eastAsia="Noto Serif CJK JP"/>
          <w:b w:val="0"/>
          <w:i w:val="0"/>
          <w:color w:val="222B33"/>
          <w:sz w:val="26"/>
        </w:rPr>
        <w:t>遠方こちの汀に波は隔つともなほ吹きかよへ宇治の川風</w:t>
      </w:r>
    </w:p>
    <w:p>
      <w:pPr>
        <w:keepNext/>
        <w:spacing w:after="60"/>
      </w:pPr>
      <w:r>
        <w:rPr>
          <w:rFonts w:ascii="Noto Serif CJK JP" w:hAnsi="Noto Serif CJK JP" w:eastAsia="Noto Serif CJK JP"/>
          <w:b w:val="0"/>
          <w:i w:val="0"/>
          <w:color w:val="6A6F75"/>
          <w:sz w:val="19"/>
        </w:rPr>
        <w:t>をちこちの　／　汀になみは　／　へたつとも　／　なをふきかよへ　／　うちの河風</w:t>
      </w:r>
    </w:p>
    <w:p>
      <w:pPr>
        <w:keepNext/>
        <w:spacing w:after="60"/>
      </w:pPr>
      <w:r>
        <w:rPr>
          <w:b w:val="0"/>
          <w:i/>
          <w:color w:val="222B33"/>
          <w:sz w:val="21"/>
        </w:rPr>
        <w:t>Though waves lie between</w:t>
        <w:br/>
      </w:r>
      <w:r>
        <w:rPr>
          <w:b w:val="0"/>
          <w:i/>
          <w:color w:val="222B33"/>
          <w:sz w:val="21"/>
        </w:rPr>
        <w:t>the far shore and this,</w:t>
        <w:br/>
      </w:r>
      <w:r>
        <w:rPr>
          <w:b w:val="0"/>
          <w:i/>
          <w:color w:val="222B33"/>
          <w:sz w:val="21"/>
        </w:rPr>
        <w:t>keep blowing, back and forth,</w:t>
        <w:br/>
      </w:r>
      <w:r>
        <w:rPr>
          <w:b w:val="0"/>
          <w:i/>
          <w:color w:val="222B33"/>
          <w:sz w:val="21"/>
        </w:rPr>
        <w:t>river wind</w:t>
        <w:br/>
      </w:r>
      <w:r>
        <w:rPr>
          <w:b w:val="0"/>
          <w:i/>
          <w:color w:val="222B33"/>
          <w:sz w:val="21"/>
        </w:rPr>
        <w:t>of Uji.</w:t>
      </w:r>
    </w:p>
    <w:p>
      <w:pPr>
        <w:spacing w:after="40"/>
      </w:pPr>
      <w:r>
        <w:rPr>
          <w:b/>
          <w:i w:val="0"/>
          <w:color w:val="8A4B1C"/>
          <w:sz w:val="18"/>
        </w:rPr>
        <w:t xml:space="preserve">Attribution uncertain. </w:t>
      </w:r>
      <w:r>
        <w:rPr>
          <w:b w:val="0"/>
          <w:i w:val="0"/>
          <w:sz w:val="19"/>
        </w:rPr>
        <w:t>Proxy poem (代): written by one person in another’s name; the card names the writer.</w:t>
      </w:r>
    </w:p>
    <w:p>
      <w:pPr>
        <w:spacing w:after="40"/>
      </w:pPr>
      <w:r>
        <w:rPr>
          <w:b w:val="0"/>
          <w:i w:val="0"/>
          <w:color w:val="6A6F75"/>
          <w:sz w:val="18"/>
        </w:rPr>
        <w:t xml:space="preserve">In reply to </w:t>
      </w:r>
      <w:hyperlink w:anchor="p632">
        <w:r>
          <w:rPr>
            <w:color w:val="2E5A80"/>
            <w:u w:val="single"/>
            <w:sz w:val="18"/>
          </w:rPr>
          <w:t xml:space="preserve">No. 632 (Eighth Prince)</w:t>
        </w:r>
      </w:hyperlink>
    </w:p>
    <w:p>
      <w:pPr>
        <w:keepNext/>
        <w:spacing w:after="20" w:before="200"/>
      </w:pPr>
      <w:bookmarkStart w:id="680" w:name="p634"/>
      <w:r>
        <w:rPr>
          <w:b/>
          <w:i w:val="0"/>
          <w:color w:val="222B33"/>
          <w:sz w:val="22"/>
        </w:rPr>
        <w:t>No. 634</w:t>
      </w:r>
      <w:r>
        <w:rPr>
          <w:b w:val="0"/>
          <w:i w:val="0"/>
          <w:color w:val="6A6F75"/>
          <w:sz w:val="18"/>
        </w:rPr>
        <w:t xml:space="preserve">   Niou → Naka no Kimi   贈 sent</w:t>
      </w:r>
      <w:bookmarkEnd w:id="680"/>
    </w:p>
    <w:p>
      <w:pPr>
        <w:keepNext/>
        <w:spacing w:after="40"/>
      </w:pPr>
      <w:r>
        <w:rPr>
          <w:b/>
          <w:i w:val="0"/>
          <w:color w:val="6A6F75"/>
          <w:sz w:val="18"/>
        </w:rPr>
        <w:t xml:space="preserve">Context. </w:t>
      </w:r>
      <w:r>
        <w:rPr>
          <w:b w:val="0"/>
          <w:i w:val="0"/>
          <w:color w:val="6A6F75"/>
          <w:sz w:val="19"/>
        </w:rPr>
        <w:t>Niou, resting at Yūgiri’s villa across the river from Uji, writes to Naka no Kimi; the start of their courtship.</w:t>
      </w:r>
    </w:p>
    <w:p>
      <w:pPr>
        <w:keepNext/>
        <w:spacing w:after="0"/>
      </w:pPr>
      <w:r>
        <w:rPr>
          <w:rFonts w:ascii="Noto Serif CJK JP" w:hAnsi="Noto Serif CJK JP" w:eastAsia="Noto Serif CJK JP"/>
          <w:b w:val="0"/>
          <w:i w:val="0"/>
          <w:color w:val="222B33"/>
          <w:sz w:val="26"/>
        </w:rPr>
        <w:t>山桜匂ふあたりに尋ね来て同じかざしを折りてけるかな</w:t>
      </w:r>
    </w:p>
    <w:p>
      <w:pPr>
        <w:keepNext/>
        <w:spacing w:after="60"/>
      </w:pPr>
      <w:r>
        <w:rPr>
          <w:rFonts w:ascii="Noto Serif CJK JP" w:hAnsi="Noto Serif CJK JP" w:eastAsia="Noto Serif CJK JP"/>
          <w:b w:val="0"/>
          <w:i w:val="0"/>
          <w:color w:val="6A6F75"/>
          <w:sz w:val="19"/>
        </w:rPr>
        <w:t>山さくら　／　にほふあたりに　／　たつねきて　／　おなしかさしを　／　おりてける哉</w:t>
      </w:r>
    </w:p>
    <w:p>
      <w:pPr>
        <w:keepNext/>
        <w:spacing w:after="60"/>
      </w:pPr>
      <w:r>
        <w:rPr>
          <w:b w:val="0"/>
          <w:i/>
          <w:color w:val="222B33"/>
          <w:sz w:val="21"/>
        </w:rPr>
        <w:t>Coming to seek</w:t>
        <w:br/>
      </w:r>
      <w:r>
        <w:rPr>
          <w:b w:val="0"/>
          <w:i/>
          <w:color w:val="222B33"/>
          <w:sz w:val="21"/>
        </w:rPr>
        <w:t>where mountain cherries are fragrant,</w:t>
        <w:br/>
      </w:r>
      <w:r>
        <w:rPr>
          <w:b w:val="0"/>
          <w:i/>
          <w:color w:val="222B33"/>
          <w:sz w:val="21"/>
        </w:rPr>
        <w:t>I have plucked</w:t>
        <w:br/>
      </w:r>
      <w:r>
        <w:rPr>
          <w:b w:val="0"/>
          <w:i/>
          <w:color w:val="222B33"/>
          <w:sz w:val="21"/>
        </w:rPr>
        <w:t>the same sprig</w:t>
        <w:br/>
      </w:r>
      <w:r>
        <w:rPr>
          <w:b w:val="0"/>
          <w:i/>
          <w:color w:val="222B33"/>
          <w:sz w:val="21"/>
        </w:rPr>
        <w:t>for my hair.</w:t>
      </w:r>
    </w:p>
    <w:p>
      <w:pPr>
        <w:spacing w:after="40"/>
      </w:pPr>
      <w:r>
        <w:rPr>
          <w:b w:val="0"/>
          <w:i w:val="0"/>
          <w:color w:val="222B33"/>
          <w:sz w:val="19"/>
        </w:rPr>
        <w:t>Kazashi, “sprig”: kinship of blood.</w:t>
      </w:r>
    </w:p>
    <w:p>
      <w:pPr>
        <w:spacing w:after="40"/>
      </w:pPr>
      <w:r>
        <w:rPr>
          <w:b w:val="0"/>
          <w:i w:val="0"/>
          <w:color w:val="6A6F75"/>
          <w:sz w:val="18"/>
        </w:rPr>
        <w:t xml:space="preserve">Answered by </w:t>
      </w:r>
      <w:hyperlink w:anchor="p635">
        <w:r>
          <w:rPr>
            <w:color w:val="2E5A80"/>
            <w:u w:val="single"/>
            <w:sz w:val="18"/>
          </w:rPr>
          <w:t xml:space="preserve">No. 635 (Naka no Kimi)</w:t>
        </w:r>
      </w:hyperlink>
    </w:p>
    <w:p>
      <w:pPr>
        <w:keepNext/>
        <w:spacing w:after="20" w:before="200"/>
      </w:pPr>
      <w:bookmarkStart w:id="681" w:name="p635"/>
      <w:r>
        <w:rPr>
          <w:b/>
          <w:i w:val="0"/>
          <w:color w:val="222B33"/>
          <w:sz w:val="22"/>
        </w:rPr>
        <w:t>No. 635</w:t>
      </w:r>
      <w:r>
        <w:rPr>
          <w:b w:val="0"/>
          <w:i w:val="0"/>
          <w:color w:val="6A6F75"/>
          <w:sz w:val="18"/>
        </w:rPr>
        <w:t xml:space="preserve">   Naka no Kimi → Niou   答 reply</w:t>
      </w:r>
      <w:bookmarkEnd w:id="681"/>
    </w:p>
    <w:p>
      <w:pPr>
        <w:keepNext/>
        <w:spacing w:after="0"/>
      </w:pPr>
      <w:r>
        <w:rPr>
          <w:rFonts w:ascii="Noto Serif CJK JP" w:hAnsi="Noto Serif CJK JP" w:eastAsia="Noto Serif CJK JP"/>
          <w:b w:val="0"/>
          <w:i w:val="0"/>
          <w:color w:val="222B33"/>
          <w:sz w:val="26"/>
        </w:rPr>
        <w:t>かざし折る花のたよりに山賤の垣根を過ぎぬ春の旅人</w:t>
      </w:r>
    </w:p>
    <w:p>
      <w:pPr>
        <w:keepNext/>
        <w:spacing w:after="60"/>
      </w:pPr>
      <w:r>
        <w:rPr>
          <w:rFonts w:ascii="Noto Serif CJK JP" w:hAnsi="Noto Serif CJK JP" w:eastAsia="Noto Serif CJK JP"/>
          <w:b w:val="0"/>
          <w:i w:val="0"/>
          <w:color w:val="6A6F75"/>
          <w:sz w:val="19"/>
        </w:rPr>
        <w:t>かさしおる　／　花のたよりに　／　山かつの　／　かきねをすきぬ　／　春のたひ人</w:t>
      </w:r>
    </w:p>
    <w:p>
      <w:pPr>
        <w:keepNext/>
        <w:spacing w:after="60"/>
      </w:pPr>
      <w:r>
        <w:rPr>
          <w:b w:val="0"/>
          <w:i/>
          <w:color w:val="222B33"/>
          <w:sz w:val="21"/>
        </w:rPr>
        <w:t>A spring traveler</w:t>
        <w:br/>
      </w:r>
      <w:r>
        <w:rPr>
          <w:b w:val="0"/>
          <w:i/>
          <w:color w:val="222B33"/>
          <w:sz w:val="21"/>
        </w:rPr>
        <w:t>who has stopped at a rustic’s hedge</w:t>
        <w:br/>
      </w:r>
      <w:r>
        <w:rPr>
          <w:b w:val="0"/>
          <w:i/>
          <w:color w:val="222B33"/>
          <w:sz w:val="21"/>
        </w:rPr>
        <w:t>only by the way,</w:t>
        <w:br/>
      </w:r>
      <w:r>
        <w:rPr>
          <w:b w:val="0"/>
          <w:i/>
          <w:color w:val="222B33"/>
          <w:sz w:val="21"/>
        </w:rPr>
        <w:t>plucking a sprig</w:t>
        <w:br/>
      </w:r>
      <w:r>
        <w:rPr>
          <w:b w:val="0"/>
          <w:i/>
          <w:color w:val="222B33"/>
          <w:sz w:val="21"/>
        </w:rPr>
        <w:t>of flowers.</w:t>
      </w:r>
    </w:p>
    <w:p>
      <w:pPr>
        <w:spacing w:after="40"/>
      </w:pPr>
      <w:r>
        <w:rPr>
          <w:b w:val="0"/>
          <w:i w:val="0"/>
          <w:color w:val="6A6F75"/>
          <w:sz w:val="18"/>
        </w:rPr>
        <w:t xml:space="preserve">In reply to </w:t>
      </w:r>
      <w:hyperlink w:anchor="p634">
        <w:r>
          <w:rPr>
            <w:color w:val="2E5A80"/>
            <w:u w:val="single"/>
            <w:sz w:val="18"/>
          </w:rPr>
          <w:t xml:space="preserve">No. 634 (Niou)</w:t>
        </w:r>
      </w:hyperlink>
    </w:p>
    <w:p>
      <w:pPr>
        <w:keepNext/>
        <w:spacing w:after="20" w:before="200"/>
      </w:pPr>
      <w:bookmarkStart w:id="682" w:name="p636"/>
      <w:r>
        <w:rPr>
          <w:b/>
          <w:i w:val="0"/>
          <w:color w:val="222B33"/>
          <w:sz w:val="22"/>
        </w:rPr>
        <w:t>No. 636</w:t>
      </w:r>
      <w:r>
        <w:rPr>
          <w:b w:val="0"/>
          <w:i w:val="0"/>
          <w:color w:val="6A6F75"/>
          <w:sz w:val="18"/>
        </w:rPr>
        <w:t xml:space="preserve">   Eighth Prince → Kaoru   贈 sent</w:t>
      </w:r>
      <w:bookmarkEnd w:id="682"/>
    </w:p>
    <w:p>
      <w:pPr>
        <w:keepNext/>
        <w:spacing w:after="40"/>
      </w:pPr>
      <w:r>
        <w:rPr>
          <w:b/>
          <w:i w:val="0"/>
          <w:color w:val="6A6F75"/>
          <w:sz w:val="18"/>
        </w:rPr>
        <w:t xml:space="preserve">Context. </w:t>
      </w:r>
      <w:r>
        <w:rPr>
          <w:b w:val="0"/>
          <w:i w:val="0"/>
          <w:color w:val="6A6F75"/>
          <w:sz w:val="19"/>
        </w:rPr>
        <w:t>The Eighth Prince commends his daughters to Kaoru before retreat.</w:t>
      </w:r>
    </w:p>
    <w:p>
      <w:pPr>
        <w:keepNext/>
        <w:spacing w:after="0"/>
      </w:pPr>
      <w:r>
        <w:rPr>
          <w:rFonts w:ascii="Noto Serif CJK JP" w:hAnsi="Noto Serif CJK JP" w:eastAsia="Noto Serif CJK JP"/>
          <w:b w:val="0"/>
          <w:i w:val="0"/>
          <w:color w:val="222B33"/>
          <w:sz w:val="26"/>
        </w:rPr>
        <w:t>われなくて草の庵は荒れぬともこのひとことはかれじとぞ思ふ</w:t>
      </w:r>
    </w:p>
    <w:p>
      <w:pPr>
        <w:keepNext/>
        <w:spacing w:after="60"/>
      </w:pPr>
      <w:r>
        <w:rPr>
          <w:rFonts w:ascii="Noto Serif CJK JP" w:hAnsi="Noto Serif CJK JP" w:eastAsia="Noto Serif CJK JP"/>
          <w:b w:val="0"/>
          <w:i w:val="0"/>
          <w:color w:val="6A6F75"/>
          <w:sz w:val="19"/>
        </w:rPr>
        <w:t>我なくて　／　草の庵りは　／　あれぬとも　／　このひとことは　／　かれしとそ思</w:t>
      </w:r>
    </w:p>
    <w:p>
      <w:pPr>
        <w:keepNext/>
        <w:spacing w:after="60"/>
      </w:pPr>
      <w:r>
        <w:rPr>
          <w:b w:val="0"/>
          <w:i/>
          <w:color w:val="222B33"/>
          <w:sz w:val="21"/>
        </w:rPr>
        <w:t>When I am gone,</w:t>
        <w:br/>
      </w:r>
      <w:r>
        <w:rPr>
          <w:b w:val="0"/>
          <w:i/>
          <w:color w:val="222B33"/>
          <w:sz w:val="21"/>
        </w:rPr>
        <w:t>the grass hut may fall to ruin,</w:t>
        <w:br/>
      </w:r>
      <w:r>
        <w:rPr>
          <w:b w:val="0"/>
          <w:i/>
          <w:color w:val="222B33"/>
          <w:sz w:val="21"/>
        </w:rPr>
        <w:t>but I think this</w:t>
        <w:br/>
      </w:r>
      <w:r>
        <w:rPr>
          <w:b w:val="0"/>
          <w:i/>
          <w:color w:val="222B33"/>
          <w:sz w:val="21"/>
        </w:rPr>
        <w:t>one word</w:t>
        <w:br/>
      </w:r>
      <w:r>
        <w:rPr>
          <w:b w:val="0"/>
          <w:i/>
          <w:color w:val="222B33"/>
          <w:sz w:val="21"/>
        </w:rPr>
        <w:t>will not wither.</w:t>
      </w:r>
    </w:p>
    <w:p>
      <w:pPr>
        <w:spacing w:after="40"/>
      </w:pPr>
      <w:r>
        <w:rPr>
          <w:b w:val="0"/>
          <w:i w:val="0"/>
          <w:color w:val="222B33"/>
          <w:sz w:val="19"/>
        </w:rPr>
        <w:t>He commends his daughters to Kaoru.</w:t>
      </w:r>
    </w:p>
    <w:p>
      <w:pPr>
        <w:spacing w:after="40"/>
      </w:pPr>
      <w:r>
        <w:rPr>
          <w:b w:val="0"/>
          <w:i w:val="0"/>
          <w:color w:val="6A6F75"/>
          <w:sz w:val="18"/>
        </w:rPr>
        <w:t xml:space="preserve">Answered by </w:t>
      </w:r>
      <w:hyperlink w:anchor="p637">
        <w:r>
          <w:rPr>
            <w:color w:val="2E5A80"/>
            <w:u w:val="single"/>
            <w:sz w:val="18"/>
          </w:rPr>
          <w:t xml:space="preserve">No. 637 (Kaoru)</w:t>
        </w:r>
      </w:hyperlink>
    </w:p>
    <w:p>
      <w:pPr>
        <w:keepNext/>
        <w:spacing w:after="20" w:before="200"/>
      </w:pPr>
      <w:bookmarkStart w:id="683" w:name="p637"/>
      <w:r>
        <w:rPr>
          <w:b/>
          <w:i w:val="0"/>
          <w:color w:val="222B33"/>
          <w:sz w:val="22"/>
        </w:rPr>
        <w:t>No. 637</w:t>
      </w:r>
      <w:r>
        <w:rPr>
          <w:b w:val="0"/>
          <w:i w:val="0"/>
          <w:color w:val="6A6F75"/>
          <w:sz w:val="18"/>
        </w:rPr>
        <w:t xml:space="preserve">   Kaoru → Eighth Prince   答 reply</w:t>
      </w:r>
      <w:bookmarkEnd w:id="683"/>
    </w:p>
    <w:p>
      <w:pPr>
        <w:keepNext/>
        <w:spacing w:after="0"/>
      </w:pPr>
      <w:r>
        <w:rPr>
          <w:rFonts w:ascii="Noto Serif CJK JP" w:hAnsi="Noto Serif CJK JP" w:eastAsia="Noto Serif CJK JP"/>
          <w:b w:val="0"/>
          <w:i w:val="0"/>
          <w:color w:val="222B33"/>
          <w:sz w:val="26"/>
        </w:rPr>
        <w:t>いかならむ世にかかれせむ長き世の契りむすべる草の庵は</w:t>
      </w:r>
    </w:p>
    <w:p>
      <w:pPr>
        <w:keepNext/>
        <w:spacing w:after="60"/>
      </w:pPr>
      <w:r>
        <w:rPr>
          <w:rFonts w:ascii="Noto Serif CJK JP" w:hAnsi="Noto Serif CJK JP" w:eastAsia="Noto Serif CJK JP"/>
          <w:b w:val="0"/>
          <w:i w:val="0"/>
          <w:color w:val="6A6F75"/>
          <w:sz w:val="19"/>
        </w:rPr>
        <w:t>いかならむ　／　世にかかれせむ　／　なかきよの　／　契むすへる　／　草のいほりは</w:t>
      </w:r>
    </w:p>
    <w:p>
      <w:pPr>
        <w:keepNext/>
        <w:spacing w:after="60"/>
      </w:pPr>
      <w:r>
        <w:rPr>
          <w:b w:val="0"/>
          <w:i/>
          <w:color w:val="222B33"/>
          <w:sz w:val="21"/>
        </w:rPr>
        <w:t>In what world</w:t>
        <w:br/>
      </w:r>
      <w:r>
        <w:rPr>
          <w:b w:val="0"/>
          <w:i/>
          <w:color w:val="222B33"/>
          <w:sz w:val="21"/>
        </w:rPr>
        <w:t>could I let it wither, the grass hut</w:t>
        <w:br/>
      </w:r>
      <w:r>
        <w:rPr>
          <w:b w:val="0"/>
          <w:i/>
          <w:color w:val="222B33"/>
          <w:sz w:val="21"/>
        </w:rPr>
        <w:t>where we tied</w:t>
        <w:br/>
      </w:r>
      <w:r>
        <w:rPr>
          <w:b w:val="0"/>
          <w:i/>
          <w:color w:val="222B33"/>
          <w:sz w:val="21"/>
        </w:rPr>
        <w:t>a bond</w:t>
        <w:br/>
      </w:r>
      <w:r>
        <w:rPr>
          <w:b w:val="0"/>
          <w:i/>
          <w:color w:val="222B33"/>
          <w:sz w:val="21"/>
        </w:rPr>
        <w:t>for long ages?</w:t>
      </w:r>
    </w:p>
    <w:p>
      <w:pPr>
        <w:spacing w:after="40"/>
      </w:pPr>
      <w:r>
        <w:rPr>
          <w:b w:val="0"/>
          <w:i w:val="0"/>
          <w:color w:val="222B33"/>
          <w:sz w:val="19"/>
        </w:rPr>
        <w:t>Karu: “wither” and “part.”</w:t>
      </w:r>
    </w:p>
    <w:p>
      <w:pPr>
        <w:spacing w:after="40"/>
      </w:pPr>
      <w:r>
        <w:rPr>
          <w:b w:val="0"/>
          <w:i w:val="0"/>
          <w:color w:val="6A6F75"/>
          <w:sz w:val="18"/>
        </w:rPr>
        <w:t xml:space="preserve">In reply to </w:t>
      </w:r>
      <w:hyperlink w:anchor="p636">
        <w:r>
          <w:rPr>
            <w:color w:val="2E5A80"/>
            <w:u w:val="single"/>
            <w:sz w:val="18"/>
          </w:rPr>
          <w:t xml:space="preserve">No. 636 (Eighth Prince)</w:t>
        </w:r>
      </w:hyperlink>
    </w:p>
    <w:p>
      <w:pPr>
        <w:keepNext/>
        <w:spacing w:after="20" w:before="200"/>
      </w:pPr>
      <w:bookmarkStart w:id="684" w:name="p638"/>
      <w:r>
        <w:rPr>
          <w:b/>
          <w:i w:val="0"/>
          <w:color w:val="222B33"/>
          <w:sz w:val="22"/>
        </w:rPr>
        <w:t>No. 638</w:t>
      </w:r>
      <w:r>
        <w:rPr>
          <w:b w:val="0"/>
          <w:i w:val="0"/>
          <w:color w:val="6A6F75"/>
          <w:sz w:val="18"/>
        </w:rPr>
        <w:t xml:space="preserve">   Niou → Naka no Kimi   贈 sent</w:t>
      </w:r>
      <w:bookmarkEnd w:id="684"/>
    </w:p>
    <w:p>
      <w:pPr>
        <w:keepNext/>
        <w:spacing w:after="40"/>
      </w:pPr>
      <w:r>
        <w:rPr>
          <w:b/>
          <w:i w:val="0"/>
          <w:color w:val="6A6F75"/>
          <w:sz w:val="18"/>
        </w:rPr>
        <w:t xml:space="preserve">Context. </w:t>
      </w:r>
      <w:r>
        <w:rPr>
          <w:b w:val="0"/>
          <w:i w:val="0"/>
          <w:color w:val="6A6F75"/>
          <w:sz w:val="19"/>
        </w:rPr>
        <w:t>Niou writes to Naka no Kimi after the Eighth Prince’s death.</w:t>
      </w:r>
    </w:p>
    <w:p>
      <w:pPr>
        <w:keepNext/>
        <w:spacing w:after="0"/>
      </w:pPr>
      <w:r>
        <w:rPr>
          <w:rFonts w:ascii="Noto Serif CJK JP" w:hAnsi="Noto Serif CJK JP" w:eastAsia="Noto Serif CJK JP"/>
          <w:b w:val="0"/>
          <w:i w:val="0"/>
          <w:color w:val="222B33"/>
          <w:sz w:val="26"/>
        </w:rPr>
        <w:t>牡鹿鳴く秋の山里いかならむ小萩が露のかかる夕暮</w:t>
      </w:r>
    </w:p>
    <w:p>
      <w:pPr>
        <w:keepNext/>
        <w:spacing w:after="60"/>
      </w:pPr>
      <w:r>
        <w:rPr>
          <w:rFonts w:ascii="Noto Serif CJK JP" w:hAnsi="Noto Serif CJK JP" w:eastAsia="Noto Serif CJK JP"/>
          <w:b w:val="0"/>
          <w:i w:val="0"/>
          <w:color w:val="6A6F75"/>
          <w:sz w:val="19"/>
        </w:rPr>
        <w:t>をしかなく　／　秋の山さと　／　いかならむ　／　こ萩か露の　／　かゝる夕くれ</w:t>
      </w:r>
    </w:p>
    <w:p>
      <w:pPr>
        <w:keepNext/>
        <w:spacing w:after="60"/>
      </w:pPr>
      <w:r>
        <w:rPr>
          <w:b w:val="0"/>
          <w:i/>
          <w:color w:val="222B33"/>
          <w:sz w:val="21"/>
        </w:rPr>
        <w:t>How is it in the autumn</w:t>
        <w:br/>
      </w:r>
      <w:r>
        <w:rPr>
          <w:b w:val="0"/>
          <w:i/>
          <w:color w:val="222B33"/>
          <w:sz w:val="21"/>
        </w:rPr>
        <w:t>mountain village where stags cry,</w:t>
        <w:br/>
      </w:r>
      <w:r>
        <w:rPr>
          <w:b w:val="0"/>
          <w:i/>
          <w:color w:val="222B33"/>
          <w:sz w:val="21"/>
        </w:rPr>
        <w:t>at evening, when the dew</w:t>
        <w:br/>
      </w:r>
      <w:r>
        <w:rPr>
          <w:b w:val="0"/>
          <w:i/>
          <w:color w:val="222B33"/>
          <w:sz w:val="21"/>
        </w:rPr>
        <w:t>settles on</w:t>
        <w:br/>
      </w:r>
      <w:r>
        <w:rPr>
          <w:b w:val="0"/>
          <w:i/>
          <w:color w:val="222B33"/>
          <w:sz w:val="21"/>
        </w:rPr>
        <w:t>the little bush clover?</w:t>
      </w:r>
    </w:p>
    <w:p>
      <w:pPr>
        <w:spacing w:after="40"/>
      </w:pPr>
      <w:r>
        <w:rPr>
          <w:b w:val="0"/>
          <w:i w:val="0"/>
          <w:color w:val="222B33"/>
          <w:sz w:val="19"/>
        </w:rPr>
        <w:t>After the Prince’s death.</w:t>
      </w:r>
    </w:p>
    <w:p>
      <w:pPr>
        <w:spacing w:after="40"/>
      </w:pPr>
      <w:r>
        <w:rPr>
          <w:b w:val="0"/>
          <w:i w:val="0"/>
          <w:color w:val="6A6F75"/>
          <w:sz w:val="18"/>
        </w:rPr>
        <w:t xml:space="preserve">Answered by </w:t>
      </w:r>
      <w:hyperlink w:anchor="p639">
        <w:r>
          <w:rPr>
            <w:color w:val="2E5A80"/>
            <w:u w:val="single"/>
            <w:sz w:val="18"/>
          </w:rPr>
          <w:t xml:space="preserve">No. 639 (Ōigimi (for Naka no Kimi))</w:t>
        </w:r>
      </w:hyperlink>
    </w:p>
    <w:p>
      <w:pPr>
        <w:keepNext/>
        <w:spacing w:after="20" w:before="200"/>
      </w:pPr>
      <w:bookmarkStart w:id="685" w:name="p639"/>
      <w:r>
        <w:rPr>
          <w:b/>
          <w:i w:val="0"/>
          <w:color w:val="222B33"/>
          <w:sz w:val="22"/>
        </w:rPr>
        <w:t>No. 639</w:t>
      </w:r>
      <w:r>
        <w:rPr>
          <w:b w:val="0"/>
          <w:i w:val="0"/>
          <w:color w:val="6A6F75"/>
          <w:sz w:val="18"/>
        </w:rPr>
        <w:t xml:space="preserve">   Ōigimi (for Naka no Kimi) → Niou   代答 proxy reply</w:t>
      </w:r>
      <w:bookmarkEnd w:id="685"/>
    </w:p>
    <w:p>
      <w:pPr>
        <w:keepNext/>
        <w:spacing w:after="0"/>
      </w:pPr>
      <w:r>
        <w:rPr>
          <w:rFonts w:ascii="Noto Serif CJK JP" w:hAnsi="Noto Serif CJK JP" w:eastAsia="Noto Serif CJK JP"/>
          <w:b w:val="0"/>
          <w:i w:val="0"/>
          <w:color w:val="222B33"/>
          <w:sz w:val="26"/>
        </w:rPr>
        <w:t>涙のみ霧りふたがれる山里は籬に鹿ぞ諸声に鳴く</w:t>
      </w:r>
    </w:p>
    <w:p>
      <w:pPr>
        <w:keepNext/>
        <w:spacing w:after="60"/>
      </w:pPr>
      <w:r>
        <w:rPr>
          <w:rFonts w:ascii="Noto Serif CJK JP" w:hAnsi="Noto Serif CJK JP" w:eastAsia="Noto Serif CJK JP"/>
          <w:b w:val="0"/>
          <w:i w:val="0"/>
          <w:color w:val="6A6F75"/>
          <w:sz w:val="19"/>
        </w:rPr>
        <w:t>なみたのみ　／　きりふたかれる　／　山里は　／　まかきに鹿そ　／　もろこゑになく</w:t>
      </w:r>
    </w:p>
    <w:p>
      <w:pPr>
        <w:keepNext/>
        <w:spacing w:after="60"/>
      </w:pPr>
      <w:r>
        <w:rPr>
          <w:b w:val="0"/>
          <w:i/>
          <w:color w:val="222B33"/>
          <w:sz w:val="21"/>
        </w:rPr>
        <w:t>In the mountain village</w:t>
        <w:br/>
      </w:r>
      <w:r>
        <w:rPr>
          <w:b w:val="0"/>
          <w:i/>
          <w:color w:val="222B33"/>
          <w:sz w:val="21"/>
        </w:rPr>
        <w:t>closed in by mist of tears alone,</w:t>
        <w:br/>
      </w:r>
      <w:r>
        <w:rPr>
          <w:b w:val="0"/>
          <w:i/>
          <w:color w:val="222B33"/>
          <w:sz w:val="21"/>
        </w:rPr>
        <w:t>at the fence</w:t>
        <w:br/>
      </w:r>
      <w:r>
        <w:rPr>
          <w:b w:val="0"/>
          <w:i/>
          <w:color w:val="222B33"/>
          <w:sz w:val="21"/>
        </w:rPr>
        <w:t>the deer cry</w:t>
        <w:br/>
      </w:r>
      <w:r>
        <w:rPr>
          <w:b w:val="0"/>
          <w:i/>
          <w:color w:val="222B33"/>
          <w:sz w:val="21"/>
        </w:rPr>
        <w:t>with us in one voice.</w:t>
      </w:r>
    </w:p>
    <w:p>
      <w:pPr>
        <w:spacing w:after="40"/>
      </w:pPr>
      <w:r>
        <w:rPr>
          <w:b/>
          <w:i w:val="0"/>
          <w:color w:val="8A4B1C"/>
          <w:sz w:val="18"/>
        </w:rPr>
        <w:t xml:space="preserve">Attribution uncertain. </w:t>
      </w:r>
      <w:r>
        <w:rPr>
          <w:b w:val="0"/>
          <w:i w:val="0"/>
          <w:sz w:val="19"/>
        </w:rPr>
        <w:t>Proxy poem (代): written by one person in another’s name; the card names the writer.</w:t>
      </w:r>
    </w:p>
    <w:p>
      <w:pPr>
        <w:spacing w:after="40"/>
      </w:pPr>
      <w:r>
        <w:rPr>
          <w:b w:val="0"/>
          <w:i w:val="0"/>
          <w:color w:val="6A6F75"/>
          <w:sz w:val="18"/>
        </w:rPr>
        <w:t xml:space="preserve">In reply to </w:t>
      </w:r>
      <w:hyperlink w:anchor="p638">
        <w:r>
          <w:rPr>
            <w:color w:val="2E5A80"/>
            <w:u w:val="single"/>
            <w:sz w:val="18"/>
          </w:rPr>
          <w:t xml:space="preserve">No. 638 (Niou)</w:t>
        </w:r>
      </w:hyperlink>
      <w:r>
        <w:rPr>
          <w:b w:val="0"/>
          <w:i w:val="0"/>
          <w:color w:val="6A6F75"/>
          <w:sz w:val="18"/>
        </w:rPr>
        <w:t xml:space="preserve">   ·   </w:t>
      </w:r>
      <w:r>
        <w:rPr>
          <w:b w:val="0"/>
          <w:i w:val="0"/>
          <w:color w:val="6A6F75"/>
          <w:sz w:val="18"/>
        </w:rPr>
        <w:t xml:space="preserve">Answered by </w:t>
      </w:r>
      <w:hyperlink w:anchor="p640">
        <w:r>
          <w:rPr>
            <w:color w:val="2E5A80"/>
            <w:u w:val="single"/>
            <w:sz w:val="18"/>
          </w:rPr>
          <w:t xml:space="preserve">No. 640 (Niou)</w:t>
        </w:r>
      </w:hyperlink>
    </w:p>
    <w:p>
      <w:pPr>
        <w:keepNext/>
        <w:spacing w:after="20" w:before="200"/>
      </w:pPr>
      <w:bookmarkStart w:id="686" w:name="p640"/>
      <w:r>
        <w:rPr>
          <w:b/>
          <w:i w:val="0"/>
          <w:color w:val="222B33"/>
          <w:sz w:val="22"/>
        </w:rPr>
        <w:t>No. 640</w:t>
      </w:r>
      <w:r>
        <w:rPr>
          <w:b w:val="0"/>
          <w:i w:val="0"/>
          <w:color w:val="6A6F75"/>
          <w:sz w:val="18"/>
        </w:rPr>
        <w:t xml:space="preserve">   Niou → Naka no Kimi   答 reply</w:t>
      </w:r>
      <w:bookmarkEnd w:id="686"/>
    </w:p>
    <w:p>
      <w:pPr>
        <w:keepNext/>
        <w:spacing w:after="0"/>
      </w:pPr>
      <w:r>
        <w:rPr>
          <w:rFonts w:ascii="Noto Serif CJK JP" w:hAnsi="Noto Serif CJK JP" w:eastAsia="Noto Serif CJK JP"/>
          <w:b w:val="0"/>
          <w:i w:val="0"/>
          <w:color w:val="222B33"/>
          <w:sz w:val="26"/>
        </w:rPr>
        <w:t>朝霧に友まどはせる鹿の音をおほかたにやはあはれとも聞く</w:t>
      </w:r>
    </w:p>
    <w:p>
      <w:pPr>
        <w:keepNext/>
        <w:spacing w:after="60"/>
      </w:pPr>
      <w:r>
        <w:rPr>
          <w:rFonts w:ascii="Noto Serif CJK JP" w:hAnsi="Noto Serif CJK JP" w:eastAsia="Noto Serif CJK JP"/>
          <w:b w:val="0"/>
          <w:i w:val="0"/>
          <w:color w:val="6A6F75"/>
          <w:sz w:val="19"/>
        </w:rPr>
        <w:t>あさきりに　／　ともまとはせる　／　鹿の音を　／　おほかたにやは　／　あはれともきく</w:t>
      </w:r>
    </w:p>
    <w:p>
      <w:pPr>
        <w:keepNext/>
        <w:spacing w:after="60"/>
      </w:pPr>
      <w:r>
        <w:rPr>
          <w:b w:val="0"/>
          <w:i/>
          <w:color w:val="222B33"/>
          <w:sz w:val="21"/>
        </w:rPr>
        <w:t>The voice of the deer</w:t>
        <w:br/>
      </w:r>
      <w:r>
        <w:rPr>
          <w:b w:val="0"/>
          <w:i/>
          <w:color w:val="222B33"/>
          <w:sz w:val="21"/>
        </w:rPr>
        <w:t>that has lost its friend in morning mist:</w:t>
        <w:br/>
      </w:r>
      <w:r>
        <w:rPr>
          <w:b w:val="0"/>
          <w:i/>
          <w:color w:val="222B33"/>
          <w:sz w:val="21"/>
        </w:rPr>
        <w:t>could I hear it</w:t>
        <w:br/>
      </w:r>
      <w:r>
        <w:rPr>
          <w:b w:val="0"/>
          <w:i/>
          <w:color w:val="222B33"/>
          <w:sz w:val="21"/>
        </w:rPr>
        <w:t>as a common</w:t>
        <w:br/>
      </w:r>
      <w:r>
        <w:rPr>
          <w:b w:val="0"/>
          <w:i/>
          <w:color w:val="222B33"/>
          <w:sz w:val="21"/>
        </w:rPr>
        <w:t>sorrow?</w:t>
      </w:r>
    </w:p>
    <w:p>
      <w:pPr>
        <w:spacing w:after="40"/>
      </w:pPr>
      <w:r>
        <w:rPr>
          <w:b w:val="0"/>
          <w:i w:val="0"/>
          <w:color w:val="6A6F75"/>
          <w:sz w:val="18"/>
        </w:rPr>
        <w:t xml:space="preserve">In reply to </w:t>
      </w:r>
      <w:hyperlink w:anchor="p639">
        <w:r>
          <w:rPr>
            <w:color w:val="2E5A80"/>
            <w:u w:val="single"/>
            <w:sz w:val="18"/>
          </w:rPr>
          <w:t xml:space="preserve">No. 639 (Ōigimi (for Naka no Kimi))</w:t>
        </w:r>
      </w:hyperlink>
    </w:p>
    <w:p>
      <w:pPr>
        <w:keepNext/>
        <w:spacing w:after="20" w:before="200"/>
      </w:pPr>
      <w:bookmarkStart w:id="687" w:name="p641"/>
      <w:r>
        <w:rPr>
          <w:b/>
          <w:i w:val="0"/>
          <w:color w:val="222B33"/>
          <w:sz w:val="22"/>
        </w:rPr>
        <w:t>No. 641</w:t>
      </w:r>
      <w:r>
        <w:rPr>
          <w:b w:val="0"/>
          <w:i w:val="0"/>
          <w:color w:val="6A6F75"/>
          <w:sz w:val="18"/>
        </w:rPr>
        <w:t xml:space="preserve">   Kaoru → Ōigimi   贈 sent</w:t>
      </w:r>
      <w:bookmarkEnd w:id="687"/>
    </w:p>
    <w:p>
      <w:pPr>
        <w:keepNext/>
        <w:spacing w:after="40"/>
      </w:pPr>
      <w:r>
        <w:rPr>
          <w:b/>
          <w:i w:val="0"/>
          <w:color w:val="6A6F75"/>
          <w:sz w:val="18"/>
        </w:rPr>
        <w:t xml:space="preserve">Context. </w:t>
      </w:r>
      <w:r>
        <w:rPr>
          <w:b w:val="0"/>
          <w:i w:val="0"/>
          <w:color w:val="6A6F75"/>
          <w:sz w:val="19"/>
        </w:rPr>
        <w:t>Kaoru to Ōigimi in mourning for her father; he is now her protector.</w:t>
      </w:r>
    </w:p>
    <w:p>
      <w:pPr>
        <w:keepNext/>
        <w:spacing w:after="0"/>
      </w:pPr>
      <w:r>
        <w:rPr>
          <w:rFonts w:ascii="Noto Serif CJK JP" w:hAnsi="Noto Serif CJK JP" w:eastAsia="Noto Serif CJK JP"/>
          <w:b w:val="0"/>
          <w:i w:val="0"/>
          <w:color w:val="222B33"/>
          <w:sz w:val="26"/>
        </w:rPr>
        <w:t>色変はる浅茅を見ても墨染にやつるる袖を思ひこそやれ</w:t>
      </w:r>
    </w:p>
    <w:p>
      <w:pPr>
        <w:keepNext/>
        <w:spacing w:after="60"/>
      </w:pPr>
      <w:r>
        <w:rPr>
          <w:rFonts w:ascii="Noto Serif CJK JP" w:hAnsi="Noto Serif CJK JP" w:eastAsia="Noto Serif CJK JP"/>
          <w:b w:val="0"/>
          <w:i w:val="0"/>
          <w:color w:val="6A6F75"/>
          <w:sz w:val="19"/>
        </w:rPr>
        <w:t>色かはる　／　あさちをみても　／　すみそめに　／　やつるゝ袖を　／　思ひこそやれ</w:t>
      </w:r>
    </w:p>
    <w:p>
      <w:pPr>
        <w:keepNext/>
        <w:spacing w:after="60"/>
      </w:pPr>
      <w:r>
        <w:rPr>
          <w:b w:val="0"/>
          <w:i/>
          <w:color w:val="222B33"/>
          <w:sz w:val="21"/>
        </w:rPr>
        <w:t>Seeing the low reeds</w:t>
        <w:br/>
      </w:r>
      <w:r>
        <w:rPr>
          <w:b w:val="0"/>
          <w:i/>
          <w:color w:val="222B33"/>
          <w:sz w:val="21"/>
        </w:rPr>
        <w:t>change color, I think of the sleeves</w:t>
        <w:br/>
      </w:r>
      <w:r>
        <w:rPr>
          <w:b w:val="0"/>
          <w:i/>
          <w:color w:val="222B33"/>
          <w:sz w:val="21"/>
        </w:rPr>
        <w:t>worn thin</w:t>
        <w:br/>
      </w:r>
      <w:r>
        <w:rPr>
          <w:b w:val="0"/>
          <w:i/>
          <w:color w:val="222B33"/>
          <w:sz w:val="21"/>
        </w:rPr>
        <w:t>in the black dye</w:t>
        <w:br/>
      </w:r>
      <w:r>
        <w:rPr>
          <w:b w:val="0"/>
          <w:i/>
          <w:color w:val="222B33"/>
          <w:sz w:val="21"/>
        </w:rPr>
        <w:t>of mourning.</w:t>
      </w:r>
    </w:p>
    <w:p>
      <w:pPr>
        <w:spacing w:after="40"/>
      </w:pPr>
      <w:r>
        <w:rPr>
          <w:b w:val="0"/>
          <w:i w:val="0"/>
          <w:color w:val="6A6F75"/>
          <w:sz w:val="18"/>
        </w:rPr>
        <w:t xml:space="preserve">Answered by </w:t>
      </w:r>
      <w:hyperlink w:anchor="p642">
        <w:r>
          <w:rPr>
            <w:color w:val="2E5A80"/>
            <w:u w:val="single"/>
            <w:sz w:val="18"/>
          </w:rPr>
          <w:t xml:space="preserve">No. 642 (Ōigimi)</w:t>
        </w:r>
      </w:hyperlink>
    </w:p>
    <w:p>
      <w:pPr>
        <w:keepNext/>
        <w:spacing w:after="20" w:before="200"/>
      </w:pPr>
      <w:bookmarkStart w:id="688" w:name="p642"/>
      <w:r>
        <w:rPr>
          <w:b/>
          <w:i w:val="0"/>
          <w:color w:val="222B33"/>
          <w:sz w:val="22"/>
        </w:rPr>
        <w:t>No. 642</w:t>
      </w:r>
      <w:r>
        <w:rPr>
          <w:b w:val="0"/>
          <w:i w:val="0"/>
          <w:color w:val="6A6F75"/>
          <w:sz w:val="18"/>
        </w:rPr>
        <w:t xml:space="preserve">   Ōigimi → Kaoru   答 reply</w:t>
      </w:r>
      <w:bookmarkEnd w:id="688"/>
    </w:p>
    <w:p>
      <w:pPr>
        <w:keepNext/>
        <w:spacing w:after="0"/>
      </w:pPr>
      <w:r>
        <w:rPr>
          <w:rFonts w:ascii="Noto Serif CJK JP" w:hAnsi="Noto Serif CJK JP" w:eastAsia="Noto Serif CJK JP"/>
          <w:b w:val="0"/>
          <w:i w:val="0"/>
          <w:color w:val="222B33"/>
          <w:sz w:val="26"/>
        </w:rPr>
        <w:t>色変はる袖をば露の宿りにてわが身ぞさらに置き所なき</w:t>
      </w:r>
    </w:p>
    <w:p>
      <w:pPr>
        <w:keepNext/>
        <w:spacing w:after="60"/>
      </w:pPr>
      <w:r>
        <w:rPr>
          <w:rFonts w:ascii="Noto Serif CJK JP" w:hAnsi="Noto Serif CJK JP" w:eastAsia="Noto Serif CJK JP"/>
          <w:b w:val="0"/>
          <w:i w:val="0"/>
          <w:color w:val="6A6F75"/>
          <w:sz w:val="19"/>
        </w:rPr>
        <w:t>色かはる　／　袖をはつゆの　／　やとりにて　／　わか身そさらに　／　をき所なき</w:t>
      </w:r>
    </w:p>
    <w:p>
      <w:pPr>
        <w:keepNext/>
        <w:spacing w:after="60"/>
      </w:pPr>
      <w:r>
        <w:rPr>
          <w:b w:val="0"/>
          <w:i/>
          <w:color w:val="222B33"/>
          <w:sz w:val="21"/>
        </w:rPr>
        <w:t>The sleeves that change color</w:t>
        <w:br/>
      </w:r>
      <w:r>
        <w:rPr>
          <w:b w:val="0"/>
          <w:i/>
          <w:color w:val="222B33"/>
          <w:sz w:val="21"/>
        </w:rPr>
        <w:t>are the lodging place of dew,</w:t>
        <w:br/>
      </w:r>
      <w:r>
        <w:rPr>
          <w:b w:val="0"/>
          <w:i/>
          <w:color w:val="222B33"/>
          <w:sz w:val="21"/>
        </w:rPr>
        <w:t>but I myself</w:t>
        <w:br/>
      </w:r>
      <w:r>
        <w:rPr>
          <w:b w:val="0"/>
          <w:i/>
          <w:color w:val="222B33"/>
          <w:sz w:val="21"/>
        </w:rPr>
        <w:t>have no place</w:t>
        <w:br/>
      </w:r>
      <w:r>
        <w:rPr>
          <w:b w:val="0"/>
          <w:i/>
          <w:color w:val="222B33"/>
          <w:sz w:val="21"/>
        </w:rPr>
        <w:t>at all.</w:t>
      </w:r>
    </w:p>
    <w:p>
      <w:pPr>
        <w:spacing w:after="40"/>
      </w:pPr>
      <w:r>
        <w:rPr>
          <w:b w:val="0"/>
          <w:i w:val="0"/>
          <w:color w:val="222B33"/>
          <w:sz w:val="19"/>
        </w:rPr>
        <w:t>Oku: dew “settles”; okidokoro, “place.”</w:t>
      </w:r>
    </w:p>
    <w:p>
      <w:pPr>
        <w:spacing w:after="40"/>
      </w:pPr>
      <w:r>
        <w:rPr>
          <w:b w:val="0"/>
          <w:i w:val="0"/>
          <w:color w:val="6A6F75"/>
          <w:sz w:val="18"/>
        </w:rPr>
        <w:t xml:space="preserve">In reply to </w:t>
      </w:r>
      <w:hyperlink w:anchor="p641">
        <w:r>
          <w:rPr>
            <w:color w:val="2E5A80"/>
            <w:u w:val="single"/>
            <w:sz w:val="18"/>
          </w:rPr>
          <w:t xml:space="preserve">No. 641 (Kaoru)</w:t>
        </w:r>
      </w:hyperlink>
    </w:p>
    <w:p>
      <w:pPr>
        <w:keepNext/>
        <w:spacing w:after="20" w:before="200"/>
      </w:pPr>
      <w:bookmarkStart w:id="689" w:name="p643"/>
      <w:r>
        <w:rPr>
          <w:b/>
          <w:i w:val="0"/>
          <w:color w:val="222B33"/>
          <w:sz w:val="22"/>
        </w:rPr>
        <w:t>No. 643</w:t>
      </w:r>
      <w:r>
        <w:rPr>
          <w:b w:val="0"/>
          <w:i w:val="0"/>
          <w:color w:val="6A6F75"/>
          <w:sz w:val="18"/>
        </w:rPr>
        <w:t xml:space="preserve">   Kaoru   独 solo</w:t>
      </w:r>
      <w:bookmarkEnd w:id="689"/>
    </w:p>
    <w:p>
      <w:pPr>
        <w:keepNext/>
        <w:spacing w:after="40"/>
      </w:pPr>
      <w:r>
        <w:rPr>
          <w:b/>
          <w:i w:val="0"/>
          <w:color w:val="6A6F75"/>
          <w:sz w:val="18"/>
        </w:rPr>
        <w:t xml:space="preserve">Context. </w:t>
      </w:r>
      <w:r>
        <w:rPr>
          <w:b w:val="0"/>
          <w:i w:val="0"/>
          <w:color w:val="6A6F75"/>
          <w:sz w:val="19"/>
        </w:rPr>
        <w:t>Kaoru at Uji in autumn after the Eighth Prince’s death; the geese tell him the world is passing.</w:t>
      </w:r>
    </w:p>
    <w:p>
      <w:pPr>
        <w:keepNext/>
        <w:spacing w:after="0"/>
      </w:pPr>
      <w:r>
        <w:rPr>
          <w:rFonts w:ascii="Noto Serif CJK JP" w:hAnsi="Noto Serif CJK JP" w:eastAsia="Noto Serif CJK JP"/>
          <w:b w:val="0"/>
          <w:i w:val="0"/>
          <w:color w:val="222B33"/>
          <w:sz w:val="26"/>
        </w:rPr>
        <w:t>秋霧の晴れぬ雲居にいとどしくこの世をかりと言ひ知らすらむ</w:t>
      </w:r>
    </w:p>
    <w:p>
      <w:pPr>
        <w:keepNext/>
        <w:spacing w:after="60"/>
      </w:pPr>
      <w:r>
        <w:rPr>
          <w:rFonts w:ascii="Noto Serif CJK JP" w:hAnsi="Noto Serif CJK JP" w:eastAsia="Noto Serif CJK JP"/>
          <w:b w:val="0"/>
          <w:i w:val="0"/>
          <w:color w:val="6A6F75"/>
          <w:sz w:val="19"/>
        </w:rPr>
        <w:t>秋きりの　／　はれぬ雲ゐに　／　いとゝしく　／　このよをかりと　／　いひしらすらむ</w:t>
      </w:r>
    </w:p>
    <w:p>
      <w:pPr>
        <w:keepNext/>
        <w:spacing w:after="60"/>
      </w:pPr>
      <w:r>
        <w:rPr>
          <w:b w:val="0"/>
          <w:i/>
          <w:color w:val="222B33"/>
          <w:sz w:val="21"/>
        </w:rPr>
        <w:t>In the sky</w:t>
        <w:br/>
      </w:r>
      <w:r>
        <w:rPr>
          <w:b w:val="0"/>
          <w:i/>
          <w:color w:val="222B33"/>
          <w:sz w:val="21"/>
        </w:rPr>
        <w:t>where autumn mist never clears,</w:t>
        <w:br/>
      </w:r>
      <w:r>
        <w:rPr>
          <w:b w:val="0"/>
          <w:i/>
          <w:color w:val="222B33"/>
          <w:sz w:val="21"/>
        </w:rPr>
        <w:t>how keenly they tell me</w:t>
        <w:br/>
      </w:r>
      <w:r>
        <w:rPr>
          <w:b w:val="0"/>
          <w:i/>
          <w:color w:val="222B33"/>
          <w:sz w:val="21"/>
        </w:rPr>
        <w:t>this world</w:t>
        <w:br/>
      </w:r>
      <w:r>
        <w:rPr>
          <w:b w:val="0"/>
          <w:i/>
          <w:color w:val="222B33"/>
          <w:sz w:val="21"/>
        </w:rPr>
        <w:t>is passing.</w:t>
      </w:r>
    </w:p>
    <w:p>
      <w:pPr>
        <w:spacing w:after="40"/>
      </w:pPr>
      <w:r>
        <w:rPr>
          <w:b w:val="0"/>
          <w:i w:val="0"/>
          <w:color w:val="222B33"/>
          <w:sz w:val="19"/>
        </w:rPr>
        <w:t>Kari: geese and “temporary.”</w:t>
      </w:r>
    </w:p>
    <w:p>
      <w:pPr>
        <w:keepNext/>
        <w:spacing w:after="20" w:before="200"/>
      </w:pPr>
      <w:bookmarkStart w:id="690" w:name="p644"/>
      <w:r>
        <w:rPr>
          <w:b/>
          <w:i w:val="0"/>
          <w:color w:val="222B33"/>
          <w:sz w:val="22"/>
        </w:rPr>
        <w:t>No. 644</w:t>
      </w:r>
      <w:r>
        <w:rPr>
          <w:b w:val="0"/>
          <w:i w:val="0"/>
          <w:color w:val="6A6F75"/>
          <w:sz w:val="18"/>
        </w:rPr>
        <w:t xml:space="preserve">   Ōigimi → Naka no Kimi   贈 sent</w:t>
      </w:r>
      <w:bookmarkEnd w:id="690"/>
    </w:p>
    <w:p>
      <w:pPr>
        <w:keepNext/>
        <w:spacing w:after="40"/>
      </w:pPr>
      <w:r>
        <w:rPr>
          <w:b/>
          <w:i w:val="0"/>
          <w:color w:val="6A6F75"/>
          <w:sz w:val="18"/>
        </w:rPr>
        <w:t xml:space="preserve">Context. </w:t>
      </w:r>
      <w:r>
        <w:rPr>
          <w:b w:val="0"/>
          <w:i w:val="0"/>
          <w:color w:val="6A6F75"/>
          <w:sz w:val="19"/>
        </w:rPr>
        <w:t>Ōigimi and Naka no Kimi in their first winter without their father.</w:t>
      </w:r>
    </w:p>
    <w:p>
      <w:pPr>
        <w:keepNext/>
        <w:spacing w:after="0"/>
      </w:pPr>
      <w:r>
        <w:rPr>
          <w:rFonts w:ascii="Noto Serif CJK JP" w:hAnsi="Noto Serif CJK JP" w:eastAsia="Noto Serif CJK JP"/>
          <w:b w:val="0"/>
          <w:i w:val="0"/>
          <w:color w:val="222B33"/>
          <w:sz w:val="26"/>
        </w:rPr>
        <w:t>君なくて岩のかけ道絶えしより松の雪をもなにとかは見る</w:t>
      </w:r>
    </w:p>
    <w:p>
      <w:pPr>
        <w:keepNext/>
        <w:spacing w:after="60"/>
      </w:pPr>
      <w:r>
        <w:rPr>
          <w:rFonts w:ascii="Noto Serif CJK JP" w:hAnsi="Noto Serif CJK JP" w:eastAsia="Noto Serif CJK JP"/>
          <w:b w:val="0"/>
          <w:i w:val="0"/>
          <w:color w:val="6A6F75"/>
          <w:sz w:val="19"/>
        </w:rPr>
        <w:t>君なくて　／　岩のかけみち　／　たえしより　／　松の雪をも　／　なにとかはみる</w:t>
      </w:r>
    </w:p>
    <w:p>
      <w:pPr>
        <w:keepNext/>
        <w:spacing w:after="60"/>
      </w:pPr>
      <w:r>
        <w:rPr>
          <w:b w:val="0"/>
          <w:i/>
          <w:color w:val="222B33"/>
          <w:sz w:val="21"/>
        </w:rPr>
        <w:t>Since the rock</w:t>
        <w:br/>
      </w:r>
      <w:r>
        <w:rPr>
          <w:b w:val="0"/>
          <w:i/>
          <w:color w:val="222B33"/>
          <w:sz w:val="21"/>
        </w:rPr>
        <w:t>path broke off without him,</w:t>
        <w:br/>
      </w:r>
      <w:r>
        <w:rPr>
          <w:b w:val="0"/>
          <w:i/>
          <w:color w:val="222B33"/>
          <w:sz w:val="21"/>
        </w:rPr>
        <w:t>how do you see</w:t>
        <w:br/>
      </w:r>
      <w:r>
        <w:rPr>
          <w:b w:val="0"/>
          <w:i/>
          <w:color w:val="222B33"/>
          <w:sz w:val="21"/>
        </w:rPr>
        <w:t>the snow</w:t>
        <w:br/>
      </w:r>
      <w:r>
        <w:rPr>
          <w:b w:val="0"/>
          <w:i/>
          <w:color w:val="222B33"/>
          <w:sz w:val="21"/>
        </w:rPr>
        <w:t>on the pines?</w:t>
      </w:r>
    </w:p>
    <w:p>
      <w:pPr>
        <w:spacing w:after="40"/>
      </w:pPr>
      <w:r>
        <w:rPr>
          <w:b w:val="0"/>
          <w:i w:val="0"/>
          <w:color w:val="6A6F75"/>
          <w:sz w:val="18"/>
        </w:rPr>
        <w:t xml:space="preserve">Answered by </w:t>
      </w:r>
      <w:hyperlink w:anchor="p645">
        <w:r>
          <w:rPr>
            <w:color w:val="2E5A80"/>
            <w:u w:val="single"/>
            <w:sz w:val="18"/>
          </w:rPr>
          <w:t xml:space="preserve">No. 645 (Naka no Kimi)</w:t>
        </w:r>
      </w:hyperlink>
    </w:p>
    <w:p>
      <w:pPr>
        <w:keepNext/>
        <w:spacing w:after="20" w:before="200"/>
      </w:pPr>
      <w:bookmarkStart w:id="691" w:name="p645"/>
      <w:r>
        <w:rPr>
          <w:b/>
          <w:i w:val="0"/>
          <w:color w:val="222B33"/>
          <w:sz w:val="22"/>
        </w:rPr>
        <w:t>No. 645</w:t>
      </w:r>
      <w:r>
        <w:rPr>
          <w:b w:val="0"/>
          <w:i w:val="0"/>
          <w:color w:val="6A6F75"/>
          <w:sz w:val="18"/>
        </w:rPr>
        <w:t xml:space="preserve">   Naka no Kimi → Ōigimi   答 reply</w:t>
      </w:r>
      <w:bookmarkEnd w:id="691"/>
    </w:p>
    <w:p>
      <w:pPr>
        <w:keepNext/>
        <w:spacing w:after="0"/>
      </w:pPr>
      <w:r>
        <w:rPr>
          <w:rFonts w:ascii="Noto Serif CJK JP" w:hAnsi="Noto Serif CJK JP" w:eastAsia="Noto Serif CJK JP"/>
          <w:b w:val="0"/>
          <w:i w:val="0"/>
          <w:color w:val="222B33"/>
          <w:sz w:val="26"/>
        </w:rPr>
        <w:t>奥山の松葉に積もる雪とだに消えにし人を思はましかば</w:t>
      </w:r>
    </w:p>
    <w:p>
      <w:pPr>
        <w:keepNext/>
        <w:spacing w:after="60"/>
      </w:pPr>
      <w:r>
        <w:rPr>
          <w:rFonts w:ascii="Noto Serif CJK JP" w:hAnsi="Noto Serif CJK JP" w:eastAsia="Noto Serif CJK JP"/>
          <w:b w:val="0"/>
          <w:i w:val="0"/>
          <w:color w:val="6A6F75"/>
          <w:sz w:val="19"/>
        </w:rPr>
        <w:t>おく山の　／　松葉につもる　／　雪とたに　／　きえにし人を　／　思はましかは</w:t>
      </w:r>
    </w:p>
    <w:p>
      <w:pPr>
        <w:keepNext/>
        <w:spacing w:after="60"/>
      </w:pPr>
      <w:r>
        <w:rPr>
          <w:b w:val="0"/>
          <w:i/>
          <w:color w:val="222B33"/>
          <w:sz w:val="21"/>
        </w:rPr>
        <w:t>If I could think</w:t>
        <w:br/>
      </w:r>
      <w:r>
        <w:rPr>
          <w:b w:val="0"/>
          <w:i/>
          <w:color w:val="222B33"/>
          <w:sz w:val="21"/>
        </w:rPr>
        <w:t>of the one who vanished</w:t>
        <w:br/>
      </w:r>
      <w:r>
        <w:rPr>
          <w:b w:val="0"/>
          <w:i/>
          <w:color w:val="222B33"/>
          <w:sz w:val="21"/>
        </w:rPr>
        <w:t>even as the snow</w:t>
        <w:br/>
      </w:r>
      <w:r>
        <w:rPr>
          <w:b w:val="0"/>
          <w:i/>
          <w:color w:val="222B33"/>
          <w:sz w:val="21"/>
        </w:rPr>
        <w:t>heaped on pine needles</w:t>
        <w:br/>
      </w:r>
      <w:r>
        <w:rPr>
          <w:b w:val="0"/>
          <w:i/>
          <w:color w:val="222B33"/>
          <w:sz w:val="21"/>
        </w:rPr>
        <w:t>in the deep hills.</w:t>
      </w:r>
    </w:p>
    <w:p>
      <w:pPr>
        <w:spacing w:after="40"/>
      </w:pPr>
      <w:r>
        <w:rPr>
          <w:b w:val="0"/>
          <w:i w:val="0"/>
          <w:color w:val="222B33"/>
          <w:sz w:val="19"/>
        </w:rPr>
        <w:t>Snow at least returns.</w:t>
      </w:r>
    </w:p>
    <w:p>
      <w:pPr>
        <w:spacing w:after="40"/>
      </w:pPr>
      <w:r>
        <w:rPr>
          <w:b w:val="0"/>
          <w:i w:val="0"/>
          <w:color w:val="6A6F75"/>
          <w:sz w:val="18"/>
        </w:rPr>
        <w:t xml:space="preserve">In reply to </w:t>
      </w:r>
      <w:hyperlink w:anchor="p644">
        <w:r>
          <w:rPr>
            <w:color w:val="2E5A80"/>
            <w:u w:val="single"/>
            <w:sz w:val="18"/>
          </w:rPr>
          <w:t xml:space="preserve">No. 644 (Ōigimi)</w:t>
        </w:r>
      </w:hyperlink>
    </w:p>
    <w:p>
      <w:pPr>
        <w:keepNext/>
        <w:spacing w:after="20" w:before="200"/>
      </w:pPr>
      <w:bookmarkStart w:id="692" w:name="p646"/>
      <w:r>
        <w:rPr>
          <w:b/>
          <w:i w:val="0"/>
          <w:color w:val="222B33"/>
          <w:sz w:val="22"/>
        </w:rPr>
        <w:t>No. 646</w:t>
      </w:r>
      <w:r>
        <w:rPr>
          <w:b w:val="0"/>
          <w:i w:val="0"/>
          <w:color w:val="6A6F75"/>
          <w:sz w:val="18"/>
        </w:rPr>
        <w:t xml:space="preserve">   Ōigimi → Kaoru   贈 sent</w:t>
      </w:r>
      <w:bookmarkEnd w:id="692"/>
    </w:p>
    <w:p>
      <w:pPr>
        <w:keepNext/>
        <w:spacing w:after="40"/>
      </w:pPr>
      <w:r>
        <w:rPr>
          <w:b/>
          <w:i w:val="0"/>
          <w:color w:val="6A6F75"/>
          <w:sz w:val="18"/>
        </w:rPr>
        <w:t xml:space="preserve">Context. </w:t>
      </w:r>
      <w:r>
        <w:rPr>
          <w:b w:val="0"/>
          <w:i w:val="0"/>
          <w:color w:val="6A6F75"/>
          <w:sz w:val="19"/>
        </w:rPr>
        <w:t>Ōigimi to Kaoru, who visits in snow; he alone comes.</w:t>
      </w:r>
    </w:p>
    <w:p>
      <w:pPr>
        <w:keepNext/>
        <w:spacing w:after="0"/>
      </w:pPr>
      <w:r>
        <w:rPr>
          <w:rFonts w:ascii="Noto Serif CJK JP" w:hAnsi="Noto Serif CJK JP" w:eastAsia="Noto Serif CJK JP"/>
          <w:b w:val="0"/>
          <w:i w:val="0"/>
          <w:color w:val="222B33"/>
          <w:sz w:val="26"/>
        </w:rPr>
        <w:t>雪深き山のかけはし君ならでまたふみかよふ跡を見ぬかな</w:t>
      </w:r>
    </w:p>
    <w:p>
      <w:pPr>
        <w:keepNext/>
        <w:spacing w:after="60"/>
      </w:pPr>
      <w:r>
        <w:rPr>
          <w:rFonts w:ascii="Noto Serif CJK JP" w:hAnsi="Noto Serif CJK JP" w:eastAsia="Noto Serif CJK JP"/>
          <w:b w:val="0"/>
          <w:i w:val="0"/>
          <w:color w:val="6A6F75"/>
          <w:sz w:val="19"/>
        </w:rPr>
        <w:t>雪ふかき　／　山のかけはし　／　きみならて　／　またふみかよふ　／　あとをみぬかな</w:t>
      </w:r>
    </w:p>
    <w:p>
      <w:pPr>
        <w:keepNext/>
        <w:spacing w:after="60"/>
      </w:pPr>
      <w:r>
        <w:rPr>
          <w:b w:val="0"/>
          <w:i/>
          <w:color w:val="222B33"/>
          <w:sz w:val="21"/>
        </w:rPr>
        <w:t>On the bridge path</w:t>
        <w:br/>
      </w:r>
      <w:r>
        <w:rPr>
          <w:b w:val="0"/>
          <w:i/>
          <w:color w:val="222B33"/>
          <w:sz w:val="21"/>
        </w:rPr>
        <w:t>of the mountain deep in snow,</w:t>
        <w:br/>
      </w:r>
      <w:r>
        <w:rPr>
          <w:b w:val="0"/>
          <w:i/>
          <w:color w:val="222B33"/>
          <w:sz w:val="21"/>
        </w:rPr>
        <w:t>I see no tracks</w:t>
        <w:br/>
      </w:r>
      <w:r>
        <w:rPr>
          <w:b w:val="0"/>
          <w:i/>
          <w:color w:val="222B33"/>
          <w:sz w:val="21"/>
        </w:rPr>
        <w:t>of anyone but you</w:t>
        <w:br/>
      </w:r>
      <w:r>
        <w:rPr>
          <w:b w:val="0"/>
          <w:i/>
          <w:color w:val="222B33"/>
          <w:sz w:val="21"/>
        </w:rPr>
        <w:t>crossing back and forth.</w:t>
      </w:r>
    </w:p>
    <w:p>
      <w:pPr>
        <w:spacing w:after="40"/>
      </w:pPr>
      <w:r>
        <w:rPr>
          <w:b w:val="0"/>
          <w:i w:val="0"/>
          <w:color w:val="6A6F75"/>
          <w:sz w:val="18"/>
        </w:rPr>
        <w:t xml:space="preserve">Answered by </w:t>
      </w:r>
      <w:hyperlink w:anchor="p647">
        <w:r>
          <w:rPr>
            <w:color w:val="2E5A80"/>
            <w:u w:val="single"/>
            <w:sz w:val="18"/>
          </w:rPr>
          <w:t xml:space="preserve">No. 647 (Kaoru)</w:t>
        </w:r>
      </w:hyperlink>
    </w:p>
    <w:p>
      <w:pPr>
        <w:keepNext/>
        <w:spacing w:after="20" w:before="200"/>
      </w:pPr>
      <w:bookmarkStart w:id="693" w:name="p647"/>
      <w:r>
        <w:rPr>
          <w:b/>
          <w:i w:val="0"/>
          <w:color w:val="222B33"/>
          <w:sz w:val="22"/>
        </w:rPr>
        <w:t>No. 647</w:t>
      </w:r>
      <w:r>
        <w:rPr>
          <w:b w:val="0"/>
          <w:i w:val="0"/>
          <w:color w:val="6A6F75"/>
          <w:sz w:val="18"/>
        </w:rPr>
        <w:t xml:space="preserve">   Kaoru → Ōigimi   答 reply</w:t>
      </w:r>
      <w:bookmarkEnd w:id="693"/>
    </w:p>
    <w:p>
      <w:pPr>
        <w:keepNext/>
        <w:spacing w:after="0"/>
      </w:pPr>
      <w:r>
        <w:rPr>
          <w:rFonts w:ascii="Noto Serif CJK JP" w:hAnsi="Noto Serif CJK JP" w:eastAsia="Noto Serif CJK JP"/>
          <w:b w:val="0"/>
          <w:i w:val="0"/>
          <w:color w:val="222B33"/>
          <w:sz w:val="26"/>
        </w:rPr>
        <w:t>つららとぢ駒ふみしだく山川をしるべしがてらまづや渡らむ</w:t>
      </w:r>
    </w:p>
    <w:p>
      <w:pPr>
        <w:keepNext/>
        <w:spacing w:after="60"/>
      </w:pPr>
      <w:r>
        <w:rPr>
          <w:rFonts w:ascii="Noto Serif CJK JP" w:hAnsi="Noto Serif CJK JP" w:eastAsia="Noto Serif CJK JP"/>
          <w:b w:val="0"/>
          <w:i w:val="0"/>
          <w:color w:val="6A6F75"/>
          <w:sz w:val="19"/>
        </w:rPr>
        <w:t>つらゝとち　／　駒ふみしたく　／　山川を　／　しるへしかてら　／　まつやわたらむ</w:t>
      </w:r>
    </w:p>
    <w:p>
      <w:pPr>
        <w:keepNext/>
        <w:spacing w:after="60"/>
      </w:pPr>
      <w:r>
        <w:rPr>
          <w:b w:val="0"/>
          <w:i/>
          <w:color w:val="222B33"/>
          <w:sz w:val="21"/>
        </w:rPr>
        <w:t>Shall I cross first</w:t>
        <w:br/>
      </w:r>
      <w:r>
        <w:rPr>
          <w:b w:val="0"/>
          <w:i/>
          <w:color w:val="222B33"/>
          <w:sz w:val="21"/>
        </w:rPr>
        <w:t>the mountain stream sealed with ice,</w:t>
        <w:br/>
      </w:r>
      <w:r>
        <w:rPr>
          <w:b w:val="0"/>
          <w:i/>
          <w:color w:val="222B33"/>
          <w:sz w:val="21"/>
        </w:rPr>
        <w:t>where the colt tramples,</w:t>
        <w:br/>
      </w:r>
      <w:r>
        <w:rPr>
          <w:b w:val="0"/>
          <w:i/>
          <w:color w:val="222B33"/>
          <w:sz w:val="21"/>
        </w:rPr>
        <w:t>to serve</w:t>
        <w:br/>
      </w:r>
      <w:r>
        <w:rPr>
          <w:b w:val="0"/>
          <w:i/>
          <w:color w:val="222B33"/>
          <w:sz w:val="21"/>
        </w:rPr>
        <w:t>as your guide?</w:t>
      </w:r>
    </w:p>
    <w:p>
      <w:pPr>
        <w:spacing w:after="40"/>
      </w:pPr>
      <w:r>
        <w:rPr>
          <w:b w:val="0"/>
          <w:i w:val="0"/>
          <w:color w:val="222B33"/>
          <w:sz w:val="19"/>
        </w:rPr>
        <w:t>He offers himself as guide for Niou.</w:t>
      </w:r>
    </w:p>
    <w:p>
      <w:pPr>
        <w:spacing w:after="40"/>
      </w:pPr>
      <w:r>
        <w:rPr>
          <w:b w:val="0"/>
          <w:i w:val="0"/>
          <w:color w:val="6A6F75"/>
          <w:sz w:val="18"/>
        </w:rPr>
        <w:t xml:space="preserve">In reply to </w:t>
      </w:r>
      <w:hyperlink w:anchor="p646">
        <w:r>
          <w:rPr>
            <w:color w:val="2E5A80"/>
            <w:u w:val="single"/>
            <w:sz w:val="18"/>
          </w:rPr>
          <w:t xml:space="preserve">No. 646 (Ōigimi)</w:t>
        </w:r>
      </w:hyperlink>
      <w:r>
        <w:rPr>
          <w:b w:val="0"/>
          <w:i w:val="0"/>
          <w:color w:val="6A6F75"/>
          <w:sz w:val="18"/>
        </w:rPr>
        <w:t xml:space="preserve">   ·   </w:t>
      </w:r>
      <w:r>
        <w:rPr>
          <w:b w:val="0"/>
          <w:i w:val="0"/>
          <w:color w:val="6A6F75"/>
          <w:sz w:val="18"/>
        </w:rPr>
        <w:t xml:space="preserve">Echo, Guide and lost way: </w:t>
      </w:r>
      <w:hyperlink w:anchor="p30">
        <w:r>
          <w:rPr>
            <w:color w:val="2E5A80"/>
            <w:u w:val="single"/>
            <w:sz w:val="18"/>
          </w:rPr>
          <w:t xml:space="preserve">No. 30</w:t>
        </w:r>
      </w:hyperlink>
      <w:r>
        <w:rPr>
          <w:b w:val="0"/>
          <w:i w:val="0"/>
          <w:color w:val="6A6F75"/>
          <w:sz w:val="18"/>
        </w:rPr>
        <w:t xml:space="preserve">, </w:t>
      </w:r>
      <w:hyperlink w:anchor="p661">
        <w:r>
          <w:rPr>
            <w:color w:val="2E5A80"/>
            <w:u w:val="single"/>
            <w:sz w:val="18"/>
          </w:rPr>
          <w:t xml:space="preserve">No. 661</w:t>
        </w:r>
      </w:hyperlink>
      <w:r>
        <w:rPr>
          <w:b w:val="0"/>
          <w:i w:val="0"/>
          <w:color w:val="6A6F75"/>
          <w:sz w:val="18"/>
        </w:rPr>
        <w:t xml:space="preserve">, </w:t>
      </w:r>
      <w:hyperlink w:anchor="p795">
        <w:r>
          <w:rPr>
            <w:color w:val="2E5A80"/>
            <w:u w:val="single"/>
            <w:sz w:val="18"/>
          </w:rPr>
          <w:t xml:space="preserve">No. 795</w:t>
        </w:r>
      </w:hyperlink>
    </w:p>
    <w:p>
      <w:pPr>
        <w:keepNext/>
        <w:spacing w:after="20" w:before="200"/>
      </w:pPr>
      <w:bookmarkStart w:id="694" w:name="p648"/>
      <w:r>
        <w:rPr>
          <w:b/>
          <w:i w:val="0"/>
          <w:color w:val="222B33"/>
          <w:sz w:val="22"/>
        </w:rPr>
        <w:t>No. 648</w:t>
      </w:r>
      <w:r>
        <w:rPr>
          <w:b w:val="0"/>
          <w:i w:val="0"/>
          <w:color w:val="6A6F75"/>
          <w:sz w:val="18"/>
        </w:rPr>
        <w:t xml:space="preserve">   Kaoru   独 solo</w:t>
      </w:r>
      <w:bookmarkEnd w:id="694"/>
    </w:p>
    <w:p>
      <w:pPr>
        <w:keepNext/>
        <w:spacing w:after="40"/>
      </w:pPr>
      <w:r>
        <w:rPr>
          <w:b/>
          <w:i w:val="0"/>
          <w:color w:val="6A6F75"/>
          <w:sz w:val="18"/>
        </w:rPr>
        <w:t xml:space="preserve">Context. </w:t>
      </w:r>
      <w:r>
        <w:rPr>
          <w:b w:val="0"/>
          <w:i w:val="0"/>
          <w:color w:val="6A6F75"/>
          <w:sz w:val="19"/>
        </w:rPr>
        <w:t>Kaoru at the Eighth Prince’s empty seat; he has lost his spiritual teacher.</w:t>
      </w:r>
    </w:p>
    <w:p>
      <w:pPr>
        <w:keepNext/>
        <w:spacing w:after="0"/>
      </w:pPr>
      <w:r>
        <w:rPr>
          <w:rFonts w:ascii="Noto Serif CJK JP" w:hAnsi="Noto Serif CJK JP" w:eastAsia="Noto Serif CJK JP"/>
          <w:b w:val="0"/>
          <w:i w:val="0"/>
          <w:color w:val="222B33"/>
          <w:sz w:val="26"/>
        </w:rPr>
        <w:t>立ち寄らむ蔭と頼みし椎が本空しき床になりにけるかな</w:t>
      </w:r>
    </w:p>
    <w:p>
      <w:pPr>
        <w:keepNext/>
        <w:spacing w:after="60"/>
      </w:pPr>
      <w:r>
        <w:rPr>
          <w:rFonts w:ascii="Noto Serif CJK JP" w:hAnsi="Noto Serif CJK JP" w:eastAsia="Noto Serif CJK JP"/>
          <w:b w:val="0"/>
          <w:i w:val="0"/>
          <w:color w:val="6A6F75"/>
          <w:sz w:val="19"/>
        </w:rPr>
        <w:t>たちよらむ　／　かけとたのみし　／　しゐかもと　／　むなしきとこに　／　なりにける哉</w:t>
      </w:r>
    </w:p>
    <w:p>
      <w:pPr>
        <w:keepNext/>
        <w:spacing w:after="60"/>
      </w:pPr>
      <w:r>
        <w:rPr>
          <w:b w:val="0"/>
          <w:i/>
          <w:color w:val="222B33"/>
          <w:sz w:val="21"/>
        </w:rPr>
        <w:t>The shade of the oak</w:t>
        <w:br/>
      </w:r>
      <w:r>
        <w:rPr>
          <w:b w:val="0"/>
          <w:i/>
          <w:color w:val="222B33"/>
          <w:sz w:val="21"/>
        </w:rPr>
        <w:t>I trusted to rest under:</w:t>
        <w:br/>
      </w:r>
      <w:r>
        <w:rPr>
          <w:b w:val="0"/>
          <w:i/>
          <w:color w:val="222B33"/>
          <w:sz w:val="21"/>
        </w:rPr>
        <w:t>it has become</w:t>
        <w:br/>
      </w:r>
      <w:r>
        <w:rPr>
          <w:b w:val="0"/>
          <w:i/>
          <w:color w:val="222B33"/>
          <w:sz w:val="21"/>
        </w:rPr>
        <w:t>an empty</w:t>
        <w:br/>
      </w:r>
      <w:r>
        <w:rPr>
          <w:b w:val="0"/>
          <w:i/>
          <w:color w:val="222B33"/>
          <w:sz w:val="21"/>
        </w:rPr>
        <w:t>bed.</w:t>
      </w:r>
    </w:p>
    <w:p>
      <w:pPr>
        <w:spacing w:after="40"/>
      </w:pPr>
      <w:r>
        <w:rPr>
          <w:b w:val="0"/>
          <w:i w:val="0"/>
          <w:color w:val="222B33"/>
          <w:sz w:val="19"/>
        </w:rPr>
        <w:t>Shii ga moto: the Prince’s place.</w:t>
      </w:r>
    </w:p>
    <w:p>
      <w:pPr>
        <w:keepNext/>
        <w:spacing w:after="20" w:before="200"/>
      </w:pPr>
      <w:bookmarkStart w:id="695" w:name="p649"/>
      <w:r>
        <w:rPr>
          <w:b/>
          <w:i w:val="0"/>
          <w:color w:val="222B33"/>
          <w:sz w:val="22"/>
        </w:rPr>
        <w:t>No. 649</w:t>
      </w:r>
      <w:r>
        <w:rPr>
          <w:b w:val="0"/>
          <w:i w:val="0"/>
          <w:color w:val="6A6F75"/>
          <w:sz w:val="18"/>
        </w:rPr>
        <w:t xml:space="preserve">   Ōigimi → Naka no Kimi   唱:贈 group exchange / sent</w:t>
      </w:r>
      <w:bookmarkEnd w:id="695"/>
    </w:p>
    <w:p>
      <w:pPr>
        <w:keepNext/>
        <w:spacing w:after="40"/>
      </w:pPr>
      <w:r>
        <w:rPr>
          <w:b/>
          <w:i w:val="0"/>
          <w:color w:val="6A6F75"/>
          <w:sz w:val="18"/>
        </w:rPr>
        <w:t xml:space="preserve">Context. </w:t>
      </w:r>
      <w:r>
        <w:rPr>
          <w:b w:val="0"/>
          <w:i w:val="0"/>
          <w:color w:val="6A6F75"/>
          <w:sz w:val="19"/>
        </w:rPr>
        <w:t>The sisters receive bracken from the Abbot; their father’s absence.</w:t>
      </w:r>
    </w:p>
    <w:p>
      <w:pPr>
        <w:keepNext/>
        <w:spacing w:after="0"/>
      </w:pPr>
      <w:r>
        <w:rPr>
          <w:rFonts w:ascii="Noto Serif CJK JP" w:hAnsi="Noto Serif CJK JP" w:eastAsia="Noto Serif CJK JP"/>
          <w:b w:val="0"/>
          <w:i w:val="0"/>
          <w:color w:val="222B33"/>
          <w:sz w:val="26"/>
        </w:rPr>
        <w:t>君が折る峰の蕨と見ましかば知られやせまし春のしるしも</w:t>
      </w:r>
    </w:p>
    <w:p>
      <w:pPr>
        <w:keepNext/>
        <w:spacing w:after="60"/>
      </w:pPr>
      <w:r>
        <w:rPr>
          <w:rFonts w:ascii="Noto Serif CJK JP" w:hAnsi="Noto Serif CJK JP" w:eastAsia="Noto Serif CJK JP"/>
          <w:b w:val="0"/>
          <w:i w:val="0"/>
          <w:color w:val="6A6F75"/>
          <w:sz w:val="19"/>
        </w:rPr>
        <w:t>君かおる　／　みねのわらひと　／　みましかは　／　しられやせまし　／　春のしるしも</w:t>
      </w:r>
    </w:p>
    <w:p>
      <w:pPr>
        <w:keepNext/>
        <w:spacing w:after="60"/>
      </w:pPr>
      <w:r>
        <w:rPr>
          <w:b w:val="0"/>
          <w:i/>
          <w:color w:val="222B33"/>
          <w:sz w:val="21"/>
        </w:rPr>
        <w:t>If these were bracken</w:t>
        <w:br/>
      </w:r>
      <w:r>
        <w:rPr>
          <w:b w:val="0"/>
          <w:i/>
          <w:color w:val="222B33"/>
          <w:sz w:val="21"/>
        </w:rPr>
        <w:t>from the peak picked by you,</w:t>
        <w:br/>
      </w:r>
      <w:r>
        <w:rPr>
          <w:b w:val="0"/>
          <w:i/>
          <w:color w:val="222B33"/>
          <w:sz w:val="21"/>
        </w:rPr>
        <w:t>we might know</w:t>
        <w:br/>
      </w:r>
      <w:r>
        <w:rPr>
          <w:b w:val="0"/>
          <w:i/>
          <w:color w:val="222B33"/>
          <w:sz w:val="21"/>
        </w:rPr>
        <w:t>the signs</w:t>
        <w:br/>
      </w:r>
      <w:r>
        <w:rPr>
          <w:b w:val="0"/>
          <w:i/>
          <w:color w:val="222B33"/>
          <w:sz w:val="21"/>
        </w:rPr>
        <w:t>of spring.</w:t>
      </w:r>
    </w:p>
    <w:p>
      <w:pPr>
        <w:spacing w:after="40"/>
      </w:pPr>
      <w:r>
        <w:rPr>
          <w:b w:val="0"/>
          <w:i w:val="0"/>
          <w:color w:val="222B33"/>
          <w:sz w:val="19"/>
        </w:rPr>
        <w:t>The abbot’s gift of bracken; the “you” is their father.</w:t>
      </w:r>
    </w:p>
    <w:p>
      <w:pPr>
        <w:spacing w:after="40"/>
      </w:pPr>
      <w:r>
        <w:rPr>
          <w:b/>
          <w:i w:val="0"/>
          <w:color w:val="8A4B1C"/>
          <w:sz w:val="18"/>
        </w:rPr>
        <w:t xml:space="preserve">Attribution uncertain. </w:t>
      </w:r>
      <w:r>
        <w:rPr>
          <w:b w:val="0"/>
          <w:i w:val="0"/>
          <w:sz w:val="19"/>
        </w:rPr>
        <w:t>The speaker identifications for this pair are queried in the source list.</w:t>
      </w:r>
    </w:p>
    <w:p>
      <w:pPr>
        <w:spacing w:after="40"/>
      </w:pPr>
      <w:r>
        <w:rPr>
          <w:b w:val="0"/>
          <w:i w:val="0"/>
          <w:color w:val="6A6F75"/>
          <w:sz w:val="18"/>
        </w:rPr>
        <w:t xml:space="preserve">Answered by </w:t>
      </w:r>
      <w:hyperlink w:anchor="p650">
        <w:r>
          <w:rPr>
            <w:color w:val="2E5A80"/>
            <w:u w:val="single"/>
            <w:sz w:val="18"/>
          </w:rPr>
          <w:t xml:space="preserve">No. 650 (Naka no Kimi)</w:t>
        </w:r>
      </w:hyperlink>
    </w:p>
    <w:p>
      <w:pPr>
        <w:keepNext/>
        <w:spacing w:after="20" w:before="200"/>
      </w:pPr>
      <w:bookmarkStart w:id="696" w:name="p650"/>
      <w:r>
        <w:rPr>
          <w:b/>
          <w:i w:val="0"/>
          <w:color w:val="222B33"/>
          <w:sz w:val="22"/>
        </w:rPr>
        <w:t>No. 650</w:t>
      </w:r>
      <w:r>
        <w:rPr>
          <w:b w:val="0"/>
          <w:i w:val="0"/>
          <w:color w:val="6A6F75"/>
          <w:sz w:val="18"/>
        </w:rPr>
        <w:t xml:space="preserve">   Naka no Kimi → Ōigimi   唱:答 group exchange / reply</w:t>
      </w:r>
      <w:bookmarkEnd w:id="696"/>
    </w:p>
    <w:p>
      <w:pPr>
        <w:keepNext/>
        <w:spacing w:after="0"/>
      </w:pPr>
      <w:r>
        <w:rPr>
          <w:rFonts w:ascii="Noto Serif CJK JP" w:hAnsi="Noto Serif CJK JP" w:eastAsia="Noto Serif CJK JP"/>
          <w:b w:val="0"/>
          <w:i w:val="0"/>
          <w:color w:val="222B33"/>
          <w:sz w:val="26"/>
        </w:rPr>
        <w:t>雪深き汀の小芹誰がために摘みかはやさむ親なしにして</w:t>
      </w:r>
    </w:p>
    <w:p>
      <w:pPr>
        <w:keepNext/>
        <w:spacing w:after="60"/>
      </w:pPr>
      <w:r>
        <w:rPr>
          <w:rFonts w:ascii="Noto Serif CJK JP" w:hAnsi="Noto Serif CJK JP" w:eastAsia="Noto Serif CJK JP"/>
          <w:b w:val="0"/>
          <w:i w:val="0"/>
          <w:color w:val="6A6F75"/>
          <w:sz w:val="19"/>
        </w:rPr>
        <w:t>雪ふかき　／　汀のこせり　／　たかために　／　つみかはやさん　／　おやなしにして</w:t>
      </w:r>
    </w:p>
    <w:p>
      <w:pPr>
        <w:keepNext/>
        <w:spacing w:after="60"/>
      </w:pPr>
      <w:r>
        <w:rPr>
          <w:b w:val="0"/>
          <w:i/>
          <w:color w:val="222B33"/>
          <w:sz w:val="21"/>
        </w:rPr>
        <w:t>For whom shall we pick</w:t>
        <w:br/>
      </w:r>
      <w:r>
        <w:rPr>
          <w:b w:val="0"/>
          <w:i/>
          <w:color w:val="222B33"/>
          <w:sz w:val="21"/>
        </w:rPr>
        <w:t>and praise the little parsley</w:t>
        <w:br/>
      </w:r>
      <w:r>
        <w:rPr>
          <w:b w:val="0"/>
          <w:i/>
          <w:color w:val="222B33"/>
          <w:sz w:val="21"/>
        </w:rPr>
        <w:t>by the snowy water’s edge,</w:t>
        <w:br/>
      </w:r>
      <w:r>
        <w:rPr>
          <w:b w:val="0"/>
          <w:i/>
          <w:color w:val="222B33"/>
          <w:sz w:val="21"/>
        </w:rPr>
        <w:t>we who</w:t>
        <w:br/>
      </w:r>
      <w:r>
        <w:rPr>
          <w:b w:val="0"/>
          <w:i/>
          <w:color w:val="222B33"/>
          <w:sz w:val="21"/>
        </w:rPr>
        <w:t>have no parent?</w:t>
      </w:r>
    </w:p>
    <w:p>
      <w:pPr>
        <w:spacing w:after="40"/>
      </w:pPr>
      <w:r>
        <w:rPr>
          <w:b/>
          <w:i w:val="0"/>
          <w:color w:val="8A4B1C"/>
          <w:sz w:val="18"/>
        </w:rPr>
        <w:t xml:space="preserve">Attribution uncertain. </w:t>
      </w:r>
      <w:r>
        <w:rPr>
          <w:b w:val="0"/>
          <w:i w:val="0"/>
          <w:sz w:val="19"/>
        </w:rPr>
        <w:t>The speaker identifications for this pair are queried in the source list.</w:t>
      </w:r>
    </w:p>
    <w:p>
      <w:pPr>
        <w:spacing w:after="40"/>
      </w:pPr>
      <w:r>
        <w:rPr>
          <w:b w:val="0"/>
          <w:i w:val="0"/>
          <w:color w:val="6A6F75"/>
          <w:sz w:val="18"/>
        </w:rPr>
        <w:t xml:space="preserve">In reply to </w:t>
      </w:r>
      <w:hyperlink w:anchor="p649">
        <w:r>
          <w:rPr>
            <w:color w:val="2E5A80"/>
            <w:u w:val="single"/>
            <w:sz w:val="18"/>
          </w:rPr>
          <w:t xml:space="preserve">No. 649 (Ōigimi)</w:t>
        </w:r>
      </w:hyperlink>
    </w:p>
    <w:p>
      <w:pPr>
        <w:keepNext/>
        <w:spacing w:after="20" w:before="200"/>
      </w:pPr>
      <w:bookmarkStart w:id="697" w:name="p651"/>
      <w:r>
        <w:rPr>
          <w:b/>
          <w:i w:val="0"/>
          <w:color w:val="222B33"/>
          <w:sz w:val="22"/>
        </w:rPr>
        <w:t>No. 651</w:t>
      </w:r>
      <w:r>
        <w:rPr>
          <w:b w:val="0"/>
          <w:i w:val="0"/>
          <w:color w:val="6A6F75"/>
          <w:sz w:val="18"/>
        </w:rPr>
        <w:t xml:space="preserve">   Niou → Naka no Kimi   贈 sent</w:t>
      </w:r>
      <w:bookmarkEnd w:id="697"/>
    </w:p>
    <w:p>
      <w:pPr>
        <w:keepNext/>
        <w:spacing w:after="40"/>
      </w:pPr>
      <w:r>
        <w:rPr>
          <w:b/>
          <w:i w:val="0"/>
          <w:color w:val="6A6F75"/>
          <w:sz w:val="18"/>
        </w:rPr>
        <w:t xml:space="preserve">Context. </w:t>
      </w:r>
      <w:r>
        <w:rPr>
          <w:b w:val="0"/>
          <w:i w:val="0"/>
          <w:color w:val="6A6F75"/>
          <w:sz w:val="19"/>
        </w:rPr>
        <w:t>Niou writes to Naka no Kimi in spring; she is still in mourning.</w:t>
      </w:r>
    </w:p>
    <w:p>
      <w:pPr>
        <w:keepNext/>
        <w:spacing w:after="0"/>
      </w:pPr>
      <w:r>
        <w:rPr>
          <w:rFonts w:ascii="Noto Serif CJK JP" w:hAnsi="Noto Serif CJK JP" w:eastAsia="Noto Serif CJK JP"/>
          <w:b w:val="0"/>
          <w:i w:val="0"/>
          <w:color w:val="222B33"/>
          <w:sz w:val="26"/>
        </w:rPr>
        <w:t>つてに見し宿の桜をこの春は霞隔てず折りてかざさむ</w:t>
      </w:r>
    </w:p>
    <w:p>
      <w:pPr>
        <w:keepNext/>
        <w:spacing w:after="60"/>
      </w:pPr>
      <w:r>
        <w:rPr>
          <w:rFonts w:ascii="Noto Serif CJK JP" w:hAnsi="Noto Serif CJK JP" w:eastAsia="Noto Serif CJK JP"/>
          <w:b w:val="0"/>
          <w:i w:val="0"/>
          <w:color w:val="6A6F75"/>
          <w:sz w:val="19"/>
        </w:rPr>
        <w:t>つてにみし　／　やとのさくらを　／　この春は　／　かすみへたてす　／　おりてかさゝむ</w:t>
      </w:r>
    </w:p>
    <w:p>
      <w:pPr>
        <w:keepNext/>
        <w:spacing w:after="60"/>
      </w:pPr>
      <w:r>
        <w:rPr>
          <w:b w:val="0"/>
          <w:i/>
          <w:color w:val="222B33"/>
          <w:sz w:val="21"/>
        </w:rPr>
        <w:t>The cherry of the house</w:t>
        <w:br/>
      </w:r>
      <w:r>
        <w:rPr>
          <w:b w:val="0"/>
          <w:i/>
          <w:color w:val="222B33"/>
          <w:sz w:val="21"/>
        </w:rPr>
        <w:t>I saw through a go-between:</w:t>
        <w:br/>
      </w:r>
      <w:r>
        <w:rPr>
          <w:b w:val="0"/>
          <w:i/>
          <w:color w:val="222B33"/>
          <w:sz w:val="21"/>
        </w:rPr>
        <w:t>this spring, with no haze between,</w:t>
        <w:br/>
      </w:r>
      <w:r>
        <w:rPr>
          <w:b w:val="0"/>
          <w:i/>
          <w:color w:val="222B33"/>
          <w:sz w:val="21"/>
        </w:rPr>
        <w:t>I will pluck it</w:t>
        <w:br/>
      </w:r>
      <w:r>
        <w:rPr>
          <w:b w:val="0"/>
          <w:i/>
          <w:color w:val="222B33"/>
          <w:sz w:val="21"/>
        </w:rPr>
        <w:t>for my hair.</w:t>
      </w:r>
    </w:p>
    <w:p>
      <w:pPr>
        <w:spacing w:after="40"/>
      </w:pPr>
      <w:r>
        <w:rPr>
          <w:b w:val="0"/>
          <w:i w:val="0"/>
          <w:color w:val="6A6F75"/>
          <w:sz w:val="18"/>
        </w:rPr>
        <w:t xml:space="preserve">Answered by </w:t>
      </w:r>
      <w:hyperlink w:anchor="p652">
        <w:r>
          <w:rPr>
            <w:color w:val="2E5A80"/>
            <w:u w:val="single"/>
            <w:sz w:val="18"/>
          </w:rPr>
          <w:t xml:space="preserve">No. 652 (Naka no Kimi)</w:t>
        </w:r>
      </w:hyperlink>
    </w:p>
    <w:p>
      <w:pPr>
        <w:keepNext/>
        <w:spacing w:after="20" w:before="200"/>
      </w:pPr>
      <w:bookmarkStart w:id="698" w:name="p652"/>
      <w:r>
        <w:rPr>
          <w:b/>
          <w:i w:val="0"/>
          <w:color w:val="222B33"/>
          <w:sz w:val="22"/>
        </w:rPr>
        <w:t>No. 652</w:t>
      </w:r>
      <w:r>
        <w:rPr>
          <w:b w:val="0"/>
          <w:i w:val="0"/>
          <w:color w:val="6A6F75"/>
          <w:sz w:val="18"/>
        </w:rPr>
        <w:t xml:space="preserve">   Naka no Kimi → Niou   答 reply</w:t>
      </w:r>
      <w:bookmarkEnd w:id="698"/>
    </w:p>
    <w:p>
      <w:pPr>
        <w:keepNext/>
        <w:spacing w:after="0"/>
      </w:pPr>
      <w:r>
        <w:rPr>
          <w:rFonts w:ascii="Noto Serif CJK JP" w:hAnsi="Noto Serif CJK JP" w:eastAsia="Noto Serif CJK JP"/>
          <w:b w:val="0"/>
          <w:i w:val="0"/>
          <w:color w:val="222B33"/>
          <w:sz w:val="26"/>
        </w:rPr>
        <w:t>いづことか尋ねて折らむ墨染に霞みこめたる宿の桜を</w:t>
      </w:r>
    </w:p>
    <w:p>
      <w:pPr>
        <w:keepNext/>
        <w:spacing w:after="60"/>
      </w:pPr>
      <w:r>
        <w:rPr>
          <w:rFonts w:ascii="Noto Serif CJK JP" w:hAnsi="Noto Serif CJK JP" w:eastAsia="Noto Serif CJK JP"/>
          <w:b w:val="0"/>
          <w:i w:val="0"/>
          <w:color w:val="6A6F75"/>
          <w:sz w:val="19"/>
        </w:rPr>
        <w:t>いつことか　／　たつねておらむ　／　すみそめに　／　かすみこめたる　／　やとの桜を</w:t>
      </w:r>
    </w:p>
    <w:p>
      <w:pPr>
        <w:keepNext/>
        <w:spacing w:after="60"/>
      </w:pPr>
      <w:r>
        <w:rPr>
          <w:b w:val="0"/>
          <w:i/>
          <w:color w:val="222B33"/>
          <w:sz w:val="21"/>
        </w:rPr>
        <w:t>Where would you seek</w:t>
        <w:br/>
      </w:r>
      <w:r>
        <w:rPr>
          <w:b w:val="0"/>
          <w:i/>
          <w:color w:val="222B33"/>
          <w:sz w:val="21"/>
        </w:rPr>
        <w:t>to pluck it, the cherry</w:t>
        <w:br/>
      </w:r>
      <w:r>
        <w:rPr>
          <w:b w:val="0"/>
          <w:i/>
          <w:color w:val="222B33"/>
          <w:sz w:val="21"/>
        </w:rPr>
        <w:t>of a house closed in</w:t>
        <w:br/>
      </w:r>
      <w:r>
        <w:rPr>
          <w:b w:val="0"/>
          <w:i/>
          <w:color w:val="222B33"/>
          <w:sz w:val="21"/>
        </w:rPr>
        <w:t>with the haze</w:t>
        <w:br/>
      </w:r>
      <w:r>
        <w:rPr>
          <w:b w:val="0"/>
          <w:i/>
          <w:color w:val="222B33"/>
          <w:sz w:val="21"/>
        </w:rPr>
        <w:t>of mourning black?</w:t>
      </w:r>
    </w:p>
    <w:p>
      <w:pPr>
        <w:spacing w:after="40"/>
      </w:pPr>
      <w:r>
        <w:rPr>
          <w:b w:val="0"/>
          <w:i w:val="0"/>
          <w:color w:val="6A6F75"/>
          <w:sz w:val="18"/>
        </w:rPr>
        <w:t xml:space="preserve">In reply to </w:t>
      </w:r>
      <w:hyperlink w:anchor="p651">
        <w:r>
          <w:rPr>
            <w:color w:val="2E5A80"/>
            <w:u w:val="single"/>
            <w:sz w:val="18"/>
          </w:rPr>
          <w:t xml:space="preserve">No. 651 (Niou)</w:t>
        </w:r>
      </w:hyperlink>
    </w:p>
    <w:p>
      <w:pPr>
        <w:pStyle w:val="Heading1"/>
      </w:pPr>
      <w:bookmarkStart w:id="699" w:name="ch47"/>
      <w:r>
        <w:t>Chapter 47 · Agemaki 総角</w:t>
      </w:r>
      <w:bookmarkEnd w:id="699"/>
    </w:p>
    <w:p>
      <w:pPr>
        <w:keepNext/>
        <w:spacing w:after="20" w:before="200"/>
      </w:pPr>
      <w:bookmarkStart w:id="700" w:name="p653"/>
      <w:r>
        <w:rPr>
          <w:b/>
          <w:i w:val="0"/>
          <w:color w:val="222B33"/>
          <w:sz w:val="22"/>
        </w:rPr>
        <w:t>No. 653</w:t>
      </w:r>
      <w:r>
        <w:rPr>
          <w:b w:val="0"/>
          <w:i w:val="0"/>
          <w:color w:val="6A6F75"/>
          <w:sz w:val="18"/>
        </w:rPr>
        <w:t xml:space="preserve">   Kaoru → Ōigimi   贈 sent</w:t>
      </w:r>
      <w:bookmarkEnd w:id="700"/>
    </w:p>
    <w:p>
      <w:pPr>
        <w:keepNext/>
        <w:spacing w:after="40"/>
      </w:pPr>
      <w:r>
        <w:rPr>
          <w:b/>
          <w:i w:val="0"/>
          <w:color w:val="6A6F75"/>
          <w:sz w:val="18"/>
        </w:rPr>
        <w:t xml:space="preserve">Context. </w:t>
      </w:r>
      <w:r>
        <w:rPr>
          <w:b w:val="0"/>
          <w:i w:val="0"/>
          <w:color w:val="6A6F75"/>
          <w:sz w:val="19"/>
        </w:rPr>
        <w:t>At the first anniversary rites, Kaoru proposes to Ōigimi; she refuses.</w:t>
      </w:r>
    </w:p>
    <w:p>
      <w:pPr>
        <w:keepNext/>
        <w:spacing w:after="0"/>
      </w:pPr>
      <w:r>
        <w:rPr>
          <w:rFonts w:ascii="Noto Serif CJK JP" w:hAnsi="Noto Serif CJK JP" w:eastAsia="Noto Serif CJK JP"/>
          <w:b w:val="0"/>
          <w:i w:val="0"/>
          <w:color w:val="222B33"/>
          <w:sz w:val="26"/>
        </w:rPr>
        <w:t>あげまきに長き契りを結びこめ同じ所に縒りも会はなむ</w:t>
      </w:r>
    </w:p>
    <w:p>
      <w:pPr>
        <w:keepNext/>
        <w:spacing w:after="60"/>
      </w:pPr>
      <w:r>
        <w:rPr>
          <w:rFonts w:ascii="Noto Serif CJK JP" w:hAnsi="Noto Serif CJK JP" w:eastAsia="Noto Serif CJK JP"/>
          <w:b w:val="0"/>
          <w:i w:val="0"/>
          <w:color w:val="6A6F75"/>
          <w:sz w:val="19"/>
        </w:rPr>
        <w:t>あけまきに　／　なかき契を　／　むすひこめ　／　おなしところに　／　よりもあはなむ</w:t>
      </w:r>
    </w:p>
    <w:p>
      <w:pPr>
        <w:keepNext/>
        <w:spacing w:after="60"/>
      </w:pPr>
      <w:r>
        <w:rPr>
          <w:b w:val="0"/>
          <w:i/>
          <w:color w:val="222B33"/>
          <w:sz w:val="21"/>
        </w:rPr>
        <w:t>Tie a lasting vow</w:t>
        <w:br/>
      </w:r>
      <w:r>
        <w:rPr>
          <w:b w:val="0"/>
          <w:i/>
          <w:color w:val="222B33"/>
          <w:sz w:val="21"/>
        </w:rPr>
        <w:t>into the trefoil knot;</w:t>
        <w:br/>
      </w:r>
      <w:r>
        <w:rPr>
          <w:b w:val="0"/>
          <w:i/>
          <w:color w:val="222B33"/>
          <w:sz w:val="21"/>
        </w:rPr>
        <w:t>may our strands be twisted</w:t>
        <w:br/>
      </w:r>
      <w:r>
        <w:rPr>
          <w:b w:val="0"/>
          <w:i/>
          <w:color w:val="222B33"/>
          <w:sz w:val="21"/>
        </w:rPr>
        <w:t>to meet in the same place.</w:t>
      </w:r>
    </w:p>
    <w:p>
      <w:pPr>
        <w:spacing w:after="40"/>
      </w:pPr>
      <w:r>
        <w:rPr>
          <w:b w:val="0"/>
          <w:i w:val="0"/>
          <w:color w:val="222B33"/>
          <w:sz w:val="19"/>
        </w:rPr>
        <w:t>Agemaki names the chapter; the knot of thread for the anniversary rites.</w:t>
      </w:r>
    </w:p>
    <w:p>
      <w:pPr>
        <w:spacing w:after="40"/>
      </w:pPr>
      <w:r>
        <w:rPr>
          <w:b w:val="0"/>
          <w:i w:val="0"/>
          <w:color w:val="6A6F75"/>
          <w:sz w:val="18"/>
        </w:rPr>
        <w:t xml:space="preserve">Answered by </w:t>
      </w:r>
      <w:hyperlink w:anchor="p654">
        <w:r>
          <w:rPr>
            <w:color w:val="2E5A80"/>
            <w:u w:val="single"/>
            <w:sz w:val="18"/>
          </w:rPr>
          <w:t xml:space="preserve">No. 654 (Ōigimi)</w:t>
        </w:r>
      </w:hyperlink>
    </w:p>
    <w:p>
      <w:pPr>
        <w:keepNext/>
        <w:spacing w:after="20" w:before="200"/>
      </w:pPr>
      <w:bookmarkStart w:id="701" w:name="p654"/>
      <w:r>
        <w:rPr>
          <w:b/>
          <w:i w:val="0"/>
          <w:color w:val="222B33"/>
          <w:sz w:val="22"/>
        </w:rPr>
        <w:t>No. 654</w:t>
      </w:r>
      <w:r>
        <w:rPr>
          <w:b w:val="0"/>
          <w:i w:val="0"/>
          <w:color w:val="6A6F75"/>
          <w:sz w:val="18"/>
        </w:rPr>
        <w:t xml:space="preserve">   Ōigimi → Kaoru   答 reply</w:t>
      </w:r>
      <w:bookmarkEnd w:id="701"/>
    </w:p>
    <w:p>
      <w:pPr>
        <w:keepNext/>
        <w:spacing w:after="0"/>
      </w:pPr>
      <w:r>
        <w:rPr>
          <w:rFonts w:ascii="Noto Serif CJK JP" w:hAnsi="Noto Serif CJK JP" w:eastAsia="Noto Serif CJK JP"/>
          <w:b w:val="0"/>
          <w:i w:val="0"/>
          <w:color w:val="222B33"/>
          <w:sz w:val="26"/>
        </w:rPr>
        <w:t>ぬきもあへずもろき涙の玉の緒に長き契りをいかが結ばむ</w:t>
      </w:r>
    </w:p>
    <w:p>
      <w:pPr>
        <w:keepNext/>
        <w:spacing w:after="60"/>
      </w:pPr>
      <w:r>
        <w:rPr>
          <w:rFonts w:ascii="Noto Serif CJK JP" w:hAnsi="Noto Serif CJK JP" w:eastAsia="Noto Serif CJK JP"/>
          <w:b w:val="0"/>
          <w:i w:val="0"/>
          <w:color w:val="6A6F75"/>
          <w:sz w:val="19"/>
        </w:rPr>
        <w:t>ぬきもあへす　／　もろき涙の　／　たまのをに　／　なかき契を　／　いかゝむすはん</w:t>
      </w:r>
    </w:p>
    <w:p>
      <w:pPr>
        <w:keepNext/>
        <w:spacing w:after="60"/>
      </w:pPr>
      <w:r>
        <w:rPr>
          <w:b w:val="0"/>
          <w:i/>
          <w:color w:val="222B33"/>
          <w:sz w:val="21"/>
        </w:rPr>
        <w:t>On this frail cord of tears,</w:t>
        <w:br/>
      </w:r>
      <w:r>
        <w:rPr>
          <w:b w:val="0"/>
          <w:i/>
          <w:color w:val="222B33"/>
          <w:sz w:val="21"/>
        </w:rPr>
        <w:t>too fragile even to thread,</w:t>
        <w:br/>
      </w:r>
      <w:r>
        <w:rPr>
          <w:b w:val="0"/>
          <w:i/>
          <w:color w:val="222B33"/>
          <w:sz w:val="21"/>
        </w:rPr>
        <w:t>how could I bind</w:t>
        <w:br/>
      </w:r>
      <w:r>
        <w:rPr>
          <w:b w:val="0"/>
          <w:i/>
          <w:color w:val="222B33"/>
          <w:sz w:val="21"/>
        </w:rPr>
        <w:t>a lasting vow?</w:t>
      </w:r>
    </w:p>
    <w:p>
      <w:pPr>
        <w:spacing w:after="40"/>
      </w:pPr>
      <w:r>
        <w:rPr>
          <w:b w:val="0"/>
          <w:i w:val="0"/>
          <w:color w:val="6A6F75"/>
          <w:sz w:val="18"/>
        </w:rPr>
        <w:t xml:space="preserve">In reply to </w:t>
      </w:r>
      <w:hyperlink w:anchor="p653">
        <w:r>
          <w:rPr>
            <w:color w:val="2E5A80"/>
            <w:u w:val="single"/>
            <w:sz w:val="18"/>
          </w:rPr>
          <w:t xml:space="preserve">No. 653 (Kaoru)</w:t>
        </w:r>
      </w:hyperlink>
    </w:p>
    <w:p>
      <w:pPr>
        <w:keepNext/>
        <w:spacing w:after="20" w:before="200"/>
      </w:pPr>
      <w:bookmarkStart w:id="702" w:name="p655"/>
      <w:r>
        <w:rPr>
          <w:b/>
          <w:i w:val="0"/>
          <w:color w:val="222B33"/>
          <w:sz w:val="22"/>
        </w:rPr>
        <w:t>No. 655</w:t>
      </w:r>
      <w:r>
        <w:rPr>
          <w:b w:val="0"/>
          <w:i w:val="0"/>
          <w:color w:val="6A6F75"/>
          <w:sz w:val="18"/>
        </w:rPr>
        <w:t xml:space="preserve">   Kaoru → Ōigimi   贈 sent</w:t>
      </w:r>
      <w:bookmarkEnd w:id="702"/>
    </w:p>
    <w:p>
      <w:pPr>
        <w:keepNext/>
        <w:spacing w:after="40"/>
      </w:pPr>
      <w:r>
        <w:rPr>
          <w:b/>
          <w:i w:val="0"/>
          <w:color w:val="6A6F75"/>
          <w:sz w:val="18"/>
        </w:rPr>
        <w:t xml:space="preserve">Context. </w:t>
      </w:r>
      <w:r>
        <w:rPr>
          <w:b w:val="0"/>
          <w:i w:val="0"/>
          <w:color w:val="6A6F75"/>
          <w:sz w:val="19"/>
        </w:rPr>
        <w:t>After Kaoru’s chaste night with Ōigimi; she has resolved never to marry.</w:t>
      </w:r>
    </w:p>
    <w:p>
      <w:pPr>
        <w:keepNext/>
        <w:spacing w:after="0"/>
      </w:pPr>
      <w:r>
        <w:rPr>
          <w:rFonts w:ascii="Noto Serif CJK JP" w:hAnsi="Noto Serif CJK JP" w:eastAsia="Noto Serif CJK JP"/>
          <w:b w:val="0"/>
          <w:i w:val="0"/>
          <w:color w:val="222B33"/>
          <w:sz w:val="26"/>
        </w:rPr>
        <w:t>山里のあはれ知らるる声々にとりあつめたる朝ぼらけかな</w:t>
      </w:r>
    </w:p>
    <w:p>
      <w:pPr>
        <w:keepNext/>
        <w:spacing w:after="60"/>
      </w:pPr>
      <w:r>
        <w:rPr>
          <w:rFonts w:ascii="Noto Serif CJK JP" w:hAnsi="Noto Serif CJK JP" w:eastAsia="Noto Serif CJK JP"/>
          <w:b w:val="0"/>
          <w:i w:val="0"/>
          <w:color w:val="6A6F75"/>
          <w:sz w:val="19"/>
        </w:rPr>
        <w:t>山さとの　／　あはれしらるゝ　／　こゑこゑに　／　とりあつめたる　／　あさほらけかな</w:t>
      </w:r>
    </w:p>
    <w:p>
      <w:pPr>
        <w:keepNext/>
        <w:spacing w:after="60"/>
      </w:pPr>
      <w:r>
        <w:rPr>
          <w:b w:val="0"/>
          <w:i/>
          <w:color w:val="222B33"/>
          <w:sz w:val="21"/>
        </w:rPr>
        <w:t>A dawn that gathers</w:t>
        <w:br/>
      </w:r>
      <w:r>
        <w:rPr>
          <w:b w:val="0"/>
          <w:i/>
          <w:color w:val="222B33"/>
          <w:sz w:val="21"/>
        </w:rPr>
        <w:t>voice upon voice</w:t>
        <w:br/>
      </w:r>
      <w:r>
        <w:rPr>
          <w:b w:val="0"/>
          <w:i/>
          <w:color w:val="222B33"/>
          <w:sz w:val="21"/>
        </w:rPr>
        <w:t>that teach</w:t>
        <w:br/>
      </w:r>
      <w:r>
        <w:rPr>
          <w:b w:val="0"/>
          <w:i/>
          <w:color w:val="222B33"/>
          <w:sz w:val="21"/>
        </w:rPr>
        <w:t>the sorrow</w:t>
        <w:br/>
      </w:r>
      <w:r>
        <w:rPr>
          <w:b w:val="0"/>
          <w:i/>
          <w:color w:val="222B33"/>
          <w:sz w:val="21"/>
        </w:rPr>
        <w:t>of a mountain village.</w:t>
      </w:r>
    </w:p>
    <w:p>
      <w:pPr>
        <w:spacing w:after="40"/>
      </w:pPr>
      <w:r>
        <w:rPr>
          <w:b w:val="0"/>
          <w:i w:val="0"/>
          <w:color w:val="222B33"/>
          <w:sz w:val="19"/>
        </w:rPr>
        <w:t>After the chaste night.</w:t>
      </w:r>
    </w:p>
    <w:p>
      <w:pPr>
        <w:spacing w:after="40"/>
      </w:pPr>
      <w:r>
        <w:rPr>
          <w:b w:val="0"/>
          <w:i w:val="0"/>
          <w:color w:val="6A6F75"/>
          <w:sz w:val="18"/>
        </w:rPr>
        <w:t xml:space="preserve">Answered by </w:t>
      </w:r>
      <w:hyperlink w:anchor="p656">
        <w:r>
          <w:rPr>
            <w:color w:val="2E5A80"/>
            <w:u w:val="single"/>
            <w:sz w:val="18"/>
          </w:rPr>
          <w:t xml:space="preserve">No. 656 (Ōigimi)</w:t>
        </w:r>
      </w:hyperlink>
    </w:p>
    <w:p>
      <w:pPr>
        <w:keepNext/>
        <w:spacing w:after="20" w:before="200"/>
      </w:pPr>
      <w:bookmarkStart w:id="703" w:name="p656"/>
      <w:r>
        <w:rPr>
          <w:b/>
          <w:i w:val="0"/>
          <w:color w:val="222B33"/>
          <w:sz w:val="22"/>
        </w:rPr>
        <w:t>No. 656</w:t>
      </w:r>
      <w:r>
        <w:rPr>
          <w:b w:val="0"/>
          <w:i w:val="0"/>
          <w:color w:val="6A6F75"/>
          <w:sz w:val="18"/>
        </w:rPr>
        <w:t xml:space="preserve">   Ōigimi → Kaoru   答 reply</w:t>
      </w:r>
      <w:bookmarkEnd w:id="703"/>
    </w:p>
    <w:p>
      <w:pPr>
        <w:keepNext/>
        <w:spacing w:after="0"/>
      </w:pPr>
      <w:r>
        <w:rPr>
          <w:rFonts w:ascii="Noto Serif CJK JP" w:hAnsi="Noto Serif CJK JP" w:eastAsia="Noto Serif CJK JP"/>
          <w:b w:val="0"/>
          <w:i w:val="0"/>
          <w:color w:val="222B33"/>
          <w:sz w:val="26"/>
        </w:rPr>
        <w:t>鳥の音も聞こえぬ山と思ひしを世の憂きことは訪ね来にけり</w:t>
      </w:r>
    </w:p>
    <w:p>
      <w:pPr>
        <w:keepNext/>
        <w:spacing w:after="60"/>
      </w:pPr>
      <w:r>
        <w:rPr>
          <w:rFonts w:ascii="Noto Serif CJK JP" w:hAnsi="Noto Serif CJK JP" w:eastAsia="Noto Serif CJK JP"/>
          <w:b w:val="0"/>
          <w:i w:val="0"/>
          <w:color w:val="6A6F75"/>
          <w:sz w:val="19"/>
        </w:rPr>
        <w:t>鳥のねも　／　きこえぬ山と　／　おもひしを　／　世のうきことは　／　たつねきにけり</w:t>
      </w:r>
    </w:p>
    <w:p>
      <w:pPr>
        <w:keepNext/>
        <w:spacing w:after="60"/>
      </w:pPr>
      <w:r>
        <w:rPr>
          <w:b w:val="0"/>
          <w:i/>
          <w:color w:val="222B33"/>
          <w:sz w:val="21"/>
        </w:rPr>
        <w:t>I thought it a mountain</w:t>
        <w:br/>
      </w:r>
      <w:r>
        <w:rPr>
          <w:b w:val="0"/>
          <w:i/>
          <w:color w:val="222B33"/>
          <w:sz w:val="21"/>
        </w:rPr>
        <w:t>where not even birdsong was heard,</w:t>
        <w:br/>
      </w:r>
      <w:r>
        <w:rPr>
          <w:b w:val="0"/>
          <w:i/>
          <w:color w:val="222B33"/>
          <w:sz w:val="21"/>
        </w:rPr>
        <w:t>but the world’s</w:t>
        <w:br/>
      </w:r>
      <w:r>
        <w:rPr>
          <w:b w:val="0"/>
          <w:i/>
          <w:color w:val="222B33"/>
          <w:sz w:val="21"/>
        </w:rPr>
        <w:t>sorrows</w:t>
        <w:br/>
      </w:r>
      <w:r>
        <w:rPr>
          <w:b w:val="0"/>
          <w:i/>
          <w:color w:val="222B33"/>
          <w:sz w:val="21"/>
        </w:rPr>
        <w:t>came seeking.</w:t>
      </w:r>
    </w:p>
    <w:p>
      <w:pPr>
        <w:spacing w:after="40"/>
      </w:pPr>
      <w:r>
        <w:rPr>
          <w:b w:val="0"/>
          <w:i w:val="0"/>
          <w:color w:val="6A6F75"/>
          <w:sz w:val="18"/>
        </w:rPr>
        <w:t xml:space="preserve">In reply to </w:t>
      </w:r>
      <w:hyperlink w:anchor="p655">
        <w:r>
          <w:rPr>
            <w:color w:val="2E5A80"/>
            <w:u w:val="single"/>
            <w:sz w:val="18"/>
          </w:rPr>
          <w:t xml:space="preserve">No. 655 (Kaoru)</w:t>
        </w:r>
      </w:hyperlink>
    </w:p>
    <w:p>
      <w:pPr>
        <w:keepNext/>
        <w:spacing w:after="20" w:before="200"/>
      </w:pPr>
      <w:bookmarkStart w:id="704" w:name="p657"/>
      <w:r>
        <w:rPr>
          <w:b/>
          <w:i w:val="0"/>
          <w:color w:val="222B33"/>
          <w:sz w:val="22"/>
        </w:rPr>
        <w:t>No. 657</w:t>
      </w:r>
      <w:r>
        <w:rPr>
          <w:b w:val="0"/>
          <w:i w:val="0"/>
          <w:color w:val="6A6F75"/>
          <w:sz w:val="18"/>
        </w:rPr>
        <w:t xml:space="preserve">   Kaoru → Ōigimi   贈 sent</w:t>
      </w:r>
      <w:bookmarkEnd w:id="704"/>
    </w:p>
    <w:p>
      <w:pPr>
        <w:keepNext/>
        <w:spacing w:after="40"/>
      </w:pPr>
      <w:r>
        <w:rPr>
          <w:b/>
          <w:i w:val="0"/>
          <w:color w:val="6A6F75"/>
          <w:sz w:val="18"/>
        </w:rPr>
        <w:t xml:space="preserve">Context. </w:t>
      </w:r>
      <w:r>
        <w:rPr>
          <w:b w:val="0"/>
          <w:i w:val="0"/>
          <w:color w:val="6A6F75"/>
          <w:sz w:val="19"/>
        </w:rPr>
        <w:t>Kaoru in autumn, after Ōigimi sends him to her sister.</w:t>
      </w:r>
    </w:p>
    <w:p>
      <w:pPr>
        <w:keepNext/>
        <w:spacing w:after="0"/>
      </w:pPr>
      <w:r>
        <w:rPr>
          <w:rFonts w:ascii="Noto Serif CJK JP" w:hAnsi="Noto Serif CJK JP" w:eastAsia="Noto Serif CJK JP"/>
          <w:b w:val="0"/>
          <w:i w:val="0"/>
          <w:color w:val="222B33"/>
          <w:sz w:val="26"/>
        </w:rPr>
        <w:t>おなじ枝を分きて染めける山姫にいづれか深き色と問はばや</w:t>
      </w:r>
    </w:p>
    <w:p>
      <w:pPr>
        <w:keepNext/>
        <w:spacing w:after="60"/>
      </w:pPr>
      <w:r>
        <w:rPr>
          <w:rFonts w:ascii="Noto Serif CJK JP" w:hAnsi="Noto Serif CJK JP" w:eastAsia="Noto Serif CJK JP"/>
          <w:b w:val="0"/>
          <w:i w:val="0"/>
          <w:color w:val="6A6F75"/>
          <w:sz w:val="19"/>
        </w:rPr>
        <w:t>おなしえを　／　わきてそめける　／　山ひめに　／　いつれかふかき　／　色とゝはゝや</w:t>
      </w:r>
    </w:p>
    <w:p>
      <w:pPr>
        <w:keepNext/>
        <w:spacing w:after="60"/>
      </w:pPr>
      <w:r>
        <w:rPr>
          <w:b w:val="0"/>
          <w:i/>
          <w:color w:val="222B33"/>
          <w:sz w:val="21"/>
        </w:rPr>
        <w:t>I would ask</w:t>
        <w:br/>
      </w:r>
      <w:r>
        <w:rPr>
          <w:b w:val="0"/>
          <w:i/>
          <w:color w:val="222B33"/>
          <w:sz w:val="21"/>
        </w:rPr>
        <w:t>the Mountain Princess who dyed</w:t>
        <w:br/>
      </w:r>
      <w:r>
        <w:rPr>
          <w:b w:val="0"/>
          <w:i/>
          <w:color w:val="222B33"/>
          <w:sz w:val="21"/>
        </w:rPr>
        <w:t>the same branch apart:</w:t>
        <w:br/>
      </w:r>
      <w:r>
        <w:rPr>
          <w:b w:val="0"/>
          <w:i/>
          <w:color w:val="222B33"/>
          <w:sz w:val="21"/>
        </w:rPr>
        <w:t>which color</w:t>
        <w:br/>
      </w:r>
      <w:r>
        <w:rPr>
          <w:b w:val="0"/>
          <w:i/>
          <w:color w:val="222B33"/>
          <w:sz w:val="21"/>
        </w:rPr>
        <w:t>is deeper?</w:t>
      </w:r>
    </w:p>
    <w:p>
      <w:pPr>
        <w:spacing w:after="40"/>
      </w:pPr>
      <w:r>
        <w:rPr>
          <w:b w:val="0"/>
          <w:i w:val="0"/>
          <w:color w:val="222B33"/>
          <w:sz w:val="19"/>
        </w:rPr>
        <w:t>The sisters: one branch, two colors.</w:t>
      </w:r>
    </w:p>
    <w:p>
      <w:pPr>
        <w:spacing w:after="40"/>
      </w:pPr>
      <w:r>
        <w:rPr>
          <w:b w:val="0"/>
          <w:i w:val="0"/>
          <w:color w:val="6A6F75"/>
          <w:sz w:val="18"/>
        </w:rPr>
        <w:t xml:space="preserve">Answered by </w:t>
      </w:r>
      <w:hyperlink w:anchor="p658">
        <w:r>
          <w:rPr>
            <w:color w:val="2E5A80"/>
            <w:u w:val="single"/>
            <w:sz w:val="18"/>
          </w:rPr>
          <w:t xml:space="preserve">No. 658 (Ōigimi)</w:t>
        </w:r>
      </w:hyperlink>
    </w:p>
    <w:p>
      <w:pPr>
        <w:keepNext/>
        <w:spacing w:after="20" w:before="200"/>
      </w:pPr>
      <w:bookmarkStart w:id="705" w:name="p658"/>
      <w:r>
        <w:rPr>
          <w:b/>
          <w:i w:val="0"/>
          <w:color w:val="222B33"/>
          <w:sz w:val="22"/>
        </w:rPr>
        <w:t>No. 658</w:t>
      </w:r>
      <w:r>
        <w:rPr>
          <w:b w:val="0"/>
          <w:i w:val="0"/>
          <w:color w:val="6A6F75"/>
          <w:sz w:val="18"/>
        </w:rPr>
        <w:t xml:space="preserve">   Ōigimi → Kaoru   答 reply</w:t>
      </w:r>
      <w:bookmarkEnd w:id="705"/>
    </w:p>
    <w:p>
      <w:pPr>
        <w:keepNext/>
        <w:spacing w:after="0"/>
      </w:pPr>
      <w:r>
        <w:rPr>
          <w:rFonts w:ascii="Noto Serif CJK JP" w:hAnsi="Noto Serif CJK JP" w:eastAsia="Noto Serif CJK JP"/>
          <w:b w:val="0"/>
          <w:i w:val="0"/>
          <w:color w:val="222B33"/>
          <w:sz w:val="26"/>
        </w:rPr>
        <w:t>山姫の染むる心はわかねども移ろふ方や深きなるらむ</w:t>
      </w:r>
    </w:p>
    <w:p>
      <w:pPr>
        <w:keepNext/>
        <w:spacing w:after="60"/>
      </w:pPr>
      <w:r>
        <w:rPr>
          <w:rFonts w:ascii="Noto Serif CJK JP" w:hAnsi="Noto Serif CJK JP" w:eastAsia="Noto Serif CJK JP"/>
          <w:b w:val="0"/>
          <w:i w:val="0"/>
          <w:color w:val="6A6F75"/>
          <w:sz w:val="19"/>
        </w:rPr>
        <w:t>山ひめの　／　そむるこゝろは　／　わかねとも　／　うつろふかたや　／　ふかきなるらん</w:t>
      </w:r>
    </w:p>
    <w:p>
      <w:pPr>
        <w:keepNext/>
        <w:spacing w:after="60"/>
      </w:pPr>
      <w:r>
        <w:rPr>
          <w:b w:val="0"/>
          <w:i/>
          <w:color w:val="222B33"/>
          <w:sz w:val="21"/>
        </w:rPr>
        <w:t>I cannot tell</w:t>
        <w:br/>
      </w:r>
      <w:r>
        <w:rPr>
          <w:b w:val="0"/>
          <w:i/>
          <w:color w:val="222B33"/>
          <w:sz w:val="21"/>
        </w:rPr>
        <w:t>the Mountain Princess’s heart in dyeing,</w:t>
        <w:br/>
      </w:r>
      <w:r>
        <w:rPr>
          <w:b w:val="0"/>
          <w:i/>
          <w:color w:val="222B33"/>
          <w:sz w:val="21"/>
        </w:rPr>
        <w:t>but the side</w:t>
        <w:br/>
      </w:r>
      <w:r>
        <w:rPr>
          <w:b w:val="0"/>
          <w:i/>
          <w:color w:val="222B33"/>
          <w:sz w:val="21"/>
        </w:rPr>
        <w:t>that has turned color</w:t>
        <w:br/>
      </w:r>
      <w:r>
        <w:rPr>
          <w:b w:val="0"/>
          <w:i/>
          <w:color w:val="222B33"/>
          <w:sz w:val="21"/>
        </w:rPr>
        <w:t>must be deeper.</w:t>
      </w:r>
    </w:p>
    <w:p>
      <w:pPr>
        <w:spacing w:after="40"/>
      </w:pPr>
      <w:r>
        <w:rPr>
          <w:b w:val="0"/>
          <w:i w:val="0"/>
          <w:color w:val="222B33"/>
          <w:sz w:val="19"/>
        </w:rPr>
        <w:t>Utsurou: “turn” and “change heart.” She points him to her sister.</w:t>
      </w:r>
    </w:p>
    <w:p>
      <w:pPr>
        <w:spacing w:after="40"/>
      </w:pPr>
      <w:r>
        <w:rPr>
          <w:b w:val="0"/>
          <w:i w:val="0"/>
          <w:color w:val="6A6F75"/>
          <w:sz w:val="18"/>
        </w:rPr>
        <w:t xml:space="preserve">In reply to </w:t>
      </w:r>
      <w:hyperlink w:anchor="p657">
        <w:r>
          <w:rPr>
            <w:color w:val="2E5A80"/>
            <w:u w:val="single"/>
            <w:sz w:val="18"/>
          </w:rPr>
          <w:t xml:space="preserve">No. 657 (Kaoru)</w:t>
        </w:r>
      </w:hyperlink>
    </w:p>
    <w:p>
      <w:pPr>
        <w:keepNext/>
        <w:spacing w:after="20" w:before="200"/>
      </w:pPr>
      <w:bookmarkStart w:id="706" w:name="p659"/>
      <w:r>
        <w:rPr>
          <w:b/>
          <w:i w:val="0"/>
          <w:color w:val="222B33"/>
          <w:sz w:val="22"/>
        </w:rPr>
        <w:t>No. 659</w:t>
      </w:r>
      <w:r>
        <w:rPr>
          <w:b w:val="0"/>
          <w:i w:val="0"/>
          <w:color w:val="6A6F75"/>
          <w:sz w:val="18"/>
        </w:rPr>
        <w:t xml:space="preserve">   Niou → Kaoru   贈 sent</w:t>
      </w:r>
      <w:bookmarkEnd w:id="706"/>
    </w:p>
    <w:p>
      <w:pPr>
        <w:keepNext/>
        <w:spacing w:after="40"/>
      </w:pPr>
      <w:r>
        <w:rPr>
          <w:b/>
          <w:i w:val="0"/>
          <w:color w:val="6A6F75"/>
          <w:sz w:val="18"/>
        </w:rPr>
        <w:t xml:space="preserve">Context. </w:t>
      </w:r>
      <w:r>
        <w:rPr>
          <w:b w:val="0"/>
          <w:i w:val="0"/>
          <w:color w:val="6A6F75"/>
          <w:sz w:val="19"/>
        </w:rPr>
        <w:t>Niou presses Kaoru to bring him to the sisters.</w:t>
      </w:r>
    </w:p>
    <w:p>
      <w:pPr>
        <w:keepNext/>
        <w:spacing w:after="0"/>
      </w:pPr>
      <w:r>
        <w:rPr>
          <w:rFonts w:ascii="Noto Serif CJK JP" w:hAnsi="Noto Serif CJK JP" w:eastAsia="Noto Serif CJK JP"/>
          <w:b w:val="0"/>
          <w:i w:val="0"/>
          <w:color w:val="222B33"/>
          <w:sz w:val="26"/>
        </w:rPr>
        <w:t>女郎花咲ける大野をふせぎつつ心せばくやしめを結ふらむ</w:t>
      </w:r>
    </w:p>
    <w:p>
      <w:pPr>
        <w:keepNext/>
        <w:spacing w:after="60"/>
      </w:pPr>
      <w:r>
        <w:rPr>
          <w:rFonts w:ascii="Noto Serif CJK JP" w:hAnsi="Noto Serif CJK JP" w:eastAsia="Noto Serif CJK JP"/>
          <w:b w:val="0"/>
          <w:i w:val="0"/>
          <w:color w:val="6A6F75"/>
          <w:sz w:val="19"/>
        </w:rPr>
        <w:t>をみなへし　／　さけるおほのを　／　ふせきつゝ　／　心せはくや　／　しめをゆふらむ</w:t>
      </w:r>
    </w:p>
    <w:p>
      <w:pPr>
        <w:keepNext/>
        <w:spacing w:after="60"/>
      </w:pPr>
      <w:r>
        <w:rPr>
          <w:b w:val="0"/>
          <w:i/>
          <w:color w:val="222B33"/>
          <w:sz w:val="21"/>
        </w:rPr>
        <w:t>Do you guard the great field</w:t>
        <w:br/>
      </w:r>
      <w:r>
        <w:rPr>
          <w:b w:val="0"/>
          <w:i/>
          <w:color w:val="222B33"/>
          <w:sz w:val="21"/>
        </w:rPr>
        <w:t>where maiden flowers bloom,</w:t>
        <w:br/>
      </w:r>
      <w:r>
        <w:rPr>
          <w:b w:val="0"/>
          <w:i/>
          <w:color w:val="222B33"/>
          <w:sz w:val="21"/>
        </w:rPr>
        <w:t>and with a narrow heart</w:t>
        <w:br/>
      </w:r>
      <w:r>
        <w:rPr>
          <w:b w:val="0"/>
          <w:i/>
          <w:color w:val="222B33"/>
          <w:sz w:val="21"/>
        </w:rPr>
        <w:t>rope it</w:t>
        <w:br/>
      </w:r>
      <w:r>
        <w:rPr>
          <w:b w:val="0"/>
          <w:i/>
          <w:color w:val="222B33"/>
          <w:sz w:val="21"/>
        </w:rPr>
        <w:t>off?</w:t>
      </w:r>
    </w:p>
    <w:p>
      <w:pPr>
        <w:spacing w:after="40"/>
      </w:pPr>
      <w:r>
        <w:rPr>
          <w:b w:val="0"/>
          <w:i w:val="0"/>
          <w:color w:val="6A6F75"/>
          <w:sz w:val="18"/>
        </w:rPr>
        <w:t xml:space="preserve">Answered by </w:t>
      </w:r>
      <w:hyperlink w:anchor="p660">
        <w:r>
          <w:rPr>
            <w:color w:val="2E5A80"/>
            <w:u w:val="single"/>
            <w:sz w:val="18"/>
          </w:rPr>
          <w:t xml:space="preserve">No. 660 (Kaoru)</w:t>
        </w:r>
      </w:hyperlink>
    </w:p>
    <w:p>
      <w:pPr>
        <w:keepNext/>
        <w:spacing w:after="20" w:before="200"/>
      </w:pPr>
      <w:bookmarkStart w:id="707" w:name="p660"/>
      <w:r>
        <w:rPr>
          <w:b/>
          <w:i w:val="0"/>
          <w:color w:val="222B33"/>
          <w:sz w:val="22"/>
        </w:rPr>
        <w:t>No. 660</w:t>
      </w:r>
      <w:r>
        <w:rPr>
          <w:b w:val="0"/>
          <w:i w:val="0"/>
          <w:color w:val="6A6F75"/>
          <w:sz w:val="18"/>
        </w:rPr>
        <w:t xml:space="preserve">   Kaoru → Niou   答 reply</w:t>
      </w:r>
      <w:bookmarkEnd w:id="707"/>
    </w:p>
    <w:p>
      <w:pPr>
        <w:keepNext/>
        <w:spacing w:after="0"/>
      </w:pPr>
      <w:r>
        <w:rPr>
          <w:rFonts w:ascii="Noto Serif CJK JP" w:hAnsi="Noto Serif CJK JP" w:eastAsia="Noto Serif CJK JP"/>
          <w:b w:val="0"/>
          <w:i w:val="0"/>
          <w:color w:val="222B33"/>
          <w:sz w:val="26"/>
        </w:rPr>
        <w:t>霧深き朝の原の女郎花心を寄せて見る人ぞ見る</w:t>
      </w:r>
    </w:p>
    <w:p>
      <w:pPr>
        <w:keepNext/>
        <w:spacing w:after="60"/>
      </w:pPr>
      <w:r>
        <w:rPr>
          <w:rFonts w:ascii="Noto Serif CJK JP" w:hAnsi="Noto Serif CJK JP" w:eastAsia="Noto Serif CJK JP"/>
          <w:b w:val="0"/>
          <w:i w:val="0"/>
          <w:color w:val="6A6F75"/>
          <w:sz w:val="19"/>
        </w:rPr>
        <w:t>霧ふかき　／　あしたのはらの　／　をみなへし　／　こゝろをよせて　／　みる人そみる</w:t>
      </w:r>
    </w:p>
    <w:p>
      <w:pPr>
        <w:keepNext/>
        <w:spacing w:after="60"/>
      </w:pPr>
      <w:r>
        <w:rPr>
          <w:b w:val="0"/>
          <w:i/>
          <w:color w:val="222B33"/>
          <w:sz w:val="21"/>
        </w:rPr>
        <w:t>The maiden flower</w:t>
        <w:br/>
      </w:r>
      <w:r>
        <w:rPr>
          <w:b w:val="0"/>
          <w:i/>
          <w:color w:val="222B33"/>
          <w:sz w:val="21"/>
        </w:rPr>
        <w:t>of the misty morning plain:</w:t>
        <w:br/>
      </w:r>
      <w:r>
        <w:rPr>
          <w:b w:val="0"/>
          <w:i/>
          <w:color w:val="222B33"/>
          <w:sz w:val="21"/>
        </w:rPr>
        <w:t>only one who sets</w:t>
        <w:br/>
      </w:r>
      <w:r>
        <w:rPr>
          <w:b w:val="0"/>
          <w:i/>
          <w:color w:val="222B33"/>
          <w:sz w:val="21"/>
        </w:rPr>
        <w:t>his heart on it</w:t>
        <w:br/>
      </w:r>
      <w:r>
        <w:rPr>
          <w:b w:val="0"/>
          <w:i/>
          <w:color w:val="222B33"/>
          <w:sz w:val="21"/>
        </w:rPr>
        <w:t>sees it.</w:t>
      </w:r>
    </w:p>
    <w:p>
      <w:pPr>
        <w:spacing w:after="40"/>
      </w:pPr>
      <w:r>
        <w:rPr>
          <w:b w:val="0"/>
          <w:i w:val="0"/>
          <w:color w:val="6A6F75"/>
          <w:sz w:val="18"/>
        </w:rPr>
        <w:t xml:space="preserve">In reply to </w:t>
      </w:r>
      <w:hyperlink w:anchor="p659">
        <w:r>
          <w:rPr>
            <w:color w:val="2E5A80"/>
            <w:u w:val="single"/>
            <w:sz w:val="18"/>
          </w:rPr>
          <w:t xml:space="preserve">No. 659 (Niou)</w:t>
        </w:r>
      </w:hyperlink>
    </w:p>
    <w:p>
      <w:pPr>
        <w:keepNext/>
        <w:spacing w:after="20" w:before="200"/>
      </w:pPr>
      <w:bookmarkStart w:id="708" w:name="p661"/>
      <w:r>
        <w:rPr>
          <w:b/>
          <w:i w:val="0"/>
          <w:color w:val="222B33"/>
          <w:sz w:val="22"/>
        </w:rPr>
        <w:t>No. 661</w:t>
      </w:r>
      <w:r>
        <w:rPr>
          <w:b w:val="0"/>
          <w:i w:val="0"/>
          <w:color w:val="6A6F75"/>
          <w:sz w:val="18"/>
        </w:rPr>
        <w:t xml:space="preserve">   Kaoru → Ōigimi   贈 sent</w:t>
      </w:r>
      <w:bookmarkEnd w:id="708"/>
    </w:p>
    <w:p>
      <w:pPr>
        <w:keepNext/>
        <w:spacing w:after="40"/>
      </w:pPr>
      <w:r>
        <w:rPr>
          <w:b/>
          <w:i w:val="0"/>
          <w:color w:val="6A6F75"/>
          <w:sz w:val="18"/>
        </w:rPr>
        <w:t xml:space="preserve">Context. </w:t>
      </w:r>
      <w:r>
        <w:rPr>
          <w:b w:val="0"/>
          <w:i w:val="0"/>
          <w:color w:val="6A6F75"/>
          <w:sz w:val="19"/>
        </w:rPr>
        <w:t>Kaoru has brought Niou to Naka no Kimi, but Ōigimi still refuses him.</w:t>
      </w:r>
    </w:p>
    <w:p>
      <w:pPr>
        <w:keepNext/>
        <w:spacing w:after="0"/>
      </w:pPr>
      <w:r>
        <w:rPr>
          <w:rFonts w:ascii="Noto Serif CJK JP" w:hAnsi="Noto Serif CJK JP" w:eastAsia="Noto Serif CJK JP"/>
          <w:b w:val="0"/>
          <w:i w:val="0"/>
          <w:color w:val="222B33"/>
          <w:sz w:val="26"/>
        </w:rPr>
        <w:t>しるべせし我やかへりて惑ふべき心もゆかぬ明けぐれの道</w:t>
      </w:r>
    </w:p>
    <w:p>
      <w:pPr>
        <w:keepNext/>
        <w:spacing w:after="60"/>
      </w:pPr>
      <w:r>
        <w:rPr>
          <w:rFonts w:ascii="Noto Serif CJK JP" w:hAnsi="Noto Serif CJK JP" w:eastAsia="Noto Serif CJK JP"/>
          <w:b w:val="0"/>
          <w:i w:val="0"/>
          <w:color w:val="6A6F75"/>
          <w:sz w:val="19"/>
        </w:rPr>
        <w:t>しるへせし　／　我やかへりて　／　まとふへき　／　心もゆかぬ　／　あけくれの道</w:t>
      </w:r>
    </w:p>
    <w:p>
      <w:pPr>
        <w:keepNext/>
        <w:spacing w:after="60"/>
      </w:pPr>
      <w:r>
        <w:rPr>
          <w:b w:val="0"/>
          <w:i/>
          <w:color w:val="222B33"/>
          <w:sz w:val="21"/>
        </w:rPr>
        <w:t>Shall I, who was</w:t>
        <w:br/>
      </w:r>
      <w:r>
        <w:rPr>
          <w:b w:val="0"/>
          <w:i/>
          <w:color w:val="222B33"/>
          <w:sz w:val="21"/>
        </w:rPr>
        <w:t>the guide, lose my way instead</w:t>
        <w:br/>
      </w:r>
      <w:r>
        <w:rPr>
          <w:b w:val="0"/>
          <w:i/>
          <w:color w:val="222B33"/>
          <w:sz w:val="21"/>
        </w:rPr>
        <w:t>on the road in the dawn-dark,</w:t>
        <w:br/>
      </w:r>
      <w:r>
        <w:rPr>
          <w:b w:val="0"/>
          <w:i/>
          <w:color w:val="222B33"/>
          <w:sz w:val="21"/>
        </w:rPr>
        <w:t>my heart</w:t>
        <w:br/>
      </w:r>
      <w:r>
        <w:rPr>
          <w:b w:val="0"/>
          <w:i/>
          <w:color w:val="222B33"/>
          <w:sz w:val="21"/>
        </w:rPr>
        <w:t>unsatisfied?</w:t>
      </w:r>
    </w:p>
    <w:p>
      <w:pPr>
        <w:spacing w:after="40"/>
      </w:pPr>
      <w:r>
        <w:rPr>
          <w:b w:val="0"/>
          <w:i w:val="0"/>
          <w:color w:val="222B33"/>
          <w:sz w:val="19"/>
        </w:rPr>
        <w:t>He has led Niou to Naka no Kimi.</w:t>
      </w:r>
    </w:p>
    <w:p>
      <w:pPr>
        <w:spacing w:after="40"/>
      </w:pPr>
      <w:r>
        <w:rPr>
          <w:b w:val="0"/>
          <w:i w:val="0"/>
          <w:color w:val="6A6F75"/>
          <w:sz w:val="18"/>
        </w:rPr>
        <w:t xml:space="preserve">Answered by </w:t>
      </w:r>
      <w:hyperlink w:anchor="p662">
        <w:r>
          <w:rPr>
            <w:color w:val="2E5A80"/>
            <w:u w:val="single"/>
            <w:sz w:val="18"/>
          </w:rPr>
          <w:t xml:space="preserve">No. 662 (Ōigimi)</w:t>
        </w:r>
      </w:hyperlink>
      <w:r>
        <w:rPr>
          <w:b w:val="0"/>
          <w:i w:val="0"/>
          <w:color w:val="6A6F75"/>
          <w:sz w:val="18"/>
        </w:rPr>
        <w:t xml:space="preserve">   ·   </w:t>
      </w:r>
      <w:r>
        <w:rPr>
          <w:b w:val="0"/>
          <w:i w:val="0"/>
          <w:color w:val="6A6F75"/>
          <w:sz w:val="18"/>
        </w:rPr>
        <w:t xml:space="preserve">Echo, Guide and lost way: </w:t>
      </w:r>
      <w:hyperlink w:anchor="p30">
        <w:r>
          <w:rPr>
            <w:color w:val="2E5A80"/>
            <w:u w:val="single"/>
            <w:sz w:val="18"/>
          </w:rPr>
          <w:t xml:space="preserve">No. 30</w:t>
        </w:r>
      </w:hyperlink>
      <w:r>
        <w:rPr>
          <w:b w:val="0"/>
          <w:i w:val="0"/>
          <w:color w:val="6A6F75"/>
          <w:sz w:val="18"/>
        </w:rPr>
        <w:t xml:space="preserve">, </w:t>
      </w:r>
      <w:hyperlink w:anchor="p647">
        <w:r>
          <w:rPr>
            <w:color w:val="2E5A80"/>
            <w:u w:val="single"/>
            <w:sz w:val="18"/>
          </w:rPr>
          <w:t xml:space="preserve">No. 647</w:t>
        </w:r>
      </w:hyperlink>
      <w:r>
        <w:rPr>
          <w:b w:val="0"/>
          <w:i w:val="0"/>
          <w:color w:val="6A6F75"/>
          <w:sz w:val="18"/>
        </w:rPr>
        <w:t xml:space="preserve">, </w:t>
      </w:r>
      <w:hyperlink w:anchor="p795">
        <w:r>
          <w:rPr>
            <w:color w:val="2E5A80"/>
            <w:u w:val="single"/>
            <w:sz w:val="18"/>
          </w:rPr>
          <w:t xml:space="preserve">No. 795</w:t>
        </w:r>
      </w:hyperlink>
    </w:p>
    <w:p>
      <w:pPr>
        <w:keepNext/>
        <w:spacing w:after="20" w:before="200"/>
      </w:pPr>
      <w:bookmarkStart w:id="709" w:name="p662"/>
      <w:r>
        <w:rPr>
          <w:b/>
          <w:i w:val="0"/>
          <w:color w:val="222B33"/>
          <w:sz w:val="22"/>
        </w:rPr>
        <w:t>No. 662</w:t>
      </w:r>
      <w:r>
        <w:rPr>
          <w:b w:val="0"/>
          <w:i w:val="0"/>
          <w:color w:val="6A6F75"/>
          <w:sz w:val="18"/>
        </w:rPr>
        <w:t xml:space="preserve">   Ōigimi → Kaoru   答 reply</w:t>
      </w:r>
      <w:bookmarkEnd w:id="709"/>
    </w:p>
    <w:p>
      <w:pPr>
        <w:keepNext/>
        <w:spacing w:after="0"/>
      </w:pPr>
      <w:r>
        <w:rPr>
          <w:rFonts w:ascii="Noto Serif CJK JP" w:hAnsi="Noto Serif CJK JP" w:eastAsia="Noto Serif CJK JP"/>
          <w:b w:val="0"/>
          <w:i w:val="0"/>
          <w:color w:val="222B33"/>
          <w:sz w:val="26"/>
        </w:rPr>
        <w:t>かたがたにくらす心を思ひやれ人やりならぬ道に惑はば</w:t>
      </w:r>
    </w:p>
    <w:p>
      <w:pPr>
        <w:keepNext/>
        <w:spacing w:after="60"/>
      </w:pPr>
      <w:r>
        <w:rPr>
          <w:rFonts w:ascii="Noto Serif CJK JP" w:hAnsi="Noto Serif CJK JP" w:eastAsia="Noto Serif CJK JP"/>
          <w:b w:val="0"/>
          <w:i w:val="0"/>
          <w:color w:val="6A6F75"/>
          <w:sz w:val="19"/>
        </w:rPr>
        <w:t>かたかたに　／　くらす心を　／　おもひやれ　／　人やりならぬ　／　道にまとはゝ</w:t>
      </w:r>
    </w:p>
    <w:p>
      <w:pPr>
        <w:keepNext/>
        <w:spacing w:after="60"/>
      </w:pPr>
      <w:r>
        <w:rPr>
          <w:b w:val="0"/>
          <w:i/>
          <w:color w:val="222B33"/>
          <w:sz w:val="21"/>
        </w:rPr>
        <w:t>Think of the heart</w:t>
        <w:br/>
      </w:r>
      <w:r>
        <w:rPr>
          <w:b w:val="0"/>
          <w:i/>
          <w:color w:val="222B33"/>
          <w:sz w:val="21"/>
        </w:rPr>
        <w:t>darkened on every side,</w:t>
        <w:br/>
      </w:r>
      <w:r>
        <w:rPr>
          <w:b w:val="0"/>
          <w:i/>
          <w:color w:val="222B33"/>
          <w:sz w:val="21"/>
        </w:rPr>
        <w:t>if you are lost</w:t>
        <w:br/>
      </w:r>
      <w:r>
        <w:rPr>
          <w:b w:val="0"/>
          <w:i/>
          <w:color w:val="222B33"/>
          <w:sz w:val="21"/>
        </w:rPr>
        <w:t>on a road</w:t>
        <w:br/>
      </w:r>
      <w:r>
        <w:rPr>
          <w:b w:val="0"/>
          <w:i/>
          <w:color w:val="222B33"/>
          <w:sz w:val="21"/>
        </w:rPr>
        <w:t>of your own choosing.</w:t>
      </w:r>
    </w:p>
    <w:p>
      <w:pPr>
        <w:spacing w:after="40"/>
      </w:pPr>
      <w:r>
        <w:rPr>
          <w:b w:val="0"/>
          <w:i w:val="0"/>
          <w:color w:val="6A6F75"/>
          <w:sz w:val="18"/>
        </w:rPr>
        <w:t xml:space="preserve">In reply to </w:t>
      </w:r>
      <w:hyperlink w:anchor="p661">
        <w:r>
          <w:rPr>
            <w:color w:val="2E5A80"/>
            <w:u w:val="single"/>
            <w:sz w:val="18"/>
          </w:rPr>
          <w:t xml:space="preserve">No. 661 (Kaoru)</w:t>
        </w:r>
      </w:hyperlink>
    </w:p>
    <w:p>
      <w:pPr>
        <w:keepNext/>
        <w:spacing w:after="20" w:before="200"/>
      </w:pPr>
      <w:bookmarkStart w:id="710" w:name="p663"/>
      <w:r>
        <w:rPr>
          <w:b/>
          <w:i w:val="0"/>
          <w:color w:val="222B33"/>
          <w:sz w:val="22"/>
        </w:rPr>
        <w:t>No. 663</w:t>
      </w:r>
      <w:r>
        <w:rPr>
          <w:b w:val="0"/>
          <w:i w:val="0"/>
          <w:color w:val="6A6F75"/>
          <w:sz w:val="18"/>
        </w:rPr>
        <w:t xml:space="preserve">   Niou → Naka no Kimi   贈:独 sent / solo</w:t>
      </w:r>
      <w:bookmarkEnd w:id="710"/>
    </w:p>
    <w:p>
      <w:pPr>
        <w:keepNext/>
        <w:spacing w:after="40"/>
      </w:pPr>
      <w:r>
        <w:rPr>
          <w:b/>
          <w:i w:val="0"/>
          <w:color w:val="6A6F75"/>
          <w:sz w:val="18"/>
        </w:rPr>
        <w:t xml:space="preserve">Context. </w:t>
      </w:r>
      <w:r>
        <w:rPr>
          <w:b w:val="0"/>
          <w:i w:val="0"/>
          <w:color w:val="6A6F75"/>
          <w:sz w:val="19"/>
        </w:rPr>
        <w:t>Niou’s morning-after letter to Naka no Kimi.</w:t>
      </w:r>
    </w:p>
    <w:p>
      <w:pPr>
        <w:keepNext/>
        <w:spacing w:after="0"/>
      </w:pPr>
      <w:r>
        <w:rPr>
          <w:rFonts w:ascii="Noto Serif CJK JP" w:hAnsi="Noto Serif CJK JP" w:eastAsia="Noto Serif CJK JP"/>
          <w:b w:val="0"/>
          <w:i w:val="0"/>
          <w:color w:val="222B33"/>
          <w:sz w:val="26"/>
        </w:rPr>
        <w:t>世の常に思ひやすらむ露深き道の笹原分けて来つるも</w:t>
      </w:r>
    </w:p>
    <w:p>
      <w:pPr>
        <w:keepNext/>
        <w:spacing w:after="60"/>
      </w:pPr>
      <w:r>
        <w:rPr>
          <w:rFonts w:ascii="Noto Serif CJK JP" w:hAnsi="Noto Serif CJK JP" w:eastAsia="Noto Serif CJK JP"/>
          <w:b w:val="0"/>
          <w:i w:val="0"/>
          <w:color w:val="6A6F75"/>
          <w:sz w:val="19"/>
        </w:rPr>
        <w:t>よのつねに　／　思やすらむ　／　つゆふかき　／　道のさゝはら　／　わけてきつるも</w:t>
      </w:r>
    </w:p>
    <w:p>
      <w:pPr>
        <w:keepNext/>
        <w:spacing w:after="60"/>
      </w:pPr>
      <w:r>
        <w:rPr>
          <w:b w:val="0"/>
          <w:i/>
          <w:color w:val="222B33"/>
          <w:sz w:val="21"/>
        </w:rPr>
        <w:t>Do you think it</w:t>
        <w:br/>
      </w:r>
      <w:r>
        <w:rPr>
          <w:b w:val="0"/>
          <w:i/>
          <w:color w:val="222B33"/>
          <w:sz w:val="21"/>
        </w:rPr>
        <w:t>the common way, my coming</w:t>
        <w:br/>
      </w:r>
      <w:r>
        <w:rPr>
          <w:b w:val="0"/>
          <w:i/>
          <w:color w:val="222B33"/>
          <w:sz w:val="21"/>
        </w:rPr>
        <w:t>through the bamboo-grass</w:t>
        <w:br/>
      </w:r>
      <w:r>
        <w:rPr>
          <w:b w:val="0"/>
          <w:i/>
          <w:color w:val="222B33"/>
          <w:sz w:val="21"/>
        </w:rPr>
        <w:t>of the dewy</w:t>
        <w:br/>
      </w:r>
      <w:r>
        <w:rPr>
          <w:b w:val="0"/>
          <w:i/>
          <w:color w:val="222B33"/>
          <w:sz w:val="21"/>
        </w:rPr>
        <w:t>road?</w:t>
      </w:r>
    </w:p>
    <w:p>
      <w:pPr>
        <w:spacing w:after="40"/>
      </w:pPr>
      <w:r>
        <w:rPr>
          <w:b w:val="0"/>
          <w:i w:val="0"/>
          <w:color w:val="222B33"/>
          <w:sz w:val="19"/>
        </w:rPr>
        <w:t>The morning-after letter.</w:t>
      </w:r>
    </w:p>
    <w:p>
      <w:pPr>
        <w:keepNext/>
        <w:spacing w:after="20" w:before="200"/>
      </w:pPr>
      <w:bookmarkStart w:id="711" w:name="p664"/>
      <w:r>
        <w:rPr>
          <w:b/>
          <w:i w:val="0"/>
          <w:color w:val="222B33"/>
          <w:sz w:val="22"/>
        </w:rPr>
        <w:t>No. 664</w:t>
      </w:r>
      <w:r>
        <w:rPr>
          <w:b w:val="0"/>
          <w:i w:val="0"/>
          <w:color w:val="6A6F75"/>
          <w:sz w:val="18"/>
        </w:rPr>
        <w:t xml:space="preserve">   Kaoru → Ōigimi   贈 sent</w:t>
      </w:r>
      <w:bookmarkEnd w:id="711"/>
    </w:p>
    <w:p>
      <w:pPr>
        <w:keepNext/>
        <w:spacing w:after="40"/>
      </w:pPr>
      <w:r>
        <w:rPr>
          <w:b/>
          <w:i w:val="0"/>
          <w:color w:val="6A6F75"/>
          <w:sz w:val="18"/>
        </w:rPr>
        <w:t xml:space="preserve">Context. </w:t>
      </w:r>
      <w:r>
        <w:rPr>
          <w:b w:val="0"/>
          <w:i w:val="0"/>
          <w:color w:val="6A6F75"/>
          <w:sz w:val="19"/>
        </w:rPr>
        <w:t>Kaoru to Ōigimi, recalling nights spent near her without consummation; his patience, which she will never reward.</w:t>
      </w:r>
    </w:p>
    <w:p>
      <w:pPr>
        <w:keepNext/>
        <w:spacing w:after="0"/>
      </w:pPr>
      <w:r>
        <w:rPr>
          <w:rFonts w:ascii="Noto Serif CJK JP" w:hAnsi="Noto Serif CJK JP" w:eastAsia="Noto Serif CJK JP"/>
          <w:b w:val="0"/>
          <w:i w:val="0"/>
          <w:color w:val="222B33"/>
          <w:sz w:val="26"/>
        </w:rPr>
        <w:t>小夜衣着て馴れきとは言はずともかことばかりはかけずしもあらじ</w:t>
      </w:r>
    </w:p>
    <w:p>
      <w:pPr>
        <w:keepNext/>
        <w:spacing w:after="60"/>
      </w:pPr>
      <w:r>
        <w:rPr>
          <w:rFonts w:ascii="Noto Serif CJK JP" w:hAnsi="Noto Serif CJK JP" w:eastAsia="Noto Serif CJK JP"/>
          <w:b w:val="0"/>
          <w:i w:val="0"/>
          <w:color w:val="6A6F75"/>
          <w:sz w:val="19"/>
        </w:rPr>
        <w:t>さよ衣　／　きてなれきとは　／　いはすとも　／　かことはかりは　／　かけすしもあらし</w:t>
      </w:r>
    </w:p>
    <w:p>
      <w:pPr>
        <w:keepNext/>
        <w:spacing w:after="60"/>
      </w:pPr>
      <w:r>
        <w:rPr>
          <w:b w:val="0"/>
          <w:i/>
          <w:color w:val="222B33"/>
          <w:sz w:val="21"/>
        </w:rPr>
        <w:t>Though I may not say</w:t>
        <w:br/>
      </w:r>
      <w:r>
        <w:rPr>
          <w:b w:val="0"/>
          <w:i/>
          <w:color w:val="222B33"/>
          <w:sz w:val="21"/>
        </w:rPr>
        <w:t>I wore the night robe and grew close,</w:t>
        <w:br/>
      </w:r>
      <w:r>
        <w:rPr>
          <w:b w:val="0"/>
          <w:i/>
          <w:color w:val="222B33"/>
          <w:sz w:val="21"/>
        </w:rPr>
        <w:t>still I shall not</w:t>
        <w:br/>
      </w:r>
      <w:r>
        <w:rPr>
          <w:b w:val="0"/>
          <w:i/>
          <w:color w:val="222B33"/>
          <w:sz w:val="21"/>
        </w:rPr>
        <w:t>help</w:t>
        <w:br/>
      </w:r>
      <w:r>
        <w:rPr>
          <w:b w:val="0"/>
          <w:i/>
          <w:color w:val="222B33"/>
          <w:sz w:val="21"/>
        </w:rPr>
        <w:t>taking it as a pretext.</w:t>
      </w:r>
    </w:p>
    <w:p>
      <w:pPr>
        <w:spacing w:after="40"/>
      </w:pPr>
      <w:r>
        <w:rPr>
          <w:b w:val="0"/>
          <w:i w:val="0"/>
          <w:color w:val="6A6F75"/>
          <w:sz w:val="18"/>
        </w:rPr>
        <w:t xml:space="preserve">Answered by </w:t>
      </w:r>
      <w:hyperlink w:anchor="p665">
        <w:r>
          <w:rPr>
            <w:color w:val="2E5A80"/>
            <w:u w:val="single"/>
            <w:sz w:val="18"/>
          </w:rPr>
          <w:t xml:space="preserve">No. 665 (Ōigimi)</w:t>
        </w:r>
      </w:hyperlink>
    </w:p>
    <w:p>
      <w:pPr>
        <w:keepNext/>
        <w:spacing w:after="20" w:before="200"/>
      </w:pPr>
      <w:bookmarkStart w:id="712" w:name="p665"/>
      <w:r>
        <w:rPr>
          <w:b/>
          <w:i w:val="0"/>
          <w:color w:val="222B33"/>
          <w:sz w:val="22"/>
        </w:rPr>
        <w:t>No. 665</w:t>
      </w:r>
      <w:r>
        <w:rPr>
          <w:b w:val="0"/>
          <w:i w:val="0"/>
          <w:color w:val="6A6F75"/>
          <w:sz w:val="18"/>
        </w:rPr>
        <w:t xml:space="preserve">   Ōigimi → Kaoru   答 reply</w:t>
      </w:r>
      <w:bookmarkEnd w:id="712"/>
    </w:p>
    <w:p>
      <w:pPr>
        <w:keepNext/>
        <w:spacing w:after="0"/>
      </w:pPr>
      <w:r>
        <w:rPr>
          <w:rFonts w:ascii="Noto Serif CJK JP" w:hAnsi="Noto Serif CJK JP" w:eastAsia="Noto Serif CJK JP"/>
          <w:b w:val="0"/>
          <w:i w:val="0"/>
          <w:color w:val="222B33"/>
          <w:sz w:val="26"/>
        </w:rPr>
        <w:t>隔てなき心ばかりは通ふとも馴れし袖とはかけじとぞ思ふ</w:t>
      </w:r>
    </w:p>
    <w:p>
      <w:pPr>
        <w:keepNext/>
        <w:spacing w:after="60"/>
      </w:pPr>
      <w:r>
        <w:rPr>
          <w:rFonts w:ascii="Noto Serif CJK JP" w:hAnsi="Noto Serif CJK JP" w:eastAsia="Noto Serif CJK JP"/>
          <w:b w:val="0"/>
          <w:i w:val="0"/>
          <w:color w:val="6A6F75"/>
          <w:sz w:val="19"/>
        </w:rPr>
        <w:t>へたてなき　／　心はかりは　／　かよふとも　／　なれし袖とは　／　かけしとそおもふ</w:t>
      </w:r>
    </w:p>
    <w:p>
      <w:pPr>
        <w:keepNext/>
        <w:spacing w:after="60"/>
      </w:pPr>
      <w:r>
        <w:rPr>
          <w:b w:val="0"/>
          <w:i/>
          <w:color w:val="222B33"/>
          <w:sz w:val="21"/>
        </w:rPr>
        <w:t>Though only our hearts</w:t>
        <w:br/>
      </w:r>
      <w:r>
        <w:rPr>
          <w:b w:val="0"/>
          <w:i/>
          <w:color w:val="222B33"/>
          <w:sz w:val="21"/>
        </w:rPr>
        <w:t>pass to each other unparted,</w:t>
        <w:br/>
      </w:r>
      <w:r>
        <w:rPr>
          <w:b w:val="0"/>
          <w:i/>
          <w:color w:val="222B33"/>
          <w:sz w:val="21"/>
        </w:rPr>
        <w:t>I will not say</w:t>
        <w:br/>
      </w:r>
      <w:r>
        <w:rPr>
          <w:b w:val="0"/>
          <w:i/>
          <w:color w:val="222B33"/>
          <w:sz w:val="21"/>
        </w:rPr>
        <w:t>these were sleeves</w:t>
        <w:br/>
      </w:r>
      <w:r>
        <w:rPr>
          <w:b w:val="0"/>
          <w:i/>
          <w:color w:val="222B33"/>
          <w:sz w:val="21"/>
        </w:rPr>
        <w:t>grown close.</w:t>
      </w:r>
    </w:p>
    <w:p>
      <w:pPr>
        <w:spacing w:after="40"/>
      </w:pPr>
      <w:r>
        <w:rPr>
          <w:b w:val="0"/>
          <w:i w:val="0"/>
          <w:color w:val="6A6F75"/>
          <w:sz w:val="18"/>
        </w:rPr>
        <w:t xml:space="preserve">In reply to </w:t>
      </w:r>
      <w:hyperlink w:anchor="p664">
        <w:r>
          <w:rPr>
            <w:color w:val="2E5A80"/>
            <w:u w:val="single"/>
            <w:sz w:val="18"/>
          </w:rPr>
          <w:t xml:space="preserve">No. 664 (Kaoru)</w:t>
        </w:r>
      </w:hyperlink>
    </w:p>
    <w:p>
      <w:pPr>
        <w:keepNext/>
        <w:spacing w:after="20" w:before="200"/>
      </w:pPr>
      <w:bookmarkStart w:id="713" w:name="p666"/>
      <w:r>
        <w:rPr>
          <w:b/>
          <w:i w:val="0"/>
          <w:color w:val="222B33"/>
          <w:sz w:val="22"/>
        </w:rPr>
        <w:t>No. 666</w:t>
      </w:r>
      <w:r>
        <w:rPr>
          <w:b w:val="0"/>
          <w:i w:val="0"/>
          <w:color w:val="6A6F75"/>
          <w:sz w:val="18"/>
        </w:rPr>
        <w:t xml:space="preserve">   Niou → Naka no Kimi   贈 sent</w:t>
      </w:r>
      <w:bookmarkEnd w:id="713"/>
    </w:p>
    <w:p>
      <w:pPr>
        <w:keepNext/>
        <w:spacing w:after="40"/>
      </w:pPr>
      <w:r>
        <w:rPr>
          <w:b/>
          <w:i w:val="0"/>
          <w:color w:val="6A6F75"/>
          <w:sz w:val="18"/>
        </w:rPr>
        <w:t xml:space="preserve">Context. </w:t>
      </w:r>
      <w:r>
        <w:rPr>
          <w:b w:val="0"/>
          <w:i w:val="0"/>
          <w:color w:val="6A6F75"/>
          <w:sz w:val="19"/>
        </w:rPr>
        <w:t>Niou cannot visit Naka no Kimi at Uji; his position at court keeps him away.</w:t>
      </w:r>
    </w:p>
    <w:p>
      <w:pPr>
        <w:keepNext/>
        <w:spacing w:after="0"/>
      </w:pPr>
      <w:r>
        <w:rPr>
          <w:rFonts w:ascii="Noto Serif CJK JP" w:hAnsi="Noto Serif CJK JP" w:eastAsia="Noto Serif CJK JP"/>
          <w:b w:val="0"/>
          <w:i w:val="0"/>
          <w:color w:val="222B33"/>
          <w:sz w:val="26"/>
        </w:rPr>
        <w:t>中絶えむものならなくに橋姫の片敷く袖や夜半に濡らさむ</w:t>
      </w:r>
    </w:p>
    <w:p>
      <w:pPr>
        <w:keepNext/>
        <w:spacing w:after="60"/>
      </w:pPr>
      <w:r>
        <w:rPr>
          <w:rFonts w:ascii="Noto Serif CJK JP" w:hAnsi="Noto Serif CJK JP" w:eastAsia="Noto Serif CJK JP"/>
          <w:b w:val="0"/>
          <w:i w:val="0"/>
          <w:color w:val="6A6F75"/>
          <w:sz w:val="19"/>
        </w:rPr>
        <w:t>なかたえむ　／　ものならなくに　／　はしひめの　／　かたしく袖や　／　よはにぬらさん</w:t>
      </w:r>
    </w:p>
    <w:p>
      <w:pPr>
        <w:keepNext/>
        <w:spacing w:after="60"/>
      </w:pPr>
      <w:r>
        <w:rPr>
          <w:b w:val="0"/>
          <w:i/>
          <w:color w:val="222B33"/>
          <w:sz w:val="21"/>
        </w:rPr>
        <w:t>Though it is not</w:t>
        <w:br/>
      </w:r>
      <w:r>
        <w:rPr>
          <w:b w:val="0"/>
          <w:i/>
          <w:color w:val="222B33"/>
          <w:sz w:val="21"/>
        </w:rPr>
        <w:t>that we will break off, will the Lady</w:t>
        <w:br/>
      </w:r>
      <w:r>
        <w:rPr>
          <w:b w:val="0"/>
          <w:i/>
          <w:color w:val="222B33"/>
          <w:sz w:val="21"/>
        </w:rPr>
        <w:t>of the Bridge wet</w:t>
        <w:br/>
      </w:r>
      <w:r>
        <w:rPr>
          <w:b w:val="0"/>
          <w:i/>
          <w:color w:val="222B33"/>
          <w:sz w:val="21"/>
        </w:rPr>
        <w:t>her single spread sleeve</w:t>
        <w:br/>
      </w:r>
      <w:r>
        <w:rPr>
          <w:b w:val="0"/>
          <w:i/>
          <w:color w:val="222B33"/>
          <w:sz w:val="21"/>
        </w:rPr>
        <w:t>at midnight?</w:t>
      </w:r>
    </w:p>
    <w:p>
      <w:pPr>
        <w:spacing w:after="40"/>
      </w:pPr>
      <w:r>
        <w:rPr>
          <w:b w:val="0"/>
          <w:i w:val="0"/>
          <w:color w:val="6A6F75"/>
          <w:sz w:val="18"/>
        </w:rPr>
        <w:t xml:space="preserve">Answered by </w:t>
      </w:r>
      <w:hyperlink w:anchor="p667">
        <w:r>
          <w:rPr>
            <w:color w:val="2E5A80"/>
            <w:u w:val="single"/>
            <w:sz w:val="18"/>
          </w:rPr>
          <w:t xml:space="preserve">No. 667 (Naka no Kimi)</w:t>
        </w:r>
      </w:hyperlink>
      <w:r>
        <w:rPr>
          <w:b w:val="0"/>
          <w:i w:val="0"/>
          <w:color w:val="6A6F75"/>
          <w:sz w:val="18"/>
        </w:rPr>
        <w:t xml:space="preserve">   ·   </w:t>
      </w:r>
      <w:r>
        <w:rPr>
          <w:b w:val="0"/>
          <w:i w:val="0"/>
          <w:color w:val="6A6F75"/>
          <w:sz w:val="18"/>
        </w:rPr>
        <w:t xml:space="preserve">Echo, The Lady of the Bridge and Uji Bridge: </w:t>
      </w:r>
      <w:hyperlink w:anchor="p628">
        <w:r>
          <w:rPr>
            <w:color w:val="2E5A80"/>
            <w:u w:val="single"/>
            <w:sz w:val="18"/>
          </w:rPr>
          <w:t xml:space="preserve">No. 628</w:t>
        </w:r>
      </w:hyperlink>
      <w:r>
        <w:rPr>
          <w:b w:val="0"/>
          <w:i w:val="0"/>
          <w:color w:val="6A6F75"/>
          <w:sz w:val="18"/>
        </w:rPr>
        <w:t xml:space="preserve">, </w:t>
      </w:r>
      <w:hyperlink w:anchor="p667">
        <w:r>
          <w:rPr>
            <w:color w:val="2E5A80"/>
            <w:u w:val="single"/>
            <w:sz w:val="18"/>
          </w:rPr>
          <w:t xml:space="preserve">No. 667</w:t>
        </w:r>
      </w:hyperlink>
      <w:r>
        <w:rPr>
          <w:b w:val="0"/>
          <w:i w:val="0"/>
          <w:color w:val="6A6F75"/>
          <w:sz w:val="18"/>
        </w:rPr>
        <w:t xml:space="preserve">, </w:t>
      </w:r>
      <w:hyperlink w:anchor="p739">
        <w:r>
          <w:rPr>
            <w:color w:val="2E5A80"/>
            <w:u w:val="single"/>
            <w:sz w:val="18"/>
          </w:rPr>
          <w:t xml:space="preserve">No. 739</w:t>
        </w:r>
      </w:hyperlink>
      <w:r>
        <w:rPr>
          <w:b w:val="0"/>
          <w:i w:val="0"/>
          <w:color w:val="6A6F75"/>
          <w:sz w:val="18"/>
        </w:rPr>
        <w:t xml:space="preserve">, </w:t>
      </w:r>
      <w:hyperlink w:anchor="p740">
        <w:r>
          <w:rPr>
            <w:color w:val="2E5A80"/>
            <w:u w:val="single"/>
            <w:sz w:val="18"/>
          </w:rPr>
          <w:t xml:space="preserve">No. 740</w:t>
        </w:r>
      </w:hyperlink>
    </w:p>
    <w:p>
      <w:pPr>
        <w:keepNext/>
        <w:spacing w:after="20" w:before="200"/>
      </w:pPr>
      <w:bookmarkStart w:id="714" w:name="p667"/>
      <w:r>
        <w:rPr>
          <w:b/>
          <w:i w:val="0"/>
          <w:color w:val="222B33"/>
          <w:sz w:val="22"/>
        </w:rPr>
        <w:t>No. 667</w:t>
      </w:r>
      <w:r>
        <w:rPr>
          <w:b w:val="0"/>
          <w:i w:val="0"/>
          <w:color w:val="6A6F75"/>
          <w:sz w:val="18"/>
        </w:rPr>
        <w:t xml:space="preserve">   Naka no Kimi → Niou   答 reply</w:t>
      </w:r>
      <w:bookmarkEnd w:id="714"/>
    </w:p>
    <w:p>
      <w:pPr>
        <w:keepNext/>
        <w:spacing w:after="0"/>
      </w:pPr>
      <w:r>
        <w:rPr>
          <w:rFonts w:ascii="Noto Serif CJK JP" w:hAnsi="Noto Serif CJK JP" w:eastAsia="Noto Serif CJK JP"/>
          <w:b w:val="0"/>
          <w:i w:val="0"/>
          <w:color w:val="222B33"/>
          <w:sz w:val="26"/>
        </w:rPr>
        <w:t>絶えせじのわが頼みにや宇治橋の遥けきなかを待ちわたるべき</w:t>
      </w:r>
    </w:p>
    <w:p>
      <w:pPr>
        <w:keepNext/>
        <w:spacing w:after="60"/>
      </w:pPr>
      <w:r>
        <w:rPr>
          <w:rFonts w:ascii="Noto Serif CJK JP" w:hAnsi="Noto Serif CJK JP" w:eastAsia="Noto Serif CJK JP"/>
          <w:b w:val="0"/>
          <w:i w:val="0"/>
          <w:color w:val="6A6F75"/>
          <w:sz w:val="19"/>
        </w:rPr>
        <w:t>たえせしの　／　わかたのみにや　／　うちはしの　／　はるけき中を　／　まちわたるへき</w:t>
      </w:r>
    </w:p>
    <w:p>
      <w:pPr>
        <w:keepNext/>
        <w:spacing w:after="60"/>
      </w:pPr>
      <w:r>
        <w:rPr>
          <w:b w:val="0"/>
          <w:i/>
          <w:color w:val="222B33"/>
          <w:sz w:val="21"/>
        </w:rPr>
        <w:t>Trusting that it will</w:t>
        <w:br/>
      </w:r>
      <w:r>
        <w:rPr>
          <w:b w:val="0"/>
          <w:i/>
          <w:color w:val="222B33"/>
          <w:sz w:val="21"/>
        </w:rPr>
        <w:t>not break, must I go on waiting</w:t>
        <w:br/>
      </w:r>
      <w:r>
        <w:rPr>
          <w:b w:val="0"/>
          <w:i/>
          <w:color w:val="222B33"/>
          <w:sz w:val="21"/>
        </w:rPr>
        <w:t>across the long distance</w:t>
        <w:br/>
      </w:r>
      <w:r>
        <w:rPr>
          <w:b w:val="0"/>
          <w:i/>
          <w:color w:val="222B33"/>
          <w:sz w:val="21"/>
        </w:rPr>
        <w:t>of the Uji</w:t>
        <w:br/>
      </w:r>
      <w:r>
        <w:rPr>
          <w:b w:val="0"/>
          <w:i/>
          <w:color w:val="222B33"/>
          <w:sz w:val="21"/>
        </w:rPr>
        <w:t>Bridge?</w:t>
      </w:r>
    </w:p>
    <w:p>
      <w:pPr>
        <w:spacing w:after="40"/>
      </w:pPr>
      <w:r>
        <w:rPr>
          <w:b w:val="0"/>
          <w:i w:val="0"/>
          <w:color w:val="222B33"/>
          <w:sz w:val="19"/>
        </w:rPr>
        <w:t>Watari: “cross” and “go on.”</w:t>
      </w:r>
    </w:p>
    <w:p>
      <w:pPr>
        <w:spacing w:after="40"/>
      </w:pPr>
      <w:r>
        <w:rPr>
          <w:b w:val="0"/>
          <w:i w:val="0"/>
          <w:color w:val="6A6F75"/>
          <w:sz w:val="18"/>
        </w:rPr>
        <w:t xml:space="preserve">In reply to </w:t>
      </w:r>
      <w:hyperlink w:anchor="p666">
        <w:r>
          <w:rPr>
            <w:color w:val="2E5A80"/>
            <w:u w:val="single"/>
            <w:sz w:val="18"/>
          </w:rPr>
          <w:t xml:space="preserve">No. 666 (Niou)</w:t>
        </w:r>
      </w:hyperlink>
      <w:r>
        <w:rPr>
          <w:b w:val="0"/>
          <w:i w:val="0"/>
          <w:color w:val="6A6F75"/>
          <w:sz w:val="18"/>
        </w:rPr>
        <w:t xml:space="preserve">   ·   </w:t>
      </w:r>
      <w:r>
        <w:rPr>
          <w:b w:val="0"/>
          <w:i w:val="0"/>
          <w:color w:val="6A6F75"/>
          <w:sz w:val="18"/>
        </w:rPr>
        <w:t xml:space="preserve">Echo, The Lady of the Bridge and Uji Bridge: </w:t>
      </w:r>
      <w:hyperlink w:anchor="p628">
        <w:r>
          <w:rPr>
            <w:color w:val="2E5A80"/>
            <w:u w:val="single"/>
            <w:sz w:val="18"/>
          </w:rPr>
          <w:t xml:space="preserve">No. 628</w:t>
        </w:r>
      </w:hyperlink>
      <w:r>
        <w:rPr>
          <w:b w:val="0"/>
          <w:i w:val="0"/>
          <w:color w:val="6A6F75"/>
          <w:sz w:val="18"/>
        </w:rPr>
        <w:t xml:space="preserve">, </w:t>
      </w:r>
      <w:hyperlink w:anchor="p666">
        <w:r>
          <w:rPr>
            <w:color w:val="2E5A80"/>
            <w:u w:val="single"/>
            <w:sz w:val="18"/>
          </w:rPr>
          <w:t xml:space="preserve">No. 666</w:t>
        </w:r>
      </w:hyperlink>
      <w:r>
        <w:rPr>
          <w:b w:val="0"/>
          <w:i w:val="0"/>
          <w:color w:val="6A6F75"/>
          <w:sz w:val="18"/>
        </w:rPr>
        <w:t xml:space="preserve">, </w:t>
      </w:r>
      <w:hyperlink w:anchor="p739">
        <w:r>
          <w:rPr>
            <w:color w:val="2E5A80"/>
            <w:u w:val="single"/>
            <w:sz w:val="18"/>
          </w:rPr>
          <w:t xml:space="preserve">No. 739</w:t>
        </w:r>
      </w:hyperlink>
      <w:r>
        <w:rPr>
          <w:b w:val="0"/>
          <w:i w:val="0"/>
          <w:color w:val="6A6F75"/>
          <w:sz w:val="18"/>
        </w:rPr>
        <w:t xml:space="preserve">, </w:t>
      </w:r>
      <w:hyperlink w:anchor="p740">
        <w:r>
          <w:rPr>
            <w:color w:val="2E5A80"/>
            <w:u w:val="single"/>
            <w:sz w:val="18"/>
          </w:rPr>
          <w:t xml:space="preserve">No. 740</w:t>
        </w:r>
      </w:hyperlink>
    </w:p>
    <w:p>
      <w:pPr>
        <w:keepNext/>
        <w:spacing w:after="20" w:before="200"/>
      </w:pPr>
      <w:bookmarkStart w:id="715" w:name="p668"/>
      <w:r>
        <w:rPr>
          <w:b/>
          <w:i w:val="0"/>
          <w:color w:val="222B33"/>
          <w:sz w:val="22"/>
        </w:rPr>
        <w:t>No. 668</w:t>
      </w:r>
      <w:r>
        <w:rPr>
          <w:b w:val="0"/>
          <w:i w:val="0"/>
          <w:color w:val="6A6F75"/>
          <w:sz w:val="18"/>
        </w:rPr>
        <w:t xml:space="preserve">   Saishō Chūjō   唱 group exchange</w:t>
      </w:r>
      <w:bookmarkEnd w:id="715"/>
    </w:p>
    <w:p>
      <w:pPr>
        <w:keepNext/>
        <w:spacing w:after="40"/>
      </w:pPr>
      <w:r>
        <w:rPr>
          <w:b/>
          <w:i w:val="0"/>
          <w:color w:val="6A6F75"/>
          <w:sz w:val="18"/>
        </w:rPr>
        <w:t xml:space="preserve">Context. </w:t>
      </w:r>
      <w:r>
        <w:rPr>
          <w:b w:val="0"/>
          <w:i w:val="0"/>
          <w:color w:val="6A6F75"/>
          <w:sz w:val="19"/>
        </w:rPr>
        <w:t>Niou’s autumn outing to Uji; he cannot cross to Naka no Kimi.</w:t>
      </w:r>
    </w:p>
    <w:p>
      <w:pPr>
        <w:keepNext/>
        <w:spacing w:after="0"/>
      </w:pPr>
      <w:r>
        <w:rPr>
          <w:rFonts w:ascii="Noto Serif CJK JP" w:hAnsi="Noto Serif CJK JP" w:eastAsia="Noto Serif CJK JP"/>
          <w:b w:val="0"/>
          <w:i w:val="0"/>
          <w:color w:val="222B33"/>
          <w:sz w:val="26"/>
        </w:rPr>
        <w:t>いつぞやも花の盛りに一目見し木のもとさへや秋は寂しき</w:t>
      </w:r>
    </w:p>
    <w:p>
      <w:pPr>
        <w:keepNext/>
        <w:spacing w:after="60"/>
      </w:pPr>
      <w:r>
        <w:rPr>
          <w:rFonts w:ascii="Noto Serif CJK JP" w:hAnsi="Noto Serif CJK JP" w:eastAsia="Noto Serif CJK JP"/>
          <w:b w:val="0"/>
          <w:i w:val="0"/>
          <w:color w:val="6A6F75"/>
          <w:sz w:val="19"/>
        </w:rPr>
        <w:t>いつそやも　／　花のさかりに　／　ひとめみし　／　木のもとさへや　／　秋はさひしき</w:t>
      </w:r>
    </w:p>
    <w:p>
      <w:pPr>
        <w:keepNext/>
        <w:spacing w:after="60"/>
      </w:pPr>
      <w:r>
        <w:rPr>
          <w:b w:val="0"/>
          <w:i/>
          <w:color w:val="222B33"/>
          <w:sz w:val="21"/>
        </w:rPr>
        <w:t>Even the place beneath</w:t>
        <w:br/>
      </w:r>
      <w:r>
        <w:rPr>
          <w:b w:val="0"/>
          <w:i/>
          <w:color w:val="222B33"/>
          <w:sz w:val="21"/>
        </w:rPr>
        <w:t>the trees where I glimpsed the flowers</w:t>
        <w:br/>
      </w:r>
      <w:r>
        <w:rPr>
          <w:b w:val="0"/>
          <w:i/>
          <w:color w:val="222B33"/>
          <w:sz w:val="21"/>
        </w:rPr>
        <w:t>once in their prime:</w:t>
        <w:br/>
      </w:r>
      <w:r>
        <w:rPr>
          <w:b w:val="0"/>
          <w:i/>
          <w:color w:val="222B33"/>
          <w:sz w:val="21"/>
        </w:rPr>
        <w:t>is it lonely</w:t>
        <w:br/>
      </w:r>
      <w:r>
        <w:rPr>
          <w:b w:val="0"/>
          <w:i/>
          <w:color w:val="222B33"/>
          <w:sz w:val="21"/>
        </w:rPr>
        <w:t>in autumn?</w:t>
      </w:r>
    </w:p>
    <w:p>
      <w:pPr>
        <w:spacing w:after="40"/>
      </w:pPr>
      <w:r>
        <w:rPr>
          <w:b w:val="0"/>
          <w:i w:val="0"/>
          <w:color w:val="222B33"/>
          <w:sz w:val="19"/>
        </w:rPr>
        <w:t>The Uji outing; a group of five.</w:t>
      </w:r>
    </w:p>
    <w:p>
      <w:pPr>
        <w:spacing w:after="40"/>
      </w:pPr>
      <w:r>
        <w:rPr>
          <w:b/>
          <w:i w:val="0"/>
          <w:color w:val="8A4B1C"/>
          <w:sz w:val="18"/>
        </w:rPr>
        <w:t xml:space="preserve">Attribution uncertain. </w:t>
      </w:r>
      <w:r>
        <w:rPr>
          <w:b w:val="0"/>
          <w:i w:val="0"/>
          <w:sz w:val="19"/>
        </w:rPr>
        <w:t>The Saishō Chūjō is identified as the former Kurōdo no Shōshō, Yūgiri’s son (Zenshū 全集).</w:t>
      </w:r>
    </w:p>
    <w:p>
      <w:pPr>
        <w:spacing w:after="40"/>
      </w:pPr>
      <w:r>
        <w:rPr>
          <w:b w:val="0"/>
          <w:i w:val="0"/>
          <w:color w:val="6A6F75"/>
          <w:sz w:val="18"/>
        </w:rPr>
        <w:t xml:space="preserve">Answered by </w:t>
      </w:r>
      <w:hyperlink w:anchor="p669">
        <w:r>
          <w:rPr>
            <w:color w:val="2E5A80"/>
            <w:u w:val="single"/>
            <w:sz w:val="18"/>
          </w:rPr>
          <w:t xml:space="preserve">No. 669 (Kaoru)</w:t>
        </w:r>
      </w:hyperlink>
      <w:r>
        <w:rPr>
          <w:b w:val="0"/>
          <w:i w:val="0"/>
          <w:color w:val="6A6F75"/>
          <w:sz w:val="18"/>
        </w:rPr>
        <w:t xml:space="preserve">, </w:t>
      </w:r>
      <w:hyperlink w:anchor="p670">
        <w:r>
          <w:rPr>
            <w:color w:val="2E5A80"/>
            <w:u w:val="single"/>
            <w:sz w:val="18"/>
          </w:rPr>
          <w:t xml:space="preserve">No. 670 (Captain of the Gate Guards)</w:t>
        </w:r>
      </w:hyperlink>
      <w:r>
        <w:rPr>
          <w:b w:val="0"/>
          <w:i w:val="0"/>
          <w:color w:val="6A6F75"/>
          <w:sz w:val="18"/>
        </w:rPr>
        <w:t xml:space="preserve">, </w:t>
      </w:r>
      <w:hyperlink w:anchor="p671">
        <w:r>
          <w:rPr>
            <w:color w:val="2E5A80"/>
            <w:u w:val="single"/>
            <w:sz w:val="18"/>
          </w:rPr>
          <w:t xml:space="preserve">No. 671 (Master of the Empress’s Household)</w:t>
        </w:r>
      </w:hyperlink>
      <w:r>
        <w:rPr>
          <w:b w:val="0"/>
          <w:i w:val="0"/>
          <w:color w:val="6A6F75"/>
          <w:sz w:val="18"/>
        </w:rPr>
        <w:t xml:space="preserve">, </w:t>
      </w:r>
      <w:hyperlink w:anchor="p672">
        <w:r>
          <w:rPr>
            <w:color w:val="2E5A80"/>
            <w:u w:val="single"/>
            <w:sz w:val="18"/>
          </w:rPr>
          <w:t xml:space="preserve">No. 672 (Niou)</w:t>
        </w:r>
      </w:hyperlink>
    </w:p>
    <w:p>
      <w:pPr>
        <w:keepNext/>
        <w:spacing w:after="20" w:before="200"/>
      </w:pPr>
      <w:bookmarkStart w:id="716" w:name="p669"/>
      <w:r>
        <w:rPr>
          <w:b/>
          <w:i w:val="0"/>
          <w:color w:val="222B33"/>
          <w:sz w:val="22"/>
        </w:rPr>
        <w:t>No. 669</w:t>
      </w:r>
      <w:r>
        <w:rPr>
          <w:b w:val="0"/>
          <w:i w:val="0"/>
          <w:color w:val="6A6F75"/>
          <w:sz w:val="18"/>
        </w:rPr>
        <w:t xml:space="preserve">   Kaoru   唱 group exchange</w:t>
      </w:r>
      <w:bookmarkEnd w:id="716"/>
    </w:p>
    <w:p>
      <w:pPr>
        <w:keepNext/>
        <w:spacing w:after="0"/>
      </w:pPr>
      <w:r>
        <w:rPr>
          <w:rFonts w:ascii="Noto Serif CJK JP" w:hAnsi="Noto Serif CJK JP" w:eastAsia="Noto Serif CJK JP"/>
          <w:b w:val="0"/>
          <w:i w:val="0"/>
          <w:color w:val="222B33"/>
          <w:sz w:val="26"/>
        </w:rPr>
        <w:t>桜こそ思ひ知らすれ咲き匂ふ花も紅葉も常ならぬ世を</w:t>
      </w:r>
    </w:p>
    <w:p>
      <w:pPr>
        <w:keepNext/>
        <w:spacing w:after="60"/>
      </w:pPr>
      <w:r>
        <w:rPr>
          <w:rFonts w:ascii="Noto Serif CJK JP" w:hAnsi="Noto Serif CJK JP" w:eastAsia="Noto Serif CJK JP"/>
          <w:b w:val="0"/>
          <w:i w:val="0"/>
          <w:color w:val="6A6F75"/>
          <w:sz w:val="19"/>
        </w:rPr>
        <w:t>さくらこそ　／　思しらすれ　／　さきにほふ　／　花ももみちも　／　つねならぬよを</w:t>
      </w:r>
    </w:p>
    <w:p>
      <w:pPr>
        <w:keepNext/>
        <w:spacing w:after="60"/>
      </w:pPr>
      <w:r>
        <w:rPr>
          <w:b w:val="0"/>
          <w:i/>
          <w:color w:val="222B33"/>
          <w:sz w:val="21"/>
        </w:rPr>
        <w:t>The cherry blossoms</w:t>
        <w:br/>
      </w:r>
      <w:r>
        <w:rPr>
          <w:b w:val="0"/>
          <w:i/>
          <w:color w:val="222B33"/>
          <w:sz w:val="21"/>
        </w:rPr>
        <w:t>teach us: the flowers and leaves</w:t>
        <w:br/>
      </w:r>
      <w:r>
        <w:rPr>
          <w:b w:val="0"/>
          <w:i/>
          <w:color w:val="222B33"/>
          <w:sz w:val="21"/>
        </w:rPr>
        <w:t>in bloom and color</w:t>
        <w:br/>
      </w:r>
      <w:r>
        <w:rPr>
          <w:b w:val="0"/>
          <w:i/>
          <w:color w:val="222B33"/>
          <w:sz w:val="21"/>
        </w:rPr>
        <w:t>belong to a world</w:t>
        <w:br/>
      </w:r>
      <w:r>
        <w:rPr>
          <w:b w:val="0"/>
          <w:i/>
          <w:color w:val="222B33"/>
          <w:sz w:val="21"/>
        </w:rPr>
        <w:t>that does not last.</w:t>
      </w:r>
    </w:p>
    <w:p>
      <w:pPr>
        <w:spacing w:after="40"/>
      </w:pPr>
      <w:r>
        <w:rPr>
          <w:b w:val="0"/>
          <w:i w:val="0"/>
          <w:color w:val="6A6F75"/>
          <w:sz w:val="18"/>
        </w:rPr>
        <w:t xml:space="preserve">In reply to </w:t>
      </w:r>
      <w:hyperlink w:anchor="p668">
        <w:r>
          <w:rPr>
            <w:color w:val="2E5A80"/>
            <w:u w:val="single"/>
            <w:sz w:val="18"/>
          </w:rPr>
          <w:t xml:space="preserve">No. 668 (Saishō Chūjō)</w:t>
        </w:r>
      </w:hyperlink>
    </w:p>
    <w:p>
      <w:pPr>
        <w:keepNext/>
        <w:spacing w:after="20" w:before="200"/>
      </w:pPr>
      <w:bookmarkStart w:id="717" w:name="p670"/>
      <w:r>
        <w:rPr>
          <w:b/>
          <w:i w:val="0"/>
          <w:color w:val="222B33"/>
          <w:sz w:val="22"/>
        </w:rPr>
        <w:t>No. 670</w:t>
      </w:r>
      <w:r>
        <w:rPr>
          <w:b w:val="0"/>
          <w:i w:val="0"/>
          <w:color w:val="6A6F75"/>
          <w:sz w:val="18"/>
        </w:rPr>
        <w:t xml:space="preserve">   Captain of the Gate Guards   唱 group exchange</w:t>
      </w:r>
      <w:bookmarkEnd w:id="717"/>
    </w:p>
    <w:p>
      <w:pPr>
        <w:keepNext/>
        <w:spacing w:after="0"/>
      </w:pPr>
      <w:r>
        <w:rPr>
          <w:rFonts w:ascii="Noto Serif CJK JP" w:hAnsi="Noto Serif CJK JP" w:eastAsia="Noto Serif CJK JP"/>
          <w:b w:val="0"/>
          <w:i w:val="0"/>
          <w:color w:val="222B33"/>
          <w:sz w:val="26"/>
        </w:rPr>
        <w:t>いづこより秋は行きけむ山里の紅葉の蔭は過ぎ憂きものを</w:t>
      </w:r>
    </w:p>
    <w:p>
      <w:pPr>
        <w:keepNext/>
        <w:spacing w:after="60"/>
      </w:pPr>
      <w:r>
        <w:rPr>
          <w:rFonts w:ascii="Noto Serif CJK JP" w:hAnsi="Noto Serif CJK JP" w:eastAsia="Noto Serif CJK JP"/>
          <w:b w:val="0"/>
          <w:i w:val="0"/>
          <w:color w:val="6A6F75"/>
          <w:sz w:val="19"/>
        </w:rPr>
        <w:t>いつこより　／　秋は行けむ　／　やまさとの　／　紅葉のかけは　／　すきうきものを</w:t>
      </w:r>
    </w:p>
    <w:p>
      <w:pPr>
        <w:keepNext/>
        <w:spacing w:after="60"/>
      </w:pPr>
      <w:r>
        <w:rPr>
          <w:b w:val="0"/>
          <w:i/>
          <w:color w:val="222B33"/>
          <w:sz w:val="21"/>
        </w:rPr>
        <w:t>Where did autumn</w:t>
        <w:br/>
      </w:r>
      <w:r>
        <w:rPr>
          <w:b w:val="0"/>
          <w:i/>
          <w:color w:val="222B33"/>
          <w:sz w:val="21"/>
        </w:rPr>
        <w:t>go? The shade of red leaves</w:t>
        <w:br/>
      </w:r>
      <w:r>
        <w:rPr>
          <w:b w:val="0"/>
          <w:i/>
          <w:color w:val="222B33"/>
          <w:sz w:val="21"/>
        </w:rPr>
        <w:t>in the mountain village</w:t>
        <w:br/>
      </w:r>
      <w:r>
        <w:rPr>
          <w:b w:val="0"/>
          <w:i/>
          <w:color w:val="222B33"/>
          <w:sz w:val="21"/>
        </w:rPr>
        <w:t>is hard</w:t>
        <w:br/>
      </w:r>
      <w:r>
        <w:rPr>
          <w:b w:val="0"/>
          <w:i/>
          <w:color w:val="222B33"/>
          <w:sz w:val="21"/>
        </w:rPr>
        <w:t>to pass by.</w:t>
      </w:r>
    </w:p>
    <w:p>
      <w:pPr>
        <w:spacing w:after="40"/>
      </w:pPr>
      <w:r>
        <w:rPr>
          <w:b w:val="0"/>
          <w:i w:val="0"/>
          <w:color w:val="6A6F75"/>
          <w:sz w:val="18"/>
        </w:rPr>
        <w:t xml:space="preserve">In reply to </w:t>
      </w:r>
      <w:hyperlink w:anchor="p668">
        <w:r>
          <w:rPr>
            <w:color w:val="2E5A80"/>
            <w:u w:val="single"/>
            <w:sz w:val="18"/>
          </w:rPr>
          <w:t xml:space="preserve">No. 668 (Saishō Chūjō)</w:t>
        </w:r>
      </w:hyperlink>
    </w:p>
    <w:p>
      <w:pPr>
        <w:keepNext/>
        <w:spacing w:after="20" w:before="200"/>
      </w:pPr>
      <w:bookmarkStart w:id="718" w:name="p671"/>
      <w:r>
        <w:rPr>
          <w:b/>
          <w:i w:val="0"/>
          <w:color w:val="222B33"/>
          <w:sz w:val="22"/>
        </w:rPr>
        <w:t>No. 671</w:t>
      </w:r>
      <w:r>
        <w:rPr>
          <w:b w:val="0"/>
          <w:i w:val="0"/>
          <w:color w:val="6A6F75"/>
          <w:sz w:val="18"/>
        </w:rPr>
        <w:t xml:space="preserve">   Master of the Empress’s Household   唱 group exchange</w:t>
      </w:r>
      <w:bookmarkEnd w:id="718"/>
    </w:p>
    <w:p>
      <w:pPr>
        <w:keepNext/>
        <w:spacing w:after="0"/>
      </w:pPr>
      <w:r>
        <w:rPr>
          <w:rFonts w:ascii="Noto Serif CJK JP" w:hAnsi="Noto Serif CJK JP" w:eastAsia="Noto Serif CJK JP"/>
          <w:b w:val="0"/>
          <w:i w:val="0"/>
          <w:color w:val="222B33"/>
          <w:sz w:val="26"/>
        </w:rPr>
        <w:t>見し人もなき山里の岩垣に心長くも這へる葛かな</w:t>
      </w:r>
    </w:p>
    <w:p>
      <w:pPr>
        <w:keepNext/>
        <w:spacing w:after="60"/>
      </w:pPr>
      <w:r>
        <w:rPr>
          <w:rFonts w:ascii="Noto Serif CJK JP" w:hAnsi="Noto Serif CJK JP" w:eastAsia="Noto Serif CJK JP"/>
          <w:b w:val="0"/>
          <w:i w:val="0"/>
          <w:color w:val="6A6F75"/>
          <w:sz w:val="19"/>
        </w:rPr>
        <w:t>みし人も　／　なき山さとの　／　岩かきに　／　心なかくも　／　はへるくす哉</w:t>
      </w:r>
    </w:p>
    <w:p>
      <w:pPr>
        <w:keepNext/>
        <w:spacing w:after="60"/>
      </w:pPr>
      <w:r>
        <w:rPr>
          <w:b w:val="0"/>
          <w:i/>
          <w:color w:val="222B33"/>
          <w:sz w:val="21"/>
        </w:rPr>
        <w:t>On the rock wall</w:t>
        <w:br/>
      </w:r>
      <w:r>
        <w:rPr>
          <w:b w:val="0"/>
          <w:i/>
          <w:color w:val="222B33"/>
          <w:sz w:val="21"/>
        </w:rPr>
        <w:t>of the mountain village where the one we knew is gone,</w:t>
        <w:br/>
      </w:r>
      <w:r>
        <w:rPr>
          <w:b w:val="0"/>
          <w:i/>
          <w:color w:val="222B33"/>
          <w:sz w:val="21"/>
        </w:rPr>
        <w:t>how long-hearted</w:t>
        <w:br/>
      </w:r>
      <w:r>
        <w:rPr>
          <w:b w:val="0"/>
          <w:i/>
          <w:color w:val="222B33"/>
          <w:sz w:val="21"/>
        </w:rPr>
        <w:t>is the creeping</w:t>
        <w:br/>
      </w:r>
      <w:r>
        <w:rPr>
          <w:b w:val="0"/>
          <w:i/>
          <w:color w:val="222B33"/>
          <w:sz w:val="21"/>
        </w:rPr>
        <w:t>arrowroot.</w:t>
      </w:r>
    </w:p>
    <w:p>
      <w:pPr>
        <w:spacing w:after="40"/>
      </w:pPr>
      <w:r>
        <w:rPr>
          <w:b w:val="0"/>
          <w:i w:val="0"/>
          <w:color w:val="6A6F75"/>
          <w:sz w:val="18"/>
        </w:rPr>
        <w:t xml:space="preserve">In reply to </w:t>
      </w:r>
      <w:hyperlink w:anchor="p668">
        <w:r>
          <w:rPr>
            <w:color w:val="2E5A80"/>
            <w:u w:val="single"/>
            <w:sz w:val="18"/>
          </w:rPr>
          <w:t xml:space="preserve">No. 668 (Saishō Chūjō)</w:t>
        </w:r>
      </w:hyperlink>
    </w:p>
    <w:p>
      <w:pPr>
        <w:keepNext/>
        <w:spacing w:after="20" w:before="200"/>
      </w:pPr>
      <w:bookmarkStart w:id="719" w:name="p672"/>
      <w:r>
        <w:rPr>
          <w:b/>
          <w:i w:val="0"/>
          <w:color w:val="222B33"/>
          <w:sz w:val="22"/>
        </w:rPr>
        <w:t>No. 672</w:t>
      </w:r>
      <w:r>
        <w:rPr>
          <w:b w:val="0"/>
          <w:i w:val="0"/>
          <w:color w:val="6A6F75"/>
          <w:sz w:val="18"/>
        </w:rPr>
        <w:t xml:space="preserve">   Niou   唱 group exchange</w:t>
      </w:r>
      <w:bookmarkEnd w:id="719"/>
    </w:p>
    <w:p>
      <w:pPr>
        <w:keepNext/>
        <w:spacing w:after="0"/>
      </w:pPr>
      <w:r>
        <w:rPr>
          <w:rFonts w:ascii="Noto Serif CJK JP" w:hAnsi="Noto Serif CJK JP" w:eastAsia="Noto Serif CJK JP"/>
          <w:b w:val="0"/>
          <w:i w:val="0"/>
          <w:color w:val="222B33"/>
          <w:sz w:val="26"/>
        </w:rPr>
        <w:t>秋はてて寂しさまさる木のもとを吹きな過ぐしそ峰の松風</w:t>
      </w:r>
    </w:p>
    <w:p>
      <w:pPr>
        <w:keepNext/>
        <w:spacing w:after="60"/>
      </w:pPr>
      <w:r>
        <w:rPr>
          <w:rFonts w:ascii="Noto Serif CJK JP" w:hAnsi="Noto Serif CJK JP" w:eastAsia="Noto Serif CJK JP"/>
          <w:b w:val="0"/>
          <w:i w:val="0"/>
          <w:color w:val="6A6F75"/>
          <w:sz w:val="19"/>
        </w:rPr>
        <w:t>秋はてゝ　／　さひしさまさる　／　木のもとを　／　吹なすくしそ　／　みねの松かせ</w:t>
      </w:r>
    </w:p>
    <w:p>
      <w:pPr>
        <w:keepNext/>
        <w:spacing w:after="60"/>
      </w:pPr>
      <w:r>
        <w:rPr>
          <w:b w:val="0"/>
          <w:i/>
          <w:color w:val="222B33"/>
          <w:sz w:val="21"/>
        </w:rPr>
        <w:t>Autumn ended,</w:t>
        <w:br/>
      </w:r>
      <w:r>
        <w:rPr>
          <w:b w:val="0"/>
          <w:i/>
          <w:color w:val="222B33"/>
          <w:sz w:val="21"/>
        </w:rPr>
        <w:t>beneath trees where loneliness grows,</w:t>
        <w:br/>
      </w:r>
      <w:r>
        <w:rPr>
          <w:b w:val="0"/>
          <w:i/>
          <w:color w:val="222B33"/>
          <w:sz w:val="21"/>
        </w:rPr>
        <w:t>do not blow past,</w:t>
        <w:br/>
      </w:r>
      <w:r>
        <w:rPr>
          <w:b w:val="0"/>
          <w:i/>
          <w:color w:val="222B33"/>
          <w:sz w:val="21"/>
        </w:rPr>
        <w:t>pine wind</w:t>
        <w:br/>
      </w:r>
      <w:r>
        <w:rPr>
          <w:b w:val="0"/>
          <w:i/>
          <w:color w:val="222B33"/>
          <w:sz w:val="21"/>
        </w:rPr>
        <w:t>of the peak.</w:t>
      </w:r>
    </w:p>
    <w:p>
      <w:pPr>
        <w:spacing w:after="40"/>
      </w:pPr>
      <w:r>
        <w:rPr>
          <w:b w:val="0"/>
          <w:i w:val="0"/>
          <w:color w:val="222B33"/>
          <w:sz w:val="19"/>
        </w:rPr>
        <w:t>He longs for Naka no Kimi across the river.</w:t>
      </w:r>
    </w:p>
    <w:p>
      <w:pPr>
        <w:spacing w:after="40"/>
      </w:pPr>
      <w:r>
        <w:rPr>
          <w:b w:val="0"/>
          <w:i w:val="0"/>
          <w:color w:val="6A6F75"/>
          <w:sz w:val="18"/>
        </w:rPr>
        <w:t xml:space="preserve">In reply to </w:t>
      </w:r>
      <w:hyperlink w:anchor="p668">
        <w:r>
          <w:rPr>
            <w:color w:val="2E5A80"/>
            <w:u w:val="single"/>
            <w:sz w:val="18"/>
          </w:rPr>
          <w:t xml:space="preserve">No. 668 (Saishō Chūjō)</w:t>
        </w:r>
      </w:hyperlink>
    </w:p>
    <w:p>
      <w:pPr>
        <w:keepNext/>
        <w:spacing w:after="20" w:before="200"/>
      </w:pPr>
      <w:bookmarkStart w:id="720" w:name="p673"/>
      <w:r>
        <w:rPr>
          <w:b/>
          <w:i w:val="0"/>
          <w:color w:val="222B33"/>
          <w:sz w:val="22"/>
        </w:rPr>
        <w:t>No. 673</w:t>
      </w:r>
      <w:r>
        <w:rPr>
          <w:b w:val="0"/>
          <w:i w:val="0"/>
          <w:color w:val="6A6F75"/>
          <w:sz w:val="18"/>
        </w:rPr>
        <w:t xml:space="preserve">   Niou → First Princess (his sister)   贈:独 sent / solo</w:t>
      </w:r>
      <w:bookmarkEnd w:id="720"/>
    </w:p>
    <w:p>
      <w:pPr>
        <w:keepNext/>
        <w:spacing w:after="40"/>
      </w:pPr>
      <w:r>
        <w:rPr>
          <w:b/>
          <w:i w:val="0"/>
          <w:color w:val="6A6F75"/>
          <w:sz w:val="18"/>
        </w:rPr>
        <w:t xml:space="preserve">Context. </w:t>
      </w:r>
      <w:r>
        <w:rPr>
          <w:b w:val="0"/>
          <w:i w:val="0"/>
          <w:color w:val="6A6F75"/>
          <w:sz w:val="19"/>
        </w:rPr>
        <w:t>Niou with his sister, reading Ise monogatari.</w:t>
      </w:r>
    </w:p>
    <w:p>
      <w:pPr>
        <w:keepNext/>
        <w:spacing w:after="0"/>
      </w:pPr>
      <w:r>
        <w:rPr>
          <w:rFonts w:ascii="Noto Serif CJK JP" w:hAnsi="Noto Serif CJK JP" w:eastAsia="Noto Serif CJK JP"/>
          <w:b w:val="0"/>
          <w:i w:val="0"/>
          <w:color w:val="222B33"/>
          <w:sz w:val="26"/>
        </w:rPr>
        <w:t>若草のね見むものとは思はねどむすぼほれたる心地こそすれ</w:t>
      </w:r>
    </w:p>
    <w:p>
      <w:pPr>
        <w:keepNext/>
        <w:spacing w:after="60"/>
      </w:pPr>
      <w:r>
        <w:rPr>
          <w:rFonts w:ascii="Noto Serif CJK JP" w:hAnsi="Noto Serif CJK JP" w:eastAsia="Noto Serif CJK JP"/>
          <w:b w:val="0"/>
          <w:i w:val="0"/>
          <w:color w:val="6A6F75"/>
          <w:sz w:val="19"/>
        </w:rPr>
        <w:t>わか草の　／　ねみむものとは　／　おもはねと　／　むすほゝれたる　／　心ちこそすれ</w:t>
      </w:r>
    </w:p>
    <w:p>
      <w:pPr>
        <w:keepNext/>
        <w:spacing w:after="60"/>
      </w:pPr>
      <w:r>
        <w:rPr>
          <w:b w:val="0"/>
          <w:i/>
          <w:color w:val="222B33"/>
          <w:sz w:val="21"/>
        </w:rPr>
        <w:t>I would not think</w:t>
        <w:br/>
      </w:r>
      <w:r>
        <w:rPr>
          <w:b w:val="0"/>
          <w:i/>
          <w:color w:val="222B33"/>
          <w:sz w:val="21"/>
        </w:rPr>
        <w:t>of sleeping with the young grass,</w:t>
        <w:br/>
      </w:r>
      <w:r>
        <w:rPr>
          <w:b w:val="0"/>
          <w:i/>
          <w:color w:val="222B33"/>
          <w:sz w:val="21"/>
        </w:rPr>
        <w:t>yet I feel</w:t>
        <w:br/>
      </w:r>
      <w:r>
        <w:rPr>
          <w:b w:val="0"/>
          <w:i/>
          <w:color w:val="222B33"/>
          <w:sz w:val="21"/>
        </w:rPr>
        <w:t>my heart</w:t>
        <w:br/>
      </w:r>
      <w:r>
        <w:rPr>
          <w:b w:val="0"/>
          <w:i/>
          <w:color w:val="222B33"/>
          <w:sz w:val="21"/>
        </w:rPr>
        <w:t>knotted.</w:t>
      </w:r>
    </w:p>
    <w:p>
      <w:pPr>
        <w:spacing w:after="40"/>
      </w:pPr>
      <w:r>
        <w:rPr>
          <w:b w:val="0"/>
          <w:i w:val="0"/>
          <w:color w:val="222B33"/>
          <w:sz w:val="19"/>
        </w:rPr>
        <w:t>Echoes Ise monogatari 49 (ne, “root” and “sleep”).</w:t>
      </w:r>
    </w:p>
    <w:p>
      <w:pPr>
        <w:spacing w:after="40"/>
      </w:pPr>
      <w:r>
        <w:rPr>
          <w:b/>
          <w:i w:val="0"/>
          <w:color w:val="6A6F75"/>
          <w:sz w:val="18"/>
        </w:rPr>
        <w:t xml:space="preserve">Allusion. </w:t>
      </w:r>
      <w:hyperlink r:id="rId24">
        <w:r>
          <w:rPr>
            <w:color w:val="2E5A80"/>
            <w:u w:val="single"/>
            <w:sz w:val="19"/>
          </w:rPr>
          <w:t xml:space="preserve">Ise monogatari 49</w:t>
        </w:r>
      </w:hyperlink>
      <w:r>
        <w:rPr>
          <w:rFonts w:ascii="Noto Serif CJK JP" w:hAnsi="Noto Serif CJK JP" w:eastAsia="Noto Serif CJK JP"/>
          <w:b w:val="0"/>
          <w:i w:val="0"/>
          <w:sz w:val="20"/>
        </w:rPr>
        <w:t xml:space="preserve">  うら若みねよげに見ゆる若草を人のむすばむことをしぞ思ふ</w:t>
      </w:r>
      <w:r>
        <w:rPr>
          <w:b w:val="0"/>
          <w:i w:val="0"/>
          <w:sz w:val="19"/>
        </w:rPr>
        <w:t xml:space="preserve">  A man to his sister: “So young, the young grass looks good to sleep on; I think of another tying it.”</w:t>
      </w:r>
    </w:p>
    <w:p>
      <w:pPr>
        <w:keepNext/>
        <w:spacing w:after="20" w:before="200"/>
      </w:pPr>
      <w:bookmarkStart w:id="721" w:name="p674"/>
      <w:r>
        <w:rPr>
          <w:b/>
          <w:i w:val="0"/>
          <w:color w:val="222B33"/>
          <w:sz w:val="22"/>
        </w:rPr>
        <w:t>No. 674</w:t>
      </w:r>
      <w:r>
        <w:rPr>
          <w:b w:val="0"/>
          <w:i w:val="0"/>
          <w:color w:val="6A6F75"/>
          <w:sz w:val="18"/>
        </w:rPr>
        <w:t xml:space="preserve">   Niou → Naka no Kimi   贈 sent</w:t>
      </w:r>
      <w:bookmarkEnd w:id="721"/>
    </w:p>
    <w:p>
      <w:pPr>
        <w:keepNext/>
        <w:spacing w:after="40"/>
      </w:pPr>
      <w:r>
        <w:rPr>
          <w:b/>
          <w:i w:val="0"/>
          <w:color w:val="6A6F75"/>
          <w:sz w:val="18"/>
        </w:rPr>
        <w:t xml:space="preserve">Context. </w:t>
      </w:r>
      <w:r>
        <w:rPr>
          <w:b w:val="0"/>
          <w:i w:val="0"/>
          <w:color w:val="6A6F75"/>
          <w:sz w:val="19"/>
        </w:rPr>
        <w:t>Niou to Naka no Kimi in winter rain; he is kept at court.</w:t>
      </w:r>
    </w:p>
    <w:p>
      <w:pPr>
        <w:keepNext/>
        <w:spacing w:after="0"/>
      </w:pPr>
      <w:r>
        <w:rPr>
          <w:rFonts w:ascii="Noto Serif CJK JP" w:hAnsi="Noto Serif CJK JP" w:eastAsia="Noto Serif CJK JP"/>
          <w:b w:val="0"/>
          <w:i w:val="0"/>
          <w:color w:val="222B33"/>
          <w:sz w:val="26"/>
        </w:rPr>
        <w:t>眺むるは同じ雲居をいかなればおぼつかなさを添ふる時雨ぞ</w:t>
      </w:r>
    </w:p>
    <w:p>
      <w:pPr>
        <w:keepNext/>
        <w:spacing w:after="60"/>
      </w:pPr>
      <w:r>
        <w:rPr>
          <w:rFonts w:ascii="Noto Serif CJK JP" w:hAnsi="Noto Serif CJK JP" w:eastAsia="Noto Serif CJK JP"/>
          <w:b w:val="0"/>
          <w:i w:val="0"/>
          <w:color w:val="6A6F75"/>
          <w:sz w:val="19"/>
        </w:rPr>
        <w:t>なかむるは　／　おなし雲井を　／　いかなれは　／　おほつかなさを　／　そふる時雨そ</w:t>
      </w:r>
    </w:p>
    <w:p>
      <w:pPr>
        <w:keepNext/>
        <w:spacing w:after="60"/>
      </w:pPr>
      <w:r>
        <w:rPr>
          <w:b w:val="0"/>
          <w:i/>
          <w:color w:val="222B33"/>
          <w:sz w:val="21"/>
        </w:rPr>
        <w:t>We look on the same sky;</w:t>
        <w:br/>
      </w:r>
      <w:r>
        <w:rPr>
          <w:b w:val="0"/>
          <w:i/>
          <w:color w:val="222B33"/>
          <w:sz w:val="21"/>
        </w:rPr>
        <w:t>why then does the winter rain</w:t>
        <w:br/>
      </w:r>
      <w:r>
        <w:rPr>
          <w:b w:val="0"/>
          <w:i/>
          <w:color w:val="222B33"/>
          <w:sz w:val="21"/>
        </w:rPr>
        <w:t>add to it</w:t>
        <w:br/>
      </w:r>
      <w:r>
        <w:rPr>
          <w:b w:val="0"/>
          <w:i/>
          <w:color w:val="222B33"/>
          <w:sz w:val="21"/>
        </w:rPr>
        <w:t>such</w:t>
        <w:br/>
      </w:r>
      <w:r>
        <w:rPr>
          <w:b w:val="0"/>
          <w:i/>
          <w:color w:val="222B33"/>
          <w:sz w:val="21"/>
        </w:rPr>
        <w:t>uncertainty?</w:t>
      </w:r>
    </w:p>
    <w:p>
      <w:pPr>
        <w:spacing w:after="40"/>
      </w:pPr>
      <w:r>
        <w:rPr>
          <w:b w:val="0"/>
          <w:i w:val="0"/>
          <w:color w:val="6A6F75"/>
          <w:sz w:val="18"/>
        </w:rPr>
        <w:t xml:space="preserve">Answered by </w:t>
      </w:r>
      <w:hyperlink w:anchor="p675">
        <w:r>
          <w:rPr>
            <w:color w:val="2E5A80"/>
            <w:u w:val="single"/>
            <w:sz w:val="18"/>
          </w:rPr>
          <w:t xml:space="preserve">No. 675 (Naka no Kimi)</w:t>
        </w:r>
      </w:hyperlink>
      <w:r>
        <w:rPr>
          <w:b w:val="0"/>
          <w:i w:val="0"/>
          <w:color w:val="6A6F75"/>
          <w:sz w:val="18"/>
        </w:rPr>
        <w:t xml:space="preserve">   ·   </w:t>
      </w:r>
      <w:r>
        <w:rPr>
          <w:b w:val="0"/>
          <w:i w:val="0"/>
          <w:color w:val="6A6F75"/>
          <w:sz w:val="18"/>
        </w:rPr>
        <w:t xml:space="preserve">Echo, The same sky: </w:t>
      </w:r>
      <w:hyperlink w:anchor="p188">
        <w:r>
          <w:rPr>
            <w:color w:val="2E5A80"/>
            <w:u w:val="single"/>
            <w:sz w:val="18"/>
          </w:rPr>
          <w:t xml:space="preserve">No. 188</w:t>
        </w:r>
      </w:hyperlink>
      <w:r>
        <w:rPr>
          <w:b w:val="0"/>
          <w:i w:val="0"/>
          <w:color w:val="6A6F75"/>
          <w:sz w:val="18"/>
        </w:rPr>
        <w:t xml:space="preserve">, </w:t>
      </w:r>
      <w:hyperlink w:anchor="p225">
        <w:r>
          <w:rPr>
            <w:color w:val="2E5A80"/>
            <w:u w:val="single"/>
            <w:sz w:val="18"/>
          </w:rPr>
          <w:t xml:space="preserve">No. 225</w:t>
        </w:r>
      </w:hyperlink>
      <w:r>
        <w:rPr>
          <w:b w:val="0"/>
          <w:i w:val="0"/>
          <w:color w:val="6A6F75"/>
          <w:sz w:val="18"/>
        </w:rPr>
        <w:t xml:space="preserve">, </w:t>
      </w:r>
      <w:hyperlink w:anchor="p525">
        <w:r>
          <w:rPr>
            <w:color w:val="2E5A80"/>
            <w:u w:val="single"/>
            <w:sz w:val="18"/>
          </w:rPr>
          <w:t xml:space="preserve">No. 525</w:t>
        </w:r>
      </w:hyperlink>
      <w:r>
        <w:rPr>
          <w:b w:val="0"/>
          <w:i w:val="0"/>
          <w:color w:val="6A6F75"/>
          <w:sz w:val="18"/>
        </w:rPr>
        <w:t xml:space="preserve">, </w:t>
      </w:r>
      <w:hyperlink w:anchor="p586">
        <w:r>
          <w:rPr>
            <w:color w:val="2E5A80"/>
            <w:u w:val="single"/>
            <w:sz w:val="18"/>
          </w:rPr>
          <w:t xml:space="preserve">No. 586</w:t>
        </w:r>
      </w:hyperlink>
    </w:p>
    <w:p>
      <w:pPr>
        <w:keepNext/>
        <w:spacing w:after="20" w:before="200"/>
      </w:pPr>
      <w:bookmarkStart w:id="722" w:name="p675"/>
      <w:r>
        <w:rPr>
          <w:b/>
          <w:i w:val="0"/>
          <w:color w:val="222B33"/>
          <w:sz w:val="22"/>
        </w:rPr>
        <w:t>No. 675</w:t>
      </w:r>
      <w:r>
        <w:rPr>
          <w:b w:val="0"/>
          <w:i w:val="0"/>
          <w:color w:val="6A6F75"/>
          <w:sz w:val="18"/>
        </w:rPr>
        <w:t xml:space="preserve">   Naka no Kimi → Niou   答 reply</w:t>
      </w:r>
      <w:bookmarkEnd w:id="722"/>
    </w:p>
    <w:p>
      <w:pPr>
        <w:keepNext/>
        <w:spacing w:after="0"/>
      </w:pPr>
      <w:r>
        <w:rPr>
          <w:rFonts w:ascii="Noto Serif CJK JP" w:hAnsi="Noto Serif CJK JP" w:eastAsia="Noto Serif CJK JP"/>
          <w:b w:val="0"/>
          <w:i w:val="0"/>
          <w:color w:val="222B33"/>
          <w:sz w:val="26"/>
        </w:rPr>
        <w:t>霰降る深山の里は朝夕に眺むる空もかきくらしつつ</w:t>
      </w:r>
    </w:p>
    <w:p>
      <w:pPr>
        <w:keepNext/>
        <w:spacing w:after="60"/>
      </w:pPr>
      <w:r>
        <w:rPr>
          <w:rFonts w:ascii="Noto Serif CJK JP" w:hAnsi="Noto Serif CJK JP" w:eastAsia="Noto Serif CJK JP"/>
          <w:b w:val="0"/>
          <w:i w:val="0"/>
          <w:color w:val="6A6F75"/>
          <w:sz w:val="19"/>
        </w:rPr>
        <w:t>あられふる　／　み山のさとは　／　あさ夕に　／　なかむる空も　／　かきくらしつゝ</w:t>
      </w:r>
    </w:p>
    <w:p>
      <w:pPr>
        <w:keepNext/>
        <w:spacing w:after="60"/>
      </w:pPr>
      <w:r>
        <w:rPr>
          <w:b w:val="0"/>
          <w:i/>
          <w:color w:val="222B33"/>
          <w:sz w:val="21"/>
        </w:rPr>
        <w:t>In the deep mountain village</w:t>
        <w:br/>
      </w:r>
      <w:r>
        <w:rPr>
          <w:b w:val="0"/>
          <w:i/>
          <w:color w:val="222B33"/>
          <w:sz w:val="21"/>
        </w:rPr>
        <w:t>where hail falls, the sky I gaze on</w:t>
        <w:br/>
      </w:r>
      <w:r>
        <w:rPr>
          <w:b w:val="0"/>
          <w:i/>
          <w:color w:val="222B33"/>
          <w:sz w:val="21"/>
        </w:rPr>
        <w:t>morning and evening</w:t>
        <w:br/>
      </w:r>
      <w:r>
        <w:rPr>
          <w:b w:val="0"/>
          <w:i/>
          <w:color w:val="222B33"/>
          <w:sz w:val="21"/>
        </w:rPr>
        <w:t>is ever</w:t>
        <w:br/>
      </w:r>
      <w:r>
        <w:rPr>
          <w:b w:val="0"/>
          <w:i/>
          <w:color w:val="222B33"/>
          <w:sz w:val="21"/>
        </w:rPr>
        <w:t>darkening.</w:t>
      </w:r>
    </w:p>
    <w:p>
      <w:pPr>
        <w:spacing w:after="40"/>
      </w:pPr>
      <w:r>
        <w:rPr>
          <w:b w:val="0"/>
          <w:i w:val="0"/>
          <w:color w:val="6A6F75"/>
          <w:sz w:val="18"/>
        </w:rPr>
        <w:t xml:space="preserve">In reply to </w:t>
      </w:r>
      <w:hyperlink w:anchor="p674">
        <w:r>
          <w:rPr>
            <w:color w:val="2E5A80"/>
            <w:u w:val="single"/>
            <w:sz w:val="18"/>
          </w:rPr>
          <w:t xml:space="preserve">No. 674 (Niou)</w:t>
        </w:r>
      </w:hyperlink>
    </w:p>
    <w:p>
      <w:pPr>
        <w:keepNext/>
        <w:spacing w:after="20" w:before="200"/>
      </w:pPr>
      <w:bookmarkStart w:id="723" w:name="p676"/>
      <w:r>
        <w:rPr>
          <w:b/>
          <w:i w:val="0"/>
          <w:color w:val="222B33"/>
          <w:sz w:val="22"/>
        </w:rPr>
        <w:t>No. 676</w:t>
      </w:r>
      <w:r>
        <w:rPr>
          <w:b w:val="0"/>
          <w:i w:val="0"/>
          <w:color w:val="6A6F75"/>
          <w:sz w:val="18"/>
        </w:rPr>
        <w:t xml:space="preserve">   Kaoru → Naka no Kimi   贈 sent</w:t>
      </w:r>
      <w:bookmarkEnd w:id="723"/>
    </w:p>
    <w:p>
      <w:pPr>
        <w:keepNext/>
        <w:spacing w:after="40"/>
      </w:pPr>
      <w:r>
        <w:rPr>
          <w:b/>
          <w:i w:val="0"/>
          <w:color w:val="6A6F75"/>
          <w:sz w:val="18"/>
        </w:rPr>
        <w:t xml:space="preserve">Context. </w:t>
      </w:r>
      <w:r>
        <w:rPr>
          <w:b w:val="0"/>
          <w:i w:val="0"/>
          <w:color w:val="6A6F75"/>
          <w:sz w:val="19"/>
        </w:rPr>
        <w:t>Kaoru to Naka no Kimi at Uji as Ōigimi lies dying.</w:t>
      </w:r>
    </w:p>
    <w:p>
      <w:pPr>
        <w:keepNext/>
        <w:spacing w:after="0"/>
      </w:pPr>
      <w:r>
        <w:rPr>
          <w:rFonts w:ascii="Noto Serif CJK JP" w:hAnsi="Noto Serif CJK JP" w:eastAsia="Noto Serif CJK JP"/>
          <w:b w:val="0"/>
          <w:i w:val="0"/>
          <w:color w:val="222B33"/>
          <w:sz w:val="26"/>
        </w:rPr>
        <w:t>霜さゆる汀の千鳥うちわびて鳴く音悲しき朝ぼらけかな</w:t>
      </w:r>
    </w:p>
    <w:p>
      <w:pPr>
        <w:keepNext/>
        <w:spacing w:after="60"/>
      </w:pPr>
      <w:r>
        <w:rPr>
          <w:rFonts w:ascii="Noto Serif CJK JP" w:hAnsi="Noto Serif CJK JP" w:eastAsia="Noto Serif CJK JP"/>
          <w:b w:val="0"/>
          <w:i w:val="0"/>
          <w:color w:val="6A6F75"/>
          <w:sz w:val="19"/>
        </w:rPr>
        <w:t>霜さゆる　／　みきはの千鳥　／　うちわひて　／　なくねかなしき　／　あさほらけかな</w:t>
      </w:r>
    </w:p>
    <w:p>
      <w:pPr>
        <w:keepNext/>
        <w:spacing w:after="60"/>
      </w:pPr>
      <w:r>
        <w:rPr>
          <w:b w:val="0"/>
          <w:i/>
          <w:color w:val="222B33"/>
          <w:sz w:val="21"/>
        </w:rPr>
        <w:t>A sad dawn:</w:t>
        <w:br/>
      </w:r>
      <w:r>
        <w:rPr>
          <w:b w:val="0"/>
          <w:i/>
          <w:color w:val="222B33"/>
          <w:sz w:val="21"/>
        </w:rPr>
        <w:t>the plovers on the bank,</w:t>
        <w:br/>
      </w:r>
      <w:r>
        <w:rPr>
          <w:b w:val="0"/>
          <w:i/>
          <w:color w:val="222B33"/>
          <w:sz w:val="21"/>
        </w:rPr>
        <w:t>frost-chilled,</w:t>
        <w:br/>
      </w:r>
      <w:r>
        <w:rPr>
          <w:b w:val="0"/>
          <w:i/>
          <w:color w:val="222B33"/>
          <w:sz w:val="21"/>
        </w:rPr>
        <w:t>cry out</w:t>
        <w:br/>
      </w:r>
      <w:r>
        <w:rPr>
          <w:b w:val="0"/>
          <w:i/>
          <w:color w:val="222B33"/>
          <w:sz w:val="21"/>
        </w:rPr>
        <w:t>in sorrow.</w:t>
      </w:r>
    </w:p>
    <w:p>
      <w:pPr>
        <w:spacing w:after="40"/>
      </w:pPr>
      <w:r>
        <w:rPr>
          <w:b w:val="0"/>
          <w:i w:val="0"/>
          <w:color w:val="222B33"/>
          <w:sz w:val="19"/>
        </w:rPr>
        <w:t>During Ōigimi’s last illness.</w:t>
      </w:r>
    </w:p>
    <w:p>
      <w:pPr>
        <w:spacing w:after="40"/>
      </w:pPr>
      <w:r>
        <w:rPr>
          <w:b w:val="0"/>
          <w:i w:val="0"/>
          <w:color w:val="6A6F75"/>
          <w:sz w:val="18"/>
        </w:rPr>
        <w:t xml:space="preserve">Answered by </w:t>
      </w:r>
      <w:hyperlink w:anchor="p677">
        <w:r>
          <w:rPr>
            <w:color w:val="2E5A80"/>
            <w:u w:val="single"/>
            <w:sz w:val="18"/>
          </w:rPr>
          <w:t xml:space="preserve">No. 677 (Naka no Kimi)</w:t>
        </w:r>
      </w:hyperlink>
    </w:p>
    <w:p>
      <w:pPr>
        <w:keepNext/>
        <w:spacing w:after="20" w:before="200"/>
      </w:pPr>
      <w:bookmarkStart w:id="724" w:name="p677"/>
      <w:r>
        <w:rPr>
          <w:b/>
          <w:i w:val="0"/>
          <w:color w:val="222B33"/>
          <w:sz w:val="22"/>
        </w:rPr>
        <w:t>No. 677</w:t>
      </w:r>
      <w:r>
        <w:rPr>
          <w:b w:val="0"/>
          <w:i w:val="0"/>
          <w:color w:val="6A6F75"/>
          <w:sz w:val="18"/>
        </w:rPr>
        <w:t xml:space="preserve">   Naka no Kimi → Kaoru   答 reply</w:t>
      </w:r>
      <w:bookmarkEnd w:id="724"/>
    </w:p>
    <w:p>
      <w:pPr>
        <w:keepNext/>
        <w:spacing w:after="0"/>
      </w:pPr>
      <w:r>
        <w:rPr>
          <w:rFonts w:ascii="Noto Serif CJK JP" w:hAnsi="Noto Serif CJK JP" w:eastAsia="Noto Serif CJK JP"/>
          <w:b w:val="0"/>
          <w:i w:val="0"/>
          <w:color w:val="222B33"/>
          <w:sz w:val="26"/>
        </w:rPr>
        <w:t>暁の霜うち払ひ鳴く千鳥もの思ふ人の心をや知る</w:t>
      </w:r>
    </w:p>
    <w:p>
      <w:pPr>
        <w:keepNext/>
        <w:spacing w:after="60"/>
      </w:pPr>
      <w:r>
        <w:rPr>
          <w:rFonts w:ascii="Noto Serif CJK JP" w:hAnsi="Noto Serif CJK JP" w:eastAsia="Noto Serif CJK JP"/>
          <w:b w:val="0"/>
          <w:i w:val="0"/>
          <w:color w:val="6A6F75"/>
          <w:sz w:val="19"/>
        </w:rPr>
        <w:t>あかつきの　／　霜うちはらひ　／　鳴ちとり　／　ものおもふ人の　／　心をやしる</w:t>
      </w:r>
    </w:p>
    <w:p>
      <w:pPr>
        <w:keepNext/>
        <w:spacing w:after="60"/>
      </w:pPr>
      <w:r>
        <w:rPr>
          <w:b w:val="0"/>
          <w:i/>
          <w:color w:val="222B33"/>
          <w:sz w:val="21"/>
        </w:rPr>
        <w:t>The plovers that cry</w:t>
        <w:br/>
      </w:r>
      <w:r>
        <w:rPr>
          <w:b w:val="0"/>
          <w:i/>
          <w:color w:val="222B33"/>
          <w:sz w:val="21"/>
        </w:rPr>
        <w:t>brushing off dawn’s frost:</w:t>
        <w:br/>
      </w:r>
      <w:r>
        <w:rPr>
          <w:b w:val="0"/>
          <w:i/>
          <w:color w:val="222B33"/>
          <w:sz w:val="21"/>
        </w:rPr>
        <w:t>do they know</w:t>
        <w:br/>
      </w:r>
      <w:r>
        <w:rPr>
          <w:b w:val="0"/>
          <w:i/>
          <w:color w:val="222B33"/>
          <w:sz w:val="21"/>
        </w:rPr>
        <w:t>the heart of one</w:t>
        <w:br/>
      </w:r>
      <w:r>
        <w:rPr>
          <w:b w:val="0"/>
          <w:i/>
          <w:color w:val="222B33"/>
          <w:sz w:val="21"/>
        </w:rPr>
        <w:t>who grieves?</w:t>
      </w:r>
    </w:p>
    <w:p>
      <w:pPr>
        <w:spacing w:after="40"/>
      </w:pPr>
      <w:r>
        <w:rPr>
          <w:b w:val="0"/>
          <w:i w:val="0"/>
          <w:color w:val="6A6F75"/>
          <w:sz w:val="18"/>
        </w:rPr>
        <w:t xml:space="preserve">In reply to </w:t>
      </w:r>
      <w:hyperlink w:anchor="p676">
        <w:r>
          <w:rPr>
            <w:color w:val="2E5A80"/>
            <w:u w:val="single"/>
            <w:sz w:val="18"/>
          </w:rPr>
          <w:t xml:space="preserve">No. 676 (Kaoru)</w:t>
        </w:r>
      </w:hyperlink>
    </w:p>
    <w:p>
      <w:pPr>
        <w:keepNext/>
        <w:spacing w:after="20" w:before="200"/>
      </w:pPr>
      <w:bookmarkStart w:id="725" w:name="p678"/>
      <w:r>
        <w:rPr>
          <w:b/>
          <w:i w:val="0"/>
          <w:color w:val="222B33"/>
          <w:sz w:val="22"/>
        </w:rPr>
        <w:t>No. 678</w:t>
      </w:r>
      <w:r>
        <w:rPr>
          <w:b w:val="0"/>
          <w:i w:val="0"/>
          <w:color w:val="6A6F75"/>
          <w:sz w:val="18"/>
        </w:rPr>
        <w:t xml:space="preserve">   Kaoru   独 solo</w:t>
      </w:r>
      <w:bookmarkEnd w:id="725"/>
    </w:p>
    <w:p>
      <w:pPr>
        <w:keepNext/>
        <w:spacing w:after="40"/>
      </w:pPr>
      <w:r>
        <w:rPr>
          <w:b/>
          <w:i w:val="0"/>
          <w:color w:val="6A6F75"/>
          <w:sz w:val="18"/>
        </w:rPr>
        <w:t xml:space="preserve">Context. </w:t>
      </w:r>
      <w:r>
        <w:rPr>
          <w:b w:val="0"/>
          <w:i w:val="0"/>
          <w:color w:val="6A6F75"/>
          <w:sz w:val="19"/>
        </w:rPr>
        <w:t>Kaoru stays at Uji after Ōigimi’s death; his darkness mirrors the winter mountains.</w:t>
      </w:r>
    </w:p>
    <w:p>
      <w:pPr>
        <w:keepNext/>
        <w:spacing w:after="0"/>
      </w:pPr>
      <w:r>
        <w:rPr>
          <w:rFonts w:ascii="Noto Serif CJK JP" w:hAnsi="Noto Serif CJK JP" w:eastAsia="Noto Serif CJK JP"/>
          <w:b w:val="0"/>
          <w:i w:val="0"/>
          <w:color w:val="222B33"/>
          <w:sz w:val="26"/>
        </w:rPr>
        <w:t>かき曇り日かげも見えぬ奥山に心をくらすころにもあるかな</w:t>
      </w:r>
    </w:p>
    <w:p>
      <w:pPr>
        <w:keepNext/>
        <w:spacing w:after="60"/>
      </w:pPr>
      <w:r>
        <w:rPr>
          <w:rFonts w:ascii="Noto Serif CJK JP" w:hAnsi="Noto Serif CJK JP" w:eastAsia="Noto Serif CJK JP"/>
          <w:b w:val="0"/>
          <w:i w:val="0"/>
          <w:color w:val="6A6F75"/>
          <w:sz w:val="19"/>
        </w:rPr>
        <w:t>かきくもり　／　日かけもみえぬ　／　おく山に　／　心をくらす　／　ころにもある哉</w:t>
      </w:r>
    </w:p>
    <w:p>
      <w:pPr>
        <w:keepNext/>
        <w:spacing w:after="60"/>
      </w:pPr>
      <w:r>
        <w:rPr>
          <w:b w:val="0"/>
          <w:i/>
          <w:color w:val="222B33"/>
          <w:sz w:val="21"/>
        </w:rPr>
        <w:t>In the deep mountains</w:t>
        <w:br/>
      </w:r>
      <w:r>
        <w:rPr>
          <w:b w:val="0"/>
          <w:i/>
          <w:color w:val="222B33"/>
          <w:sz w:val="21"/>
        </w:rPr>
        <w:t>clouded so I cannot see the sun,</w:t>
        <w:br/>
      </w:r>
      <w:r>
        <w:rPr>
          <w:b w:val="0"/>
          <w:i/>
          <w:color w:val="222B33"/>
          <w:sz w:val="21"/>
        </w:rPr>
        <w:t>it is a time</w:t>
        <w:br/>
      </w:r>
      <w:r>
        <w:rPr>
          <w:b w:val="0"/>
          <w:i/>
          <w:color w:val="222B33"/>
          <w:sz w:val="21"/>
        </w:rPr>
        <w:t>when my heart</w:t>
        <w:br/>
      </w:r>
      <w:r>
        <w:rPr>
          <w:b w:val="0"/>
          <w:i/>
          <w:color w:val="222B33"/>
          <w:sz w:val="21"/>
        </w:rPr>
        <w:t>is darkened.</w:t>
      </w:r>
    </w:p>
    <w:p>
      <w:pPr>
        <w:spacing w:after="40"/>
      </w:pPr>
      <w:r>
        <w:rPr>
          <w:b w:val="0"/>
          <w:i w:val="0"/>
          <w:color w:val="222B33"/>
          <w:sz w:val="19"/>
        </w:rPr>
        <w:t>Mourning Ōigimi.</w:t>
      </w:r>
    </w:p>
    <w:p>
      <w:pPr>
        <w:keepNext/>
        <w:spacing w:after="20" w:before="200"/>
      </w:pPr>
      <w:bookmarkStart w:id="726" w:name="p679"/>
      <w:r>
        <w:rPr>
          <w:b/>
          <w:i w:val="0"/>
          <w:color w:val="222B33"/>
          <w:sz w:val="22"/>
        </w:rPr>
        <w:t>No. 679</w:t>
      </w:r>
      <w:r>
        <w:rPr>
          <w:b w:val="0"/>
          <w:i w:val="0"/>
          <w:color w:val="6A6F75"/>
          <w:sz w:val="18"/>
        </w:rPr>
        <w:t xml:space="preserve">   Kaoru   独 solo</w:t>
      </w:r>
      <w:bookmarkEnd w:id="726"/>
    </w:p>
    <w:p>
      <w:pPr>
        <w:keepNext/>
        <w:spacing w:after="40"/>
      </w:pPr>
      <w:r>
        <w:rPr>
          <w:b/>
          <w:i w:val="0"/>
          <w:color w:val="6A6F75"/>
          <w:sz w:val="18"/>
        </w:rPr>
        <w:t xml:space="preserve">Context. </w:t>
      </w:r>
      <w:r>
        <w:rPr>
          <w:b w:val="0"/>
          <w:i w:val="0"/>
          <w:color w:val="6A6F75"/>
          <w:sz w:val="19"/>
        </w:rPr>
        <w:t>Kaoru may not wear mourning for Ōigimi, since he was not her husband; his grief has no outward sign.</w:t>
      </w:r>
    </w:p>
    <w:p>
      <w:pPr>
        <w:keepNext/>
        <w:spacing w:after="0"/>
      </w:pPr>
      <w:r>
        <w:rPr>
          <w:rFonts w:ascii="Noto Serif CJK JP" w:hAnsi="Noto Serif CJK JP" w:eastAsia="Noto Serif CJK JP"/>
          <w:b w:val="0"/>
          <w:i w:val="0"/>
          <w:color w:val="222B33"/>
          <w:sz w:val="26"/>
        </w:rPr>
        <w:t>くれなゐに落つる涙もかひなきは形見の色を染めぬなりけり</w:t>
      </w:r>
    </w:p>
    <w:p>
      <w:pPr>
        <w:keepNext/>
        <w:spacing w:after="60"/>
      </w:pPr>
      <w:r>
        <w:rPr>
          <w:rFonts w:ascii="Noto Serif CJK JP" w:hAnsi="Noto Serif CJK JP" w:eastAsia="Noto Serif CJK JP"/>
          <w:b w:val="0"/>
          <w:i w:val="0"/>
          <w:color w:val="6A6F75"/>
          <w:sz w:val="19"/>
        </w:rPr>
        <w:t>くれなゐに　／　おつる涙も　／　かひなきは　／　かたみの色を　／　そめぬなりけり</w:t>
      </w:r>
    </w:p>
    <w:p>
      <w:pPr>
        <w:keepNext/>
        <w:spacing w:after="60"/>
      </w:pPr>
      <w:r>
        <w:rPr>
          <w:b w:val="0"/>
          <w:i/>
          <w:color w:val="222B33"/>
          <w:sz w:val="21"/>
        </w:rPr>
        <w:t>Useless, the tears</w:t>
        <w:br/>
      </w:r>
      <w:r>
        <w:rPr>
          <w:b w:val="0"/>
          <w:i/>
          <w:color w:val="222B33"/>
          <w:sz w:val="21"/>
        </w:rPr>
        <w:t>that fall crimson, since they cannot</w:t>
        <w:br/>
      </w:r>
      <w:r>
        <w:rPr>
          <w:b w:val="0"/>
          <w:i/>
          <w:color w:val="222B33"/>
          <w:sz w:val="21"/>
        </w:rPr>
        <w:t>dye the color</w:t>
        <w:br/>
      </w:r>
      <w:r>
        <w:rPr>
          <w:b w:val="0"/>
          <w:i/>
          <w:color w:val="222B33"/>
          <w:sz w:val="21"/>
        </w:rPr>
        <w:t>of a keepsake,</w:t>
        <w:br/>
      </w:r>
      <w:r>
        <w:rPr>
          <w:b w:val="0"/>
          <w:i/>
          <w:color w:val="222B33"/>
          <w:sz w:val="21"/>
        </w:rPr>
        <w:t>mourning black.</w:t>
      </w:r>
    </w:p>
    <w:p>
      <w:pPr>
        <w:spacing w:after="40"/>
      </w:pPr>
      <w:r>
        <w:rPr>
          <w:b w:val="0"/>
          <w:i w:val="0"/>
          <w:color w:val="222B33"/>
          <w:sz w:val="19"/>
        </w:rPr>
        <w:t>He is not her husband and may not wear mourning.</w:t>
      </w:r>
    </w:p>
    <w:p>
      <w:pPr>
        <w:keepNext/>
        <w:spacing w:after="20" w:before="200"/>
      </w:pPr>
      <w:bookmarkStart w:id="727" w:name="p680"/>
      <w:r>
        <w:rPr>
          <w:b/>
          <w:i w:val="0"/>
          <w:color w:val="222B33"/>
          <w:sz w:val="22"/>
        </w:rPr>
        <w:t>No. 680</w:t>
      </w:r>
      <w:r>
        <w:rPr>
          <w:b w:val="0"/>
          <w:i w:val="0"/>
          <w:color w:val="6A6F75"/>
          <w:sz w:val="18"/>
        </w:rPr>
        <w:t xml:space="preserve">   Kaoru   独 solo</w:t>
      </w:r>
      <w:bookmarkEnd w:id="727"/>
    </w:p>
    <w:p>
      <w:pPr>
        <w:keepNext/>
        <w:spacing w:after="40"/>
      </w:pPr>
      <w:r>
        <w:rPr>
          <w:b/>
          <w:i w:val="0"/>
          <w:color w:val="6A6F75"/>
          <w:sz w:val="18"/>
        </w:rPr>
        <w:t xml:space="preserve">Context. </w:t>
      </w:r>
      <w:r>
        <w:rPr>
          <w:b w:val="0"/>
          <w:i w:val="0"/>
          <w:color w:val="6A6F75"/>
          <w:sz w:val="19"/>
        </w:rPr>
        <w:t>Kaoru mourning Ōigimi at Uji; he yearns to follow the moon out of the world.</w:t>
      </w:r>
    </w:p>
    <w:p>
      <w:pPr>
        <w:keepNext/>
        <w:spacing w:after="0"/>
      </w:pPr>
      <w:r>
        <w:rPr>
          <w:rFonts w:ascii="Noto Serif CJK JP" w:hAnsi="Noto Serif CJK JP" w:eastAsia="Noto Serif CJK JP"/>
          <w:b w:val="0"/>
          <w:i w:val="0"/>
          <w:color w:val="222B33"/>
          <w:sz w:val="26"/>
        </w:rPr>
        <w:t>おくれじと空ゆく月を慕ふかなつひに住むべきこの世ならねば</w:t>
      </w:r>
    </w:p>
    <w:p>
      <w:pPr>
        <w:keepNext/>
        <w:spacing w:after="60"/>
      </w:pPr>
      <w:r>
        <w:rPr>
          <w:rFonts w:ascii="Noto Serif CJK JP" w:hAnsi="Noto Serif CJK JP" w:eastAsia="Noto Serif CJK JP"/>
          <w:b w:val="0"/>
          <w:i w:val="0"/>
          <w:color w:val="6A6F75"/>
          <w:sz w:val="19"/>
        </w:rPr>
        <w:t>をくれしと　／　空行月を　／　したふかな　／　つゐにすむへき　／　このよならねは</w:t>
      </w:r>
    </w:p>
    <w:p>
      <w:pPr>
        <w:keepNext/>
        <w:spacing w:after="60"/>
      </w:pPr>
      <w:r>
        <w:rPr>
          <w:b w:val="0"/>
          <w:i/>
          <w:color w:val="222B33"/>
          <w:sz w:val="21"/>
        </w:rPr>
        <w:t>Not to be left behind,</w:t>
        <w:br/>
      </w:r>
      <w:r>
        <w:rPr>
          <w:b w:val="0"/>
          <w:i/>
          <w:color w:val="222B33"/>
          <w:sz w:val="21"/>
        </w:rPr>
        <w:t>I yearn after the moon crossing the sky,</w:t>
        <w:br/>
      </w:r>
      <w:r>
        <w:rPr>
          <w:b w:val="0"/>
          <w:i/>
          <w:color w:val="222B33"/>
          <w:sz w:val="21"/>
        </w:rPr>
        <w:t>since this is not</w:t>
        <w:br/>
      </w:r>
      <w:r>
        <w:rPr>
          <w:b w:val="0"/>
          <w:i/>
          <w:color w:val="222B33"/>
          <w:sz w:val="21"/>
        </w:rPr>
        <w:t>a world in which</w:t>
        <w:br/>
      </w:r>
      <w:r>
        <w:rPr>
          <w:b w:val="0"/>
          <w:i/>
          <w:color w:val="222B33"/>
          <w:sz w:val="21"/>
        </w:rPr>
        <w:t>to dwell at last.</w:t>
      </w:r>
    </w:p>
    <w:p>
      <w:pPr>
        <w:keepNext/>
        <w:spacing w:after="20" w:before="200"/>
      </w:pPr>
      <w:bookmarkStart w:id="728" w:name="p681"/>
      <w:r>
        <w:rPr>
          <w:b/>
          <w:i w:val="0"/>
          <w:color w:val="222B33"/>
          <w:sz w:val="22"/>
        </w:rPr>
        <w:t>No. 681</w:t>
      </w:r>
      <w:r>
        <w:rPr>
          <w:b w:val="0"/>
          <w:i w:val="0"/>
          <w:color w:val="6A6F75"/>
          <w:sz w:val="18"/>
        </w:rPr>
        <w:t xml:space="preserve">   Kaoru   独 solo</w:t>
      </w:r>
      <w:bookmarkEnd w:id="728"/>
    </w:p>
    <w:p>
      <w:pPr>
        <w:keepNext/>
        <w:spacing w:after="40"/>
      </w:pPr>
      <w:r>
        <w:rPr>
          <w:b/>
          <w:i w:val="0"/>
          <w:color w:val="6A6F75"/>
          <w:sz w:val="18"/>
        </w:rPr>
        <w:t xml:space="preserve">Context. </w:t>
      </w:r>
      <w:r>
        <w:rPr>
          <w:b w:val="0"/>
          <w:i w:val="0"/>
          <w:color w:val="6A6F75"/>
          <w:sz w:val="19"/>
        </w:rPr>
        <w:t>Kaoru mourning Ōigimi in the snow; he would vanish as the Buddha did for the Law.</w:t>
      </w:r>
    </w:p>
    <w:p>
      <w:pPr>
        <w:keepNext/>
        <w:spacing w:after="0"/>
      </w:pPr>
      <w:r>
        <w:rPr>
          <w:rFonts w:ascii="Noto Serif CJK JP" w:hAnsi="Noto Serif CJK JP" w:eastAsia="Noto Serif CJK JP"/>
          <w:b w:val="0"/>
          <w:i w:val="0"/>
          <w:color w:val="222B33"/>
          <w:sz w:val="26"/>
        </w:rPr>
        <w:t>恋ひわびて死ぬる薬のゆかしきに雪の山にや跡を消なまし</w:t>
      </w:r>
    </w:p>
    <w:p>
      <w:pPr>
        <w:keepNext/>
        <w:spacing w:after="60"/>
      </w:pPr>
      <w:r>
        <w:rPr>
          <w:rFonts w:ascii="Noto Serif CJK JP" w:hAnsi="Noto Serif CJK JP" w:eastAsia="Noto Serif CJK JP"/>
          <w:b w:val="0"/>
          <w:i w:val="0"/>
          <w:color w:val="6A6F75"/>
          <w:sz w:val="19"/>
        </w:rPr>
        <w:t>恋わひて　／　しぬるくすりの　／　ゆかしきに　／　雪の山にや　／　あとをけなまし</w:t>
      </w:r>
    </w:p>
    <w:p>
      <w:pPr>
        <w:keepNext/>
        <w:spacing w:after="60"/>
      </w:pPr>
      <w:r>
        <w:rPr>
          <w:b w:val="0"/>
          <w:i/>
          <w:color w:val="222B33"/>
          <w:sz w:val="21"/>
        </w:rPr>
        <w:t>Longing to death,</w:t>
        <w:br/>
      </w:r>
      <w:r>
        <w:rPr>
          <w:b w:val="0"/>
          <w:i/>
          <w:color w:val="222B33"/>
          <w:sz w:val="21"/>
        </w:rPr>
        <w:t>I would know the drug that brings it;</w:t>
        <w:br/>
      </w:r>
      <w:r>
        <w:rPr>
          <w:b w:val="0"/>
          <w:i/>
          <w:color w:val="222B33"/>
          <w:sz w:val="21"/>
        </w:rPr>
        <w:t>shall I vanish</w:t>
        <w:br/>
      </w:r>
      <w:r>
        <w:rPr>
          <w:b w:val="0"/>
          <w:i/>
          <w:color w:val="222B33"/>
          <w:sz w:val="21"/>
        </w:rPr>
        <w:t>in the Snowy</w:t>
        <w:br/>
      </w:r>
      <w:r>
        <w:rPr>
          <w:b w:val="0"/>
          <w:i/>
          <w:color w:val="222B33"/>
          <w:sz w:val="21"/>
        </w:rPr>
        <w:t>Mountains?</w:t>
      </w:r>
    </w:p>
    <w:p>
      <w:pPr>
        <w:spacing w:after="40"/>
      </w:pPr>
      <w:r>
        <w:rPr>
          <w:b w:val="0"/>
          <w:i w:val="0"/>
          <w:color w:val="222B33"/>
          <w:sz w:val="19"/>
        </w:rPr>
        <w:t>The Himalaya, where the Buddha in a former life gave his body for the Law.</w:t>
      </w:r>
    </w:p>
    <w:p>
      <w:pPr>
        <w:keepNext/>
        <w:spacing w:after="20" w:before="200"/>
      </w:pPr>
      <w:bookmarkStart w:id="729" w:name="p682"/>
      <w:r>
        <w:rPr>
          <w:b/>
          <w:i w:val="0"/>
          <w:color w:val="222B33"/>
          <w:sz w:val="22"/>
        </w:rPr>
        <w:t>No. 682</w:t>
      </w:r>
      <w:r>
        <w:rPr>
          <w:b w:val="0"/>
          <w:i w:val="0"/>
          <w:color w:val="6A6F75"/>
          <w:sz w:val="18"/>
        </w:rPr>
        <w:t xml:space="preserve">   Naka no Kimi → Niou   贈 sent</w:t>
      </w:r>
      <w:bookmarkEnd w:id="729"/>
    </w:p>
    <w:p>
      <w:pPr>
        <w:keepNext/>
        <w:spacing w:after="40"/>
      </w:pPr>
      <w:r>
        <w:rPr>
          <w:b/>
          <w:i w:val="0"/>
          <w:color w:val="6A6F75"/>
          <w:sz w:val="18"/>
        </w:rPr>
        <w:t xml:space="preserve">Context. </w:t>
      </w:r>
      <w:r>
        <w:rPr>
          <w:b w:val="0"/>
          <w:i w:val="0"/>
          <w:color w:val="6A6F75"/>
          <w:sz w:val="19"/>
        </w:rPr>
        <w:t>Naka no Kimi to Niou, who promises to move her to the capital.</w:t>
      </w:r>
    </w:p>
    <w:p>
      <w:pPr>
        <w:keepNext/>
        <w:spacing w:after="0"/>
      </w:pPr>
      <w:r>
        <w:rPr>
          <w:rFonts w:ascii="Noto Serif CJK JP" w:hAnsi="Noto Serif CJK JP" w:eastAsia="Noto Serif CJK JP"/>
          <w:b w:val="0"/>
          <w:i w:val="0"/>
          <w:color w:val="222B33"/>
          <w:sz w:val="26"/>
        </w:rPr>
        <w:t>来し方を思ひ出づるもはかなきを行く末かけてなに頼むらむ</w:t>
      </w:r>
    </w:p>
    <w:p>
      <w:pPr>
        <w:keepNext/>
        <w:spacing w:after="60"/>
      </w:pPr>
      <w:r>
        <w:rPr>
          <w:rFonts w:ascii="Noto Serif CJK JP" w:hAnsi="Noto Serif CJK JP" w:eastAsia="Noto Serif CJK JP"/>
          <w:b w:val="0"/>
          <w:i w:val="0"/>
          <w:color w:val="6A6F75"/>
          <w:sz w:val="19"/>
        </w:rPr>
        <w:t>きしかたを　／　思ひいつるも　／　はかなきを　／　行すゑかけて　／　なにたのむらん</w:t>
      </w:r>
    </w:p>
    <w:p>
      <w:pPr>
        <w:keepNext/>
        <w:spacing w:after="60"/>
      </w:pPr>
      <w:r>
        <w:rPr>
          <w:b w:val="0"/>
          <w:i/>
          <w:color w:val="222B33"/>
          <w:sz w:val="21"/>
        </w:rPr>
        <w:t>Even remembering</w:t>
        <w:br/>
      </w:r>
      <w:r>
        <w:rPr>
          <w:b w:val="0"/>
          <w:i/>
          <w:color w:val="222B33"/>
          <w:sz w:val="21"/>
        </w:rPr>
        <w:t>the past is so fleeting;</w:t>
        <w:br/>
      </w:r>
      <w:r>
        <w:rPr>
          <w:b w:val="0"/>
          <w:i/>
          <w:color w:val="222B33"/>
          <w:sz w:val="21"/>
        </w:rPr>
        <w:t>how can one trust</w:t>
        <w:br/>
      </w:r>
      <w:r>
        <w:rPr>
          <w:b w:val="0"/>
          <w:i/>
          <w:color w:val="222B33"/>
          <w:sz w:val="21"/>
        </w:rPr>
        <w:t>anything</w:t>
        <w:br/>
      </w:r>
      <w:r>
        <w:rPr>
          <w:b w:val="0"/>
          <w:i/>
          <w:color w:val="222B33"/>
          <w:sz w:val="21"/>
        </w:rPr>
        <w:t>in the future?</w:t>
      </w:r>
    </w:p>
    <w:p>
      <w:pPr>
        <w:spacing w:after="40"/>
      </w:pPr>
      <w:r>
        <w:rPr>
          <w:b w:val="0"/>
          <w:i w:val="0"/>
          <w:color w:val="6A6F75"/>
          <w:sz w:val="18"/>
        </w:rPr>
        <w:t xml:space="preserve">Answered by </w:t>
      </w:r>
      <w:hyperlink w:anchor="p683">
        <w:r>
          <w:rPr>
            <w:color w:val="2E5A80"/>
            <w:u w:val="single"/>
            <w:sz w:val="18"/>
          </w:rPr>
          <w:t xml:space="preserve">No. 683 (Niou)</w:t>
        </w:r>
      </w:hyperlink>
    </w:p>
    <w:p>
      <w:pPr>
        <w:keepNext/>
        <w:spacing w:after="20" w:before="200"/>
      </w:pPr>
      <w:bookmarkStart w:id="730" w:name="p683"/>
      <w:r>
        <w:rPr>
          <w:b/>
          <w:i w:val="0"/>
          <w:color w:val="222B33"/>
          <w:sz w:val="22"/>
        </w:rPr>
        <w:t>No. 683</w:t>
      </w:r>
      <w:r>
        <w:rPr>
          <w:b w:val="0"/>
          <w:i w:val="0"/>
          <w:color w:val="6A6F75"/>
          <w:sz w:val="18"/>
        </w:rPr>
        <w:t xml:space="preserve">   Niou → Naka no Kimi   答 reply</w:t>
      </w:r>
      <w:bookmarkEnd w:id="730"/>
    </w:p>
    <w:p>
      <w:pPr>
        <w:keepNext/>
        <w:spacing w:after="0"/>
      </w:pPr>
      <w:r>
        <w:rPr>
          <w:rFonts w:ascii="Noto Serif CJK JP" w:hAnsi="Noto Serif CJK JP" w:eastAsia="Noto Serif CJK JP"/>
          <w:b w:val="0"/>
          <w:i w:val="0"/>
          <w:color w:val="222B33"/>
          <w:sz w:val="26"/>
        </w:rPr>
        <w:t>行く末を短きものと思ひなば目の前にだに背かざらなむ</w:t>
      </w:r>
    </w:p>
    <w:p>
      <w:pPr>
        <w:keepNext/>
        <w:spacing w:after="60"/>
      </w:pPr>
      <w:r>
        <w:rPr>
          <w:rFonts w:ascii="Noto Serif CJK JP" w:hAnsi="Noto Serif CJK JP" w:eastAsia="Noto Serif CJK JP"/>
          <w:b w:val="0"/>
          <w:i w:val="0"/>
          <w:color w:val="6A6F75"/>
          <w:sz w:val="19"/>
        </w:rPr>
        <w:t>行すゑを　／　みしかき物と　／　おもひなは　／　めのまへにたに　／　そむかさらなん</w:t>
      </w:r>
    </w:p>
    <w:p>
      <w:pPr>
        <w:keepNext/>
        <w:spacing w:after="60"/>
      </w:pPr>
      <w:r>
        <w:rPr>
          <w:b w:val="0"/>
          <w:i/>
          <w:color w:val="222B33"/>
          <w:sz w:val="21"/>
        </w:rPr>
        <w:t>If you think</w:t>
        <w:br/>
      </w:r>
      <w:r>
        <w:rPr>
          <w:b w:val="0"/>
          <w:i/>
          <w:color w:val="222B33"/>
          <w:sz w:val="21"/>
        </w:rPr>
        <w:t>the future short,</w:t>
        <w:br/>
      </w:r>
      <w:r>
        <w:rPr>
          <w:b w:val="0"/>
          <w:i/>
          <w:color w:val="222B33"/>
          <w:sz w:val="21"/>
        </w:rPr>
        <w:t>at least do not</w:t>
        <w:br/>
      </w:r>
      <w:r>
        <w:rPr>
          <w:b w:val="0"/>
          <w:i/>
          <w:color w:val="222B33"/>
          <w:sz w:val="21"/>
        </w:rPr>
        <w:t>turn from me</w:t>
        <w:br/>
      </w:r>
      <w:r>
        <w:rPr>
          <w:b w:val="0"/>
          <w:i/>
          <w:color w:val="222B33"/>
          <w:sz w:val="21"/>
        </w:rPr>
        <w:t>while before your eyes.</w:t>
      </w:r>
    </w:p>
    <w:p>
      <w:pPr>
        <w:spacing w:after="40"/>
      </w:pPr>
      <w:r>
        <w:rPr>
          <w:b w:val="0"/>
          <w:i w:val="0"/>
          <w:color w:val="6A6F75"/>
          <w:sz w:val="18"/>
        </w:rPr>
        <w:t xml:space="preserve">In reply to </w:t>
      </w:r>
      <w:hyperlink w:anchor="p682">
        <w:r>
          <w:rPr>
            <w:color w:val="2E5A80"/>
            <w:u w:val="single"/>
            <w:sz w:val="18"/>
          </w:rPr>
          <w:t xml:space="preserve">No. 682 (Naka no Kimi)</w:t>
        </w:r>
      </w:hyperlink>
    </w:p>
    <w:p>
      <w:pPr>
        <w:pStyle w:val="Heading1"/>
      </w:pPr>
      <w:bookmarkStart w:id="731" w:name="ch48"/>
      <w:r>
        <w:t>Chapter 48 · Sawarabi 早蕨</w:t>
      </w:r>
      <w:bookmarkEnd w:id="731"/>
    </w:p>
    <w:p>
      <w:pPr>
        <w:keepNext/>
        <w:spacing w:after="20" w:before="200"/>
      </w:pPr>
      <w:bookmarkStart w:id="732" w:name="p684"/>
      <w:r>
        <w:rPr>
          <w:b/>
          <w:i w:val="0"/>
          <w:color w:val="222B33"/>
          <w:sz w:val="22"/>
        </w:rPr>
        <w:t>No. 684</w:t>
      </w:r>
      <w:r>
        <w:rPr>
          <w:b w:val="0"/>
          <w:i w:val="0"/>
          <w:color w:val="6A6F75"/>
          <w:sz w:val="18"/>
        </w:rPr>
        <w:t xml:space="preserve">   the Abbot → Naka no Kimi   贈 sent</w:t>
      </w:r>
      <w:bookmarkEnd w:id="732"/>
    </w:p>
    <w:p>
      <w:pPr>
        <w:keepNext/>
        <w:spacing w:after="40"/>
      </w:pPr>
      <w:r>
        <w:rPr>
          <w:b/>
          <w:i w:val="0"/>
          <w:color w:val="6A6F75"/>
          <w:sz w:val="18"/>
        </w:rPr>
        <w:t xml:space="preserve">Context. </w:t>
      </w:r>
      <w:r>
        <w:rPr>
          <w:b w:val="0"/>
          <w:i w:val="0"/>
          <w:color w:val="6A6F75"/>
          <w:sz w:val="19"/>
        </w:rPr>
        <w:t>The Abbot sends bracken to Naka no Kimi in spring.</w:t>
      </w:r>
    </w:p>
    <w:p>
      <w:pPr>
        <w:keepNext/>
        <w:spacing w:after="0"/>
      </w:pPr>
      <w:r>
        <w:rPr>
          <w:rFonts w:ascii="Noto Serif CJK JP" w:hAnsi="Noto Serif CJK JP" w:eastAsia="Noto Serif CJK JP"/>
          <w:b w:val="0"/>
          <w:i w:val="0"/>
          <w:color w:val="222B33"/>
          <w:sz w:val="26"/>
        </w:rPr>
        <w:t>君にとてあまたの春を摘みしかば常を忘れぬ初蕨なり</w:t>
      </w:r>
    </w:p>
    <w:p>
      <w:pPr>
        <w:keepNext/>
        <w:spacing w:after="60"/>
      </w:pPr>
      <w:r>
        <w:rPr>
          <w:rFonts w:ascii="Noto Serif CJK JP" w:hAnsi="Noto Serif CJK JP" w:eastAsia="Noto Serif CJK JP"/>
          <w:b w:val="0"/>
          <w:i w:val="0"/>
          <w:color w:val="6A6F75"/>
          <w:sz w:val="19"/>
        </w:rPr>
        <w:t>きみにとて　／　あまたの春を　／　つみしかは　／　つねをわすれぬ　／　はつわらひなり</w:t>
      </w:r>
    </w:p>
    <w:p>
      <w:pPr>
        <w:keepNext/>
        <w:spacing w:after="60"/>
      </w:pPr>
      <w:r>
        <w:rPr>
          <w:b w:val="0"/>
          <w:i/>
          <w:color w:val="222B33"/>
          <w:sz w:val="21"/>
        </w:rPr>
        <w:t>For your sake I picked</w:t>
        <w:br/>
      </w:r>
      <w:r>
        <w:rPr>
          <w:b w:val="0"/>
          <w:i/>
          <w:color w:val="222B33"/>
          <w:sz w:val="21"/>
        </w:rPr>
        <w:t>these first bracken, many springs,</w:t>
        <w:br/>
      </w:r>
      <w:r>
        <w:rPr>
          <w:b w:val="0"/>
          <w:i/>
          <w:color w:val="222B33"/>
          <w:sz w:val="21"/>
        </w:rPr>
        <w:t>and they do not</w:t>
        <w:br/>
      </w:r>
      <w:r>
        <w:rPr>
          <w:b w:val="0"/>
          <w:i/>
          <w:color w:val="222B33"/>
          <w:sz w:val="21"/>
        </w:rPr>
        <w:t>forget</w:t>
        <w:br/>
      </w:r>
      <w:r>
        <w:rPr>
          <w:b w:val="0"/>
          <w:i/>
          <w:color w:val="222B33"/>
          <w:sz w:val="21"/>
        </w:rPr>
        <w:t>the custom.</w:t>
      </w:r>
    </w:p>
    <w:p>
      <w:pPr>
        <w:spacing w:after="40"/>
      </w:pPr>
      <w:r>
        <w:rPr>
          <w:b w:val="0"/>
          <w:i w:val="0"/>
          <w:color w:val="222B33"/>
          <w:sz w:val="19"/>
        </w:rPr>
        <w:t>Sawarabi, “early bracken,” names the chapter.</w:t>
      </w:r>
    </w:p>
    <w:p>
      <w:pPr>
        <w:spacing w:after="40"/>
      </w:pPr>
      <w:r>
        <w:rPr>
          <w:b w:val="0"/>
          <w:i w:val="0"/>
          <w:color w:val="6A6F75"/>
          <w:sz w:val="18"/>
        </w:rPr>
        <w:t xml:space="preserve">Answered by </w:t>
      </w:r>
      <w:hyperlink w:anchor="p685">
        <w:r>
          <w:rPr>
            <w:color w:val="2E5A80"/>
            <w:u w:val="single"/>
            <w:sz w:val="18"/>
          </w:rPr>
          <w:t xml:space="preserve">No. 685 (Naka no Kimi)</w:t>
        </w:r>
      </w:hyperlink>
    </w:p>
    <w:p>
      <w:pPr>
        <w:keepNext/>
        <w:spacing w:after="20" w:before="200"/>
      </w:pPr>
      <w:bookmarkStart w:id="733" w:name="p685"/>
      <w:r>
        <w:rPr>
          <w:b/>
          <w:i w:val="0"/>
          <w:color w:val="222B33"/>
          <w:sz w:val="22"/>
        </w:rPr>
        <w:t>No. 685</w:t>
      </w:r>
      <w:r>
        <w:rPr>
          <w:b w:val="0"/>
          <w:i w:val="0"/>
          <w:color w:val="6A6F75"/>
          <w:sz w:val="18"/>
        </w:rPr>
        <w:t xml:space="preserve">   Naka no Kimi → the Abbot   答 reply</w:t>
      </w:r>
      <w:bookmarkEnd w:id="733"/>
    </w:p>
    <w:p>
      <w:pPr>
        <w:keepNext/>
        <w:spacing w:after="0"/>
      </w:pPr>
      <w:r>
        <w:rPr>
          <w:rFonts w:ascii="Noto Serif CJK JP" w:hAnsi="Noto Serif CJK JP" w:eastAsia="Noto Serif CJK JP"/>
          <w:b w:val="0"/>
          <w:i w:val="0"/>
          <w:color w:val="222B33"/>
          <w:sz w:val="26"/>
        </w:rPr>
        <w:t>この春は誰れにか見せむ亡き人のかたみに摘める峰の早蕨</w:t>
      </w:r>
    </w:p>
    <w:p>
      <w:pPr>
        <w:keepNext/>
        <w:spacing w:after="60"/>
      </w:pPr>
      <w:r>
        <w:rPr>
          <w:rFonts w:ascii="Noto Serif CJK JP" w:hAnsi="Noto Serif CJK JP" w:eastAsia="Noto Serif CJK JP"/>
          <w:b w:val="0"/>
          <w:i w:val="0"/>
          <w:color w:val="6A6F75"/>
          <w:sz w:val="19"/>
        </w:rPr>
        <w:t>このはるは　／　たれにかみせむ　／　なき人の　／　かたみにつめる　／　みねのさわらひ</w:t>
      </w:r>
    </w:p>
    <w:p>
      <w:pPr>
        <w:keepNext/>
        <w:spacing w:after="60"/>
      </w:pPr>
      <w:r>
        <w:rPr>
          <w:b w:val="0"/>
          <w:i/>
          <w:color w:val="222B33"/>
          <w:sz w:val="21"/>
        </w:rPr>
        <w:t>To whom shall I show them</w:t>
        <w:br/>
      </w:r>
      <w:r>
        <w:rPr>
          <w:b w:val="0"/>
          <w:i/>
          <w:color w:val="222B33"/>
          <w:sz w:val="21"/>
        </w:rPr>
        <w:t>this spring, the early bracken</w:t>
        <w:br/>
      </w:r>
      <w:r>
        <w:rPr>
          <w:b w:val="0"/>
          <w:i/>
          <w:color w:val="222B33"/>
          <w:sz w:val="21"/>
        </w:rPr>
        <w:t>of the peak, picked</w:t>
        <w:br/>
      </w:r>
      <w:r>
        <w:rPr>
          <w:b w:val="0"/>
          <w:i/>
          <w:color w:val="222B33"/>
          <w:sz w:val="21"/>
        </w:rPr>
        <w:t>as a keepsake</w:t>
        <w:br/>
      </w:r>
      <w:r>
        <w:rPr>
          <w:b w:val="0"/>
          <w:i/>
          <w:color w:val="222B33"/>
          <w:sz w:val="21"/>
        </w:rPr>
        <w:t>for the dead?</w:t>
      </w:r>
    </w:p>
    <w:p>
      <w:pPr>
        <w:spacing w:after="40"/>
      </w:pPr>
      <w:r>
        <w:rPr>
          <w:b w:val="0"/>
          <w:i w:val="0"/>
          <w:color w:val="6A6F75"/>
          <w:sz w:val="18"/>
        </w:rPr>
        <w:t xml:space="preserve">In reply to </w:t>
      </w:r>
      <w:hyperlink w:anchor="p684">
        <w:r>
          <w:rPr>
            <w:color w:val="2E5A80"/>
            <w:u w:val="single"/>
            <w:sz w:val="18"/>
          </w:rPr>
          <w:t xml:space="preserve">No. 684 (the Abbot)</w:t>
        </w:r>
      </w:hyperlink>
    </w:p>
    <w:p>
      <w:pPr>
        <w:keepNext/>
        <w:spacing w:after="20" w:before="200"/>
      </w:pPr>
      <w:bookmarkStart w:id="734" w:name="p686"/>
      <w:r>
        <w:rPr>
          <w:b/>
          <w:i w:val="0"/>
          <w:color w:val="222B33"/>
          <w:sz w:val="22"/>
        </w:rPr>
        <w:t>No. 686</w:t>
      </w:r>
      <w:r>
        <w:rPr>
          <w:b w:val="0"/>
          <w:i w:val="0"/>
          <w:color w:val="6A6F75"/>
          <w:sz w:val="18"/>
        </w:rPr>
        <w:t xml:space="preserve">   Niou → Kaoru   贈 sent</w:t>
      </w:r>
      <w:bookmarkEnd w:id="734"/>
    </w:p>
    <w:p>
      <w:pPr>
        <w:keepNext/>
        <w:spacing w:after="40"/>
      </w:pPr>
      <w:r>
        <w:rPr>
          <w:b/>
          <w:i w:val="0"/>
          <w:color w:val="6A6F75"/>
          <w:sz w:val="18"/>
        </w:rPr>
        <w:t xml:space="preserve">Context. </w:t>
      </w:r>
      <w:r>
        <w:rPr>
          <w:b w:val="0"/>
          <w:i w:val="0"/>
          <w:color w:val="6A6F75"/>
          <w:sz w:val="19"/>
        </w:rPr>
        <w:t>Niou to Kaoru on the plum in spring; he suspects Kaoru’s feeling for Naka no Kimi.</w:t>
      </w:r>
    </w:p>
    <w:p>
      <w:pPr>
        <w:keepNext/>
        <w:spacing w:after="0"/>
      </w:pPr>
      <w:r>
        <w:rPr>
          <w:rFonts w:ascii="Noto Serif CJK JP" w:hAnsi="Noto Serif CJK JP" w:eastAsia="Noto Serif CJK JP"/>
          <w:b w:val="0"/>
          <w:i w:val="0"/>
          <w:color w:val="222B33"/>
          <w:sz w:val="26"/>
        </w:rPr>
        <w:t>折る人の心にかよふ花なれや色には出でず下に匂へる</w:t>
      </w:r>
    </w:p>
    <w:p>
      <w:pPr>
        <w:keepNext/>
        <w:spacing w:after="60"/>
      </w:pPr>
      <w:r>
        <w:rPr>
          <w:rFonts w:ascii="Noto Serif CJK JP" w:hAnsi="Noto Serif CJK JP" w:eastAsia="Noto Serif CJK JP"/>
          <w:b w:val="0"/>
          <w:i w:val="0"/>
          <w:color w:val="6A6F75"/>
          <w:sz w:val="19"/>
        </w:rPr>
        <w:t>おる人の　／　心にかよふ　／　はなゝれや　／　いろにはいてす　／　したにゝほへる</w:t>
      </w:r>
    </w:p>
    <w:p>
      <w:pPr>
        <w:keepNext/>
        <w:spacing w:after="60"/>
      </w:pPr>
      <w:r>
        <w:rPr>
          <w:b w:val="0"/>
          <w:i/>
          <w:color w:val="222B33"/>
          <w:sz w:val="21"/>
        </w:rPr>
        <w:t>Is it a flower</w:t>
        <w:br/>
      </w:r>
      <w:r>
        <w:rPr>
          <w:b w:val="0"/>
          <w:i/>
          <w:color w:val="222B33"/>
          <w:sz w:val="21"/>
        </w:rPr>
        <w:t>that passes to the heart of the one</w:t>
        <w:br/>
      </w:r>
      <w:r>
        <w:rPr>
          <w:b w:val="0"/>
          <w:i/>
          <w:color w:val="222B33"/>
          <w:sz w:val="21"/>
        </w:rPr>
        <w:t>who plucks it, not showing</w:t>
        <w:br/>
      </w:r>
      <w:r>
        <w:rPr>
          <w:b w:val="0"/>
          <w:i/>
          <w:color w:val="222B33"/>
          <w:sz w:val="21"/>
        </w:rPr>
        <w:t>its color,</w:t>
        <w:br/>
      </w:r>
      <w:r>
        <w:rPr>
          <w:b w:val="0"/>
          <w:i/>
          <w:color w:val="222B33"/>
          <w:sz w:val="21"/>
        </w:rPr>
        <w:t>fragrant beneath?</w:t>
      </w:r>
    </w:p>
    <w:p>
      <w:pPr>
        <w:spacing w:after="40"/>
      </w:pPr>
      <w:r>
        <w:rPr>
          <w:b w:val="0"/>
          <w:i w:val="0"/>
          <w:color w:val="6A6F75"/>
          <w:sz w:val="18"/>
        </w:rPr>
        <w:t xml:space="preserve">Answered by </w:t>
      </w:r>
      <w:hyperlink w:anchor="p687">
        <w:r>
          <w:rPr>
            <w:color w:val="2E5A80"/>
            <w:u w:val="single"/>
            <w:sz w:val="18"/>
          </w:rPr>
          <w:t xml:space="preserve">No. 687 (Kaoru)</w:t>
        </w:r>
      </w:hyperlink>
    </w:p>
    <w:p>
      <w:pPr>
        <w:keepNext/>
        <w:spacing w:after="20" w:before="200"/>
      </w:pPr>
      <w:bookmarkStart w:id="735" w:name="p687"/>
      <w:r>
        <w:rPr>
          <w:b/>
          <w:i w:val="0"/>
          <w:color w:val="222B33"/>
          <w:sz w:val="22"/>
        </w:rPr>
        <w:t>No. 687</w:t>
      </w:r>
      <w:r>
        <w:rPr>
          <w:b w:val="0"/>
          <w:i w:val="0"/>
          <w:color w:val="6A6F75"/>
          <w:sz w:val="18"/>
        </w:rPr>
        <w:t xml:space="preserve">   Kaoru → Niou   答 reply</w:t>
      </w:r>
      <w:bookmarkEnd w:id="735"/>
    </w:p>
    <w:p>
      <w:pPr>
        <w:keepNext/>
        <w:spacing w:after="0"/>
      </w:pPr>
      <w:r>
        <w:rPr>
          <w:rFonts w:ascii="Noto Serif CJK JP" w:hAnsi="Noto Serif CJK JP" w:eastAsia="Noto Serif CJK JP"/>
          <w:b w:val="0"/>
          <w:i w:val="0"/>
          <w:color w:val="222B33"/>
          <w:sz w:val="26"/>
        </w:rPr>
        <w:t>見る人にかこと寄せける花の枝を心してこそ折るべかりけれ</w:t>
      </w:r>
    </w:p>
    <w:p>
      <w:pPr>
        <w:keepNext/>
        <w:spacing w:after="60"/>
      </w:pPr>
      <w:r>
        <w:rPr>
          <w:rFonts w:ascii="Noto Serif CJK JP" w:hAnsi="Noto Serif CJK JP" w:eastAsia="Noto Serif CJK JP"/>
          <w:b w:val="0"/>
          <w:i w:val="0"/>
          <w:color w:val="6A6F75"/>
          <w:sz w:val="19"/>
        </w:rPr>
        <w:t>みる人に　／　かことよせける　／　花のえを　／　心してこそ　／　おるへかりけれ</w:t>
      </w:r>
    </w:p>
    <w:p>
      <w:pPr>
        <w:keepNext/>
        <w:spacing w:after="60"/>
      </w:pPr>
      <w:r>
        <w:rPr>
          <w:b w:val="0"/>
          <w:i/>
          <w:color w:val="222B33"/>
          <w:sz w:val="21"/>
        </w:rPr>
        <w:t>The flowering branch</w:t>
        <w:br/>
      </w:r>
      <w:r>
        <w:rPr>
          <w:b w:val="0"/>
          <w:i/>
          <w:color w:val="222B33"/>
          <w:sz w:val="21"/>
        </w:rPr>
        <w:t>that gave a pretext to the onlooker:</w:t>
        <w:br/>
      </w:r>
      <w:r>
        <w:rPr>
          <w:b w:val="0"/>
          <w:i/>
          <w:color w:val="222B33"/>
          <w:sz w:val="21"/>
        </w:rPr>
        <w:t>I should have</w:t>
        <w:br/>
      </w:r>
      <w:r>
        <w:rPr>
          <w:b w:val="0"/>
          <w:i/>
          <w:color w:val="222B33"/>
          <w:sz w:val="21"/>
        </w:rPr>
        <w:t>plucked it</w:t>
        <w:br/>
      </w:r>
      <w:r>
        <w:rPr>
          <w:b w:val="0"/>
          <w:i/>
          <w:color w:val="222B33"/>
          <w:sz w:val="21"/>
        </w:rPr>
        <w:t>with care.</w:t>
      </w:r>
    </w:p>
    <w:p>
      <w:pPr>
        <w:spacing w:after="40"/>
      </w:pPr>
      <w:r>
        <w:rPr>
          <w:b w:val="0"/>
          <w:i w:val="0"/>
          <w:color w:val="6A6F75"/>
          <w:sz w:val="18"/>
        </w:rPr>
        <w:t xml:space="preserve">In reply to </w:t>
      </w:r>
      <w:hyperlink w:anchor="p686">
        <w:r>
          <w:rPr>
            <w:color w:val="2E5A80"/>
            <w:u w:val="single"/>
            <w:sz w:val="18"/>
          </w:rPr>
          <w:t xml:space="preserve">No. 686 (Niou)</w:t>
        </w:r>
      </w:hyperlink>
    </w:p>
    <w:p>
      <w:pPr>
        <w:keepNext/>
        <w:spacing w:after="20" w:before="200"/>
      </w:pPr>
      <w:bookmarkStart w:id="736" w:name="p688"/>
      <w:r>
        <w:rPr>
          <w:b/>
          <w:i w:val="0"/>
          <w:color w:val="222B33"/>
          <w:sz w:val="22"/>
        </w:rPr>
        <w:t>No. 688</w:t>
      </w:r>
      <w:r>
        <w:rPr>
          <w:b w:val="0"/>
          <w:i w:val="0"/>
          <w:color w:val="6A6F75"/>
          <w:sz w:val="18"/>
        </w:rPr>
        <w:t xml:space="preserve">   Kaoru → Naka no Kimi   贈:独 sent / solo</w:t>
      </w:r>
      <w:bookmarkEnd w:id="736"/>
    </w:p>
    <w:p>
      <w:pPr>
        <w:keepNext/>
        <w:spacing w:after="40"/>
      </w:pPr>
      <w:r>
        <w:rPr>
          <w:b/>
          <w:i w:val="0"/>
          <w:color w:val="6A6F75"/>
          <w:sz w:val="18"/>
        </w:rPr>
        <w:t xml:space="preserve">Context. </w:t>
      </w:r>
      <w:r>
        <w:rPr>
          <w:b w:val="0"/>
          <w:i w:val="0"/>
          <w:color w:val="6A6F75"/>
          <w:sz w:val="19"/>
        </w:rPr>
        <w:t>Kaoru as Naka no Kimi prepares to leave Uji for Niou’s house; he regrets having given her up.</w:t>
      </w:r>
    </w:p>
    <w:p>
      <w:pPr>
        <w:keepNext/>
        <w:spacing w:after="0"/>
      </w:pPr>
      <w:r>
        <w:rPr>
          <w:rFonts w:ascii="Noto Serif CJK JP" w:hAnsi="Noto Serif CJK JP" w:eastAsia="Noto Serif CJK JP"/>
          <w:b w:val="0"/>
          <w:i w:val="0"/>
          <w:color w:val="222B33"/>
          <w:sz w:val="26"/>
        </w:rPr>
        <w:t>はかなしや霞の衣裁ちしまに花のひもとく折も来にけり</w:t>
      </w:r>
    </w:p>
    <w:p>
      <w:pPr>
        <w:keepNext/>
        <w:spacing w:after="60"/>
      </w:pPr>
      <w:r>
        <w:rPr>
          <w:rFonts w:ascii="Noto Serif CJK JP" w:hAnsi="Noto Serif CJK JP" w:eastAsia="Noto Serif CJK JP"/>
          <w:b w:val="0"/>
          <w:i w:val="0"/>
          <w:color w:val="6A6F75"/>
          <w:sz w:val="19"/>
        </w:rPr>
        <w:t>はかなしや　／　かすみのころも　／　たちしまに　／　花のひもとく　／　おりもきにけり</w:t>
      </w:r>
    </w:p>
    <w:p>
      <w:pPr>
        <w:keepNext/>
        <w:spacing w:after="60"/>
      </w:pPr>
      <w:r>
        <w:rPr>
          <w:b w:val="0"/>
          <w:i/>
          <w:color w:val="222B33"/>
          <w:sz w:val="21"/>
        </w:rPr>
        <w:t>How fleeting: the time</w:t>
        <w:br/>
      </w:r>
      <w:r>
        <w:rPr>
          <w:b w:val="0"/>
          <w:i/>
          <w:color w:val="222B33"/>
          <w:sz w:val="21"/>
        </w:rPr>
        <w:t>of loosening flower cords has come</w:t>
        <w:br/>
      </w:r>
      <w:r>
        <w:rPr>
          <w:b w:val="0"/>
          <w:i/>
          <w:color w:val="222B33"/>
          <w:sz w:val="21"/>
        </w:rPr>
        <w:t>even as I cut</w:t>
        <w:br/>
      </w:r>
      <w:r>
        <w:rPr>
          <w:b w:val="0"/>
          <w:i/>
          <w:color w:val="222B33"/>
          <w:sz w:val="21"/>
        </w:rPr>
        <w:t>the robe</w:t>
        <w:br/>
      </w:r>
      <w:r>
        <w:rPr>
          <w:b w:val="0"/>
          <w:i/>
          <w:color w:val="222B33"/>
          <w:sz w:val="21"/>
        </w:rPr>
        <w:t>of haze.</w:t>
      </w:r>
    </w:p>
    <w:p>
      <w:pPr>
        <w:spacing w:after="40"/>
      </w:pPr>
      <w:r>
        <w:rPr>
          <w:b w:val="0"/>
          <w:i w:val="0"/>
          <w:color w:val="222B33"/>
          <w:sz w:val="19"/>
        </w:rPr>
        <w:t>Before her move to Niou’s house.</w:t>
      </w:r>
    </w:p>
    <w:p>
      <w:pPr>
        <w:keepNext/>
        <w:spacing w:after="20" w:before="200"/>
      </w:pPr>
      <w:bookmarkStart w:id="737" w:name="p689"/>
      <w:r>
        <w:rPr>
          <w:b/>
          <w:i w:val="0"/>
          <w:color w:val="222B33"/>
          <w:sz w:val="22"/>
        </w:rPr>
        <w:t>No. 689</w:t>
      </w:r>
      <w:r>
        <w:rPr>
          <w:b w:val="0"/>
          <w:i w:val="0"/>
          <w:color w:val="6A6F75"/>
          <w:sz w:val="18"/>
        </w:rPr>
        <w:t xml:space="preserve">   Naka no Kimi → Kaoru   贈 sent</w:t>
      </w:r>
      <w:bookmarkEnd w:id="737"/>
    </w:p>
    <w:p>
      <w:pPr>
        <w:keepNext/>
        <w:spacing w:after="40"/>
      </w:pPr>
      <w:r>
        <w:rPr>
          <w:b/>
          <w:i w:val="0"/>
          <w:color w:val="6A6F75"/>
          <w:sz w:val="18"/>
        </w:rPr>
        <w:t xml:space="preserve">Context. </w:t>
      </w:r>
      <w:r>
        <w:rPr>
          <w:b w:val="0"/>
          <w:i w:val="0"/>
          <w:color w:val="6A6F75"/>
          <w:sz w:val="19"/>
        </w:rPr>
        <w:t>Naka no Kimi to Kaoru on her last day at Uji.</w:t>
      </w:r>
    </w:p>
    <w:p>
      <w:pPr>
        <w:keepNext/>
        <w:spacing w:after="0"/>
      </w:pPr>
      <w:r>
        <w:rPr>
          <w:rFonts w:ascii="Noto Serif CJK JP" w:hAnsi="Noto Serif CJK JP" w:eastAsia="Noto Serif CJK JP"/>
          <w:b w:val="0"/>
          <w:i w:val="0"/>
          <w:color w:val="222B33"/>
          <w:sz w:val="26"/>
        </w:rPr>
        <w:t>見る人もあらしにまよふ山里に昔おぼゆる花の香ぞする</w:t>
      </w:r>
    </w:p>
    <w:p>
      <w:pPr>
        <w:keepNext/>
        <w:spacing w:after="60"/>
      </w:pPr>
      <w:r>
        <w:rPr>
          <w:rFonts w:ascii="Noto Serif CJK JP" w:hAnsi="Noto Serif CJK JP" w:eastAsia="Noto Serif CJK JP"/>
          <w:b w:val="0"/>
          <w:i w:val="0"/>
          <w:color w:val="6A6F75"/>
          <w:sz w:val="19"/>
        </w:rPr>
        <w:t>みる人も　／　あらしにまよふ　／　山さとに　／　むかしおほゆる　／　花のかそする</w:t>
      </w:r>
    </w:p>
    <w:p>
      <w:pPr>
        <w:keepNext/>
        <w:spacing w:after="60"/>
      </w:pPr>
      <w:r>
        <w:rPr>
          <w:b w:val="0"/>
          <w:i/>
          <w:color w:val="222B33"/>
          <w:sz w:val="21"/>
        </w:rPr>
        <w:t>In the mountain village</w:t>
        <w:br/>
      </w:r>
      <w:r>
        <w:rPr>
          <w:b w:val="0"/>
          <w:i/>
          <w:color w:val="222B33"/>
          <w:sz w:val="21"/>
        </w:rPr>
        <w:t>where even the onlooker is lost in storm,</w:t>
        <w:br/>
      </w:r>
      <w:r>
        <w:rPr>
          <w:b w:val="0"/>
          <w:i/>
          <w:color w:val="222B33"/>
          <w:sz w:val="21"/>
        </w:rPr>
        <w:t>there is a fragrance</w:t>
        <w:br/>
      </w:r>
      <w:r>
        <w:rPr>
          <w:b w:val="0"/>
          <w:i/>
          <w:color w:val="222B33"/>
          <w:sz w:val="21"/>
        </w:rPr>
        <w:t>of flowers that recalls</w:t>
        <w:br/>
      </w:r>
      <w:r>
        <w:rPr>
          <w:b w:val="0"/>
          <w:i/>
          <w:color w:val="222B33"/>
          <w:sz w:val="21"/>
        </w:rPr>
        <w:t>the past.</w:t>
      </w:r>
    </w:p>
    <w:p>
      <w:pPr>
        <w:spacing w:after="40"/>
      </w:pPr>
      <w:r>
        <w:rPr>
          <w:b w:val="0"/>
          <w:i w:val="0"/>
          <w:color w:val="222B33"/>
          <w:sz w:val="19"/>
        </w:rPr>
        <w:t>Arashi: “storm” and “not be.”</w:t>
      </w:r>
    </w:p>
    <w:p>
      <w:pPr>
        <w:spacing w:after="40"/>
      </w:pPr>
      <w:r>
        <w:rPr>
          <w:b w:val="0"/>
          <w:i w:val="0"/>
          <w:color w:val="6A6F75"/>
          <w:sz w:val="18"/>
        </w:rPr>
        <w:t xml:space="preserve">Answered by </w:t>
      </w:r>
      <w:hyperlink w:anchor="p690">
        <w:r>
          <w:rPr>
            <w:color w:val="2E5A80"/>
            <w:u w:val="single"/>
            <w:sz w:val="18"/>
          </w:rPr>
          <w:t xml:space="preserve">No. 690 (Kaoru)</w:t>
        </w:r>
      </w:hyperlink>
    </w:p>
    <w:p>
      <w:pPr>
        <w:keepNext/>
        <w:spacing w:after="20" w:before="200"/>
      </w:pPr>
      <w:bookmarkStart w:id="738" w:name="p690"/>
      <w:r>
        <w:rPr>
          <w:b/>
          <w:i w:val="0"/>
          <w:color w:val="222B33"/>
          <w:sz w:val="22"/>
        </w:rPr>
        <w:t>No. 690</w:t>
      </w:r>
      <w:r>
        <w:rPr>
          <w:b w:val="0"/>
          <w:i w:val="0"/>
          <w:color w:val="6A6F75"/>
          <w:sz w:val="18"/>
        </w:rPr>
        <w:t xml:space="preserve">   Kaoru → Naka no Kimi   答 reply</w:t>
      </w:r>
      <w:bookmarkEnd w:id="738"/>
    </w:p>
    <w:p>
      <w:pPr>
        <w:keepNext/>
        <w:spacing w:after="0"/>
      </w:pPr>
      <w:r>
        <w:rPr>
          <w:rFonts w:ascii="Noto Serif CJK JP" w:hAnsi="Noto Serif CJK JP" w:eastAsia="Noto Serif CJK JP"/>
          <w:b w:val="0"/>
          <w:i w:val="0"/>
          <w:color w:val="222B33"/>
          <w:sz w:val="26"/>
        </w:rPr>
        <w:t>袖ふれし梅は変はらぬ匂ひにて根ごめ移ろふ宿やことなる</w:t>
      </w:r>
    </w:p>
    <w:p>
      <w:pPr>
        <w:keepNext/>
        <w:spacing w:after="60"/>
      </w:pPr>
      <w:r>
        <w:rPr>
          <w:rFonts w:ascii="Noto Serif CJK JP" w:hAnsi="Noto Serif CJK JP" w:eastAsia="Noto Serif CJK JP"/>
          <w:b w:val="0"/>
          <w:i w:val="0"/>
          <w:color w:val="6A6F75"/>
          <w:sz w:val="19"/>
        </w:rPr>
        <w:t>そてふれし　／　むめはかはらぬ　／　にほひにて　／　ねこめうつろふ　／　やとやことなる</w:t>
      </w:r>
    </w:p>
    <w:p>
      <w:pPr>
        <w:keepNext/>
        <w:spacing w:after="60"/>
      </w:pPr>
      <w:r>
        <w:rPr>
          <w:b w:val="0"/>
          <w:i/>
          <w:color w:val="222B33"/>
          <w:sz w:val="21"/>
        </w:rPr>
        <w:t>The plum that my sleeves</w:t>
        <w:br/>
      </w:r>
      <w:r>
        <w:rPr>
          <w:b w:val="0"/>
          <w:i/>
          <w:color w:val="222B33"/>
          <w:sz w:val="21"/>
        </w:rPr>
        <w:t>brushed keeps its fragrance;</w:t>
        <w:br/>
      </w:r>
      <w:r>
        <w:rPr>
          <w:b w:val="0"/>
          <w:i/>
          <w:color w:val="222B33"/>
          <w:sz w:val="21"/>
        </w:rPr>
        <w:t>is it the house,</w:t>
        <w:br/>
      </w:r>
      <w:r>
        <w:rPr>
          <w:b w:val="0"/>
          <w:i/>
          <w:color w:val="222B33"/>
          <w:sz w:val="21"/>
        </w:rPr>
        <w:t>roots and all moving,</w:t>
        <w:br/>
      </w:r>
      <w:r>
        <w:rPr>
          <w:b w:val="0"/>
          <w:i/>
          <w:color w:val="222B33"/>
          <w:sz w:val="21"/>
        </w:rPr>
        <w:t>that changes?</w:t>
      </w:r>
    </w:p>
    <w:p>
      <w:pPr>
        <w:spacing w:after="40"/>
      </w:pPr>
      <w:r>
        <w:rPr>
          <w:b w:val="0"/>
          <w:i w:val="0"/>
          <w:color w:val="6A6F75"/>
          <w:sz w:val="18"/>
        </w:rPr>
        <w:t xml:space="preserve">In reply to </w:t>
      </w:r>
      <w:hyperlink w:anchor="p689">
        <w:r>
          <w:rPr>
            <w:color w:val="2E5A80"/>
            <w:u w:val="single"/>
            <w:sz w:val="18"/>
          </w:rPr>
          <w:t xml:space="preserve">No. 689 (Naka no Kimi)</w:t>
        </w:r>
      </w:hyperlink>
    </w:p>
    <w:p>
      <w:pPr>
        <w:keepNext/>
        <w:spacing w:after="20" w:before="200"/>
      </w:pPr>
      <w:bookmarkStart w:id="739" w:name="p691"/>
      <w:r>
        <w:rPr>
          <w:b/>
          <w:i w:val="0"/>
          <w:color w:val="222B33"/>
          <w:sz w:val="22"/>
        </w:rPr>
        <w:t>No. 691</w:t>
      </w:r>
      <w:r>
        <w:rPr>
          <w:b w:val="0"/>
          <w:i w:val="0"/>
          <w:color w:val="6A6F75"/>
          <w:sz w:val="18"/>
        </w:rPr>
        <w:t xml:space="preserve">   Ben → Kaoru   贈 sent</w:t>
      </w:r>
      <w:bookmarkEnd w:id="739"/>
    </w:p>
    <w:p>
      <w:pPr>
        <w:keepNext/>
        <w:spacing w:after="40"/>
      </w:pPr>
      <w:r>
        <w:rPr>
          <w:b/>
          <w:i w:val="0"/>
          <w:color w:val="6A6F75"/>
          <w:sz w:val="18"/>
        </w:rPr>
        <w:t xml:space="preserve">Context. </w:t>
      </w:r>
      <w:r>
        <w:rPr>
          <w:b w:val="0"/>
          <w:i w:val="0"/>
          <w:color w:val="6A6F75"/>
          <w:sz w:val="19"/>
        </w:rPr>
        <w:t>Ben, Kashiwagi’s old attendant, stays at Uji as Naka no Kimi leaves; she will become a nun there.</w:t>
      </w:r>
    </w:p>
    <w:p>
      <w:pPr>
        <w:keepNext/>
        <w:spacing w:after="0"/>
      </w:pPr>
      <w:r>
        <w:rPr>
          <w:rFonts w:ascii="Noto Serif CJK JP" w:hAnsi="Noto Serif CJK JP" w:eastAsia="Noto Serif CJK JP"/>
          <w:b w:val="0"/>
          <w:i w:val="0"/>
          <w:color w:val="222B33"/>
          <w:sz w:val="26"/>
        </w:rPr>
        <w:t>さきに立つ涙の川に身を投げば人におくれぬ命ならまし</w:t>
      </w:r>
    </w:p>
    <w:p>
      <w:pPr>
        <w:keepNext/>
        <w:spacing w:after="60"/>
      </w:pPr>
      <w:r>
        <w:rPr>
          <w:rFonts w:ascii="Noto Serif CJK JP" w:hAnsi="Noto Serif CJK JP" w:eastAsia="Noto Serif CJK JP"/>
          <w:b w:val="0"/>
          <w:i w:val="0"/>
          <w:color w:val="6A6F75"/>
          <w:sz w:val="19"/>
        </w:rPr>
        <w:t>さきにたつ　／　なみたのかはに　／　みをなけは　／　人にをくれぬ　／　いのちならまし</w:t>
      </w:r>
    </w:p>
    <w:p>
      <w:pPr>
        <w:keepNext/>
        <w:spacing w:after="60"/>
      </w:pPr>
      <w:r>
        <w:rPr>
          <w:b w:val="0"/>
          <w:i/>
          <w:color w:val="222B33"/>
          <w:sz w:val="21"/>
        </w:rPr>
        <w:t>If I threw myself</w:t>
        <w:br/>
      </w:r>
      <w:r>
        <w:rPr>
          <w:b w:val="0"/>
          <w:i/>
          <w:color w:val="222B33"/>
          <w:sz w:val="21"/>
        </w:rPr>
        <w:t>into the river of tears that runs before,</w:t>
        <w:br/>
      </w:r>
      <w:r>
        <w:rPr>
          <w:b w:val="0"/>
          <w:i/>
          <w:color w:val="222B33"/>
          <w:sz w:val="21"/>
        </w:rPr>
        <w:t>my life</w:t>
        <w:br/>
      </w:r>
      <w:r>
        <w:rPr>
          <w:b w:val="0"/>
          <w:i/>
          <w:color w:val="222B33"/>
          <w:sz w:val="21"/>
        </w:rPr>
        <w:t>would not lag behind</w:t>
        <w:br/>
      </w:r>
      <w:r>
        <w:rPr>
          <w:b w:val="0"/>
          <w:i/>
          <w:color w:val="222B33"/>
          <w:sz w:val="21"/>
        </w:rPr>
        <w:t>the others.</w:t>
      </w:r>
    </w:p>
    <w:p>
      <w:pPr>
        <w:spacing w:after="40"/>
      </w:pPr>
      <w:r>
        <w:rPr>
          <w:b w:val="0"/>
          <w:i w:val="0"/>
          <w:color w:val="222B33"/>
          <w:sz w:val="19"/>
        </w:rPr>
        <w:t>Ben will not move with Naka no Kimi.</w:t>
      </w:r>
    </w:p>
    <w:p>
      <w:pPr>
        <w:spacing w:after="40"/>
      </w:pPr>
      <w:r>
        <w:rPr>
          <w:b w:val="0"/>
          <w:i w:val="0"/>
          <w:color w:val="6A6F75"/>
          <w:sz w:val="18"/>
        </w:rPr>
        <w:t xml:space="preserve">Answered by </w:t>
      </w:r>
      <w:hyperlink w:anchor="p692">
        <w:r>
          <w:rPr>
            <w:color w:val="2E5A80"/>
            <w:u w:val="single"/>
            <w:sz w:val="18"/>
          </w:rPr>
          <w:t xml:space="preserve">No. 692 (Kaoru)</w:t>
        </w:r>
      </w:hyperlink>
      <w:r>
        <w:rPr>
          <w:b w:val="0"/>
          <w:i w:val="0"/>
          <w:color w:val="6A6F75"/>
          <w:sz w:val="18"/>
        </w:rPr>
        <w:t xml:space="preserve">   ·   </w:t>
      </w:r>
      <w:r>
        <w:rPr>
          <w:b w:val="0"/>
          <w:i w:val="0"/>
          <w:color w:val="6A6F75"/>
          <w:sz w:val="18"/>
        </w:rPr>
        <w:t xml:space="preserve">Echo, The river of tears: </w:t>
      </w:r>
      <w:hyperlink w:anchor="p692">
        <w:r>
          <w:rPr>
            <w:color w:val="2E5A80"/>
            <w:u w:val="single"/>
            <w:sz w:val="18"/>
          </w:rPr>
          <w:t xml:space="preserve">No. 692</w:t>
        </w:r>
      </w:hyperlink>
      <w:r>
        <w:rPr>
          <w:b w:val="0"/>
          <w:i w:val="0"/>
          <w:color w:val="6A6F75"/>
          <w:sz w:val="18"/>
        </w:rPr>
        <w:t xml:space="preserve">, </w:t>
      </w:r>
      <w:hyperlink w:anchor="p767">
        <w:r>
          <w:rPr>
            <w:color w:val="2E5A80"/>
            <w:u w:val="single"/>
            <w:sz w:val="18"/>
          </w:rPr>
          <w:t xml:space="preserve">No. 767</w:t>
        </w:r>
      </w:hyperlink>
    </w:p>
    <w:p>
      <w:pPr>
        <w:keepNext/>
        <w:spacing w:after="20" w:before="200"/>
      </w:pPr>
      <w:bookmarkStart w:id="740" w:name="p692"/>
      <w:r>
        <w:rPr>
          <w:b/>
          <w:i w:val="0"/>
          <w:color w:val="222B33"/>
          <w:sz w:val="22"/>
        </w:rPr>
        <w:t>No. 692</w:t>
      </w:r>
      <w:r>
        <w:rPr>
          <w:b w:val="0"/>
          <w:i w:val="0"/>
          <w:color w:val="6A6F75"/>
          <w:sz w:val="18"/>
        </w:rPr>
        <w:t xml:space="preserve">   Kaoru → Ben   答 reply</w:t>
      </w:r>
      <w:bookmarkEnd w:id="740"/>
    </w:p>
    <w:p>
      <w:pPr>
        <w:keepNext/>
        <w:spacing w:after="0"/>
      </w:pPr>
      <w:r>
        <w:rPr>
          <w:rFonts w:ascii="Noto Serif CJK JP" w:hAnsi="Noto Serif CJK JP" w:eastAsia="Noto Serif CJK JP"/>
          <w:b w:val="0"/>
          <w:i w:val="0"/>
          <w:color w:val="222B33"/>
          <w:sz w:val="26"/>
        </w:rPr>
        <w:t>身を投げむ涙の川に沈みても恋しき瀬々に忘れしもせじ</w:t>
      </w:r>
    </w:p>
    <w:p>
      <w:pPr>
        <w:keepNext/>
        <w:spacing w:after="60"/>
      </w:pPr>
      <w:r>
        <w:rPr>
          <w:rFonts w:ascii="Noto Serif CJK JP" w:hAnsi="Noto Serif CJK JP" w:eastAsia="Noto Serif CJK JP"/>
          <w:b w:val="0"/>
          <w:i w:val="0"/>
          <w:color w:val="6A6F75"/>
          <w:sz w:val="19"/>
        </w:rPr>
        <w:t>身をなけむ　／　なみたのかはに　／　しつみても　／　こひしきせゝに　／　わすれしもせし</w:t>
      </w:r>
    </w:p>
    <w:p>
      <w:pPr>
        <w:keepNext/>
        <w:spacing w:after="60"/>
      </w:pPr>
      <w:r>
        <w:rPr>
          <w:b w:val="0"/>
          <w:i/>
          <w:color w:val="222B33"/>
          <w:sz w:val="21"/>
        </w:rPr>
        <w:t>Though I threw myself</w:t>
        <w:br/>
      </w:r>
      <w:r>
        <w:rPr>
          <w:b w:val="0"/>
          <w:i/>
          <w:color w:val="222B33"/>
          <w:sz w:val="21"/>
        </w:rPr>
        <w:t>into the river of tears and sank,</w:t>
        <w:br/>
      </w:r>
      <w:r>
        <w:rPr>
          <w:b w:val="0"/>
          <w:i/>
          <w:color w:val="222B33"/>
          <w:sz w:val="21"/>
        </w:rPr>
        <w:t>I should never forget</w:t>
        <w:br/>
      </w:r>
      <w:r>
        <w:rPr>
          <w:b w:val="0"/>
          <w:i/>
          <w:color w:val="222B33"/>
          <w:sz w:val="21"/>
        </w:rPr>
        <w:t>at any of its shallows</w:t>
        <w:br/>
      </w:r>
      <w:r>
        <w:rPr>
          <w:b w:val="0"/>
          <w:i/>
          <w:color w:val="222B33"/>
          <w:sz w:val="21"/>
        </w:rPr>
        <w:t>the one I long for.</w:t>
      </w:r>
    </w:p>
    <w:p>
      <w:pPr>
        <w:spacing w:after="40"/>
      </w:pPr>
      <w:r>
        <w:rPr>
          <w:b w:val="0"/>
          <w:i w:val="0"/>
          <w:color w:val="6A6F75"/>
          <w:sz w:val="18"/>
        </w:rPr>
        <w:t xml:space="preserve">In reply to </w:t>
      </w:r>
      <w:hyperlink w:anchor="p691">
        <w:r>
          <w:rPr>
            <w:color w:val="2E5A80"/>
            <w:u w:val="single"/>
            <w:sz w:val="18"/>
          </w:rPr>
          <w:t xml:space="preserve">No. 691 (Ben)</w:t>
        </w:r>
      </w:hyperlink>
      <w:r>
        <w:rPr>
          <w:b w:val="0"/>
          <w:i w:val="0"/>
          <w:color w:val="6A6F75"/>
          <w:sz w:val="18"/>
        </w:rPr>
        <w:t xml:space="preserve">   ·   </w:t>
      </w:r>
      <w:r>
        <w:rPr>
          <w:b w:val="0"/>
          <w:i w:val="0"/>
          <w:color w:val="6A6F75"/>
          <w:sz w:val="18"/>
        </w:rPr>
        <w:t xml:space="preserve">Echo, The river of tears: </w:t>
      </w:r>
      <w:hyperlink w:anchor="p691">
        <w:r>
          <w:rPr>
            <w:color w:val="2E5A80"/>
            <w:u w:val="single"/>
            <w:sz w:val="18"/>
          </w:rPr>
          <w:t xml:space="preserve">No. 691</w:t>
        </w:r>
      </w:hyperlink>
      <w:r>
        <w:rPr>
          <w:b w:val="0"/>
          <w:i w:val="0"/>
          <w:color w:val="6A6F75"/>
          <w:sz w:val="18"/>
        </w:rPr>
        <w:t xml:space="preserve">, </w:t>
      </w:r>
      <w:hyperlink w:anchor="p767">
        <w:r>
          <w:rPr>
            <w:color w:val="2E5A80"/>
            <w:u w:val="single"/>
            <w:sz w:val="18"/>
          </w:rPr>
          <w:t xml:space="preserve">No. 767</w:t>
        </w:r>
      </w:hyperlink>
    </w:p>
    <w:p>
      <w:pPr>
        <w:keepNext/>
        <w:spacing w:after="20" w:before="200"/>
      </w:pPr>
      <w:bookmarkStart w:id="741" w:name="p693"/>
      <w:r>
        <w:rPr>
          <w:b/>
          <w:i w:val="0"/>
          <w:color w:val="222B33"/>
          <w:sz w:val="22"/>
        </w:rPr>
        <w:t>No. 693</w:t>
      </w:r>
      <w:r>
        <w:rPr>
          <w:b w:val="0"/>
          <w:i w:val="0"/>
          <w:color w:val="6A6F75"/>
          <w:sz w:val="18"/>
        </w:rPr>
        <w:t xml:space="preserve">   Ben → Naka no Kimi   贈 sent</w:t>
      </w:r>
      <w:bookmarkEnd w:id="741"/>
    </w:p>
    <w:p>
      <w:pPr>
        <w:keepNext/>
        <w:spacing w:after="40"/>
      </w:pPr>
      <w:r>
        <w:rPr>
          <w:b/>
          <w:i w:val="0"/>
          <w:color w:val="6A6F75"/>
          <w:sz w:val="18"/>
        </w:rPr>
        <w:t xml:space="preserve">Context. </w:t>
      </w:r>
      <w:r>
        <w:rPr>
          <w:b w:val="0"/>
          <w:i w:val="0"/>
          <w:color w:val="6A6F75"/>
          <w:sz w:val="19"/>
        </w:rPr>
        <w:t>Ben to Naka no Kimi at the departure from Uji.</w:t>
      </w:r>
    </w:p>
    <w:p>
      <w:pPr>
        <w:keepNext/>
        <w:spacing w:after="0"/>
      </w:pPr>
      <w:r>
        <w:rPr>
          <w:rFonts w:ascii="Noto Serif CJK JP" w:hAnsi="Noto Serif CJK JP" w:eastAsia="Noto Serif CJK JP"/>
          <w:b w:val="0"/>
          <w:i w:val="0"/>
          <w:color w:val="222B33"/>
          <w:sz w:val="26"/>
        </w:rPr>
        <w:t>人はみないそぎたつめる袖の浦に一人藻塩を垂るる海人かな</w:t>
      </w:r>
    </w:p>
    <w:p>
      <w:pPr>
        <w:keepNext/>
        <w:spacing w:after="60"/>
      </w:pPr>
      <w:r>
        <w:rPr>
          <w:rFonts w:ascii="Noto Serif CJK JP" w:hAnsi="Noto Serif CJK JP" w:eastAsia="Noto Serif CJK JP"/>
          <w:b w:val="0"/>
          <w:i w:val="0"/>
          <w:color w:val="6A6F75"/>
          <w:sz w:val="19"/>
        </w:rPr>
        <w:t>人はみな　／　いそきたつめる　／　そてのうらに　／　ひとりもしほを　／　たるゝあま哉</w:t>
      </w:r>
    </w:p>
    <w:p>
      <w:pPr>
        <w:keepNext/>
        <w:spacing w:after="60"/>
      </w:pPr>
      <w:r>
        <w:rPr>
          <w:b w:val="0"/>
          <w:i/>
          <w:color w:val="222B33"/>
          <w:sz w:val="21"/>
        </w:rPr>
        <w:t>At Sleeve Bay, where</w:t>
        <w:br/>
      </w:r>
      <w:r>
        <w:rPr>
          <w:b w:val="0"/>
          <w:i/>
          <w:color w:val="222B33"/>
          <w:sz w:val="21"/>
        </w:rPr>
        <w:t>everyone hurries to set out,</w:t>
        <w:br/>
      </w:r>
      <w:r>
        <w:rPr>
          <w:b w:val="0"/>
          <w:i/>
          <w:color w:val="222B33"/>
          <w:sz w:val="21"/>
        </w:rPr>
        <w:t>a fisher alone</w:t>
        <w:br/>
      </w:r>
      <w:r>
        <w:rPr>
          <w:b w:val="0"/>
          <w:i/>
          <w:color w:val="222B33"/>
          <w:sz w:val="21"/>
        </w:rPr>
        <w:t>drips</w:t>
        <w:br/>
      </w:r>
      <w:r>
        <w:rPr>
          <w:b w:val="0"/>
          <w:i/>
          <w:color w:val="222B33"/>
          <w:sz w:val="21"/>
        </w:rPr>
        <w:t>with brine.</w:t>
      </w:r>
    </w:p>
    <w:p>
      <w:pPr>
        <w:spacing w:after="40"/>
      </w:pPr>
      <w:r>
        <w:rPr>
          <w:b w:val="0"/>
          <w:i w:val="0"/>
          <w:color w:val="222B33"/>
          <w:sz w:val="19"/>
        </w:rPr>
        <w:t>Ama: “fisher” and “nun.” Sode no ura, a placename.</w:t>
      </w:r>
    </w:p>
    <w:p>
      <w:pPr>
        <w:spacing w:after="40"/>
      </w:pPr>
      <w:r>
        <w:rPr>
          <w:b w:val="0"/>
          <w:i w:val="0"/>
          <w:color w:val="6A6F75"/>
          <w:sz w:val="18"/>
        </w:rPr>
        <w:t xml:space="preserve">Answered by </w:t>
      </w:r>
      <w:hyperlink w:anchor="p694">
        <w:r>
          <w:rPr>
            <w:color w:val="2E5A80"/>
            <w:u w:val="single"/>
            <w:sz w:val="18"/>
          </w:rPr>
          <w:t xml:space="preserve">No. 694 (Naka no Kimi)</w:t>
        </w:r>
      </w:hyperlink>
    </w:p>
    <w:p>
      <w:pPr>
        <w:keepNext/>
        <w:spacing w:after="20" w:before="200"/>
      </w:pPr>
      <w:bookmarkStart w:id="742" w:name="p694"/>
      <w:r>
        <w:rPr>
          <w:b/>
          <w:i w:val="0"/>
          <w:color w:val="222B33"/>
          <w:sz w:val="22"/>
        </w:rPr>
        <w:t>No. 694</w:t>
      </w:r>
      <w:r>
        <w:rPr>
          <w:b w:val="0"/>
          <w:i w:val="0"/>
          <w:color w:val="6A6F75"/>
          <w:sz w:val="18"/>
        </w:rPr>
        <w:t xml:space="preserve">   Naka no Kimi → Ben   答 reply</w:t>
      </w:r>
      <w:bookmarkEnd w:id="742"/>
    </w:p>
    <w:p>
      <w:pPr>
        <w:keepNext/>
        <w:spacing w:after="0"/>
      </w:pPr>
      <w:r>
        <w:rPr>
          <w:rFonts w:ascii="Noto Serif CJK JP" w:hAnsi="Noto Serif CJK JP" w:eastAsia="Noto Serif CJK JP"/>
          <w:b w:val="0"/>
          <w:i w:val="0"/>
          <w:color w:val="222B33"/>
          <w:sz w:val="26"/>
        </w:rPr>
        <w:t>塩垂るる海人の衣に異なれや浮きたる波に濡るるわが袖</w:t>
      </w:r>
    </w:p>
    <w:p>
      <w:pPr>
        <w:keepNext/>
        <w:spacing w:after="60"/>
      </w:pPr>
      <w:r>
        <w:rPr>
          <w:rFonts w:ascii="Noto Serif CJK JP" w:hAnsi="Noto Serif CJK JP" w:eastAsia="Noto Serif CJK JP"/>
          <w:b w:val="0"/>
          <w:i w:val="0"/>
          <w:color w:val="6A6F75"/>
          <w:sz w:val="19"/>
        </w:rPr>
        <w:t>しほたるゝ　／　あまの衣に　／　ことなれや　／　うきたるなみに　／　ぬるゝわかそて</w:t>
      </w:r>
    </w:p>
    <w:p>
      <w:pPr>
        <w:keepNext/>
        <w:spacing w:after="60"/>
      </w:pPr>
      <w:r>
        <w:rPr>
          <w:b w:val="0"/>
          <w:i/>
          <w:color w:val="222B33"/>
          <w:sz w:val="21"/>
        </w:rPr>
        <w:t>Is it unlike</w:t>
        <w:br/>
      </w:r>
      <w:r>
        <w:rPr>
          <w:b w:val="0"/>
          <w:i/>
          <w:color w:val="222B33"/>
          <w:sz w:val="21"/>
        </w:rPr>
        <w:t>the brine-dripping fisher’s robe?</w:t>
        <w:br/>
      </w:r>
      <w:r>
        <w:rPr>
          <w:b w:val="0"/>
          <w:i/>
          <w:color w:val="222B33"/>
          <w:sz w:val="21"/>
        </w:rPr>
        <w:t>My sleeves are wet</w:t>
        <w:br/>
      </w:r>
      <w:r>
        <w:rPr>
          <w:b w:val="0"/>
          <w:i/>
          <w:color w:val="222B33"/>
          <w:sz w:val="21"/>
        </w:rPr>
        <w:t>with floating</w:t>
        <w:br/>
      </w:r>
      <w:r>
        <w:rPr>
          <w:b w:val="0"/>
          <w:i/>
          <w:color w:val="222B33"/>
          <w:sz w:val="21"/>
        </w:rPr>
        <w:t>waves.</w:t>
      </w:r>
    </w:p>
    <w:p>
      <w:pPr>
        <w:spacing w:after="40"/>
      </w:pPr>
      <w:r>
        <w:rPr>
          <w:b w:val="0"/>
          <w:i w:val="0"/>
          <w:color w:val="6A6F75"/>
          <w:sz w:val="18"/>
        </w:rPr>
        <w:t xml:space="preserve">In reply to </w:t>
      </w:r>
      <w:hyperlink w:anchor="p693">
        <w:r>
          <w:rPr>
            <w:color w:val="2E5A80"/>
            <w:u w:val="single"/>
            <w:sz w:val="18"/>
          </w:rPr>
          <w:t xml:space="preserve">No. 693 (Ben)</w:t>
        </w:r>
      </w:hyperlink>
    </w:p>
    <w:p>
      <w:pPr>
        <w:keepNext/>
        <w:spacing w:after="20" w:before="200"/>
      </w:pPr>
      <w:bookmarkStart w:id="743" w:name="p695"/>
      <w:r>
        <w:rPr>
          <w:b/>
          <w:i w:val="0"/>
          <w:color w:val="222B33"/>
          <w:sz w:val="22"/>
        </w:rPr>
        <w:t>No. 695</w:t>
      </w:r>
      <w:r>
        <w:rPr>
          <w:b w:val="0"/>
          <w:i w:val="0"/>
          <w:color w:val="6A6F75"/>
          <w:sz w:val="18"/>
        </w:rPr>
        <w:t xml:space="preserve">   Taifu no Kimi   贈 sent</w:t>
      </w:r>
      <w:bookmarkEnd w:id="743"/>
    </w:p>
    <w:p>
      <w:pPr>
        <w:keepNext/>
        <w:spacing w:after="40"/>
      </w:pPr>
      <w:r>
        <w:rPr>
          <w:b/>
          <w:i w:val="0"/>
          <w:color w:val="6A6F75"/>
          <w:sz w:val="18"/>
        </w:rPr>
        <w:t xml:space="preserve">Context. </w:t>
      </w:r>
      <w:r>
        <w:rPr>
          <w:b w:val="0"/>
          <w:i w:val="0"/>
          <w:color w:val="6A6F75"/>
          <w:sz w:val="19"/>
        </w:rPr>
        <w:t>Naka no Kimi’s women leaving Uji; they welcome the move to the capital.</w:t>
      </w:r>
    </w:p>
    <w:p>
      <w:pPr>
        <w:keepNext/>
        <w:spacing w:after="0"/>
      </w:pPr>
      <w:r>
        <w:rPr>
          <w:rFonts w:ascii="Noto Serif CJK JP" w:hAnsi="Noto Serif CJK JP" w:eastAsia="Noto Serif CJK JP"/>
          <w:b w:val="0"/>
          <w:i w:val="0"/>
          <w:color w:val="222B33"/>
          <w:sz w:val="26"/>
        </w:rPr>
        <w:t>ありふればうれしき瀬にも逢ひけるを身を宇治川に投げてましかば</w:t>
      </w:r>
    </w:p>
    <w:p>
      <w:pPr>
        <w:keepNext/>
        <w:spacing w:after="60"/>
      </w:pPr>
      <w:r>
        <w:rPr>
          <w:rFonts w:ascii="Noto Serif CJK JP" w:hAnsi="Noto Serif CJK JP" w:eastAsia="Noto Serif CJK JP"/>
          <w:b w:val="0"/>
          <w:i w:val="0"/>
          <w:color w:val="6A6F75"/>
          <w:sz w:val="19"/>
        </w:rPr>
        <w:t>ありふれは　／　うれしきせにも　／　あひけるを　／　身をうちかはに　／　なけてましかは</w:t>
      </w:r>
    </w:p>
    <w:p>
      <w:pPr>
        <w:keepNext/>
        <w:spacing w:after="60"/>
      </w:pPr>
      <w:r>
        <w:rPr>
          <w:b w:val="0"/>
          <w:i/>
          <w:color w:val="222B33"/>
          <w:sz w:val="21"/>
        </w:rPr>
        <w:t>Living on, I met</w:t>
        <w:br/>
      </w:r>
      <w:r>
        <w:rPr>
          <w:b w:val="0"/>
          <w:i/>
          <w:color w:val="222B33"/>
          <w:sz w:val="21"/>
        </w:rPr>
        <w:t>even with a happy shallows;</w:t>
        <w:br/>
      </w:r>
      <w:r>
        <w:rPr>
          <w:b w:val="0"/>
          <w:i/>
          <w:color w:val="222B33"/>
          <w:sz w:val="21"/>
        </w:rPr>
        <w:t>what if I had</w:t>
        <w:br/>
      </w:r>
      <w:r>
        <w:rPr>
          <w:b w:val="0"/>
          <w:i/>
          <w:color w:val="222B33"/>
          <w:sz w:val="21"/>
        </w:rPr>
        <w:t>thrown myself</w:t>
        <w:br/>
      </w:r>
      <w:r>
        <w:rPr>
          <w:b w:val="0"/>
          <w:i/>
          <w:color w:val="222B33"/>
          <w:sz w:val="21"/>
        </w:rPr>
        <w:t>into the Uji River?</w:t>
      </w:r>
    </w:p>
    <w:p>
      <w:pPr>
        <w:spacing w:after="40"/>
      </w:pPr>
      <w:r>
        <w:rPr>
          <w:b w:val="0"/>
          <w:i w:val="0"/>
          <w:color w:val="6A6F75"/>
          <w:sz w:val="18"/>
        </w:rPr>
        <w:t xml:space="preserve">Answered by </w:t>
      </w:r>
      <w:hyperlink w:anchor="p696">
        <w:r>
          <w:rPr>
            <w:color w:val="2E5A80"/>
            <w:u w:val="single"/>
            <w:sz w:val="18"/>
          </w:rPr>
          <w:t xml:space="preserve">No. 696 (another attendant)</w:t>
        </w:r>
      </w:hyperlink>
    </w:p>
    <w:p>
      <w:pPr>
        <w:keepNext/>
        <w:spacing w:after="20" w:before="200"/>
      </w:pPr>
      <w:bookmarkStart w:id="744" w:name="p696"/>
      <w:r>
        <w:rPr>
          <w:b/>
          <w:i w:val="0"/>
          <w:color w:val="222B33"/>
          <w:sz w:val="22"/>
        </w:rPr>
        <w:t>No. 696</w:t>
      </w:r>
      <w:r>
        <w:rPr>
          <w:b w:val="0"/>
          <w:i w:val="0"/>
          <w:color w:val="6A6F75"/>
          <w:sz w:val="18"/>
        </w:rPr>
        <w:t xml:space="preserve">   another attendant → Taifu no Kimi   答 reply</w:t>
      </w:r>
      <w:bookmarkEnd w:id="744"/>
    </w:p>
    <w:p>
      <w:pPr>
        <w:keepNext/>
        <w:spacing w:after="0"/>
      </w:pPr>
      <w:r>
        <w:rPr>
          <w:rFonts w:ascii="Noto Serif CJK JP" w:hAnsi="Noto Serif CJK JP" w:eastAsia="Noto Serif CJK JP"/>
          <w:b w:val="0"/>
          <w:i w:val="0"/>
          <w:color w:val="222B33"/>
          <w:sz w:val="26"/>
        </w:rPr>
        <w:t>過ぎにしが恋しきことも忘れねど今日はたまづもゆく心かな</w:t>
      </w:r>
    </w:p>
    <w:p>
      <w:pPr>
        <w:keepNext/>
        <w:spacing w:after="60"/>
      </w:pPr>
      <w:r>
        <w:rPr>
          <w:rFonts w:ascii="Noto Serif CJK JP" w:hAnsi="Noto Serif CJK JP" w:eastAsia="Noto Serif CJK JP"/>
          <w:b w:val="0"/>
          <w:i w:val="0"/>
          <w:color w:val="6A6F75"/>
          <w:sz w:val="19"/>
        </w:rPr>
        <w:t>すきにしか　／　こひしきことも　／　わすれねと　／　けふはたまつも　／　ゆく心かな</w:t>
      </w:r>
    </w:p>
    <w:p>
      <w:pPr>
        <w:keepNext/>
        <w:spacing w:after="60"/>
      </w:pPr>
      <w:r>
        <w:rPr>
          <w:b w:val="0"/>
          <w:i/>
          <w:color w:val="222B33"/>
          <w:sz w:val="21"/>
        </w:rPr>
        <w:t>I have not forgotten</w:t>
        <w:br/>
      </w:r>
      <w:r>
        <w:rPr>
          <w:b w:val="0"/>
          <w:i/>
          <w:color w:val="222B33"/>
          <w:sz w:val="21"/>
        </w:rPr>
        <w:t>my longing for the past,</w:t>
        <w:br/>
      </w:r>
      <w:r>
        <w:rPr>
          <w:b w:val="0"/>
          <w:i/>
          <w:color w:val="222B33"/>
          <w:sz w:val="21"/>
        </w:rPr>
        <w:t>yet today,</w:t>
        <w:br/>
      </w:r>
      <w:r>
        <w:rPr>
          <w:b w:val="0"/>
          <w:i/>
          <w:color w:val="222B33"/>
          <w:sz w:val="21"/>
        </w:rPr>
        <w:t>first of all,</w:t>
        <w:br/>
      </w:r>
      <w:r>
        <w:rPr>
          <w:b w:val="0"/>
          <w:i/>
          <w:color w:val="222B33"/>
          <w:sz w:val="21"/>
        </w:rPr>
        <w:t>my heart goes on.</w:t>
      </w:r>
    </w:p>
    <w:p>
      <w:pPr>
        <w:spacing w:after="40"/>
      </w:pPr>
      <w:r>
        <w:rPr>
          <w:b w:val="0"/>
          <w:i w:val="0"/>
          <w:color w:val="6A6F75"/>
          <w:sz w:val="18"/>
        </w:rPr>
        <w:t xml:space="preserve">In reply to </w:t>
      </w:r>
      <w:hyperlink w:anchor="p695">
        <w:r>
          <w:rPr>
            <w:color w:val="2E5A80"/>
            <w:u w:val="single"/>
            <w:sz w:val="18"/>
          </w:rPr>
          <w:t xml:space="preserve">No. 695 (Taifu no Kimi)</w:t>
        </w:r>
      </w:hyperlink>
    </w:p>
    <w:p>
      <w:pPr>
        <w:keepNext/>
        <w:spacing w:after="20" w:before="200"/>
      </w:pPr>
      <w:bookmarkStart w:id="745" w:name="p697"/>
      <w:r>
        <w:rPr>
          <w:b/>
          <w:i w:val="0"/>
          <w:color w:val="222B33"/>
          <w:sz w:val="22"/>
        </w:rPr>
        <w:t>No. 697</w:t>
      </w:r>
      <w:r>
        <w:rPr>
          <w:b w:val="0"/>
          <w:i w:val="0"/>
          <w:color w:val="6A6F75"/>
          <w:sz w:val="18"/>
        </w:rPr>
        <w:t xml:space="preserve">   Naka no Kimi   独 solo</w:t>
      </w:r>
      <w:bookmarkEnd w:id="745"/>
    </w:p>
    <w:p>
      <w:pPr>
        <w:keepNext/>
        <w:spacing w:after="40"/>
      </w:pPr>
      <w:r>
        <w:rPr>
          <w:b/>
          <w:i w:val="0"/>
          <w:color w:val="6A6F75"/>
          <w:sz w:val="18"/>
        </w:rPr>
        <w:t xml:space="preserve">Context. </w:t>
      </w:r>
      <w:r>
        <w:rPr>
          <w:b w:val="0"/>
          <w:i w:val="0"/>
          <w:color w:val="6A6F75"/>
          <w:sz w:val="19"/>
        </w:rPr>
        <w:t>Naka no Kimi on the road to the capital; she has misgivings about her future.</w:t>
      </w:r>
    </w:p>
    <w:p>
      <w:pPr>
        <w:keepNext/>
        <w:spacing w:after="0"/>
      </w:pPr>
      <w:r>
        <w:rPr>
          <w:rFonts w:ascii="Noto Serif CJK JP" w:hAnsi="Noto Serif CJK JP" w:eastAsia="Noto Serif CJK JP"/>
          <w:b w:val="0"/>
          <w:i w:val="0"/>
          <w:color w:val="222B33"/>
          <w:sz w:val="26"/>
        </w:rPr>
        <w:t>眺むれば山より出でて行く月も世に住みわびて山にこそ入れ</w:t>
      </w:r>
    </w:p>
    <w:p>
      <w:pPr>
        <w:keepNext/>
        <w:spacing w:after="60"/>
      </w:pPr>
      <w:r>
        <w:rPr>
          <w:rFonts w:ascii="Noto Serif CJK JP" w:hAnsi="Noto Serif CJK JP" w:eastAsia="Noto Serif CJK JP"/>
          <w:b w:val="0"/>
          <w:i w:val="0"/>
          <w:color w:val="6A6F75"/>
          <w:sz w:val="19"/>
        </w:rPr>
        <w:t>なかむれは　／　山よりいてゝ　／　ゆく月も　／　世にすみわひて　／　やまにこそいれ</w:t>
      </w:r>
    </w:p>
    <w:p>
      <w:pPr>
        <w:keepNext/>
        <w:spacing w:after="60"/>
      </w:pPr>
      <w:r>
        <w:rPr>
          <w:b w:val="0"/>
          <w:i/>
          <w:color w:val="222B33"/>
          <w:sz w:val="21"/>
        </w:rPr>
        <w:t>As I gaze, even the moon</w:t>
        <w:br/>
      </w:r>
      <w:r>
        <w:rPr>
          <w:b w:val="0"/>
          <w:i/>
          <w:color w:val="222B33"/>
          <w:sz w:val="21"/>
        </w:rPr>
        <w:t>that rises from the mountain and goes</w:t>
        <w:br/>
      </w:r>
      <w:r>
        <w:rPr>
          <w:b w:val="0"/>
          <w:i/>
          <w:color w:val="222B33"/>
          <w:sz w:val="21"/>
        </w:rPr>
        <w:t>tires of dwelling</w:t>
        <w:br/>
      </w:r>
      <w:r>
        <w:rPr>
          <w:b w:val="0"/>
          <w:i/>
          <w:color w:val="222B33"/>
          <w:sz w:val="21"/>
        </w:rPr>
        <w:t>in the world</w:t>
        <w:br/>
      </w:r>
      <w:r>
        <w:rPr>
          <w:b w:val="0"/>
          <w:i/>
          <w:color w:val="222B33"/>
          <w:sz w:val="21"/>
        </w:rPr>
        <w:t>and enters the mountain again.</w:t>
      </w:r>
    </w:p>
    <w:p>
      <w:pPr>
        <w:keepNext/>
        <w:spacing w:after="20" w:before="200"/>
      </w:pPr>
      <w:bookmarkStart w:id="746" w:name="p698"/>
      <w:r>
        <w:rPr>
          <w:b/>
          <w:i w:val="0"/>
          <w:color w:val="222B33"/>
          <w:sz w:val="22"/>
        </w:rPr>
        <w:t>No. 698</w:t>
      </w:r>
      <w:r>
        <w:rPr>
          <w:b w:val="0"/>
          <w:i w:val="0"/>
          <w:color w:val="6A6F75"/>
          <w:sz w:val="18"/>
        </w:rPr>
        <w:t xml:space="preserve">   Kaoru   独 solo</w:t>
      </w:r>
      <w:bookmarkEnd w:id="746"/>
    </w:p>
    <w:p>
      <w:pPr>
        <w:keepNext/>
        <w:spacing w:after="40"/>
      </w:pPr>
      <w:r>
        <w:rPr>
          <w:b/>
          <w:i w:val="0"/>
          <w:color w:val="6A6F75"/>
          <w:sz w:val="18"/>
        </w:rPr>
        <w:t xml:space="preserve">Context. </w:t>
      </w:r>
      <w:r>
        <w:rPr>
          <w:b w:val="0"/>
          <w:i w:val="0"/>
          <w:color w:val="6A6F75"/>
          <w:sz w:val="19"/>
        </w:rPr>
        <w:t>Kaoru on Naka no Kimi’s move; he regrets the night they spent together chastely.</w:t>
      </w:r>
    </w:p>
    <w:p>
      <w:pPr>
        <w:keepNext/>
        <w:spacing w:after="0"/>
      </w:pPr>
      <w:r>
        <w:rPr>
          <w:rFonts w:ascii="Noto Serif CJK JP" w:hAnsi="Noto Serif CJK JP" w:eastAsia="Noto Serif CJK JP"/>
          <w:b w:val="0"/>
          <w:i w:val="0"/>
          <w:color w:val="222B33"/>
          <w:sz w:val="26"/>
        </w:rPr>
        <w:t>しなてるや鳰の湖に漕ぐ舟のまほならねどもあひ見しものを</w:t>
      </w:r>
    </w:p>
    <w:p>
      <w:pPr>
        <w:keepNext/>
        <w:spacing w:after="60"/>
      </w:pPr>
      <w:r>
        <w:rPr>
          <w:rFonts w:ascii="Noto Serif CJK JP" w:hAnsi="Noto Serif CJK JP" w:eastAsia="Noto Serif CJK JP"/>
          <w:b w:val="0"/>
          <w:i w:val="0"/>
          <w:color w:val="6A6F75"/>
          <w:sz w:val="19"/>
        </w:rPr>
        <w:t>しなてるや　／　にほのみつうみ　／　にこく舟の　／　まほならねとも　／　あひみし物を</w:t>
      </w:r>
    </w:p>
    <w:p>
      <w:pPr>
        <w:keepNext/>
        <w:spacing w:after="60"/>
      </w:pPr>
      <w:r>
        <w:rPr>
          <w:b w:val="0"/>
          <w:i/>
          <w:color w:val="222B33"/>
          <w:sz w:val="21"/>
        </w:rPr>
        <w:t>On Grebe Lake,</w:t>
        <w:br/>
      </w:r>
      <w:r>
        <w:rPr>
          <w:b w:val="0"/>
          <w:i/>
          <w:color w:val="222B33"/>
          <w:sz w:val="21"/>
        </w:rPr>
        <w:t>where the light shines, the boat that is rowed</w:t>
        <w:br/>
      </w:r>
      <w:r>
        <w:rPr>
          <w:b w:val="0"/>
          <w:i/>
          <w:color w:val="222B33"/>
          <w:sz w:val="21"/>
        </w:rPr>
        <w:t>was not full-sailed,</w:t>
        <w:br/>
      </w:r>
      <w:r>
        <w:rPr>
          <w:b w:val="0"/>
          <w:i/>
          <w:color w:val="222B33"/>
          <w:sz w:val="21"/>
        </w:rPr>
        <w:t>yet we did</w:t>
        <w:br/>
      </w:r>
      <w:r>
        <w:rPr>
          <w:b w:val="0"/>
          <w:i/>
          <w:color w:val="222B33"/>
          <w:sz w:val="21"/>
        </w:rPr>
        <w:t>meet.</w:t>
      </w:r>
    </w:p>
    <w:p>
      <w:pPr>
        <w:spacing w:after="40"/>
      </w:pPr>
      <w:r>
        <w:rPr>
          <w:b w:val="0"/>
          <w:i w:val="0"/>
          <w:color w:val="222B33"/>
          <w:sz w:val="19"/>
        </w:rPr>
        <w:t>Shinateru ya, pillow word for Lake Biwa. Maho: “full sail” and “wholly”: the chaste night.</w:t>
      </w:r>
    </w:p>
    <w:p>
      <w:pPr>
        <w:pStyle w:val="Heading1"/>
      </w:pPr>
      <w:bookmarkStart w:id="747" w:name="ch49"/>
      <w:r>
        <w:t>Chapter 49 · Yadorigi 宿木</w:t>
      </w:r>
      <w:bookmarkEnd w:id="747"/>
    </w:p>
    <w:p>
      <w:pPr>
        <w:keepNext/>
        <w:spacing w:after="20" w:before="200"/>
      </w:pPr>
      <w:bookmarkStart w:id="748" w:name="p699"/>
      <w:r>
        <w:rPr>
          <w:b/>
          <w:i w:val="0"/>
          <w:color w:val="222B33"/>
          <w:sz w:val="22"/>
        </w:rPr>
        <w:t>No. 699</w:t>
      </w:r>
      <w:r>
        <w:rPr>
          <w:b w:val="0"/>
          <w:i w:val="0"/>
          <w:color w:val="6A6F75"/>
          <w:sz w:val="18"/>
        </w:rPr>
        <w:t xml:space="preserve">   Kaoru → the Emperor   贈 sent</w:t>
      </w:r>
      <w:bookmarkEnd w:id="748"/>
    </w:p>
    <w:p>
      <w:pPr>
        <w:keepNext/>
        <w:spacing w:after="40"/>
      </w:pPr>
      <w:r>
        <w:rPr>
          <w:b/>
          <w:i w:val="0"/>
          <w:color w:val="6A6F75"/>
          <w:sz w:val="18"/>
        </w:rPr>
        <w:t xml:space="preserve">Context. </w:t>
      </w:r>
      <w:r>
        <w:rPr>
          <w:b w:val="0"/>
          <w:i w:val="0"/>
          <w:color w:val="6A6F75"/>
          <w:sz w:val="19"/>
        </w:rPr>
        <w:t>The Emperor offers Kaoru the Second Princess over a game of go.</w:t>
      </w:r>
    </w:p>
    <w:p>
      <w:pPr>
        <w:keepNext/>
        <w:spacing w:after="0"/>
      </w:pPr>
      <w:r>
        <w:rPr>
          <w:rFonts w:ascii="Noto Serif CJK JP" w:hAnsi="Noto Serif CJK JP" w:eastAsia="Noto Serif CJK JP"/>
          <w:b w:val="0"/>
          <w:i w:val="0"/>
          <w:color w:val="222B33"/>
          <w:sz w:val="26"/>
        </w:rPr>
        <w:t>世の常の垣根に匂ふ花ならば心のままに折りて見ましを</w:t>
      </w:r>
    </w:p>
    <w:p>
      <w:pPr>
        <w:keepNext/>
        <w:spacing w:after="60"/>
      </w:pPr>
      <w:r>
        <w:rPr>
          <w:rFonts w:ascii="Noto Serif CJK JP" w:hAnsi="Noto Serif CJK JP" w:eastAsia="Noto Serif CJK JP"/>
          <w:b w:val="0"/>
          <w:i w:val="0"/>
          <w:color w:val="6A6F75"/>
          <w:sz w:val="19"/>
        </w:rPr>
        <w:t>よのつねの　／　かき根ににほふ　／　花ならは　／　こゝろのまゝに　／　おりてみましを</w:t>
      </w:r>
    </w:p>
    <w:p>
      <w:pPr>
        <w:keepNext/>
        <w:spacing w:after="60"/>
      </w:pPr>
      <w:r>
        <w:rPr>
          <w:b w:val="0"/>
          <w:i/>
          <w:color w:val="222B33"/>
          <w:sz w:val="21"/>
        </w:rPr>
        <w:t>If it were a flower</w:t>
        <w:br/>
      </w:r>
      <w:r>
        <w:rPr>
          <w:b w:val="0"/>
          <w:i/>
          <w:color w:val="222B33"/>
          <w:sz w:val="21"/>
        </w:rPr>
        <w:t>fragrant at an ordinary fence,</w:t>
        <w:br/>
      </w:r>
      <w:r>
        <w:rPr>
          <w:b w:val="0"/>
          <w:i/>
          <w:color w:val="222B33"/>
          <w:sz w:val="21"/>
        </w:rPr>
        <w:t>I would pluck</w:t>
        <w:br/>
      </w:r>
      <w:r>
        <w:rPr>
          <w:b w:val="0"/>
          <w:i/>
          <w:color w:val="222B33"/>
          <w:sz w:val="21"/>
        </w:rPr>
        <w:t>and look at it</w:t>
        <w:br/>
      </w:r>
      <w:r>
        <w:rPr>
          <w:b w:val="0"/>
          <w:i/>
          <w:color w:val="222B33"/>
          <w:sz w:val="21"/>
        </w:rPr>
        <w:t>as I wished.</w:t>
      </w:r>
    </w:p>
    <w:p>
      <w:pPr>
        <w:spacing w:after="40"/>
      </w:pPr>
      <w:r>
        <w:rPr>
          <w:b w:val="0"/>
          <w:i w:val="0"/>
          <w:color w:val="222B33"/>
          <w:sz w:val="19"/>
        </w:rPr>
        <w:t>The Emperor’s go game; Kaoru wins the Second Princess.</w:t>
      </w:r>
    </w:p>
    <w:p>
      <w:pPr>
        <w:spacing w:after="40"/>
      </w:pPr>
      <w:r>
        <w:rPr>
          <w:b w:val="0"/>
          <w:i w:val="0"/>
          <w:color w:val="6A6F75"/>
          <w:sz w:val="18"/>
        </w:rPr>
        <w:t xml:space="preserve">Answered by </w:t>
      </w:r>
      <w:hyperlink w:anchor="p700">
        <w:r>
          <w:rPr>
            <w:color w:val="2E5A80"/>
            <w:u w:val="single"/>
            <w:sz w:val="18"/>
          </w:rPr>
          <w:t xml:space="preserve">No. 700 (the Emperor)</w:t>
        </w:r>
      </w:hyperlink>
    </w:p>
    <w:p>
      <w:pPr>
        <w:keepNext/>
        <w:spacing w:after="20" w:before="200"/>
      </w:pPr>
      <w:bookmarkStart w:id="749" w:name="p700"/>
      <w:r>
        <w:rPr>
          <w:b/>
          <w:i w:val="0"/>
          <w:color w:val="222B33"/>
          <w:sz w:val="22"/>
        </w:rPr>
        <w:t>No. 700</w:t>
      </w:r>
      <w:r>
        <w:rPr>
          <w:b w:val="0"/>
          <w:i w:val="0"/>
          <w:color w:val="6A6F75"/>
          <w:sz w:val="18"/>
        </w:rPr>
        <w:t xml:space="preserve">   the Emperor → Kaoru   答 reply</w:t>
      </w:r>
      <w:bookmarkEnd w:id="749"/>
    </w:p>
    <w:p>
      <w:pPr>
        <w:keepNext/>
        <w:spacing w:after="0"/>
      </w:pPr>
      <w:r>
        <w:rPr>
          <w:rFonts w:ascii="Noto Serif CJK JP" w:hAnsi="Noto Serif CJK JP" w:eastAsia="Noto Serif CJK JP"/>
          <w:b w:val="0"/>
          <w:i w:val="0"/>
          <w:color w:val="222B33"/>
          <w:sz w:val="26"/>
        </w:rPr>
        <w:t>霜にあへず枯れにし園の菊なれど残りの色はあせずもあるかな</w:t>
      </w:r>
    </w:p>
    <w:p>
      <w:pPr>
        <w:keepNext/>
        <w:spacing w:after="60"/>
      </w:pPr>
      <w:r>
        <w:rPr>
          <w:rFonts w:ascii="Noto Serif CJK JP" w:hAnsi="Noto Serif CJK JP" w:eastAsia="Noto Serif CJK JP"/>
          <w:b w:val="0"/>
          <w:i w:val="0"/>
          <w:color w:val="6A6F75"/>
          <w:sz w:val="19"/>
        </w:rPr>
        <w:t>霜にあへす　／　かれにしそのゝ　／　菊なれと　／　のこりの色は　／　あせすもある哉</w:t>
      </w:r>
    </w:p>
    <w:p>
      <w:pPr>
        <w:keepNext/>
        <w:spacing w:after="60"/>
      </w:pPr>
      <w:r>
        <w:rPr>
          <w:b w:val="0"/>
          <w:i/>
          <w:color w:val="222B33"/>
          <w:sz w:val="21"/>
        </w:rPr>
        <w:t>Though the chrysanthemum</w:t>
        <w:br/>
      </w:r>
      <w:r>
        <w:rPr>
          <w:b w:val="0"/>
          <w:i/>
          <w:color w:val="222B33"/>
          <w:sz w:val="21"/>
        </w:rPr>
        <w:t>of the garden withered under frost,</w:t>
        <w:br/>
      </w:r>
      <w:r>
        <w:rPr>
          <w:b w:val="0"/>
          <w:i/>
          <w:color w:val="222B33"/>
          <w:sz w:val="21"/>
        </w:rPr>
        <w:t>its remaining color</w:t>
        <w:br/>
      </w:r>
      <w:r>
        <w:rPr>
          <w:b w:val="0"/>
          <w:i/>
          <w:color w:val="222B33"/>
          <w:sz w:val="21"/>
        </w:rPr>
        <w:t>has not</w:t>
        <w:br/>
      </w:r>
      <w:r>
        <w:rPr>
          <w:b w:val="0"/>
          <w:i/>
          <w:color w:val="222B33"/>
          <w:sz w:val="21"/>
        </w:rPr>
        <w:t>faded.</w:t>
      </w:r>
    </w:p>
    <w:p>
      <w:pPr>
        <w:spacing w:after="40"/>
      </w:pPr>
      <w:r>
        <w:rPr>
          <w:b w:val="0"/>
          <w:i w:val="0"/>
          <w:color w:val="222B33"/>
          <w:sz w:val="19"/>
        </w:rPr>
        <w:t>The princess’s late mother.</w:t>
      </w:r>
    </w:p>
    <w:p>
      <w:pPr>
        <w:spacing w:after="40"/>
      </w:pPr>
      <w:r>
        <w:rPr>
          <w:b w:val="0"/>
          <w:i w:val="0"/>
          <w:color w:val="6A6F75"/>
          <w:sz w:val="18"/>
        </w:rPr>
        <w:t xml:space="preserve">In reply to </w:t>
      </w:r>
      <w:hyperlink w:anchor="p699">
        <w:r>
          <w:rPr>
            <w:color w:val="2E5A80"/>
            <w:u w:val="single"/>
            <w:sz w:val="18"/>
          </w:rPr>
          <w:t xml:space="preserve">No. 699 (Kaoru)</w:t>
        </w:r>
      </w:hyperlink>
    </w:p>
    <w:p>
      <w:pPr>
        <w:keepNext/>
        <w:spacing w:after="20" w:before="200"/>
      </w:pPr>
      <w:bookmarkStart w:id="750" w:name="p701"/>
      <w:r>
        <w:rPr>
          <w:b/>
          <w:i w:val="0"/>
          <w:color w:val="222B33"/>
          <w:sz w:val="22"/>
        </w:rPr>
        <w:t>No. 701</w:t>
      </w:r>
      <w:r>
        <w:rPr>
          <w:b w:val="0"/>
          <w:i w:val="0"/>
          <w:color w:val="6A6F75"/>
          <w:sz w:val="18"/>
        </w:rPr>
        <w:t xml:space="preserve">   Kaoru   独 solo</w:t>
      </w:r>
      <w:bookmarkEnd w:id="750"/>
    </w:p>
    <w:p>
      <w:pPr>
        <w:keepNext/>
        <w:spacing w:after="40"/>
      </w:pPr>
      <w:r>
        <w:rPr>
          <w:b/>
          <w:i w:val="0"/>
          <w:color w:val="6A6F75"/>
          <w:sz w:val="18"/>
        </w:rPr>
        <w:t xml:space="preserve">Context. </w:t>
      </w:r>
      <w:r>
        <w:rPr>
          <w:b w:val="0"/>
          <w:i w:val="0"/>
          <w:color w:val="6A6F75"/>
          <w:sz w:val="19"/>
        </w:rPr>
        <w:t>Kaoru on morning glories, thinking of Ōigimi; he takes no joy in his royal marriage.</w:t>
      </w:r>
    </w:p>
    <w:p>
      <w:pPr>
        <w:keepNext/>
        <w:spacing w:after="0"/>
      </w:pPr>
      <w:r>
        <w:rPr>
          <w:rFonts w:ascii="Noto Serif CJK JP" w:hAnsi="Noto Serif CJK JP" w:eastAsia="Noto Serif CJK JP"/>
          <w:b w:val="0"/>
          <w:i w:val="0"/>
          <w:color w:val="222B33"/>
          <w:sz w:val="26"/>
        </w:rPr>
        <w:t>今朝の間の色にや賞でむ置く露の消えぬにかかる花と見る見る</w:t>
      </w:r>
    </w:p>
    <w:p>
      <w:pPr>
        <w:keepNext/>
        <w:spacing w:after="60"/>
      </w:pPr>
      <w:r>
        <w:rPr>
          <w:rFonts w:ascii="Noto Serif CJK JP" w:hAnsi="Noto Serif CJK JP" w:eastAsia="Noto Serif CJK JP"/>
          <w:b w:val="0"/>
          <w:i w:val="0"/>
          <w:color w:val="6A6F75"/>
          <w:sz w:val="19"/>
        </w:rPr>
        <w:t>今朝のまの　／　色にやめてん　／　をく露の　／　きえぬにかゝる　／　花とみるみる</w:t>
      </w:r>
    </w:p>
    <w:p>
      <w:pPr>
        <w:keepNext/>
        <w:spacing w:after="60"/>
      </w:pPr>
      <w:r>
        <w:rPr>
          <w:b w:val="0"/>
          <w:i/>
          <w:color w:val="222B33"/>
          <w:sz w:val="21"/>
        </w:rPr>
        <w:t>Do I love it</w:t>
        <w:br/>
      </w:r>
      <w:r>
        <w:rPr>
          <w:b w:val="0"/>
          <w:i/>
          <w:color w:val="222B33"/>
          <w:sz w:val="21"/>
        </w:rPr>
        <w:t>for its color only this morning,</w:t>
        <w:br/>
      </w:r>
      <w:r>
        <w:rPr>
          <w:b w:val="0"/>
          <w:i/>
          <w:color w:val="222B33"/>
          <w:sz w:val="21"/>
        </w:rPr>
        <w:t>watching the flower</w:t>
        <w:br/>
      </w:r>
      <w:r>
        <w:rPr>
          <w:b w:val="0"/>
          <w:i/>
          <w:color w:val="222B33"/>
          <w:sz w:val="21"/>
        </w:rPr>
        <w:t>hanging on</w:t>
        <w:br/>
      </w:r>
      <w:r>
        <w:rPr>
          <w:b w:val="0"/>
          <w:i/>
          <w:color w:val="222B33"/>
          <w:sz w:val="21"/>
        </w:rPr>
        <w:t>till the dew is gone?</w:t>
      </w:r>
    </w:p>
    <w:p>
      <w:pPr>
        <w:spacing w:after="40"/>
      </w:pPr>
      <w:r>
        <w:rPr>
          <w:b w:val="0"/>
          <w:i w:val="0"/>
          <w:color w:val="222B33"/>
          <w:sz w:val="19"/>
        </w:rPr>
        <w:t>Asagao, the morning glory.</w:t>
      </w:r>
    </w:p>
    <w:p>
      <w:pPr>
        <w:keepNext/>
        <w:spacing w:after="20" w:before="200"/>
      </w:pPr>
      <w:bookmarkStart w:id="751" w:name="p702"/>
      <w:r>
        <w:rPr>
          <w:b/>
          <w:i w:val="0"/>
          <w:color w:val="222B33"/>
          <w:sz w:val="22"/>
        </w:rPr>
        <w:t>No. 702</w:t>
      </w:r>
      <w:r>
        <w:rPr>
          <w:b w:val="0"/>
          <w:i w:val="0"/>
          <w:color w:val="6A6F75"/>
          <w:sz w:val="18"/>
        </w:rPr>
        <w:t xml:space="preserve">   Kaoru → Naka no Kimi   贈 sent</w:t>
      </w:r>
      <w:bookmarkEnd w:id="751"/>
    </w:p>
    <w:p>
      <w:pPr>
        <w:keepNext/>
        <w:spacing w:after="40"/>
      </w:pPr>
      <w:r>
        <w:rPr>
          <w:b/>
          <w:i w:val="0"/>
          <w:color w:val="6A6F75"/>
          <w:sz w:val="18"/>
        </w:rPr>
        <w:t xml:space="preserve">Context. </w:t>
      </w:r>
      <w:r>
        <w:rPr>
          <w:b w:val="0"/>
          <w:i w:val="0"/>
          <w:color w:val="6A6F75"/>
          <w:sz w:val="19"/>
        </w:rPr>
        <w:t>Kaoru to Naka no Kimi; his feeling for her grows as Niou neglects her.</w:t>
      </w:r>
    </w:p>
    <w:p>
      <w:pPr>
        <w:keepNext/>
        <w:spacing w:after="0"/>
      </w:pPr>
      <w:r>
        <w:rPr>
          <w:rFonts w:ascii="Noto Serif CJK JP" w:hAnsi="Noto Serif CJK JP" w:eastAsia="Noto Serif CJK JP"/>
          <w:b w:val="0"/>
          <w:i w:val="0"/>
          <w:color w:val="222B33"/>
          <w:sz w:val="26"/>
        </w:rPr>
        <w:t>よそへてぞ見るべかりける白露の契りかおきし朝顔の花</w:t>
      </w:r>
    </w:p>
    <w:p>
      <w:pPr>
        <w:keepNext/>
        <w:spacing w:after="60"/>
      </w:pPr>
      <w:r>
        <w:rPr>
          <w:rFonts w:ascii="Noto Serif CJK JP" w:hAnsi="Noto Serif CJK JP" w:eastAsia="Noto Serif CJK JP"/>
          <w:b w:val="0"/>
          <w:i w:val="0"/>
          <w:color w:val="6A6F75"/>
          <w:sz w:val="19"/>
        </w:rPr>
        <w:t>よそへてそ　／　みるへかりける　／　しら露の　／　ちきりかをきし　／　あさかほの花</w:t>
      </w:r>
    </w:p>
    <w:p>
      <w:pPr>
        <w:keepNext/>
        <w:spacing w:after="60"/>
      </w:pPr>
      <w:r>
        <w:rPr>
          <w:b w:val="0"/>
          <w:i/>
          <w:color w:val="222B33"/>
          <w:sz w:val="21"/>
        </w:rPr>
        <w:t>I should have seen it</w:t>
        <w:br/>
      </w:r>
      <w:r>
        <w:rPr>
          <w:b w:val="0"/>
          <w:i/>
          <w:color w:val="222B33"/>
          <w:sz w:val="21"/>
        </w:rPr>
        <w:t>as a likeness: the morning glory</w:t>
        <w:br/>
      </w:r>
      <w:r>
        <w:rPr>
          <w:b w:val="0"/>
          <w:i/>
          <w:color w:val="222B33"/>
          <w:sz w:val="21"/>
        </w:rPr>
        <w:t>with which the white dew</w:t>
        <w:br/>
      </w:r>
      <w:r>
        <w:rPr>
          <w:b w:val="0"/>
          <w:i/>
          <w:color w:val="222B33"/>
          <w:sz w:val="21"/>
        </w:rPr>
        <w:t>made a pledge</w:t>
        <w:br/>
      </w:r>
      <w:r>
        <w:rPr>
          <w:b w:val="0"/>
          <w:i/>
          <w:color w:val="222B33"/>
          <w:sz w:val="21"/>
        </w:rPr>
        <w:t>when it settled.</w:t>
      </w:r>
    </w:p>
    <w:p>
      <w:pPr>
        <w:spacing w:after="40"/>
      </w:pPr>
      <w:r>
        <w:rPr>
          <w:b w:val="0"/>
          <w:i w:val="0"/>
          <w:color w:val="6A6F75"/>
          <w:sz w:val="18"/>
        </w:rPr>
        <w:t xml:space="preserve">Answered by </w:t>
      </w:r>
      <w:hyperlink w:anchor="p703">
        <w:r>
          <w:rPr>
            <w:color w:val="2E5A80"/>
            <w:u w:val="single"/>
            <w:sz w:val="18"/>
          </w:rPr>
          <w:t xml:space="preserve">No. 703 (Naka no Kimi)</w:t>
        </w:r>
      </w:hyperlink>
    </w:p>
    <w:p>
      <w:pPr>
        <w:keepNext/>
        <w:spacing w:after="20" w:before="200"/>
      </w:pPr>
      <w:bookmarkStart w:id="752" w:name="p703"/>
      <w:r>
        <w:rPr>
          <w:b/>
          <w:i w:val="0"/>
          <w:color w:val="222B33"/>
          <w:sz w:val="22"/>
        </w:rPr>
        <w:t>No. 703</w:t>
      </w:r>
      <w:r>
        <w:rPr>
          <w:b w:val="0"/>
          <w:i w:val="0"/>
          <w:color w:val="6A6F75"/>
          <w:sz w:val="18"/>
        </w:rPr>
        <w:t xml:space="preserve">   Naka no Kimi → Kaoru   答 reply</w:t>
      </w:r>
      <w:bookmarkEnd w:id="752"/>
    </w:p>
    <w:p>
      <w:pPr>
        <w:keepNext/>
        <w:spacing w:after="0"/>
      </w:pPr>
      <w:r>
        <w:rPr>
          <w:rFonts w:ascii="Noto Serif CJK JP" w:hAnsi="Noto Serif CJK JP" w:eastAsia="Noto Serif CJK JP"/>
          <w:b w:val="0"/>
          <w:i w:val="0"/>
          <w:color w:val="222B33"/>
          <w:sz w:val="26"/>
        </w:rPr>
        <w:t>消えぬまに枯れぬる花のはかなさにおくるる露はなほぞまされる</w:t>
      </w:r>
    </w:p>
    <w:p>
      <w:pPr>
        <w:keepNext/>
        <w:spacing w:after="60"/>
      </w:pPr>
      <w:r>
        <w:rPr>
          <w:rFonts w:ascii="Noto Serif CJK JP" w:hAnsi="Noto Serif CJK JP" w:eastAsia="Noto Serif CJK JP"/>
          <w:b w:val="0"/>
          <w:i w:val="0"/>
          <w:color w:val="6A6F75"/>
          <w:sz w:val="19"/>
        </w:rPr>
        <w:t>きえぬまに　／　かれぬる花の　／　はかなさに　／　をくるゝ露は　／　猶そまされる</w:t>
      </w:r>
    </w:p>
    <w:p>
      <w:pPr>
        <w:keepNext/>
        <w:spacing w:after="60"/>
      </w:pPr>
      <w:r>
        <w:rPr>
          <w:b w:val="0"/>
          <w:i/>
          <w:color w:val="222B33"/>
          <w:sz w:val="21"/>
        </w:rPr>
        <w:t>Than the fleetingness</w:t>
        <w:br/>
      </w:r>
      <w:r>
        <w:rPr>
          <w:b w:val="0"/>
          <w:i/>
          <w:color w:val="222B33"/>
          <w:sz w:val="21"/>
        </w:rPr>
        <w:t>of the flower that withered before the dew,</w:t>
        <w:br/>
      </w:r>
      <w:r>
        <w:rPr>
          <w:b w:val="0"/>
          <w:i/>
          <w:color w:val="222B33"/>
          <w:sz w:val="21"/>
        </w:rPr>
        <w:t>the dew that is left behind</w:t>
        <w:br/>
      </w:r>
      <w:r>
        <w:rPr>
          <w:b w:val="0"/>
          <w:i/>
          <w:color w:val="222B33"/>
          <w:sz w:val="21"/>
        </w:rPr>
        <w:t>is more</w:t>
        <w:br/>
      </w:r>
      <w:r>
        <w:rPr>
          <w:b w:val="0"/>
          <w:i/>
          <w:color w:val="222B33"/>
          <w:sz w:val="21"/>
        </w:rPr>
        <w:t>fleeting.</w:t>
      </w:r>
    </w:p>
    <w:p>
      <w:pPr>
        <w:spacing w:after="40"/>
      </w:pPr>
      <w:r>
        <w:rPr>
          <w:b w:val="0"/>
          <w:i w:val="0"/>
          <w:color w:val="6A6F75"/>
          <w:sz w:val="18"/>
        </w:rPr>
        <w:t xml:space="preserve">In reply to </w:t>
      </w:r>
      <w:hyperlink w:anchor="p702">
        <w:r>
          <w:rPr>
            <w:color w:val="2E5A80"/>
            <w:u w:val="single"/>
            <w:sz w:val="18"/>
          </w:rPr>
          <w:t xml:space="preserve">No. 702 (Kaoru)</w:t>
        </w:r>
      </w:hyperlink>
    </w:p>
    <w:p>
      <w:pPr>
        <w:keepNext/>
        <w:spacing w:after="20" w:before="200"/>
      </w:pPr>
      <w:bookmarkStart w:id="753" w:name="p704"/>
      <w:r>
        <w:rPr>
          <w:b/>
          <w:i w:val="0"/>
          <w:color w:val="222B33"/>
          <w:sz w:val="22"/>
        </w:rPr>
        <w:t>No. 704</w:t>
      </w:r>
      <w:r>
        <w:rPr>
          <w:b w:val="0"/>
          <w:i w:val="0"/>
          <w:color w:val="6A6F75"/>
          <w:sz w:val="18"/>
        </w:rPr>
        <w:t xml:space="preserve">   Yūgiri (or his son, as proxy) → Niou   代贈:独 proxy sent / solo</w:t>
      </w:r>
      <w:bookmarkEnd w:id="753"/>
    </w:p>
    <w:p>
      <w:pPr>
        <w:keepNext/>
        <w:spacing w:after="40"/>
      </w:pPr>
      <w:r>
        <w:rPr>
          <w:b/>
          <w:i w:val="0"/>
          <w:color w:val="6A6F75"/>
          <w:sz w:val="18"/>
        </w:rPr>
        <w:t xml:space="preserve">Context. </w:t>
      </w:r>
      <w:r>
        <w:rPr>
          <w:b w:val="0"/>
          <w:i w:val="0"/>
          <w:color w:val="6A6F75"/>
          <w:sz w:val="19"/>
        </w:rPr>
        <w:t>Niou does not come on Rokunokimi’s marriage night; Yūgiri sends.</w:t>
      </w:r>
    </w:p>
    <w:p>
      <w:pPr>
        <w:keepNext/>
        <w:spacing w:after="0"/>
      </w:pPr>
      <w:r>
        <w:rPr>
          <w:rFonts w:ascii="Noto Serif CJK JP" w:hAnsi="Noto Serif CJK JP" w:eastAsia="Noto Serif CJK JP"/>
          <w:b w:val="0"/>
          <w:i w:val="0"/>
          <w:color w:val="222B33"/>
          <w:sz w:val="26"/>
        </w:rPr>
        <w:t>大空の月だに宿るわが宿に待つ宵過ぎて見えぬ君かな</w:t>
      </w:r>
    </w:p>
    <w:p>
      <w:pPr>
        <w:keepNext/>
        <w:spacing w:after="60"/>
      </w:pPr>
      <w:r>
        <w:rPr>
          <w:rFonts w:ascii="Noto Serif CJK JP" w:hAnsi="Noto Serif CJK JP" w:eastAsia="Noto Serif CJK JP"/>
          <w:b w:val="0"/>
          <w:i w:val="0"/>
          <w:color w:val="6A6F75"/>
          <w:sz w:val="19"/>
        </w:rPr>
        <w:t>おほ空の　／　月たにやとる　／　わかやとに　／　待よひ過て　／　みえぬきみかな</w:t>
      </w:r>
    </w:p>
    <w:p>
      <w:pPr>
        <w:keepNext/>
        <w:spacing w:after="60"/>
      </w:pPr>
      <w:r>
        <w:rPr>
          <w:b w:val="0"/>
          <w:i/>
          <w:color w:val="222B33"/>
          <w:sz w:val="21"/>
        </w:rPr>
        <w:t>At my house, where</w:t>
        <w:br/>
      </w:r>
      <w:r>
        <w:rPr>
          <w:b w:val="0"/>
          <w:i/>
          <w:color w:val="222B33"/>
          <w:sz w:val="21"/>
        </w:rPr>
        <w:t>even the moon in the great sky lodges,</w:t>
        <w:br/>
      </w:r>
      <w:r>
        <w:rPr>
          <w:b w:val="0"/>
          <w:i/>
          <w:color w:val="222B33"/>
          <w:sz w:val="21"/>
        </w:rPr>
        <w:t>the waiting evening</w:t>
        <w:br/>
      </w:r>
      <w:r>
        <w:rPr>
          <w:b w:val="0"/>
          <w:i/>
          <w:color w:val="222B33"/>
          <w:sz w:val="21"/>
        </w:rPr>
        <w:t>passes, and you</w:t>
        <w:br/>
      </w:r>
      <w:r>
        <w:rPr>
          <w:b w:val="0"/>
          <w:i/>
          <w:color w:val="222B33"/>
          <w:sz w:val="21"/>
        </w:rPr>
        <w:t>do not appear.</w:t>
      </w:r>
    </w:p>
    <w:p>
      <w:pPr>
        <w:spacing w:after="40"/>
      </w:pPr>
      <w:r>
        <w:rPr>
          <w:b w:val="0"/>
          <w:i w:val="0"/>
          <w:color w:val="222B33"/>
          <w:sz w:val="19"/>
        </w:rPr>
        <w:t>Rokunokimi’s marriage night.</w:t>
      </w:r>
    </w:p>
    <w:p>
      <w:pPr>
        <w:spacing w:after="40"/>
      </w:pPr>
      <w:r>
        <w:rPr>
          <w:b/>
          <w:i w:val="0"/>
          <w:color w:val="8A4B1C"/>
          <w:sz w:val="18"/>
        </w:rPr>
        <w:t xml:space="preserve">Attribution uncertain. </w:t>
      </w:r>
      <w:r>
        <w:rPr>
          <w:b w:val="0"/>
          <w:i w:val="0"/>
          <w:sz w:val="19"/>
        </w:rPr>
        <w:t>Proxy poem (代): written by one person in another’s name; the card names the writer. Yūgiri by the common view 通説; or his son writing as proxy.</w:t>
      </w:r>
    </w:p>
    <w:p>
      <w:pPr>
        <w:keepNext/>
        <w:spacing w:after="20" w:before="200"/>
      </w:pPr>
      <w:bookmarkStart w:id="754" w:name="p705"/>
      <w:r>
        <w:rPr>
          <w:b/>
          <w:i w:val="0"/>
          <w:color w:val="222B33"/>
          <w:sz w:val="22"/>
        </w:rPr>
        <w:t>No. 705</w:t>
      </w:r>
      <w:r>
        <w:rPr>
          <w:b w:val="0"/>
          <w:i w:val="0"/>
          <w:color w:val="6A6F75"/>
          <w:sz w:val="18"/>
        </w:rPr>
        <w:t xml:space="preserve">   Naka no Kimi   独 solo</w:t>
      </w:r>
      <w:bookmarkEnd w:id="754"/>
    </w:p>
    <w:p>
      <w:pPr>
        <w:keepNext/>
        <w:spacing w:after="40"/>
      </w:pPr>
      <w:r>
        <w:rPr>
          <w:b/>
          <w:i w:val="0"/>
          <w:color w:val="6A6F75"/>
          <w:sz w:val="18"/>
        </w:rPr>
        <w:t xml:space="preserve">Context. </w:t>
      </w:r>
      <w:r>
        <w:rPr>
          <w:b w:val="0"/>
          <w:i w:val="0"/>
          <w:color w:val="6A6F75"/>
          <w:sz w:val="19"/>
        </w:rPr>
        <w:t>Naka no Kimi, pregnant, as Niou marries Rokunokimi; she wishes she had stayed at Uji.</w:t>
      </w:r>
    </w:p>
    <w:p>
      <w:pPr>
        <w:keepNext/>
        <w:spacing w:after="0"/>
      </w:pPr>
      <w:r>
        <w:rPr>
          <w:rFonts w:ascii="Noto Serif CJK JP" w:hAnsi="Noto Serif CJK JP" w:eastAsia="Noto Serif CJK JP"/>
          <w:b w:val="0"/>
          <w:i w:val="0"/>
          <w:color w:val="222B33"/>
          <w:sz w:val="26"/>
        </w:rPr>
        <w:t>山里の松の蔭にもかくばかり身にしむ秋の風はなかりき</w:t>
      </w:r>
    </w:p>
    <w:p>
      <w:pPr>
        <w:keepNext/>
        <w:spacing w:after="60"/>
      </w:pPr>
      <w:r>
        <w:rPr>
          <w:rFonts w:ascii="Noto Serif CJK JP" w:hAnsi="Noto Serif CJK JP" w:eastAsia="Noto Serif CJK JP"/>
          <w:b w:val="0"/>
          <w:i w:val="0"/>
          <w:color w:val="6A6F75"/>
          <w:sz w:val="19"/>
        </w:rPr>
        <w:t>山さとの　／　まつのかけにも　／　かくはかり　／　身にしむ秋の　／　風はなかりき</w:t>
      </w:r>
    </w:p>
    <w:p>
      <w:pPr>
        <w:keepNext/>
        <w:spacing w:after="60"/>
      </w:pPr>
      <w:r>
        <w:rPr>
          <w:b w:val="0"/>
          <w:i/>
          <w:color w:val="222B33"/>
          <w:sz w:val="21"/>
        </w:rPr>
        <w:t>Even in the pine shade</w:t>
        <w:br/>
      </w:r>
      <w:r>
        <w:rPr>
          <w:b w:val="0"/>
          <w:i/>
          <w:color w:val="222B33"/>
          <w:sz w:val="21"/>
        </w:rPr>
        <w:t>of the mountain village</w:t>
        <w:br/>
      </w:r>
      <w:r>
        <w:rPr>
          <w:b w:val="0"/>
          <w:i/>
          <w:color w:val="222B33"/>
          <w:sz w:val="21"/>
        </w:rPr>
        <w:t>there was never wind</w:t>
        <w:br/>
      </w:r>
      <w:r>
        <w:rPr>
          <w:b w:val="0"/>
          <w:i/>
          <w:color w:val="222B33"/>
          <w:sz w:val="21"/>
        </w:rPr>
        <w:t>so piercing</w:t>
        <w:br/>
      </w:r>
      <w:r>
        <w:rPr>
          <w:b w:val="0"/>
          <w:i/>
          <w:color w:val="222B33"/>
          <w:sz w:val="21"/>
        </w:rPr>
        <w:t>as this autumn.</w:t>
      </w:r>
    </w:p>
    <w:p>
      <w:pPr>
        <w:keepNext/>
        <w:spacing w:after="20" w:before="200"/>
      </w:pPr>
      <w:bookmarkStart w:id="755" w:name="p706"/>
      <w:r>
        <w:rPr>
          <w:b/>
          <w:i w:val="0"/>
          <w:color w:val="222B33"/>
          <w:sz w:val="22"/>
        </w:rPr>
        <w:t>No. 706</w:t>
      </w:r>
      <w:r>
        <w:rPr>
          <w:b w:val="0"/>
          <w:i w:val="0"/>
          <w:color w:val="6A6F75"/>
          <w:sz w:val="18"/>
        </w:rPr>
        <w:t xml:space="preserve">   Ochiba (for Rokunokimi) → Niou   代贈:独 proxy sent / solo</w:t>
      </w:r>
      <w:bookmarkEnd w:id="755"/>
    </w:p>
    <w:p>
      <w:pPr>
        <w:keepNext/>
        <w:spacing w:after="40"/>
      </w:pPr>
      <w:r>
        <w:rPr>
          <w:b/>
          <w:i w:val="0"/>
          <w:color w:val="6A6F75"/>
          <w:sz w:val="18"/>
        </w:rPr>
        <w:t xml:space="preserve">Context. </w:t>
      </w:r>
      <w:r>
        <w:rPr>
          <w:b w:val="0"/>
          <w:i w:val="0"/>
          <w:color w:val="6A6F75"/>
          <w:sz w:val="19"/>
        </w:rPr>
        <w:t>The morning after Niou’s marriage to Rokunokimi.</w:t>
      </w:r>
    </w:p>
    <w:p>
      <w:pPr>
        <w:keepNext/>
        <w:spacing w:after="0"/>
      </w:pPr>
      <w:r>
        <w:rPr>
          <w:rFonts w:ascii="Noto Serif CJK JP" w:hAnsi="Noto Serif CJK JP" w:eastAsia="Noto Serif CJK JP"/>
          <w:b w:val="0"/>
          <w:i w:val="0"/>
          <w:color w:val="222B33"/>
          <w:sz w:val="26"/>
        </w:rPr>
        <w:t>女郎花しをれぞまさる朝露のいかに置きける名残なるらむ</w:t>
      </w:r>
    </w:p>
    <w:p>
      <w:pPr>
        <w:keepNext/>
        <w:spacing w:after="60"/>
      </w:pPr>
      <w:r>
        <w:rPr>
          <w:rFonts w:ascii="Noto Serif CJK JP" w:hAnsi="Noto Serif CJK JP" w:eastAsia="Noto Serif CJK JP"/>
          <w:b w:val="0"/>
          <w:i w:val="0"/>
          <w:color w:val="6A6F75"/>
          <w:sz w:val="19"/>
        </w:rPr>
        <w:t>をみなへし　／　しほれそまさる　／　あさ露の　／　いかにをきける　／　名残なるらん</w:t>
      </w:r>
    </w:p>
    <w:p>
      <w:pPr>
        <w:keepNext/>
        <w:spacing w:after="60"/>
      </w:pPr>
      <w:r>
        <w:rPr>
          <w:b w:val="0"/>
          <w:i/>
          <w:color w:val="222B33"/>
          <w:sz w:val="21"/>
        </w:rPr>
        <w:t>The maiden flower</w:t>
        <w:br/>
      </w:r>
      <w:r>
        <w:rPr>
          <w:b w:val="0"/>
          <w:i/>
          <w:color w:val="222B33"/>
          <w:sz w:val="21"/>
        </w:rPr>
        <w:t>droops further: what is it</w:t>
        <w:br/>
      </w:r>
      <w:r>
        <w:rPr>
          <w:b w:val="0"/>
          <w:i/>
          <w:color w:val="222B33"/>
          <w:sz w:val="21"/>
        </w:rPr>
        <w:t>the morning dew</w:t>
        <w:br/>
      </w:r>
      <w:r>
        <w:rPr>
          <w:b w:val="0"/>
          <w:i/>
          <w:color w:val="222B33"/>
          <w:sz w:val="21"/>
        </w:rPr>
        <w:t>left behind</w:t>
        <w:br/>
      </w:r>
      <w:r>
        <w:rPr>
          <w:b w:val="0"/>
          <w:i/>
          <w:color w:val="222B33"/>
          <w:sz w:val="21"/>
        </w:rPr>
        <w:t>in settling?</w:t>
      </w:r>
    </w:p>
    <w:p>
      <w:pPr>
        <w:spacing w:after="40"/>
      </w:pPr>
      <w:r>
        <w:rPr>
          <w:b/>
          <w:i w:val="0"/>
          <w:color w:val="8A4B1C"/>
          <w:sz w:val="18"/>
        </w:rPr>
        <w:t xml:space="preserve">Attribution uncertain. </w:t>
      </w:r>
      <w:r>
        <w:rPr>
          <w:b w:val="0"/>
          <w:i w:val="0"/>
          <w:sz w:val="19"/>
        </w:rPr>
        <w:t>Proxy poem (代): written by one person in another’s name; the card names the writer.</w:t>
      </w:r>
    </w:p>
    <w:p>
      <w:pPr>
        <w:keepNext/>
        <w:spacing w:after="20" w:before="200"/>
      </w:pPr>
      <w:bookmarkStart w:id="756" w:name="p707"/>
      <w:r>
        <w:rPr>
          <w:b/>
          <w:i w:val="0"/>
          <w:color w:val="222B33"/>
          <w:sz w:val="22"/>
        </w:rPr>
        <w:t>No. 707</w:t>
      </w:r>
      <w:r>
        <w:rPr>
          <w:b w:val="0"/>
          <w:i w:val="0"/>
          <w:color w:val="6A6F75"/>
          <w:sz w:val="18"/>
        </w:rPr>
        <w:t xml:space="preserve">   Naka no Kimi   独 solo</w:t>
      </w:r>
      <w:bookmarkEnd w:id="756"/>
    </w:p>
    <w:p>
      <w:pPr>
        <w:keepNext/>
        <w:spacing w:after="40"/>
      </w:pPr>
      <w:r>
        <w:rPr>
          <w:b/>
          <w:i w:val="0"/>
          <w:color w:val="6A6F75"/>
          <w:sz w:val="18"/>
        </w:rPr>
        <w:t xml:space="preserve">Context. </w:t>
      </w:r>
      <w:r>
        <w:rPr>
          <w:b w:val="0"/>
          <w:i w:val="0"/>
          <w:color w:val="6A6F75"/>
          <w:sz w:val="19"/>
        </w:rPr>
        <w:t>Naka no Kimi, neglected after Niou’s new marriage.</w:t>
      </w:r>
    </w:p>
    <w:p>
      <w:pPr>
        <w:keepNext/>
        <w:spacing w:after="0"/>
      </w:pPr>
      <w:r>
        <w:rPr>
          <w:rFonts w:ascii="Noto Serif CJK JP" w:hAnsi="Noto Serif CJK JP" w:eastAsia="Noto Serif CJK JP"/>
          <w:b w:val="0"/>
          <w:i w:val="0"/>
          <w:color w:val="222B33"/>
          <w:sz w:val="26"/>
        </w:rPr>
        <w:t>おほかたに聞かましものをひぐらしの声恨めしき秋の暮かな</w:t>
      </w:r>
    </w:p>
    <w:p>
      <w:pPr>
        <w:keepNext/>
        <w:spacing w:after="60"/>
      </w:pPr>
      <w:r>
        <w:rPr>
          <w:rFonts w:ascii="Noto Serif CJK JP" w:hAnsi="Noto Serif CJK JP" w:eastAsia="Noto Serif CJK JP"/>
          <w:b w:val="0"/>
          <w:i w:val="0"/>
          <w:color w:val="6A6F75"/>
          <w:sz w:val="19"/>
        </w:rPr>
        <w:t>大かたに　／　きかましものを　／　日くらしの　／　声うらめしき　／　秋のくれ哉</w:t>
      </w:r>
    </w:p>
    <w:p>
      <w:pPr>
        <w:keepNext/>
        <w:spacing w:after="60"/>
      </w:pPr>
      <w:r>
        <w:rPr>
          <w:b w:val="0"/>
          <w:i/>
          <w:color w:val="222B33"/>
          <w:sz w:val="21"/>
        </w:rPr>
        <w:t>I might have heard it</w:t>
        <w:br/>
      </w:r>
      <w:r>
        <w:rPr>
          <w:b w:val="0"/>
          <w:i/>
          <w:color w:val="222B33"/>
          <w:sz w:val="21"/>
        </w:rPr>
        <w:t>as common: but at autumn’s dusk</w:t>
        <w:br/>
      </w:r>
      <w:r>
        <w:rPr>
          <w:b w:val="0"/>
          <w:i/>
          <w:color w:val="222B33"/>
          <w:sz w:val="21"/>
        </w:rPr>
        <w:t>the cicada’s voice</w:t>
        <w:br/>
      </w:r>
      <w:r>
        <w:rPr>
          <w:b w:val="0"/>
          <w:i/>
          <w:color w:val="222B33"/>
          <w:sz w:val="21"/>
        </w:rPr>
        <w:t>sounds</w:t>
        <w:br/>
      </w:r>
      <w:r>
        <w:rPr>
          <w:b w:val="0"/>
          <w:i/>
          <w:color w:val="222B33"/>
          <w:sz w:val="21"/>
        </w:rPr>
        <w:t>bitter.</w:t>
      </w:r>
    </w:p>
    <w:p>
      <w:pPr>
        <w:keepNext/>
        <w:spacing w:after="20" w:before="200"/>
      </w:pPr>
      <w:bookmarkStart w:id="757" w:name="p708"/>
      <w:r>
        <w:rPr>
          <w:b/>
          <w:i w:val="0"/>
          <w:color w:val="222B33"/>
          <w:sz w:val="22"/>
        </w:rPr>
        <w:t>No. 708</w:t>
      </w:r>
      <w:r>
        <w:rPr>
          <w:b w:val="0"/>
          <w:i w:val="0"/>
          <w:color w:val="6A6F75"/>
          <w:sz w:val="18"/>
        </w:rPr>
        <w:t xml:space="preserve">   Azechi no Kimi → Kaoru   贈 sent</w:t>
      </w:r>
      <w:bookmarkEnd w:id="757"/>
    </w:p>
    <w:p>
      <w:pPr>
        <w:keepNext/>
        <w:spacing w:after="40"/>
      </w:pPr>
      <w:r>
        <w:rPr>
          <w:b/>
          <w:i w:val="0"/>
          <w:color w:val="6A6F75"/>
          <w:sz w:val="18"/>
        </w:rPr>
        <w:t xml:space="preserve">Context. </w:t>
      </w:r>
      <w:r>
        <w:rPr>
          <w:b w:val="0"/>
          <w:i w:val="0"/>
          <w:color w:val="6A6F75"/>
          <w:sz w:val="19"/>
        </w:rPr>
        <w:t>Kaoru’s affair with an attendant of the Third Princess.</w:t>
      </w:r>
    </w:p>
    <w:p>
      <w:pPr>
        <w:keepNext/>
        <w:spacing w:after="0"/>
      </w:pPr>
      <w:r>
        <w:rPr>
          <w:rFonts w:ascii="Noto Serif CJK JP" w:hAnsi="Noto Serif CJK JP" w:eastAsia="Noto Serif CJK JP"/>
          <w:b w:val="0"/>
          <w:i w:val="0"/>
          <w:color w:val="222B33"/>
          <w:sz w:val="26"/>
        </w:rPr>
        <w:t>うち渡し世に許しなき関川をみなれそめけむ名こそ惜しけれ</w:t>
      </w:r>
    </w:p>
    <w:p>
      <w:pPr>
        <w:keepNext/>
        <w:spacing w:after="60"/>
      </w:pPr>
      <w:r>
        <w:rPr>
          <w:rFonts w:ascii="Noto Serif CJK JP" w:hAnsi="Noto Serif CJK JP" w:eastAsia="Noto Serif CJK JP"/>
          <w:b w:val="0"/>
          <w:i w:val="0"/>
          <w:color w:val="6A6F75"/>
          <w:sz w:val="19"/>
        </w:rPr>
        <w:t>うちわたし　／　よにゆるしなき　／　せきかはを　／　みなれそめけん　／　名こそおしけれ</w:t>
      </w:r>
    </w:p>
    <w:p>
      <w:pPr>
        <w:keepNext/>
        <w:spacing w:after="60"/>
      </w:pPr>
      <w:r>
        <w:rPr>
          <w:b w:val="0"/>
          <w:i/>
          <w:color w:val="222B33"/>
          <w:sz w:val="21"/>
        </w:rPr>
        <w:t>I regret the name</w:t>
        <w:br/>
      </w:r>
      <w:r>
        <w:rPr>
          <w:b w:val="0"/>
          <w:i/>
          <w:color w:val="222B33"/>
          <w:sz w:val="21"/>
        </w:rPr>
        <w:t>I won in coming to know</w:t>
        <w:br/>
      </w:r>
      <w:r>
        <w:rPr>
          <w:b w:val="0"/>
          <w:i/>
          <w:color w:val="222B33"/>
          <w:sz w:val="21"/>
        </w:rPr>
        <w:t>the barrier river</w:t>
        <w:br/>
      </w:r>
      <w:r>
        <w:rPr>
          <w:b w:val="0"/>
          <w:i/>
          <w:color w:val="222B33"/>
          <w:sz w:val="21"/>
        </w:rPr>
        <w:t>the world</w:t>
        <w:br/>
      </w:r>
      <w:r>
        <w:rPr>
          <w:b w:val="0"/>
          <w:i/>
          <w:color w:val="222B33"/>
          <w:sz w:val="21"/>
        </w:rPr>
        <w:t>does not permit.</w:t>
      </w:r>
    </w:p>
    <w:p>
      <w:pPr>
        <w:spacing w:after="40"/>
      </w:pPr>
      <w:r>
        <w:rPr>
          <w:b w:val="0"/>
          <w:i w:val="0"/>
          <w:color w:val="222B33"/>
          <w:sz w:val="19"/>
        </w:rPr>
        <w:t>Minare: “grow used” and “see the water.”</w:t>
      </w:r>
    </w:p>
    <w:p>
      <w:pPr>
        <w:spacing w:after="40"/>
      </w:pPr>
      <w:r>
        <w:rPr>
          <w:b w:val="0"/>
          <w:i w:val="0"/>
          <w:color w:val="6A6F75"/>
          <w:sz w:val="18"/>
        </w:rPr>
        <w:t xml:space="preserve">Answered by </w:t>
      </w:r>
      <w:hyperlink w:anchor="p709">
        <w:r>
          <w:rPr>
            <w:color w:val="2E5A80"/>
            <w:u w:val="single"/>
            <w:sz w:val="18"/>
          </w:rPr>
          <w:t xml:space="preserve">No. 709 (Kaoru)</w:t>
        </w:r>
      </w:hyperlink>
    </w:p>
    <w:p>
      <w:pPr>
        <w:keepNext/>
        <w:spacing w:after="20" w:before="200"/>
      </w:pPr>
      <w:bookmarkStart w:id="758" w:name="p709"/>
      <w:r>
        <w:rPr>
          <w:b/>
          <w:i w:val="0"/>
          <w:color w:val="222B33"/>
          <w:sz w:val="22"/>
        </w:rPr>
        <w:t>No. 709</w:t>
      </w:r>
      <w:r>
        <w:rPr>
          <w:b w:val="0"/>
          <w:i w:val="0"/>
          <w:color w:val="6A6F75"/>
          <w:sz w:val="18"/>
        </w:rPr>
        <w:t xml:space="preserve">   Kaoru → Azechi no Kimi   答 reply</w:t>
      </w:r>
      <w:bookmarkEnd w:id="758"/>
    </w:p>
    <w:p>
      <w:pPr>
        <w:keepNext/>
        <w:spacing w:after="0"/>
      </w:pPr>
      <w:r>
        <w:rPr>
          <w:rFonts w:ascii="Noto Serif CJK JP" w:hAnsi="Noto Serif CJK JP" w:eastAsia="Noto Serif CJK JP"/>
          <w:b w:val="0"/>
          <w:i w:val="0"/>
          <w:color w:val="222B33"/>
          <w:sz w:val="26"/>
        </w:rPr>
        <w:t>深からず上は見ゆれど関川の下の通ひは絶ゆるものかは</w:t>
      </w:r>
    </w:p>
    <w:p>
      <w:pPr>
        <w:keepNext/>
        <w:spacing w:after="60"/>
      </w:pPr>
      <w:r>
        <w:rPr>
          <w:rFonts w:ascii="Noto Serif CJK JP" w:hAnsi="Noto Serif CJK JP" w:eastAsia="Noto Serif CJK JP"/>
          <w:b w:val="0"/>
          <w:i w:val="0"/>
          <w:color w:val="6A6F75"/>
          <w:sz w:val="19"/>
        </w:rPr>
        <w:t>ふかゝらす　／　うへはみゆれと　／　せきかはの　／　したのかよひは　／　たゆる物かは</w:t>
      </w:r>
    </w:p>
    <w:p>
      <w:pPr>
        <w:keepNext/>
        <w:spacing w:after="60"/>
      </w:pPr>
      <w:r>
        <w:rPr>
          <w:b w:val="0"/>
          <w:i/>
          <w:color w:val="222B33"/>
          <w:sz w:val="21"/>
        </w:rPr>
        <w:t>On the surface</w:t>
        <w:br/>
      </w:r>
      <w:r>
        <w:rPr>
          <w:b w:val="0"/>
          <w:i/>
          <w:color w:val="222B33"/>
          <w:sz w:val="21"/>
        </w:rPr>
        <w:t>it may look shallow, but the flow</w:t>
        <w:br/>
      </w:r>
      <w:r>
        <w:rPr>
          <w:b w:val="0"/>
          <w:i/>
          <w:color w:val="222B33"/>
          <w:sz w:val="21"/>
        </w:rPr>
        <w:t>beneath the barrier river:</w:t>
        <w:br/>
      </w:r>
      <w:r>
        <w:rPr>
          <w:b w:val="0"/>
          <w:i/>
          <w:color w:val="222B33"/>
          <w:sz w:val="21"/>
        </w:rPr>
        <w:t>does it ever</w:t>
        <w:br/>
      </w:r>
      <w:r>
        <w:rPr>
          <w:b w:val="0"/>
          <w:i/>
          <w:color w:val="222B33"/>
          <w:sz w:val="21"/>
        </w:rPr>
        <w:t>break off?</w:t>
      </w:r>
    </w:p>
    <w:p>
      <w:pPr>
        <w:spacing w:after="40"/>
      </w:pPr>
      <w:r>
        <w:rPr>
          <w:b w:val="0"/>
          <w:i w:val="0"/>
          <w:color w:val="6A6F75"/>
          <w:sz w:val="18"/>
        </w:rPr>
        <w:t xml:space="preserve">In reply to </w:t>
      </w:r>
      <w:hyperlink w:anchor="p708">
        <w:r>
          <w:rPr>
            <w:color w:val="2E5A80"/>
            <w:u w:val="single"/>
            <w:sz w:val="18"/>
          </w:rPr>
          <w:t xml:space="preserve">No. 708 (Azechi no Kimi)</w:t>
        </w:r>
      </w:hyperlink>
    </w:p>
    <w:p>
      <w:pPr>
        <w:keepNext/>
        <w:spacing w:after="20" w:before="200"/>
      </w:pPr>
      <w:bookmarkStart w:id="759" w:name="p710"/>
      <w:r>
        <w:rPr>
          <w:b/>
          <w:i w:val="0"/>
          <w:color w:val="222B33"/>
          <w:sz w:val="22"/>
        </w:rPr>
        <w:t>No. 710</w:t>
      </w:r>
      <w:r>
        <w:rPr>
          <w:b w:val="0"/>
          <w:i w:val="0"/>
          <w:color w:val="6A6F75"/>
          <w:sz w:val="18"/>
        </w:rPr>
        <w:t xml:space="preserve">   Kaoru → Naka no Kimi   贈:独 sent / solo</w:t>
      </w:r>
      <w:bookmarkEnd w:id="759"/>
    </w:p>
    <w:p>
      <w:pPr>
        <w:keepNext/>
        <w:spacing w:after="40"/>
      </w:pPr>
      <w:r>
        <w:rPr>
          <w:b/>
          <w:i w:val="0"/>
          <w:color w:val="6A6F75"/>
          <w:sz w:val="18"/>
        </w:rPr>
        <w:t xml:space="preserve">Context. </w:t>
      </w:r>
      <w:r>
        <w:rPr>
          <w:b w:val="0"/>
          <w:i w:val="0"/>
          <w:color w:val="6A6F75"/>
          <w:sz w:val="19"/>
        </w:rPr>
        <w:t>Kaoru visiting Naka no Kimi; he presses her, and she holds him off.</w:t>
      </w:r>
    </w:p>
    <w:p>
      <w:pPr>
        <w:keepNext/>
        <w:spacing w:after="0"/>
      </w:pPr>
      <w:r>
        <w:rPr>
          <w:rFonts w:ascii="Noto Serif CJK JP" w:hAnsi="Noto Serif CJK JP" w:eastAsia="Noto Serif CJK JP"/>
          <w:b w:val="0"/>
          <w:i w:val="0"/>
          <w:color w:val="222B33"/>
          <w:sz w:val="26"/>
        </w:rPr>
        <w:t>いたづらに分けつる道の露しげみ昔おぼゆる秋の空かな</w:t>
      </w:r>
    </w:p>
    <w:p>
      <w:pPr>
        <w:keepNext/>
        <w:spacing w:after="60"/>
      </w:pPr>
      <w:r>
        <w:rPr>
          <w:rFonts w:ascii="Noto Serif CJK JP" w:hAnsi="Noto Serif CJK JP" w:eastAsia="Noto Serif CJK JP"/>
          <w:b w:val="0"/>
          <w:i w:val="0"/>
          <w:color w:val="6A6F75"/>
          <w:sz w:val="19"/>
        </w:rPr>
        <w:t>いたつらに　／　わけつる道の　／　露しけみ　／　むかしおほゆる　／　秋の空哉</w:t>
      </w:r>
    </w:p>
    <w:p>
      <w:pPr>
        <w:keepNext/>
        <w:spacing w:after="60"/>
      </w:pPr>
      <w:r>
        <w:rPr>
          <w:b w:val="0"/>
          <w:i/>
          <w:color w:val="222B33"/>
          <w:sz w:val="21"/>
        </w:rPr>
        <w:t>The dew is thick</w:t>
        <w:br/>
      </w:r>
      <w:r>
        <w:rPr>
          <w:b w:val="0"/>
          <w:i/>
          <w:color w:val="222B33"/>
          <w:sz w:val="21"/>
        </w:rPr>
        <w:t>on the road I parted in vain:</w:t>
        <w:br/>
      </w:r>
      <w:r>
        <w:rPr>
          <w:b w:val="0"/>
          <w:i/>
          <w:color w:val="222B33"/>
          <w:sz w:val="21"/>
        </w:rPr>
        <w:t>an autumn sky</w:t>
        <w:br/>
      </w:r>
      <w:r>
        <w:rPr>
          <w:b w:val="0"/>
          <w:i/>
          <w:color w:val="222B33"/>
          <w:sz w:val="21"/>
        </w:rPr>
        <w:t>that recalls</w:t>
        <w:br/>
      </w:r>
      <w:r>
        <w:rPr>
          <w:b w:val="0"/>
          <w:i/>
          <w:color w:val="222B33"/>
          <w:sz w:val="21"/>
        </w:rPr>
        <w:t>the past.</w:t>
      </w:r>
    </w:p>
    <w:p>
      <w:pPr>
        <w:keepNext/>
        <w:spacing w:after="20" w:before="200"/>
      </w:pPr>
      <w:bookmarkStart w:id="760" w:name="p711"/>
      <w:r>
        <w:rPr>
          <w:b/>
          <w:i w:val="0"/>
          <w:color w:val="222B33"/>
          <w:sz w:val="22"/>
        </w:rPr>
        <w:t>No. 711</w:t>
      </w:r>
      <w:r>
        <w:rPr>
          <w:b w:val="0"/>
          <w:i w:val="0"/>
          <w:color w:val="6A6F75"/>
          <w:sz w:val="18"/>
        </w:rPr>
        <w:t xml:space="preserve">   Niou → Naka no Kimi   贈 sent</w:t>
      </w:r>
      <w:bookmarkEnd w:id="760"/>
    </w:p>
    <w:p>
      <w:pPr>
        <w:keepNext/>
        <w:spacing w:after="40"/>
      </w:pPr>
      <w:r>
        <w:rPr>
          <w:b/>
          <w:i w:val="0"/>
          <w:color w:val="6A6F75"/>
          <w:sz w:val="18"/>
        </w:rPr>
        <w:t xml:space="preserve">Context. </w:t>
      </w:r>
      <w:r>
        <w:rPr>
          <w:b w:val="0"/>
          <w:i w:val="0"/>
          <w:color w:val="6A6F75"/>
          <w:sz w:val="19"/>
        </w:rPr>
        <w:t>Niou smells Kaoru’s scent on Naka no Kimi; his jealousy revives his love.</w:t>
      </w:r>
    </w:p>
    <w:p>
      <w:pPr>
        <w:keepNext/>
        <w:spacing w:after="0"/>
      </w:pPr>
      <w:r>
        <w:rPr>
          <w:rFonts w:ascii="Noto Serif CJK JP" w:hAnsi="Noto Serif CJK JP" w:eastAsia="Noto Serif CJK JP"/>
          <w:b w:val="0"/>
          <w:i w:val="0"/>
          <w:color w:val="222B33"/>
          <w:sz w:val="26"/>
        </w:rPr>
        <w:t>また人に馴れける袖の移り香をわが身にしめて恨みつるかな</w:t>
      </w:r>
    </w:p>
    <w:p>
      <w:pPr>
        <w:keepNext/>
        <w:spacing w:after="60"/>
      </w:pPr>
      <w:r>
        <w:rPr>
          <w:rFonts w:ascii="Noto Serif CJK JP" w:hAnsi="Noto Serif CJK JP" w:eastAsia="Noto Serif CJK JP"/>
          <w:b w:val="0"/>
          <w:i w:val="0"/>
          <w:color w:val="6A6F75"/>
          <w:sz w:val="19"/>
        </w:rPr>
        <w:t>また人に　／　なれける袖の　／　うつりかを　／　わか身にしめて　／　うらみつる哉</w:t>
      </w:r>
    </w:p>
    <w:p>
      <w:pPr>
        <w:keepNext/>
        <w:spacing w:after="60"/>
      </w:pPr>
      <w:r>
        <w:rPr>
          <w:b w:val="0"/>
          <w:i/>
          <w:color w:val="222B33"/>
          <w:sz w:val="21"/>
        </w:rPr>
        <w:t>The scent that has passed</w:t>
        <w:br/>
      </w:r>
      <w:r>
        <w:rPr>
          <w:b w:val="0"/>
          <w:i/>
          <w:color w:val="222B33"/>
          <w:sz w:val="21"/>
        </w:rPr>
        <w:t>from sleeves grown close to another</w:t>
        <w:br/>
      </w:r>
      <w:r>
        <w:rPr>
          <w:b w:val="0"/>
          <w:i/>
          <w:color w:val="222B33"/>
          <w:sz w:val="21"/>
        </w:rPr>
        <w:t>I have drawn into myself</w:t>
        <w:br/>
      </w:r>
      <w:r>
        <w:rPr>
          <w:b w:val="0"/>
          <w:i/>
          <w:color w:val="222B33"/>
          <w:sz w:val="21"/>
        </w:rPr>
        <w:t>and</w:t>
        <w:br/>
      </w:r>
      <w:r>
        <w:rPr>
          <w:b w:val="0"/>
          <w:i/>
          <w:color w:val="222B33"/>
          <w:sz w:val="21"/>
        </w:rPr>
        <w:t>resented.</w:t>
      </w:r>
    </w:p>
    <w:p>
      <w:pPr>
        <w:spacing w:after="40"/>
      </w:pPr>
      <w:r>
        <w:rPr>
          <w:b w:val="0"/>
          <w:i w:val="0"/>
          <w:color w:val="222B33"/>
          <w:sz w:val="19"/>
        </w:rPr>
        <w:t>He smells Kaoru’s scent on her.</w:t>
      </w:r>
    </w:p>
    <w:p>
      <w:pPr>
        <w:spacing w:after="40"/>
      </w:pPr>
      <w:r>
        <w:rPr>
          <w:b w:val="0"/>
          <w:i w:val="0"/>
          <w:color w:val="6A6F75"/>
          <w:sz w:val="18"/>
        </w:rPr>
        <w:t xml:space="preserve">Answered by </w:t>
      </w:r>
      <w:hyperlink w:anchor="p712">
        <w:r>
          <w:rPr>
            <w:color w:val="2E5A80"/>
            <w:u w:val="single"/>
            <w:sz w:val="18"/>
          </w:rPr>
          <w:t xml:space="preserve">No. 712 (Naka no Kimi)</w:t>
        </w:r>
      </w:hyperlink>
    </w:p>
    <w:p>
      <w:pPr>
        <w:keepNext/>
        <w:spacing w:after="20" w:before="200"/>
      </w:pPr>
      <w:bookmarkStart w:id="761" w:name="p712"/>
      <w:r>
        <w:rPr>
          <w:b/>
          <w:i w:val="0"/>
          <w:color w:val="222B33"/>
          <w:sz w:val="22"/>
        </w:rPr>
        <w:t>No. 712</w:t>
      </w:r>
      <w:r>
        <w:rPr>
          <w:b w:val="0"/>
          <w:i w:val="0"/>
          <w:color w:val="6A6F75"/>
          <w:sz w:val="18"/>
        </w:rPr>
        <w:t xml:space="preserve">   Naka no Kimi → Niou   答 reply</w:t>
      </w:r>
      <w:bookmarkEnd w:id="761"/>
    </w:p>
    <w:p>
      <w:pPr>
        <w:keepNext/>
        <w:spacing w:after="0"/>
      </w:pPr>
      <w:r>
        <w:rPr>
          <w:rFonts w:ascii="Noto Serif CJK JP" w:hAnsi="Noto Serif CJK JP" w:eastAsia="Noto Serif CJK JP"/>
          <w:b w:val="0"/>
          <w:i w:val="0"/>
          <w:color w:val="222B33"/>
          <w:sz w:val="26"/>
        </w:rPr>
        <w:t>みなれぬる中の衣と頼めしをかばかりにてやかけ離れなむ</w:t>
      </w:r>
    </w:p>
    <w:p>
      <w:pPr>
        <w:keepNext/>
        <w:spacing w:after="60"/>
      </w:pPr>
      <w:r>
        <w:rPr>
          <w:rFonts w:ascii="Noto Serif CJK JP" w:hAnsi="Noto Serif CJK JP" w:eastAsia="Noto Serif CJK JP"/>
          <w:b w:val="0"/>
          <w:i w:val="0"/>
          <w:color w:val="6A6F75"/>
          <w:sz w:val="19"/>
        </w:rPr>
        <w:t>みなれぬる　／　中のころもと　／　たのめしを　／　かはかりにてや　／　かけはなれなん</w:t>
      </w:r>
    </w:p>
    <w:p>
      <w:pPr>
        <w:keepNext/>
        <w:spacing w:after="60"/>
      </w:pPr>
      <w:r>
        <w:rPr>
          <w:b w:val="0"/>
          <w:i/>
          <w:color w:val="222B33"/>
          <w:sz w:val="21"/>
        </w:rPr>
        <w:t>I trusted the robe</w:t>
        <w:br/>
      </w:r>
      <w:r>
        <w:rPr>
          <w:b w:val="0"/>
          <w:i/>
          <w:color w:val="222B33"/>
          <w:sz w:val="21"/>
        </w:rPr>
        <w:t>of our closeness, worn so long:</w:t>
        <w:br/>
      </w:r>
      <w:r>
        <w:rPr>
          <w:b w:val="0"/>
          <w:i/>
          <w:color w:val="222B33"/>
          <w:sz w:val="21"/>
        </w:rPr>
        <w:t>is it on such</w:t>
        <w:br/>
      </w:r>
      <w:r>
        <w:rPr>
          <w:b w:val="0"/>
          <w:i/>
          <w:color w:val="222B33"/>
          <w:sz w:val="21"/>
        </w:rPr>
        <w:t>a thing</w:t>
        <w:br/>
      </w:r>
      <w:r>
        <w:rPr>
          <w:b w:val="0"/>
          <w:i/>
          <w:color w:val="222B33"/>
          <w:sz w:val="21"/>
        </w:rPr>
        <w:t>you would leave me?</w:t>
      </w:r>
    </w:p>
    <w:p>
      <w:pPr>
        <w:spacing w:after="40"/>
      </w:pPr>
      <w:r>
        <w:rPr>
          <w:b w:val="0"/>
          <w:i w:val="0"/>
          <w:color w:val="6A6F75"/>
          <w:sz w:val="18"/>
        </w:rPr>
        <w:t xml:space="preserve">In reply to </w:t>
      </w:r>
      <w:hyperlink w:anchor="p711">
        <w:r>
          <w:rPr>
            <w:color w:val="2E5A80"/>
            <w:u w:val="single"/>
            <w:sz w:val="18"/>
          </w:rPr>
          <w:t xml:space="preserve">No. 711 (Niou)</w:t>
        </w:r>
      </w:hyperlink>
    </w:p>
    <w:p>
      <w:pPr>
        <w:keepNext/>
        <w:spacing w:after="20" w:before="200"/>
      </w:pPr>
      <w:bookmarkStart w:id="762" w:name="p713"/>
      <w:r>
        <w:rPr>
          <w:b/>
          <w:i w:val="0"/>
          <w:color w:val="222B33"/>
          <w:sz w:val="22"/>
        </w:rPr>
        <w:t>No. 713</w:t>
      </w:r>
      <w:r>
        <w:rPr>
          <w:b w:val="0"/>
          <w:i w:val="0"/>
          <w:color w:val="6A6F75"/>
          <w:sz w:val="18"/>
        </w:rPr>
        <w:t xml:space="preserve">   Kaoru → Naka no Kimi   贈:独 sent / solo</w:t>
      </w:r>
      <w:bookmarkEnd w:id="762"/>
    </w:p>
    <w:p>
      <w:pPr>
        <w:keepNext/>
        <w:spacing w:after="40"/>
      </w:pPr>
      <w:r>
        <w:rPr>
          <w:b/>
          <w:i w:val="0"/>
          <w:color w:val="6A6F75"/>
          <w:sz w:val="18"/>
        </w:rPr>
        <w:t xml:space="preserve">Context. </w:t>
      </w:r>
      <w:r>
        <w:rPr>
          <w:b w:val="0"/>
          <w:i w:val="0"/>
          <w:color w:val="6A6F75"/>
          <w:sz w:val="19"/>
        </w:rPr>
        <w:t>Kaoru notices Naka no Kimi’s pregnancy sash and draws back.</w:t>
      </w:r>
    </w:p>
    <w:p>
      <w:pPr>
        <w:keepNext/>
        <w:spacing w:after="0"/>
      </w:pPr>
      <w:r>
        <w:rPr>
          <w:rFonts w:ascii="Noto Serif CJK JP" w:hAnsi="Noto Serif CJK JP" w:eastAsia="Noto Serif CJK JP"/>
          <w:b w:val="0"/>
          <w:i w:val="0"/>
          <w:color w:val="222B33"/>
          <w:sz w:val="26"/>
        </w:rPr>
        <w:t>結びける契りことなる下紐をただ一筋に恨みやはする</w:t>
      </w:r>
    </w:p>
    <w:p>
      <w:pPr>
        <w:keepNext/>
        <w:spacing w:after="60"/>
      </w:pPr>
      <w:r>
        <w:rPr>
          <w:rFonts w:ascii="Noto Serif CJK JP" w:hAnsi="Noto Serif CJK JP" w:eastAsia="Noto Serif CJK JP"/>
          <w:b w:val="0"/>
          <w:i w:val="0"/>
          <w:color w:val="6A6F75"/>
          <w:sz w:val="19"/>
        </w:rPr>
        <w:t>むすひける　／　契ことなる　／　したひもを　／　たゝひとすちに　／　うらみやはする</w:t>
      </w:r>
    </w:p>
    <w:p>
      <w:pPr>
        <w:keepNext/>
        <w:spacing w:after="60"/>
      </w:pPr>
      <w:r>
        <w:rPr>
          <w:b w:val="0"/>
          <w:i/>
          <w:color w:val="222B33"/>
          <w:sz w:val="21"/>
        </w:rPr>
        <w:t>Should I simply</w:t>
        <w:br/>
      </w:r>
      <w:r>
        <w:rPr>
          <w:b w:val="0"/>
          <w:i/>
          <w:color w:val="222B33"/>
          <w:sz w:val="21"/>
        </w:rPr>
        <w:t>resent the sash, whose</w:t>
        <w:br/>
      </w:r>
      <w:r>
        <w:rPr>
          <w:b w:val="0"/>
          <w:i/>
          <w:color w:val="222B33"/>
          <w:sz w:val="21"/>
        </w:rPr>
        <w:t>tying was a pledge</w:t>
        <w:br/>
      </w:r>
      <w:r>
        <w:rPr>
          <w:b w:val="0"/>
          <w:i/>
          <w:color w:val="222B33"/>
          <w:sz w:val="21"/>
        </w:rPr>
        <w:t>of another</w:t>
        <w:br/>
      </w:r>
      <w:r>
        <w:rPr>
          <w:b w:val="0"/>
          <w:i/>
          <w:color w:val="222B33"/>
          <w:sz w:val="21"/>
        </w:rPr>
        <w:t>bond?</w:t>
      </w:r>
    </w:p>
    <w:p>
      <w:pPr>
        <w:spacing w:after="40"/>
      </w:pPr>
      <w:r>
        <w:rPr>
          <w:b w:val="0"/>
          <w:i w:val="0"/>
          <w:color w:val="222B33"/>
          <w:sz w:val="19"/>
        </w:rPr>
        <w:t>Her pregnancy sash.</w:t>
      </w:r>
    </w:p>
    <w:p>
      <w:pPr>
        <w:keepNext/>
        <w:spacing w:after="20" w:before="200"/>
      </w:pPr>
      <w:bookmarkStart w:id="763" w:name="p714"/>
      <w:r>
        <w:rPr>
          <w:b/>
          <w:i w:val="0"/>
          <w:color w:val="222B33"/>
          <w:sz w:val="22"/>
        </w:rPr>
        <w:t>No. 714</w:t>
      </w:r>
      <w:r>
        <w:rPr>
          <w:b w:val="0"/>
          <w:i w:val="0"/>
          <w:color w:val="6A6F75"/>
          <w:sz w:val="18"/>
        </w:rPr>
        <w:t xml:space="preserve">   Kaoru → Ben   贈 sent</w:t>
      </w:r>
      <w:bookmarkEnd w:id="763"/>
    </w:p>
    <w:p>
      <w:pPr>
        <w:keepNext/>
        <w:spacing w:after="40"/>
      </w:pPr>
      <w:r>
        <w:rPr>
          <w:b/>
          <w:i w:val="0"/>
          <w:color w:val="6A6F75"/>
          <w:sz w:val="18"/>
        </w:rPr>
        <w:t xml:space="preserve">Context. </w:t>
      </w:r>
      <w:r>
        <w:rPr>
          <w:b w:val="0"/>
          <w:i w:val="0"/>
          <w:color w:val="6A6F75"/>
          <w:sz w:val="19"/>
        </w:rPr>
        <w:t>Kaoru at Uji with Ben; he hears of a half sister, Ukifune.</w:t>
      </w:r>
    </w:p>
    <w:p>
      <w:pPr>
        <w:keepNext/>
        <w:spacing w:after="0"/>
      </w:pPr>
      <w:r>
        <w:rPr>
          <w:rFonts w:ascii="Noto Serif CJK JP" w:hAnsi="Noto Serif CJK JP" w:eastAsia="Noto Serif CJK JP"/>
          <w:b w:val="0"/>
          <w:i w:val="0"/>
          <w:color w:val="222B33"/>
          <w:sz w:val="26"/>
        </w:rPr>
        <w:t>宿り木と思ひ出でずは木のもとの旅寝もいかにさびしからまし</w:t>
      </w:r>
    </w:p>
    <w:p>
      <w:pPr>
        <w:keepNext/>
        <w:spacing w:after="60"/>
      </w:pPr>
      <w:r>
        <w:rPr>
          <w:rFonts w:ascii="Noto Serif CJK JP" w:hAnsi="Noto Serif CJK JP" w:eastAsia="Noto Serif CJK JP"/>
          <w:b w:val="0"/>
          <w:i w:val="0"/>
          <w:color w:val="6A6F75"/>
          <w:sz w:val="19"/>
        </w:rPr>
        <w:t>やとりきと　／　思ひいてすは　／　このもとの　／　たひねもいかに　／　さひしからまし</w:t>
      </w:r>
    </w:p>
    <w:p>
      <w:pPr>
        <w:keepNext/>
        <w:spacing w:after="60"/>
      </w:pPr>
      <w:r>
        <w:rPr>
          <w:b w:val="0"/>
          <w:i/>
          <w:color w:val="222B33"/>
          <w:sz w:val="21"/>
        </w:rPr>
        <w:t>If I did not recall</w:t>
        <w:br/>
      </w:r>
      <w:r>
        <w:rPr>
          <w:b w:val="0"/>
          <w:i/>
          <w:color w:val="222B33"/>
          <w:sz w:val="21"/>
        </w:rPr>
        <w:t>the ivy as the place I stayed, how</w:t>
        <w:br/>
      </w:r>
      <w:r>
        <w:rPr>
          <w:b w:val="0"/>
          <w:i/>
          <w:color w:val="222B33"/>
          <w:sz w:val="21"/>
        </w:rPr>
        <w:t>lonely would be</w:t>
        <w:br/>
      </w:r>
      <w:r>
        <w:rPr>
          <w:b w:val="0"/>
          <w:i/>
          <w:color w:val="222B33"/>
          <w:sz w:val="21"/>
        </w:rPr>
        <w:t>my traveler’s sleep</w:t>
        <w:br/>
      </w:r>
      <w:r>
        <w:rPr>
          <w:b w:val="0"/>
          <w:i/>
          <w:color w:val="222B33"/>
          <w:sz w:val="21"/>
        </w:rPr>
        <w:t>beneath the tree.</w:t>
      </w:r>
    </w:p>
    <w:p>
      <w:pPr>
        <w:spacing w:after="40"/>
      </w:pPr>
      <w:r>
        <w:rPr>
          <w:b w:val="0"/>
          <w:i w:val="0"/>
          <w:color w:val="222B33"/>
          <w:sz w:val="19"/>
        </w:rPr>
        <w:t>Yadorigi: “mistletoe” and “place stayed.” Names the chapter.</w:t>
      </w:r>
    </w:p>
    <w:p>
      <w:pPr>
        <w:spacing w:after="40"/>
      </w:pPr>
      <w:r>
        <w:rPr>
          <w:b w:val="0"/>
          <w:i w:val="0"/>
          <w:color w:val="6A6F75"/>
          <w:sz w:val="18"/>
        </w:rPr>
        <w:t xml:space="preserve">Answered by </w:t>
      </w:r>
      <w:hyperlink w:anchor="p715">
        <w:r>
          <w:rPr>
            <w:color w:val="2E5A80"/>
            <w:u w:val="single"/>
            <w:sz w:val="18"/>
          </w:rPr>
          <w:t xml:space="preserve">No. 715 (Ben)</w:t>
        </w:r>
      </w:hyperlink>
    </w:p>
    <w:p>
      <w:pPr>
        <w:keepNext/>
        <w:spacing w:after="20" w:before="200"/>
      </w:pPr>
      <w:bookmarkStart w:id="764" w:name="p715"/>
      <w:r>
        <w:rPr>
          <w:b/>
          <w:i w:val="0"/>
          <w:color w:val="222B33"/>
          <w:sz w:val="22"/>
        </w:rPr>
        <w:t>No. 715</w:t>
      </w:r>
      <w:r>
        <w:rPr>
          <w:b w:val="0"/>
          <w:i w:val="0"/>
          <w:color w:val="6A6F75"/>
          <w:sz w:val="18"/>
        </w:rPr>
        <w:t xml:space="preserve">   Ben → Kaoru   答 reply</w:t>
      </w:r>
      <w:bookmarkEnd w:id="764"/>
    </w:p>
    <w:p>
      <w:pPr>
        <w:keepNext/>
        <w:spacing w:after="0"/>
      </w:pPr>
      <w:r>
        <w:rPr>
          <w:rFonts w:ascii="Noto Serif CJK JP" w:hAnsi="Noto Serif CJK JP" w:eastAsia="Noto Serif CJK JP"/>
          <w:b w:val="0"/>
          <w:i w:val="0"/>
          <w:color w:val="222B33"/>
          <w:sz w:val="26"/>
        </w:rPr>
        <w:t>荒れ果つる朽木のもとを宿りきと思ひおきけるほどの悲しさ</w:t>
      </w:r>
    </w:p>
    <w:p>
      <w:pPr>
        <w:keepNext/>
        <w:spacing w:after="60"/>
      </w:pPr>
      <w:r>
        <w:rPr>
          <w:rFonts w:ascii="Noto Serif CJK JP" w:hAnsi="Noto Serif CJK JP" w:eastAsia="Noto Serif CJK JP"/>
          <w:b w:val="0"/>
          <w:i w:val="0"/>
          <w:color w:val="6A6F75"/>
          <w:sz w:val="19"/>
        </w:rPr>
        <w:t>あれはつる　／　くちきのもとを　／　やとりきと　／　思ひをきける　／　程のかなしさ</w:t>
      </w:r>
    </w:p>
    <w:p>
      <w:pPr>
        <w:keepNext/>
        <w:spacing w:after="60"/>
      </w:pPr>
      <w:r>
        <w:rPr>
          <w:b w:val="0"/>
          <w:i/>
          <w:color w:val="222B33"/>
          <w:sz w:val="21"/>
        </w:rPr>
        <w:t>How sad that you</w:t>
        <w:br/>
      </w:r>
      <w:r>
        <w:rPr>
          <w:b w:val="0"/>
          <w:i/>
          <w:color w:val="222B33"/>
          <w:sz w:val="21"/>
        </w:rPr>
        <w:t>remember as the place you stayed</w:t>
        <w:br/>
      </w:r>
      <w:r>
        <w:rPr>
          <w:b w:val="0"/>
          <w:i/>
          <w:color w:val="222B33"/>
          <w:sz w:val="21"/>
        </w:rPr>
        <w:t>the foot of a rotted tree</w:t>
        <w:br/>
      </w:r>
      <w:r>
        <w:rPr>
          <w:b w:val="0"/>
          <w:i/>
          <w:color w:val="222B33"/>
          <w:sz w:val="21"/>
        </w:rPr>
        <w:t>gone</w:t>
        <w:br/>
      </w:r>
      <w:r>
        <w:rPr>
          <w:b w:val="0"/>
          <w:i/>
          <w:color w:val="222B33"/>
          <w:sz w:val="21"/>
        </w:rPr>
        <w:t>to ruin.</w:t>
      </w:r>
    </w:p>
    <w:p>
      <w:pPr>
        <w:spacing w:after="40"/>
      </w:pPr>
      <w:r>
        <w:rPr>
          <w:b w:val="0"/>
          <w:i w:val="0"/>
          <w:color w:val="6A6F75"/>
          <w:sz w:val="18"/>
        </w:rPr>
        <w:t xml:space="preserve">In reply to </w:t>
      </w:r>
      <w:hyperlink w:anchor="p714">
        <w:r>
          <w:rPr>
            <w:color w:val="2E5A80"/>
            <w:u w:val="single"/>
            <w:sz w:val="18"/>
          </w:rPr>
          <w:t xml:space="preserve">No. 714 (Kaoru)</w:t>
        </w:r>
      </w:hyperlink>
    </w:p>
    <w:p>
      <w:pPr>
        <w:keepNext/>
        <w:spacing w:after="20" w:before="200"/>
      </w:pPr>
      <w:bookmarkStart w:id="765" w:name="p716"/>
      <w:r>
        <w:rPr>
          <w:b/>
          <w:i w:val="0"/>
          <w:color w:val="222B33"/>
          <w:sz w:val="22"/>
        </w:rPr>
        <w:t>No. 716</w:t>
      </w:r>
      <w:r>
        <w:rPr>
          <w:b w:val="0"/>
          <w:i w:val="0"/>
          <w:color w:val="6A6F75"/>
          <w:sz w:val="18"/>
        </w:rPr>
        <w:t xml:space="preserve">   Niou → Naka no Kimi   贈 sent</w:t>
      </w:r>
      <w:bookmarkEnd w:id="765"/>
    </w:p>
    <w:p>
      <w:pPr>
        <w:keepNext/>
        <w:spacing w:after="40"/>
      </w:pPr>
      <w:r>
        <w:rPr>
          <w:b/>
          <w:i w:val="0"/>
          <w:color w:val="6A6F75"/>
          <w:sz w:val="18"/>
        </w:rPr>
        <w:t xml:space="preserve">Context. </w:t>
      </w:r>
      <w:r>
        <w:rPr>
          <w:b w:val="0"/>
          <w:i w:val="0"/>
          <w:color w:val="6A6F75"/>
          <w:sz w:val="19"/>
        </w:rPr>
        <w:t>Niou and Naka no Kimi in autumn; he begins to value her again.</w:t>
      </w:r>
    </w:p>
    <w:p>
      <w:pPr>
        <w:keepNext/>
        <w:spacing w:after="0"/>
      </w:pPr>
      <w:r>
        <w:rPr>
          <w:rFonts w:ascii="Noto Serif CJK JP" w:hAnsi="Noto Serif CJK JP" w:eastAsia="Noto Serif CJK JP"/>
          <w:b w:val="0"/>
          <w:i w:val="0"/>
          <w:color w:val="222B33"/>
          <w:sz w:val="26"/>
        </w:rPr>
        <w:t>穂に出でぬもの思ふらし篠薄招く袂の露しげくして</w:t>
      </w:r>
    </w:p>
    <w:p>
      <w:pPr>
        <w:keepNext/>
        <w:spacing w:after="60"/>
      </w:pPr>
      <w:r>
        <w:rPr>
          <w:rFonts w:ascii="Noto Serif CJK JP" w:hAnsi="Noto Serif CJK JP" w:eastAsia="Noto Serif CJK JP"/>
          <w:b w:val="0"/>
          <w:i w:val="0"/>
          <w:color w:val="6A6F75"/>
          <w:sz w:val="19"/>
        </w:rPr>
        <w:t>ほにいてぬ　／　もの思ふらし　／　ゝのすゝき　／　まねくたもとの　／　露しけくして</w:t>
      </w:r>
    </w:p>
    <w:p>
      <w:pPr>
        <w:keepNext/>
        <w:spacing w:after="60"/>
      </w:pPr>
      <w:r>
        <w:rPr>
          <w:b w:val="0"/>
          <w:i/>
          <w:color w:val="222B33"/>
          <w:sz w:val="21"/>
        </w:rPr>
        <w:t>She seems to grieve</w:t>
        <w:br/>
      </w:r>
      <w:r>
        <w:rPr>
          <w:b w:val="0"/>
          <w:i/>
          <w:color w:val="222B33"/>
          <w:sz w:val="21"/>
        </w:rPr>
        <w:t>without showing it in plumes;</w:t>
        <w:br/>
      </w:r>
      <w:r>
        <w:rPr>
          <w:b w:val="0"/>
          <w:i/>
          <w:color w:val="222B33"/>
          <w:sz w:val="21"/>
        </w:rPr>
        <w:t>the bamboo grass</w:t>
        <w:br/>
      </w:r>
      <w:r>
        <w:rPr>
          <w:b w:val="0"/>
          <w:i/>
          <w:color w:val="222B33"/>
          <w:sz w:val="21"/>
        </w:rPr>
        <w:t>that beckons has sleeves</w:t>
        <w:br/>
      </w:r>
      <w:r>
        <w:rPr>
          <w:b w:val="0"/>
          <w:i/>
          <w:color w:val="222B33"/>
          <w:sz w:val="21"/>
        </w:rPr>
        <w:t>thick with dew.</w:t>
      </w:r>
    </w:p>
    <w:p>
      <w:pPr>
        <w:spacing w:after="40"/>
      </w:pPr>
      <w:r>
        <w:rPr>
          <w:b w:val="0"/>
          <w:i w:val="0"/>
          <w:color w:val="222B33"/>
          <w:sz w:val="19"/>
        </w:rPr>
        <w:t>Ho ni izu: “to come to plume,” to show feeling.</w:t>
      </w:r>
    </w:p>
    <w:p>
      <w:pPr>
        <w:spacing w:after="40"/>
      </w:pPr>
      <w:r>
        <w:rPr>
          <w:b w:val="0"/>
          <w:i w:val="0"/>
          <w:color w:val="6A6F75"/>
          <w:sz w:val="18"/>
        </w:rPr>
        <w:t xml:space="preserve">Answered by </w:t>
      </w:r>
      <w:hyperlink w:anchor="p717">
        <w:r>
          <w:rPr>
            <w:color w:val="2E5A80"/>
            <w:u w:val="single"/>
            <w:sz w:val="18"/>
          </w:rPr>
          <w:t xml:space="preserve">No. 717 (Naka no Kimi)</w:t>
        </w:r>
      </w:hyperlink>
    </w:p>
    <w:p>
      <w:pPr>
        <w:keepNext/>
        <w:spacing w:after="20" w:before="200"/>
      </w:pPr>
      <w:bookmarkStart w:id="766" w:name="p717"/>
      <w:r>
        <w:rPr>
          <w:b/>
          <w:i w:val="0"/>
          <w:color w:val="222B33"/>
          <w:sz w:val="22"/>
        </w:rPr>
        <w:t>No. 717</w:t>
      </w:r>
      <w:r>
        <w:rPr>
          <w:b w:val="0"/>
          <w:i w:val="0"/>
          <w:color w:val="6A6F75"/>
          <w:sz w:val="18"/>
        </w:rPr>
        <w:t xml:space="preserve">   Naka no Kimi → Niou   答 reply</w:t>
      </w:r>
      <w:bookmarkEnd w:id="766"/>
    </w:p>
    <w:p>
      <w:pPr>
        <w:keepNext/>
        <w:spacing w:after="0"/>
      </w:pPr>
      <w:r>
        <w:rPr>
          <w:rFonts w:ascii="Noto Serif CJK JP" w:hAnsi="Noto Serif CJK JP" w:eastAsia="Noto Serif CJK JP"/>
          <w:b w:val="0"/>
          <w:i w:val="0"/>
          <w:color w:val="222B33"/>
          <w:sz w:val="26"/>
        </w:rPr>
        <w:t>秋果つる野辺のけしきも篠薄ほのめく風につけてこそ知れ</w:t>
      </w:r>
    </w:p>
    <w:p>
      <w:pPr>
        <w:keepNext/>
        <w:spacing w:after="60"/>
      </w:pPr>
      <w:r>
        <w:rPr>
          <w:rFonts w:ascii="Noto Serif CJK JP" w:hAnsi="Noto Serif CJK JP" w:eastAsia="Noto Serif CJK JP"/>
          <w:b w:val="0"/>
          <w:i w:val="0"/>
          <w:color w:val="6A6F75"/>
          <w:sz w:val="19"/>
        </w:rPr>
        <w:t>秋はつる　／　野辺のけしきも　／　しのすゝき　／　ほのめく風に　／　つけてこそしれ</w:t>
      </w:r>
    </w:p>
    <w:p>
      <w:pPr>
        <w:keepNext/>
        <w:spacing w:after="60"/>
      </w:pPr>
      <w:r>
        <w:rPr>
          <w:b w:val="0"/>
          <w:i/>
          <w:color w:val="222B33"/>
          <w:sz w:val="21"/>
        </w:rPr>
        <w:t>Even the look</w:t>
        <w:br/>
      </w:r>
      <w:r>
        <w:rPr>
          <w:b w:val="0"/>
          <w:i/>
          <w:color w:val="222B33"/>
          <w:sz w:val="21"/>
        </w:rPr>
        <w:t>of the fields as autumn ends</w:t>
        <w:br/>
      </w:r>
      <w:r>
        <w:rPr>
          <w:b w:val="0"/>
          <w:i/>
          <w:color w:val="222B33"/>
          <w:sz w:val="21"/>
        </w:rPr>
        <w:t>I know only</w:t>
        <w:br/>
      </w:r>
      <w:r>
        <w:rPr>
          <w:b w:val="0"/>
          <w:i/>
          <w:color w:val="222B33"/>
          <w:sz w:val="21"/>
        </w:rPr>
        <w:t>by the wind that faintly</w:t>
        <w:br/>
      </w:r>
      <w:r>
        <w:rPr>
          <w:b w:val="0"/>
          <w:i/>
          <w:color w:val="222B33"/>
          <w:sz w:val="21"/>
        </w:rPr>
        <w:t>stirs the bamboo grass.</w:t>
      </w:r>
    </w:p>
    <w:p>
      <w:pPr>
        <w:spacing w:after="40"/>
      </w:pPr>
      <w:r>
        <w:rPr>
          <w:b w:val="0"/>
          <w:i w:val="0"/>
          <w:color w:val="222B33"/>
          <w:sz w:val="19"/>
        </w:rPr>
        <w:t>Aki: “autumn” and “weary.”</w:t>
      </w:r>
    </w:p>
    <w:p>
      <w:pPr>
        <w:spacing w:after="40"/>
      </w:pPr>
      <w:r>
        <w:rPr>
          <w:b w:val="0"/>
          <w:i w:val="0"/>
          <w:color w:val="6A6F75"/>
          <w:sz w:val="18"/>
        </w:rPr>
        <w:t xml:space="preserve">In reply to </w:t>
      </w:r>
      <w:hyperlink w:anchor="p716">
        <w:r>
          <w:rPr>
            <w:color w:val="2E5A80"/>
            <w:u w:val="single"/>
            <w:sz w:val="18"/>
          </w:rPr>
          <w:t xml:space="preserve">No. 716 (Niou)</w:t>
        </w:r>
      </w:hyperlink>
    </w:p>
    <w:p>
      <w:pPr>
        <w:keepNext/>
        <w:spacing w:after="20" w:before="200"/>
      </w:pPr>
      <w:bookmarkStart w:id="767" w:name="p718"/>
      <w:r>
        <w:rPr>
          <w:b/>
          <w:i w:val="0"/>
          <w:color w:val="222B33"/>
          <w:sz w:val="22"/>
        </w:rPr>
        <w:t>No. 718</w:t>
      </w:r>
      <w:r>
        <w:rPr>
          <w:b w:val="0"/>
          <w:i w:val="0"/>
          <w:color w:val="6A6F75"/>
          <w:sz w:val="18"/>
        </w:rPr>
        <w:t xml:space="preserve">   Kaoru   唱 group exchange</w:t>
      </w:r>
      <w:bookmarkEnd w:id="767"/>
    </w:p>
    <w:p>
      <w:pPr>
        <w:keepNext/>
        <w:spacing w:after="40"/>
      </w:pPr>
      <w:r>
        <w:rPr>
          <w:b/>
          <w:i w:val="0"/>
          <w:color w:val="6A6F75"/>
          <w:sz w:val="18"/>
        </w:rPr>
        <w:t xml:space="preserve">Context. </w:t>
      </w:r>
      <w:r>
        <w:rPr>
          <w:b w:val="0"/>
          <w:i w:val="0"/>
          <w:color w:val="6A6F75"/>
          <w:sz w:val="19"/>
        </w:rPr>
        <w:t>The wisteria banquet for Kaoru’s marriage to the Second Princess.</w:t>
      </w:r>
    </w:p>
    <w:p>
      <w:pPr>
        <w:keepNext/>
        <w:spacing w:after="0"/>
      </w:pPr>
      <w:r>
        <w:rPr>
          <w:rFonts w:ascii="Noto Serif CJK JP" w:hAnsi="Noto Serif CJK JP" w:eastAsia="Noto Serif CJK JP"/>
          <w:b w:val="0"/>
          <w:i w:val="0"/>
          <w:color w:val="222B33"/>
          <w:sz w:val="26"/>
        </w:rPr>
        <w:t>すべらきのかざしに折ると藤の花及ばぬ枝に袖かけてけり</w:t>
      </w:r>
    </w:p>
    <w:p>
      <w:pPr>
        <w:keepNext/>
        <w:spacing w:after="60"/>
      </w:pPr>
      <w:r>
        <w:rPr>
          <w:rFonts w:ascii="Noto Serif CJK JP" w:hAnsi="Noto Serif CJK JP" w:eastAsia="Noto Serif CJK JP"/>
          <w:b w:val="0"/>
          <w:i w:val="0"/>
          <w:color w:val="6A6F75"/>
          <w:sz w:val="19"/>
        </w:rPr>
        <w:t>すへらきの　／　かさしにおると　／　藤のはな　／　をよはぬえたに　／　袖かけてけり</w:t>
      </w:r>
    </w:p>
    <w:p>
      <w:pPr>
        <w:keepNext/>
        <w:spacing w:after="60"/>
      </w:pPr>
      <w:r>
        <w:rPr>
          <w:b w:val="0"/>
          <w:i/>
          <w:color w:val="222B33"/>
          <w:sz w:val="21"/>
        </w:rPr>
        <w:t>Plucking the wisteria</w:t>
        <w:br/>
      </w:r>
      <w:r>
        <w:rPr>
          <w:b w:val="0"/>
          <w:i/>
          <w:color w:val="222B33"/>
          <w:sz w:val="21"/>
        </w:rPr>
        <w:t>to adorn the Sovereign,</w:t>
        <w:br/>
      </w:r>
      <w:r>
        <w:rPr>
          <w:b w:val="0"/>
          <w:i/>
          <w:color w:val="222B33"/>
          <w:sz w:val="21"/>
        </w:rPr>
        <w:t>I have hung my sleeve</w:t>
        <w:br/>
      </w:r>
      <w:r>
        <w:rPr>
          <w:b w:val="0"/>
          <w:i/>
          <w:color w:val="222B33"/>
          <w:sz w:val="21"/>
        </w:rPr>
        <w:t>on a branch</w:t>
        <w:br/>
      </w:r>
      <w:r>
        <w:rPr>
          <w:b w:val="0"/>
          <w:i/>
          <w:color w:val="222B33"/>
          <w:sz w:val="21"/>
        </w:rPr>
        <w:t>beyond my reach.</w:t>
      </w:r>
    </w:p>
    <w:p>
      <w:pPr>
        <w:spacing w:after="40"/>
      </w:pPr>
      <w:r>
        <w:rPr>
          <w:b w:val="0"/>
          <w:i w:val="0"/>
          <w:color w:val="222B33"/>
          <w:sz w:val="19"/>
        </w:rPr>
        <w:t>The wisteria banquet for his marriage to the Second Princess; a group of four.</w:t>
      </w:r>
    </w:p>
    <w:p>
      <w:pPr>
        <w:spacing w:after="40"/>
      </w:pPr>
      <w:r>
        <w:rPr>
          <w:b w:val="0"/>
          <w:i w:val="0"/>
          <w:color w:val="6A6F75"/>
          <w:sz w:val="18"/>
        </w:rPr>
        <w:t xml:space="preserve">Answered by </w:t>
      </w:r>
      <w:hyperlink w:anchor="p719">
        <w:r>
          <w:rPr>
            <w:color w:val="2E5A80"/>
            <w:u w:val="single"/>
            <w:sz w:val="18"/>
          </w:rPr>
          <w:t xml:space="preserve">No. 719 (the Emperor)</w:t>
        </w:r>
      </w:hyperlink>
      <w:r>
        <w:rPr>
          <w:b w:val="0"/>
          <w:i w:val="0"/>
          <w:color w:val="6A6F75"/>
          <w:sz w:val="18"/>
        </w:rPr>
        <w:t xml:space="preserve">, </w:t>
      </w:r>
      <w:hyperlink w:anchor="p720">
        <w:r>
          <w:rPr>
            <w:color w:val="2E5A80"/>
            <w:u w:val="single"/>
            <w:sz w:val="18"/>
          </w:rPr>
          <w:t xml:space="preserve">No. 720 (Kaoru or another guest)</w:t>
        </w:r>
      </w:hyperlink>
      <w:r>
        <w:rPr>
          <w:b w:val="0"/>
          <w:i w:val="0"/>
          <w:color w:val="6A6F75"/>
          <w:sz w:val="18"/>
        </w:rPr>
        <w:t xml:space="preserve">, </w:t>
      </w:r>
      <w:hyperlink w:anchor="p721">
        <w:r>
          <w:rPr>
            <w:color w:val="2E5A80"/>
            <w:u w:val="single"/>
            <w:sz w:val="18"/>
          </w:rPr>
          <w:t xml:space="preserve">No. 721 (Kōbai)</w:t>
        </w:r>
      </w:hyperlink>
    </w:p>
    <w:p>
      <w:pPr>
        <w:keepNext/>
        <w:spacing w:after="20" w:before="200"/>
      </w:pPr>
      <w:bookmarkStart w:id="768" w:name="p719"/>
      <w:r>
        <w:rPr>
          <w:b/>
          <w:i w:val="0"/>
          <w:color w:val="222B33"/>
          <w:sz w:val="22"/>
        </w:rPr>
        <w:t>No. 719</w:t>
      </w:r>
      <w:r>
        <w:rPr>
          <w:b w:val="0"/>
          <w:i w:val="0"/>
          <w:color w:val="6A6F75"/>
          <w:sz w:val="18"/>
        </w:rPr>
        <w:t xml:space="preserve">   the Emperor   唱 group exchange</w:t>
      </w:r>
      <w:bookmarkEnd w:id="768"/>
    </w:p>
    <w:p>
      <w:pPr>
        <w:keepNext/>
        <w:spacing w:after="0"/>
      </w:pPr>
      <w:r>
        <w:rPr>
          <w:rFonts w:ascii="Noto Serif CJK JP" w:hAnsi="Noto Serif CJK JP" w:eastAsia="Noto Serif CJK JP"/>
          <w:b w:val="0"/>
          <w:i w:val="0"/>
          <w:color w:val="222B33"/>
          <w:sz w:val="26"/>
        </w:rPr>
        <w:t>よろづ世をかけて匂はむ花なれば今日をも飽かぬ色とこそ見れ</w:t>
      </w:r>
    </w:p>
    <w:p>
      <w:pPr>
        <w:keepNext/>
        <w:spacing w:after="60"/>
      </w:pPr>
      <w:r>
        <w:rPr>
          <w:rFonts w:ascii="Noto Serif CJK JP" w:hAnsi="Noto Serif CJK JP" w:eastAsia="Noto Serif CJK JP"/>
          <w:b w:val="0"/>
          <w:i w:val="0"/>
          <w:color w:val="6A6F75"/>
          <w:sz w:val="19"/>
        </w:rPr>
        <w:t>よろつよを　／　かけてにほはん　／　花なれは　／　けふをもあかぬ　／　色とこそみれ</w:t>
      </w:r>
    </w:p>
    <w:p>
      <w:pPr>
        <w:keepNext/>
        <w:spacing w:after="60"/>
      </w:pPr>
      <w:r>
        <w:rPr>
          <w:b w:val="0"/>
          <w:i/>
          <w:color w:val="222B33"/>
          <w:sz w:val="21"/>
        </w:rPr>
        <w:t>A flower to be fragrant</w:t>
        <w:br/>
      </w:r>
      <w:r>
        <w:rPr>
          <w:b w:val="0"/>
          <w:i/>
          <w:color w:val="222B33"/>
          <w:sz w:val="21"/>
        </w:rPr>
        <w:t>through ten thousand ages:</w:t>
        <w:br/>
      </w:r>
      <w:r>
        <w:rPr>
          <w:b w:val="0"/>
          <w:i/>
          <w:color w:val="222B33"/>
          <w:sz w:val="21"/>
        </w:rPr>
        <w:t>today too I see</w:t>
        <w:br/>
      </w:r>
      <w:r>
        <w:rPr>
          <w:b w:val="0"/>
          <w:i/>
          <w:color w:val="222B33"/>
          <w:sz w:val="21"/>
        </w:rPr>
        <w:t>its color,</w:t>
        <w:br/>
      </w:r>
      <w:r>
        <w:rPr>
          <w:b w:val="0"/>
          <w:i/>
          <w:color w:val="222B33"/>
          <w:sz w:val="21"/>
        </w:rPr>
        <w:t>never tiring.</w:t>
      </w:r>
    </w:p>
    <w:p>
      <w:pPr>
        <w:spacing w:after="40"/>
      </w:pPr>
      <w:r>
        <w:rPr>
          <w:b w:val="0"/>
          <w:i w:val="0"/>
          <w:color w:val="6A6F75"/>
          <w:sz w:val="18"/>
        </w:rPr>
        <w:t xml:space="preserve">In reply to </w:t>
      </w:r>
      <w:hyperlink w:anchor="p718">
        <w:r>
          <w:rPr>
            <w:color w:val="2E5A80"/>
            <w:u w:val="single"/>
            <w:sz w:val="18"/>
          </w:rPr>
          <w:t xml:space="preserve">No. 718 (Kaoru)</w:t>
        </w:r>
      </w:hyperlink>
    </w:p>
    <w:p>
      <w:pPr>
        <w:keepNext/>
        <w:spacing w:after="20" w:before="200"/>
      </w:pPr>
      <w:bookmarkStart w:id="769" w:name="p720"/>
      <w:r>
        <w:rPr>
          <w:b/>
          <w:i w:val="0"/>
          <w:color w:val="222B33"/>
          <w:sz w:val="22"/>
        </w:rPr>
        <w:t>No. 720</w:t>
      </w:r>
      <w:r>
        <w:rPr>
          <w:b w:val="0"/>
          <w:i w:val="0"/>
          <w:color w:val="6A6F75"/>
          <w:sz w:val="18"/>
        </w:rPr>
        <w:t xml:space="preserve">   Kaoru or another guest   唱 group exchange</w:t>
      </w:r>
      <w:bookmarkEnd w:id="769"/>
    </w:p>
    <w:p>
      <w:pPr>
        <w:keepNext/>
        <w:spacing w:after="0"/>
      </w:pPr>
      <w:r>
        <w:rPr>
          <w:rFonts w:ascii="Noto Serif CJK JP" w:hAnsi="Noto Serif CJK JP" w:eastAsia="Noto Serif CJK JP"/>
          <w:b w:val="0"/>
          <w:i w:val="0"/>
          <w:color w:val="222B33"/>
          <w:sz w:val="26"/>
        </w:rPr>
        <w:t>君がため折れるかざしは紫の雲に劣らぬ花のけしきか</w:t>
      </w:r>
    </w:p>
    <w:p>
      <w:pPr>
        <w:keepNext/>
        <w:spacing w:after="60"/>
      </w:pPr>
      <w:r>
        <w:rPr>
          <w:rFonts w:ascii="Noto Serif CJK JP" w:hAnsi="Noto Serif CJK JP" w:eastAsia="Noto Serif CJK JP"/>
          <w:b w:val="0"/>
          <w:i w:val="0"/>
          <w:color w:val="6A6F75"/>
          <w:sz w:val="19"/>
        </w:rPr>
        <w:t>きみかため　／　おれるかさしは　／　むらさきの　／　くもにをとらぬ　／　花のけしきか</w:t>
      </w:r>
    </w:p>
    <w:p>
      <w:pPr>
        <w:keepNext/>
        <w:spacing w:after="60"/>
      </w:pPr>
      <w:r>
        <w:rPr>
          <w:b w:val="0"/>
          <w:i/>
          <w:color w:val="222B33"/>
          <w:sz w:val="21"/>
        </w:rPr>
        <w:t>The sprig plucked</w:t>
        <w:br/>
      </w:r>
      <w:r>
        <w:rPr>
          <w:b w:val="0"/>
          <w:i/>
          <w:color w:val="222B33"/>
          <w:sz w:val="21"/>
        </w:rPr>
        <w:t>for you: is not the look</w:t>
        <w:br/>
      </w:r>
      <w:r>
        <w:rPr>
          <w:b w:val="0"/>
          <w:i/>
          <w:color w:val="222B33"/>
          <w:sz w:val="21"/>
        </w:rPr>
        <w:t>of the flower</w:t>
        <w:br/>
      </w:r>
      <w:r>
        <w:rPr>
          <w:b w:val="0"/>
          <w:i/>
          <w:color w:val="222B33"/>
          <w:sz w:val="21"/>
        </w:rPr>
        <w:t>equal to</w:t>
        <w:br/>
      </w:r>
      <w:r>
        <w:rPr>
          <w:b w:val="0"/>
          <w:i/>
          <w:color w:val="222B33"/>
          <w:sz w:val="21"/>
        </w:rPr>
        <w:t>purple clouds?</w:t>
      </w:r>
    </w:p>
    <w:p>
      <w:pPr>
        <w:spacing w:after="40"/>
      </w:pPr>
      <w:r>
        <w:rPr>
          <w:b w:val="0"/>
          <w:i w:val="0"/>
          <w:color w:val="222B33"/>
          <w:sz w:val="19"/>
        </w:rPr>
        <w:t>Commentators disagree on the speaker; possibly Yūgiri.</w:t>
      </w:r>
    </w:p>
    <w:p>
      <w:pPr>
        <w:spacing w:after="40"/>
      </w:pPr>
      <w:r>
        <w:rPr>
          <w:b/>
          <w:i w:val="0"/>
          <w:color w:val="8A4B1C"/>
          <w:sz w:val="18"/>
        </w:rPr>
        <w:t xml:space="preserve">Attribution uncertain. </w:t>
      </w:r>
      <w:r>
        <w:rPr>
          <w:b w:val="0"/>
          <w:i w:val="0"/>
          <w:sz w:val="19"/>
        </w:rPr>
        <w:t>Kaoru; an unnamed guest (Kyū taikei 旧大系); or Yūgiri (Shin taikei 新大系, Zenshū 全集 and recent opinion).</w:t>
      </w:r>
    </w:p>
    <w:p>
      <w:pPr>
        <w:spacing w:after="40"/>
      </w:pPr>
      <w:r>
        <w:rPr>
          <w:b w:val="0"/>
          <w:i w:val="0"/>
          <w:color w:val="6A6F75"/>
          <w:sz w:val="18"/>
        </w:rPr>
        <w:t xml:space="preserve">In reply to </w:t>
      </w:r>
      <w:hyperlink w:anchor="p718">
        <w:r>
          <w:rPr>
            <w:color w:val="2E5A80"/>
            <w:u w:val="single"/>
            <w:sz w:val="18"/>
          </w:rPr>
          <w:t xml:space="preserve">No. 718 (Kaoru)</w:t>
        </w:r>
      </w:hyperlink>
    </w:p>
    <w:p>
      <w:pPr>
        <w:keepNext/>
        <w:spacing w:after="20" w:before="200"/>
      </w:pPr>
      <w:bookmarkStart w:id="770" w:name="p721"/>
      <w:r>
        <w:rPr>
          <w:b/>
          <w:i w:val="0"/>
          <w:color w:val="222B33"/>
          <w:sz w:val="22"/>
        </w:rPr>
        <w:t>No. 721</w:t>
      </w:r>
      <w:r>
        <w:rPr>
          <w:b w:val="0"/>
          <w:i w:val="0"/>
          <w:color w:val="6A6F75"/>
          <w:sz w:val="18"/>
        </w:rPr>
        <w:t xml:space="preserve">   Kōbai   唱 group exchange</w:t>
      </w:r>
      <w:bookmarkEnd w:id="770"/>
    </w:p>
    <w:p>
      <w:pPr>
        <w:keepNext/>
        <w:spacing w:after="0"/>
      </w:pPr>
      <w:r>
        <w:rPr>
          <w:rFonts w:ascii="Noto Serif CJK JP" w:hAnsi="Noto Serif CJK JP" w:eastAsia="Noto Serif CJK JP"/>
          <w:b w:val="0"/>
          <w:i w:val="0"/>
          <w:color w:val="222B33"/>
          <w:sz w:val="26"/>
        </w:rPr>
        <w:t>世の常の色とも見えず雲居までたち昇りたる藤波の花</w:t>
      </w:r>
    </w:p>
    <w:p>
      <w:pPr>
        <w:keepNext/>
        <w:spacing w:after="60"/>
      </w:pPr>
      <w:r>
        <w:rPr>
          <w:rFonts w:ascii="Noto Serif CJK JP" w:hAnsi="Noto Serif CJK JP" w:eastAsia="Noto Serif CJK JP"/>
          <w:b w:val="0"/>
          <w:i w:val="0"/>
          <w:color w:val="6A6F75"/>
          <w:sz w:val="19"/>
        </w:rPr>
        <w:t>よのつねの　／　色ともみえす　／　雲ゐまて　／　たちのほりたる　／　ふちなみの花</w:t>
      </w:r>
    </w:p>
    <w:p>
      <w:pPr>
        <w:keepNext/>
        <w:spacing w:after="60"/>
      </w:pPr>
      <w:r>
        <w:rPr>
          <w:b w:val="0"/>
          <w:i/>
          <w:color w:val="222B33"/>
          <w:sz w:val="21"/>
        </w:rPr>
        <w:t>It does not seem</w:t>
        <w:br/>
      </w:r>
      <w:r>
        <w:rPr>
          <w:b w:val="0"/>
          <w:i/>
          <w:color w:val="222B33"/>
          <w:sz w:val="21"/>
        </w:rPr>
        <w:t>an ordinary color: the wisteria</w:t>
        <w:br/>
      </w:r>
      <w:r>
        <w:rPr>
          <w:b w:val="0"/>
          <w:i/>
          <w:color w:val="222B33"/>
          <w:sz w:val="21"/>
        </w:rPr>
        <w:t>waves rising</w:t>
        <w:br/>
      </w:r>
      <w:r>
        <w:rPr>
          <w:b w:val="0"/>
          <w:i/>
          <w:color w:val="222B33"/>
          <w:sz w:val="21"/>
        </w:rPr>
        <w:t>as high</w:t>
        <w:br/>
      </w:r>
      <w:r>
        <w:rPr>
          <w:b w:val="0"/>
          <w:i/>
          <w:color w:val="222B33"/>
          <w:sz w:val="21"/>
        </w:rPr>
        <w:t>as the clouds.</w:t>
      </w:r>
    </w:p>
    <w:p>
      <w:pPr>
        <w:spacing w:after="40"/>
      </w:pPr>
      <w:r>
        <w:rPr>
          <w:b w:val="0"/>
          <w:i w:val="0"/>
          <w:color w:val="6A6F75"/>
          <w:sz w:val="18"/>
        </w:rPr>
        <w:t xml:space="preserve">In reply to </w:t>
      </w:r>
      <w:hyperlink w:anchor="p718">
        <w:r>
          <w:rPr>
            <w:color w:val="2E5A80"/>
            <w:u w:val="single"/>
            <w:sz w:val="18"/>
          </w:rPr>
          <w:t xml:space="preserve">No. 718 (Kaoru)</w:t>
        </w:r>
      </w:hyperlink>
    </w:p>
    <w:p>
      <w:pPr>
        <w:keepNext/>
        <w:spacing w:after="20" w:before="200"/>
      </w:pPr>
      <w:bookmarkStart w:id="771" w:name="p722"/>
      <w:r>
        <w:rPr>
          <w:b/>
          <w:i w:val="0"/>
          <w:color w:val="222B33"/>
          <w:sz w:val="22"/>
        </w:rPr>
        <w:t>No. 722</w:t>
      </w:r>
      <w:r>
        <w:rPr>
          <w:b w:val="0"/>
          <w:i w:val="0"/>
          <w:color w:val="6A6F75"/>
          <w:sz w:val="18"/>
        </w:rPr>
        <w:t xml:space="preserve">   Kaoru   独 solo</w:t>
      </w:r>
      <w:bookmarkEnd w:id="771"/>
    </w:p>
    <w:p>
      <w:pPr>
        <w:keepNext/>
        <w:spacing w:after="40"/>
      </w:pPr>
      <w:r>
        <w:rPr>
          <w:b/>
          <w:i w:val="0"/>
          <w:color w:val="6A6F75"/>
          <w:sz w:val="18"/>
        </w:rPr>
        <w:t xml:space="preserve">Context. </w:t>
      </w:r>
      <w:r>
        <w:rPr>
          <w:b w:val="0"/>
          <w:i w:val="0"/>
          <w:color w:val="6A6F75"/>
          <w:sz w:val="19"/>
        </w:rPr>
        <w:t>Kaoru first glimpses Ukifune at Uji; she looks like Ōigimi.</w:t>
      </w:r>
    </w:p>
    <w:p>
      <w:pPr>
        <w:keepNext/>
        <w:spacing w:after="0"/>
      </w:pPr>
      <w:r>
        <w:rPr>
          <w:rFonts w:ascii="Noto Serif CJK JP" w:hAnsi="Noto Serif CJK JP" w:eastAsia="Noto Serif CJK JP"/>
          <w:b w:val="0"/>
          <w:i w:val="0"/>
          <w:color w:val="222B33"/>
          <w:sz w:val="26"/>
        </w:rPr>
        <w:t>貌鳥の声も聞きしにかよふやと茂みを分けて今日ぞ尋ぬる</w:t>
      </w:r>
    </w:p>
    <w:p>
      <w:pPr>
        <w:keepNext/>
        <w:spacing w:after="60"/>
      </w:pPr>
      <w:r>
        <w:rPr>
          <w:rFonts w:ascii="Noto Serif CJK JP" w:hAnsi="Noto Serif CJK JP" w:eastAsia="Noto Serif CJK JP"/>
          <w:b w:val="0"/>
          <w:i w:val="0"/>
          <w:color w:val="6A6F75"/>
          <w:sz w:val="19"/>
        </w:rPr>
        <w:t>かほとりの　／　声も聞しに　／　かよふやと　／　しけみをわけて　／　けふそたつぬる</w:t>
      </w:r>
    </w:p>
    <w:p>
      <w:pPr>
        <w:keepNext/>
        <w:spacing w:after="60"/>
      </w:pPr>
      <w:r>
        <w:rPr>
          <w:b w:val="0"/>
          <w:i/>
          <w:color w:val="222B33"/>
          <w:sz w:val="21"/>
        </w:rPr>
        <w:t>Parting the thickets</w:t>
        <w:br/>
      </w:r>
      <w:r>
        <w:rPr>
          <w:b w:val="0"/>
          <w:i/>
          <w:color w:val="222B33"/>
          <w:sz w:val="21"/>
        </w:rPr>
        <w:t>today I seek her, wondering</w:t>
        <w:br/>
      </w:r>
      <w:r>
        <w:rPr>
          <w:b w:val="0"/>
          <w:i/>
          <w:color w:val="222B33"/>
          <w:sz w:val="21"/>
        </w:rPr>
        <w:t>if it is like the voice</w:t>
        <w:br/>
      </w:r>
      <w:r>
        <w:rPr>
          <w:b w:val="0"/>
          <w:i/>
          <w:color w:val="222B33"/>
          <w:sz w:val="21"/>
        </w:rPr>
        <w:t>I heard,</w:t>
        <w:br/>
      </w:r>
      <w:r>
        <w:rPr>
          <w:b w:val="0"/>
          <w:i/>
          <w:color w:val="222B33"/>
          <w:sz w:val="21"/>
        </w:rPr>
        <w:t>the cuckoo.</w:t>
      </w:r>
    </w:p>
    <w:p>
      <w:pPr>
        <w:spacing w:after="40"/>
      </w:pPr>
      <w:r>
        <w:rPr>
          <w:b w:val="0"/>
          <w:i w:val="0"/>
          <w:color w:val="222B33"/>
          <w:sz w:val="19"/>
        </w:rPr>
        <w:t>Kaodori, a bird of uncertain identity; he first glimpses Ukifune.</w:t>
      </w:r>
    </w:p>
    <w:p>
      <w:pPr>
        <w:pStyle w:val="Heading1"/>
      </w:pPr>
      <w:bookmarkStart w:id="772" w:name="ch50"/>
      <w:r>
        <w:t>Chapter 50 · Azumaya 東屋</w:t>
      </w:r>
      <w:bookmarkEnd w:id="772"/>
    </w:p>
    <w:p>
      <w:pPr>
        <w:keepNext/>
        <w:spacing w:after="20" w:before="200"/>
      </w:pPr>
      <w:bookmarkStart w:id="773" w:name="p723"/>
      <w:r>
        <w:rPr>
          <w:b/>
          <w:i w:val="0"/>
          <w:color w:val="222B33"/>
          <w:sz w:val="22"/>
        </w:rPr>
        <w:t>No. 723</w:t>
      </w:r>
      <w:r>
        <w:rPr>
          <w:b w:val="0"/>
          <w:i w:val="0"/>
          <w:color w:val="6A6F75"/>
          <w:sz w:val="18"/>
        </w:rPr>
        <w:t xml:space="preserve">   Kaoru → Naka no Kimi   贈 sent</w:t>
      </w:r>
      <w:bookmarkEnd w:id="773"/>
    </w:p>
    <w:p>
      <w:pPr>
        <w:keepNext/>
        <w:spacing w:after="40"/>
      </w:pPr>
      <w:r>
        <w:rPr>
          <w:b/>
          <w:i w:val="0"/>
          <w:color w:val="6A6F75"/>
          <w:sz w:val="18"/>
        </w:rPr>
        <w:t xml:space="preserve">Context. </w:t>
      </w:r>
      <w:r>
        <w:rPr>
          <w:b w:val="0"/>
          <w:i w:val="0"/>
          <w:color w:val="6A6F75"/>
          <w:sz w:val="19"/>
        </w:rPr>
        <w:t>Kaoru to Naka no Kimi, asking about her half sister Ukifune; Naka no Kimi gladly turns him away from herself.</w:t>
      </w:r>
    </w:p>
    <w:p>
      <w:pPr>
        <w:keepNext/>
        <w:spacing w:after="0"/>
      </w:pPr>
      <w:r>
        <w:rPr>
          <w:rFonts w:ascii="Noto Serif CJK JP" w:hAnsi="Noto Serif CJK JP" w:eastAsia="Noto Serif CJK JP"/>
          <w:b w:val="0"/>
          <w:i w:val="0"/>
          <w:color w:val="222B33"/>
          <w:sz w:val="26"/>
        </w:rPr>
        <w:t>見し人の形代ならば身に添へて恋しき瀬々のなでものにせむ</w:t>
      </w:r>
    </w:p>
    <w:p>
      <w:pPr>
        <w:keepNext/>
        <w:spacing w:after="60"/>
      </w:pPr>
      <w:r>
        <w:rPr>
          <w:rFonts w:ascii="Noto Serif CJK JP" w:hAnsi="Noto Serif CJK JP" w:eastAsia="Noto Serif CJK JP"/>
          <w:b w:val="0"/>
          <w:i w:val="0"/>
          <w:color w:val="6A6F75"/>
          <w:sz w:val="19"/>
        </w:rPr>
        <w:t>みし人の　／　かたしろならは　／　身にそへて　／　恋しきせゝの　／　なて物にせむ</w:t>
      </w:r>
    </w:p>
    <w:p>
      <w:pPr>
        <w:keepNext/>
        <w:spacing w:after="60"/>
      </w:pPr>
      <w:r>
        <w:rPr>
          <w:b w:val="0"/>
          <w:i/>
          <w:color w:val="222B33"/>
          <w:sz w:val="21"/>
        </w:rPr>
        <w:t>If she is a likeness</w:t>
        <w:br/>
      </w:r>
      <w:r>
        <w:rPr>
          <w:b w:val="0"/>
          <w:i/>
          <w:color w:val="222B33"/>
          <w:sz w:val="21"/>
        </w:rPr>
        <w:t>of the one I knew, I will keep her by me</w:t>
        <w:br/>
      </w:r>
      <w:r>
        <w:rPr>
          <w:b w:val="0"/>
          <w:i/>
          <w:color w:val="222B33"/>
          <w:sz w:val="21"/>
        </w:rPr>
        <w:t>as the purification doll</w:t>
        <w:br/>
      </w:r>
      <w:r>
        <w:rPr>
          <w:b w:val="0"/>
          <w:i/>
          <w:color w:val="222B33"/>
          <w:sz w:val="21"/>
        </w:rPr>
        <w:t>for every shallows</w:t>
        <w:br/>
      </w:r>
      <w:r>
        <w:rPr>
          <w:b w:val="0"/>
          <w:i/>
          <w:color w:val="222B33"/>
          <w:sz w:val="21"/>
        </w:rPr>
        <w:t>of longing.</w:t>
      </w:r>
    </w:p>
    <w:p>
      <w:pPr>
        <w:spacing w:after="40"/>
      </w:pPr>
      <w:r>
        <w:rPr>
          <w:b w:val="0"/>
          <w:i w:val="0"/>
          <w:color w:val="222B33"/>
          <w:sz w:val="19"/>
        </w:rPr>
        <w:t>Katashiro, “substitute”: a doll that took on sin and was sent downstream. Ukifune’s fate is foreshadowed.</w:t>
      </w:r>
    </w:p>
    <w:p>
      <w:pPr>
        <w:spacing w:after="40"/>
      </w:pPr>
      <w:r>
        <w:rPr>
          <w:b w:val="0"/>
          <w:i w:val="0"/>
          <w:color w:val="6A6F75"/>
          <w:sz w:val="18"/>
        </w:rPr>
        <w:t xml:space="preserve">Answered by </w:t>
      </w:r>
      <w:hyperlink w:anchor="p724">
        <w:r>
          <w:rPr>
            <w:color w:val="2E5A80"/>
            <w:u w:val="single"/>
            <w:sz w:val="18"/>
          </w:rPr>
          <w:t xml:space="preserve">No. 724 (Naka no Kimi)</w:t>
        </w:r>
      </w:hyperlink>
    </w:p>
    <w:p>
      <w:pPr>
        <w:keepNext/>
        <w:spacing w:after="20" w:before="200"/>
      </w:pPr>
      <w:bookmarkStart w:id="774" w:name="p724"/>
      <w:r>
        <w:rPr>
          <w:b/>
          <w:i w:val="0"/>
          <w:color w:val="222B33"/>
          <w:sz w:val="22"/>
        </w:rPr>
        <w:t>No. 724</w:t>
      </w:r>
      <w:r>
        <w:rPr>
          <w:b w:val="0"/>
          <w:i w:val="0"/>
          <w:color w:val="6A6F75"/>
          <w:sz w:val="18"/>
        </w:rPr>
        <w:t xml:space="preserve">   Naka no Kimi → Kaoru   答 reply</w:t>
      </w:r>
      <w:bookmarkEnd w:id="774"/>
    </w:p>
    <w:p>
      <w:pPr>
        <w:keepNext/>
        <w:spacing w:after="0"/>
      </w:pPr>
      <w:r>
        <w:rPr>
          <w:rFonts w:ascii="Noto Serif CJK JP" w:hAnsi="Noto Serif CJK JP" w:eastAsia="Noto Serif CJK JP"/>
          <w:b w:val="0"/>
          <w:i w:val="0"/>
          <w:color w:val="222B33"/>
          <w:sz w:val="26"/>
        </w:rPr>
        <w:t>みそぎ河瀬々に出ださむなでものを身に添ふ影と誰れか頼まむ</w:t>
      </w:r>
    </w:p>
    <w:p>
      <w:pPr>
        <w:keepNext/>
        <w:spacing w:after="60"/>
      </w:pPr>
      <w:r>
        <w:rPr>
          <w:rFonts w:ascii="Noto Serif CJK JP" w:hAnsi="Noto Serif CJK JP" w:eastAsia="Noto Serif CJK JP"/>
          <w:b w:val="0"/>
          <w:i w:val="0"/>
          <w:color w:val="6A6F75"/>
          <w:sz w:val="19"/>
        </w:rPr>
        <w:t>みそき川　／　せゝにいたさん　／　なて物を　／　身にそふ影と　／　たれかたのまん</w:t>
      </w:r>
    </w:p>
    <w:p>
      <w:pPr>
        <w:keepNext/>
        <w:spacing w:after="60"/>
      </w:pPr>
      <w:r>
        <w:rPr>
          <w:b w:val="0"/>
          <w:i/>
          <w:color w:val="222B33"/>
          <w:sz w:val="21"/>
        </w:rPr>
        <w:t>Who could trust</w:t>
        <w:br/>
      </w:r>
      <w:r>
        <w:rPr>
          <w:b w:val="0"/>
          <w:i/>
          <w:color w:val="222B33"/>
          <w:sz w:val="21"/>
        </w:rPr>
        <w:t>as a shadow beside them the doll</w:t>
        <w:br/>
      </w:r>
      <w:r>
        <w:rPr>
          <w:b w:val="0"/>
          <w:i/>
          <w:color w:val="222B33"/>
          <w:sz w:val="21"/>
        </w:rPr>
        <w:t>put out at every shallows</w:t>
        <w:br/>
      </w:r>
      <w:r>
        <w:rPr>
          <w:b w:val="0"/>
          <w:i/>
          <w:color w:val="222B33"/>
          <w:sz w:val="21"/>
        </w:rPr>
        <w:t>of the purification</w:t>
        <w:br/>
      </w:r>
      <w:r>
        <w:rPr>
          <w:b w:val="0"/>
          <w:i/>
          <w:color w:val="222B33"/>
          <w:sz w:val="21"/>
        </w:rPr>
        <w:t>river?</w:t>
      </w:r>
    </w:p>
    <w:p>
      <w:pPr>
        <w:spacing w:after="40"/>
      </w:pPr>
      <w:r>
        <w:rPr>
          <w:b w:val="0"/>
          <w:i w:val="0"/>
          <w:color w:val="6A6F75"/>
          <w:sz w:val="18"/>
        </w:rPr>
        <w:t xml:space="preserve">In reply to </w:t>
      </w:r>
      <w:hyperlink w:anchor="p723">
        <w:r>
          <w:rPr>
            <w:color w:val="2E5A80"/>
            <w:u w:val="single"/>
            <w:sz w:val="18"/>
          </w:rPr>
          <w:t xml:space="preserve">No. 723 (Kaoru)</w:t>
        </w:r>
      </w:hyperlink>
    </w:p>
    <w:p>
      <w:pPr>
        <w:keepNext/>
        <w:spacing w:after="20" w:before="200"/>
      </w:pPr>
      <w:bookmarkStart w:id="775" w:name="p725"/>
      <w:r>
        <w:rPr>
          <w:b/>
          <w:i w:val="0"/>
          <w:color w:val="222B33"/>
          <w:sz w:val="22"/>
        </w:rPr>
        <w:t>No. 725</w:t>
      </w:r>
      <w:r>
        <w:rPr>
          <w:b w:val="0"/>
          <w:i w:val="0"/>
          <w:color w:val="6A6F75"/>
          <w:sz w:val="18"/>
        </w:rPr>
        <w:t xml:space="preserve">   Ukifune’s mother → Lesser Captain of the Left   贈 sent</w:t>
      </w:r>
      <w:bookmarkEnd w:id="775"/>
    </w:p>
    <w:p>
      <w:pPr>
        <w:keepNext/>
        <w:spacing w:after="40"/>
      </w:pPr>
      <w:r>
        <w:rPr>
          <w:b/>
          <w:i w:val="0"/>
          <w:color w:val="6A6F75"/>
          <w:sz w:val="18"/>
        </w:rPr>
        <w:t xml:space="preserve">Context. </w:t>
      </w:r>
      <w:r>
        <w:rPr>
          <w:b w:val="0"/>
          <w:i w:val="0"/>
          <w:color w:val="6A6F75"/>
          <w:sz w:val="19"/>
        </w:rPr>
        <w:t>Ukifune’s mother to the suitor who has thrown her over.</w:t>
      </w:r>
    </w:p>
    <w:p>
      <w:pPr>
        <w:keepNext/>
        <w:spacing w:after="0"/>
      </w:pPr>
      <w:r>
        <w:rPr>
          <w:rFonts w:ascii="Noto Serif CJK JP" w:hAnsi="Noto Serif CJK JP" w:eastAsia="Noto Serif CJK JP"/>
          <w:b w:val="0"/>
          <w:i w:val="0"/>
          <w:color w:val="222B33"/>
          <w:sz w:val="26"/>
        </w:rPr>
        <w:t>しめ結ひし小萩が上も迷はぬにいかなる露に映る下葉ぞ</w:t>
      </w:r>
    </w:p>
    <w:p>
      <w:pPr>
        <w:keepNext/>
        <w:spacing w:after="60"/>
      </w:pPr>
      <w:r>
        <w:rPr>
          <w:rFonts w:ascii="Noto Serif CJK JP" w:hAnsi="Noto Serif CJK JP" w:eastAsia="Noto Serif CJK JP"/>
          <w:b w:val="0"/>
          <w:i w:val="0"/>
          <w:color w:val="6A6F75"/>
          <w:sz w:val="19"/>
        </w:rPr>
        <w:t>しめゆひし　／　こ萩かうへも　／　まよはぬに　／　いかなる露に　／　うつる下葉そ</w:t>
      </w:r>
    </w:p>
    <w:p>
      <w:pPr>
        <w:keepNext/>
        <w:spacing w:after="60"/>
      </w:pPr>
      <w:r>
        <w:rPr>
          <w:b w:val="0"/>
          <w:i/>
          <w:color w:val="222B33"/>
          <w:sz w:val="21"/>
        </w:rPr>
        <w:t>Even over the bush clover</w:t>
        <w:br/>
      </w:r>
      <w:r>
        <w:rPr>
          <w:b w:val="0"/>
          <w:i/>
          <w:color w:val="222B33"/>
          <w:sz w:val="21"/>
        </w:rPr>
        <w:t>roped off for you, you are not lost;</w:t>
        <w:br/>
      </w:r>
      <w:r>
        <w:rPr>
          <w:b w:val="0"/>
          <w:i/>
          <w:color w:val="222B33"/>
          <w:sz w:val="21"/>
        </w:rPr>
        <w:t>on what dew</w:t>
        <w:br/>
      </w:r>
      <w:r>
        <w:rPr>
          <w:b w:val="0"/>
          <w:i/>
          <w:color w:val="222B33"/>
          <w:sz w:val="21"/>
        </w:rPr>
        <w:t>do the lower leaves</w:t>
        <w:br/>
      </w:r>
      <w:r>
        <w:rPr>
          <w:b w:val="0"/>
          <w:i/>
          <w:color w:val="222B33"/>
          <w:sz w:val="21"/>
        </w:rPr>
        <w:t>reflect?</w:t>
      </w:r>
    </w:p>
    <w:p>
      <w:pPr>
        <w:spacing w:after="40"/>
      </w:pPr>
      <w:r>
        <w:rPr>
          <w:b w:val="0"/>
          <w:i w:val="0"/>
          <w:color w:val="222B33"/>
          <w:sz w:val="19"/>
        </w:rPr>
        <w:t>He has abandoned Ukifune for her half sister.</w:t>
      </w:r>
    </w:p>
    <w:p>
      <w:pPr>
        <w:spacing w:after="40"/>
      </w:pPr>
      <w:r>
        <w:rPr>
          <w:b w:val="0"/>
          <w:i w:val="0"/>
          <w:color w:val="6A6F75"/>
          <w:sz w:val="18"/>
        </w:rPr>
        <w:t xml:space="preserve">Answered by </w:t>
      </w:r>
      <w:hyperlink w:anchor="p726">
        <w:r>
          <w:rPr>
            <w:color w:val="2E5A80"/>
            <w:u w:val="single"/>
            <w:sz w:val="18"/>
          </w:rPr>
          <w:t xml:space="preserve">No. 726 (Lesser Captain of the Left)</w:t>
        </w:r>
      </w:hyperlink>
    </w:p>
    <w:p>
      <w:pPr>
        <w:keepNext/>
        <w:spacing w:after="20" w:before="200"/>
      </w:pPr>
      <w:bookmarkStart w:id="776" w:name="p726"/>
      <w:r>
        <w:rPr>
          <w:b/>
          <w:i w:val="0"/>
          <w:color w:val="222B33"/>
          <w:sz w:val="22"/>
        </w:rPr>
        <w:t>No. 726</w:t>
      </w:r>
      <w:r>
        <w:rPr>
          <w:b w:val="0"/>
          <w:i w:val="0"/>
          <w:color w:val="6A6F75"/>
          <w:sz w:val="18"/>
        </w:rPr>
        <w:t xml:space="preserve">   Lesser Captain of the Left → Ukifune’s mother   答 reply</w:t>
      </w:r>
      <w:bookmarkEnd w:id="776"/>
    </w:p>
    <w:p>
      <w:pPr>
        <w:keepNext/>
        <w:spacing w:after="0"/>
      </w:pPr>
      <w:r>
        <w:rPr>
          <w:rFonts w:ascii="Noto Serif CJK JP" w:hAnsi="Noto Serif CJK JP" w:eastAsia="Noto Serif CJK JP"/>
          <w:b w:val="0"/>
          <w:i w:val="0"/>
          <w:color w:val="222B33"/>
          <w:sz w:val="26"/>
        </w:rPr>
        <w:t>宮城野の小萩がもとと知らませば露も心を分かずぞあらまし</w:t>
      </w:r>
    </w:p>
    <w:p>
      <w:pPr>
        <w:keepNext/>
        <w:spacing w:after="60"/>
      </w:pPr>
      <w:r>
        <w:rPr>
          <w:rFonts w:ascii="Noto Serif CJK JP" w:hAnsi="Noto Serif CJK JP" w:eastAsia="Noto Serif CJK JP"/>
          <w:b w:val="0"/>
          <w:i w:val="0"/>
          <w:color w:val="6A6F75"/>
          <w:sz w:val="19"/>
        </w:rPr>
        <w:t>宮き野の　／　こはきかもとゝ　／　しらませは　／　露も心を　／　わかすそあらまし</w:t>
      </w:r>
    </w:p>
    <w:p>
      <w:pPr>
        <w:keepNext/>
        <w:spacing w:after="60"/>
      </w:pPr>
      <w:r>
        <w:rPr>
          <w:b w:val="0"/>
          <w:i/>
          <w:color w:val="222B33"/>
          <w:sz w:val="21"/>
        </w:rPr>
        <w:t>Had I known it</w:t>
        <w:br/>
      </w:r>
      <w:r>
        <w:rPr>
          <w:b w:val="0"/>
          <w:i/>
          <w:color w:val="222B33"/>
          <w:sz w:val="21"/>
        </w:rPr>
        <w:t>grew from the bush clover of Miyagino,</w:t>
        <w:br/>
      </w:r>
      <w:r>
        <w:rPr>
          <w:b w:val="0"/>
          <w:i/>
          <w:color w:val="222B33"/>
          <w:sz w:val="21"/>
        </w:rPr>
        <w:t>I would not have divided</w:t>
        <w:br/>
      </w:r>
      <w:r>
        <w:rPr>
          <w:b w:val="0"/>
          <w:i/>
          <w:color w:val="222B33"/>
          <w:sz w:val="21"/>
        </w:rPr>
        <w:t>my heart</w:t>
        <w:br/>
      </w:r>
      <w:r>
        <w:rPr>
          <w:b w:val="0"/>
          <w:i/>
          <w:color w:val="222B33"/>
          <w:sz w:val="21"/>
        </w:rPr>
        <w:t>even a dewdrop.</w:t>
      </w:r>
    </w:p>
    <w:p>
      <w:pPr>
        <w:spacing w:after="40"/>
      </w:pPr>
      <w:r>
        <w:rPr>
          <w:b w:val="0"/>
          <w:i w:val="0"/>
          <w:color w:val="222B33"/>
          <w:sz w:val="19"/>
        </w:rPr>
        <w:t>Miyagino: the palace; Ukifune is the Eighth Prince’s daughter.</w:t>
      </w:r>
    </w:p>
    <w:p>
      <w:pPr>
        <w:spacing w:after="40"/>
      </w:pPr>
      <w:r>
        <w:rPr>
          <w:b w:val="0"/>
          <w:i w:val="0"/>
          <w:color w:val="6A6F75"/>
          <w:sz w:val="18"/>
        </w:rPr>
        <w:t xml:space="preserve">In reply to </w:t>
      </w:r>
      <w:hyperlink w:anchor="p725">
        <w:r>
          <w:rPr>
            <w:color w:val="2E5A80"/>
            <w:u w:val="single"/>
            <w:sz w:val="18"/>
          </w:rPr>
          <w:t xml:space="preserve">No. 725 (Ukifune’s mother)</w:t>
        </w:r>
      </w:hyperlink>
    </w:p>
    <w:p>
      <w:pPr>
        <w:keepNext/>
        <w:spacing w:after="20" w:before="200"/>
      </w:pPr>
      <w:bookmarkStart w:id="777" w:name="p727"/>
      <w:r>
        <w:rPr>
          <w:b/>
          <w:i w:val="0"/>
          <w:color w:val="222B33"/>
          <w:sz w:val="22"/>
        </w:rPr>
        <w:t>No. 727</w:t>
      </w:r>
      <w:r>
        <w:rPr>
          <w:b w:val="0"/>
          <w:i w:val="0"/>
          <w:color w:val="6A6F75"/>
          <w:sz w:val="18"/>
        </w:rPr>
        <w:t xml:space="preserve">   Ukifune → her mother   贈 sent</w:t>
      </w:r>
      <w:bookmarkEnd w:id="777"/>
    </w:p>
    <w:p>
      <w:pPr>
        <w:keepNext/>
        <w:spacing w:after="40"/>
      </w:pPr>
      <w:r>
        <w:rPr>
          <w:b/>
          <w:i w:val="0"/>
          <w:color w:val="6A6F75"/>
          <w:sz w:val="18"/>
        </w:rPr>
        <w:t xml:space="preserve">Context. </w:t>
      </w:r>
      <w:r>
        <w:rPr>
          <w:b w:val="0"/>
          <w:i w:val="0"/>
          <w:color w:val="6A6F75"/>
          <w:sz w:val="19"/>
        </w:rPr>
        <w:t>Ukifune in hiding at Sanjō after Niou’s advance.</w:t>
      </w:r>
    </w:p>
    <w:p>
      <w:pPr>
        <w:keepNext/>
        <w:spacing w:after="0"/>
      </w:pPr>
      <w:r>
        <w:rPr>
          <w:rFonts w:ascii="Noto Serif CJK JP" w:hAnsi="Noto Serif CJK JP" w:eastAsia="Noto Serif CJK JP"/>
          <w:b w:val="0"/>
          <w:i w:val="0"/>
          <w:color w:val="222B33"/>
          <w:sz w:val="26"/>
        </w:rPr>
        <w:t>ひたぶるにうれしからまし世の中にあらぬ所と思はましかば</w:t>
      </w:r>
    </w:p>
    <w:p>
      <w:pPr>
        <w:keepNext/>
        <w:spacing w:after="60"/>
      </w:pPr>
      <w:r>
        <w:rPr>
          <w:rFonts w:ascii="Noto Serif CJK JP" w:hAnsi="Noto Serif CJK JP" w:eastAsia="Noto Serif CJK JP"/>
          <w:b w:val="0"/>
          <w:i w:val="0"/>
          <w:color w:val="6A6F75"/>
          <w:sz w:val="19"/>
        </w:rPr>
        <w:t>ひたふるに　／　うれしからまし　／　世の中に　／　あらぬ所と　／　思はましかは</w:t>
      </w:r>
    </w:p>
    <w:p>
      <w:pPr>
        <w:keepNext/>
        <w:spacing w:after="60"/>
      </w:pPr>
      <w:r>
        <w:rPr>
          <w:b w:val="0"/>
          <w:i/>
          <w:color w:val="222B33"/>
          <w:sz w:val="21"/>
        </w:rPr>
        <w:t>How wholly glad</w:t>
        <w:br/>
      </w:r>
      <w:r>
        <w:rPr>
          <w:b w:val="0"/>
          <w:i/>
          <w:color w:val="222B33"/>
          <w:sz w:val="21"/>
        </w:rPr>
        <w:t>I should be, if I thought</w:t>
        <w:br/>
      </w:r>
      <w:r>
        <w:rPr>
          <w:b w:val="0"/>
          <w:i/>
          <w:color w:val="222B33"/>
          <w:sz w:val="21"/>
        </w:rPr>
        <w:t>it a place</w:t>
        <w:br/>
      </w:r>
      <w:r>
        <w:rPr>
          <w:b w:val="0"/>
          <w:i/>
          <w:color w:val="222B33"/>
          <w:sz w:val="21"/>
        </w:rPr>
        <w:t>not of</w:t>
        <w:br/>
      </w:r>
      <w:r>
        <w:rPr>
          <w:b w:val="0"/>
          <w:i/>
          <w:color w:val="222B33"/>
          <w:sz w:val="21"/>
        </w:rPr>
        <w:t>this world.</w:t>
      </w:r>
    </w:p>
    <w:p>
      <w:pPr>
        <w:spacing w:after="40"/>
      </w:pPr>
      <w:r>
        <w:rPr>
          <w:b w:val="0"/>
          <w:i w:val="0"/>
          <w:color w:val="222B33"/>
          <w:sz w:val="19"/>
        </w:rPr>
        <w:t>In hiding at Sanjō.</w:t>
      </w:r>
    </w:p>
    <w:p>
      <w:pPr>
        <w:spacing w:after="40"/>
      </w:pPr>
      <w:r>
        <w:rPr>
          <w:b w:val="0"/>
          <w:i w:val="0"/>
          <w:color w:val="6A6F75"/>
          <w:sz w:val="18"/>
        </w:rPr>
        <w:t xml:space="preserve">Answered by </w:t>
      </w:r>
      <w:hyperlink w:anchor="p728">
        <w:r>
          <w:rPr>
            <w:color w:val="2E5A80"/>
            <w:u w:val="single"/>
            <w:sz w:val="18"/>
          </w:rPr>
          <w:t xml:space="preserve">No. 728 (Ukifune’s mother)</w:t>
        </w:r>
      </w:hyperlink>
      <w:r>
        <w:rPr>
          <w:b w:val="0"/>
          <w:i w:val="0"/>
          <w:color w:val="6A6F75"/>
          <w:sz w:val="18"/>
        </w:rPr>
        <w:t xml:space="preserve">   ·   </w:t>
      </w:r>
      <w:r>
        <w:rPr>
          <w:b w:val="0"/>
          <w:i w:val="0"/>
          <w:color w:val="6A6F75"/>
          <w:sz w:val="18"/>
        </w:rPr>
        <w:t xml:space="preserve">Echo, A place not of this world: </w:t>
      </w:r>
      <w:hyperlink w:anchor="p513">
        <w:r>
          <w:rPr>
            <w:color w:val="2E5A80"/>
            <w:u w:val="single"/>
            <w:sz w:val="18"/>
          </w:rPr>
          <w:t xml:space="preserve">No. 513</w:t>
        </w:r>
      </w:hyperlink>
      <w:r>
        <w:rPr>
          <w:b w:val="0"/>
          <w:i w:val="0"/>
          <w:color w:val="6A6F75"/>
          <w:sz w:val="18"/>
        </w:rPr>
        <w:t xml:space="preserve">, </w:t>
      </w:r>
      <w:hyperlink w:anchor="p728">
        <w:r>
          <w:rPr>
            <w:color w:val="2E5A80"/>
            <w:u w:val="single"/>
            <w:sz w:val="18"/>
          </w:rPr>
          <w:t xml:space="preserve">No. 728</w:t>
        </w:r>
      </w:hyperlink>
    </w:p>
    <w:p>
      <w:pPr>
        <w:keepNext/>
        <w:spacing w:after="20" w:before="200"/>
      </w:pPr>
      <w:bookmarkStart w:id="778" w:name="p728"/>
      <w:r>
        <w:rPr>
          <w:b/>
          <w:i w:val="0"/>
          <w:color w:val="222B33"/>
          <w:sz w:val="22"/>
        </w:rPr>
        <w:t>No. 728</w:t>
      </w:r>
      <w:r>
        <w:rPr>
          <w:b w:val="0"/>
          <w:i w:val="0"/>
          <w:color w:val="6A6F75"/>
          <w:sz w:val="18"/>
        </w:rPr>
        <w:t xml:space="preserve">   Ukifune’s mother → Ukifune   答 reply</w:t>
      </w:r>
      <w:bookmarkEnd w:id="778"/>
    </w:p>
    <w:p>
      <w:pPr>
        <w:keepNext/>
        <w:spacing w:after="0"/>
      </w:pPr>
      <w:r>
        <w:rPr>
          <w:rFonts w:ascii="Noto Serif CJK JP" w:hAnsi="Noto Serif CJK JP" w:eastAsia="Noto Serif CJK JP"/>
          <w:b w:val="0"/>
          <w:i w:val="0"/>
          <w:color w:val="222B33"/>
          <w:sz w:val="26"/>
        </w:rPr>
        <w:t>憂き世にはあらぬ所を求めても君が盛りを見るよしもがな</w:t>
      </w:r>
    </w:p>
    <w:p>
      <w:pPr>
        <w:keepNext/>
        <w:spacing w:after="60"/>
      </w:pPr>
      <w:r>
        <w:rPr>
          <w:rFonts w:ascii="Noto Serif CJK JP" w:hAnsi="Noto Serif CJK JP" w:eastAsia="Noto Serif CJK JP"/>
          <w:b w:val="0"/>
          <w:i w:val="0"/>
          <w:color w:val="6A6F75"/>
          <w:sz w:val="19"/>
        </w:rPr>
        <w:t>浮世には　／　あらぬ所を　／　もとめても　／　君かさかりを　／　みるよしもかな</w:t>
      </w:r>
    </w:p>
    <w:p>
      <w:pPr>
        <w:keepNext/>
        <w:spacing w:after="60"/>
      </w:pPr>
      <w:r>
        <w:rPr>
          <w:b w:val="0"/>
          <w:i/>
          <w:color w:val="222B33"/>
          <w:sz w:val="21"/>
        </w:rPr>
        <w:t>Even seeking a place</w:t>
        <w:br/>
      </w:r>
      <w:r>
        <w:rPr>
          <w:b w:val="0"/>
          <w:i/>
          <w:color w:val="222B33"/>
          <w:sz w:val="21"/>
        </w:rPr>
        <w:t>not of this sorrowful world,</w:t>
        <w:br/>
      </w:r>
      <w:r>
        <w:rPr>
          <w:b w:val="0"/>
          <w:i/>
          <w:color w:val="222B33"/>
          <w:sz w:val="21"/>
        </w:rPr>
        <w:t>I would wish</w:t>
        <w:br/>
      </w:r>
      <w:r>
        <w:rPr>
          <w:b w:val="0"/>
          <w:i/>
          <w:color w:val="222B33"/>
          <w:sz w:val="21"/>
        </w:rPr>
        <w:t>some way to see</w:t>
        <w:br/>
      </w:r>
      <w:r>
        <w:rPr>
          <w:b w:val="0"/>
          <w:i/>
          <w:color w:val="222B33"/>
          <w:sz w:val="21"/>
        </w:rPr>
        <w:t>your flowering.</w:t>
      </w:r>
    </w:p>
    <w:p>
      <w:pPr>
        <w:spacing w:after="40"/>
      </w:pPr>
      <w:r>
        <w:rPr>
          <w:b w:val="0"/>
          <w:i w:val="0"/>
          <w:color w:val="6A6F75"/>
          <w:sz w:val="18"/>
        </w:rPr>
        <w:t xml:space="preserve">In reply to </w:t>
      </w:r>
      <w:hyperlink w:anchor="p727">
        <w:r>
          <w:rPr>
            <w:color w:val="2E5A80"/>
            <w:u w:val="single"/>
            <w:sz w:val="18"/>
          </w:rPr>
          <w:t xml:space="preserve">No. 727 (Ukifune)</w:t>
        </w:r>
      </w:hyperlink>
      <w:r>
        <w:rPr>
          <w:b w:val="0"/>
          <w:i w:val="0"/>
          <w:color w:val="6A6F75"/>
          <w:sz w:val="18"/>
        </w:rPr>
        <w:t xml:space="preserve">   ·   </w:t>
      </w:r>
      <w:r>
        <w:rPr>
          <w:b w:val="0"/>
          <w:i w:val="0"/>
          <w:color w:val="6A6F75"/>
          <w:sz w:val="18"/>
        </w:rPr>
        <w:t xml:space="preserve">Echo, A place not of this world: </w:t>
      </w:r>
      <w:hyperlink w:anchor="p513">
        <w:r>
          <w:rPr>
            <w:color w:val="2E5A80"/>
            <w:u w:val="single"/>
            <w:sz w:val="18"/>
          </w:rPr>
          <w:t xml:space="preserve">No. 513</w:t>
        </w:r>
      </w:hyperlink>
      <w:r>
        <w:rPr>
          <w:b w:val="0"/>
          <w:i w:val="0"/>
          <w:color w:val="6A6F75"/>
          <w:sz w:val="18"/>
        </w:rPr>
        <w:t xml:space="preserve">, </w:t>
      </w:r>
      <w:hyperlink w:anchor="p727">
        <w:r>
          <w:rPr>
            <w:color w:val="2E5A80"/>
            <w:u w:val="single"/>
            <w:sz w:val="18"/>
          </w:rPr>
          <w:t xml:space="preserve">No. 727</w:t>
        </w:r>
      </w:hyperlink>
    </w:p>
    <w:p>
      <w:pPr>
        <w:keepNext/>
        <w:spacing w:after="20" w:before="200"/>
      </w:pPr>
      <w:bookmarkStart w:id="779" w:name="p729"/>
      <w:r>
        <w:rPr>
          <w:b/>
          <w:i w:val="0"/>
          <w:color w:val="222B33"/>
          <w:sz w:val="22"/>
        </w:rPr>
        <w:t>No. 729</w:t>
      </w:r>
      <w:r>
        <w:rPr>
          <w:b w:val="0"/>
          <w:i w:val="0"/>
          <w:color w:val="6A6F75"/>
          <w:sz w:val="18"/>
        </w:rPr>
        <w:t xml:space="preserve">   Kaoru   独 solo</w:t>
      </w:r>
      <w:bookmarkEnd w:id="779"/>
    </w:p>
    <w:p>
      <w:pPr>
        <w:keepNext/>
        <w:spacing w:after="40"/>
      </w:pPr>
      <w:r>
        <w:rPr>
          <w:b/>
          <w:i w:val="0"/>
          <w:color w:val="6A6F75"/>
          <w:sz w:val="18"/>
        </w:rPr>
        <w:t xml:space="preserve">Context. </w:t>
      </w:r>
      <w:r>
        <w:rPr>
          <w:b w:val="0"/>
          <w:i w:val="0"/>
          <w:color w:val="6A6F75"/>
          <w:sz w:val="19"/>
        </w:rPr>
        <w:t>Kaoru revisits Uji; Ōigimi’s face haunts him, and he begins to seek her likeness in Ukifune.</w:t>
      </w:r>
    </w:p>
    <w:p>
      <w:pPr>
        <w:keepNext/>
        <w:spacing w:after="0"/>
      </w:pPr>
      <w:r>
        <w:rPr>
          <w:rFonts w:ascii="Noto Serif CJK JP" w:hAnsi="Noto Serif CJK JP" w:eastAsia="Noto Serif CJK JP"/>
          <w:b w:val="0"/>
          <w:i w:val="0"/>
          <w:color w:val="222B33"/>
          <w:sz w:val="26"/>
        </w:rPr>
        <w:t>絶え果てぬ清水になどか亡き人の面影をだにとどめざりけむ</w:t>
      </w:r>
    </w:p>
    <w:p>
      <w:pPr>
        <w:keepNext/>
        <w:spacing w:after="60"/>
      </w:pPr>
      <w:r>
        <w:rPr>
          <w:rFonts w:ascii="Noto Serif CJK JP" w:hAnsi="Noto Serif CJK JP" w:eastAsia="Noto Serif CJK JP"/>
          <w:b w:val="0"/>
          <w:i w:val="0"/>
          <w:color w:val="6A6F75"/>
          <w:sz w:val="19"/>
        </w:rPr>
        <w:t>たえはてぬ　／　し水になとか　／　なき人の　／　おも影をたに　／　とゝめさりけん</w:t>
      </w:r>
    </w:p>
    <w:p>
      <w:pPr>
        <w:keepNext/>
        <w:spacing w:after="60"/>
      </w:pPr>
      <w:r>
        <w:rPr>
          <w:b w:val="0"/>
          <w:i/>
          <w:color w:val="222B33"/>
          <w:sz w:val="21"/>
        </w:rPr>
        <w:t>The clear spring water</w:t>
        <w:br/>
      </w:r>
      <w:r>
        <w:rPr>
          <w:b w:val="0"/>
          <w:i/>
          <w:color w:val="222B33"/>
          <w:sz w:val="21"/>
        </w:rPr>
        <w:t>has not run dry: why could it not</w:t>
        <w:br/>
      </w:r>
      <w:r>
        <w:rPr>
          <w:b w:val="0"/>
          <w:i/>
          <w:color w:val="222B33"/>
          <w:sz w:val="21"/>
        </w:rPr>
        <w:t>hold even the face</w:t>
        <w:br/>
      </w:r>
      <w:r>
        <w:rPr>
          <w:b w:val="0"/>
          <w:i/>
          <w:color w:val="222B33"/>
          <w:sz w:val="21"/>
        </w:rPr>
        <w:t>of the one</w:t>
        <w:br/>
      </w:r>
      <w:r>
        <w:rPr>
          <w:b w:val="0"/>
          <w:i/>
          <w:color w:val="222B33"/>
          <w:sz w:val="21"/>
        </w:rPr>
        <w:t>who is gone?</w:t>
      </w:r>
    </w:p>
    <w:p>
      <w:pPr>
        <w:keepNext/>
        <w:spacing w:after="20" w:before="200"/>
      </w:pPr>
      <w:bookmarkStart w:id="780" w:name="p730"/>
      <w:r>
        <w:rPr>
          <w:b/>
          <w:i w:val="0"/>
          <w:color w:val="222B33"/>
          <w:sz w:val="22"/>
        </w:rPr>
        <w:t>No. 730</w:t>
      </w:r>
      <w:r>
        <w:rPr>
          <w:b w:val="0"/>
          <w:i w:val="0"/>
          <w:color w:val="6A6F75"/>
          <w:sz w:val="18"/>
        </w:rPr>
        <w:t xml:space="preserve">   Kaoru   独 solo</w:t>
      </w:r>
      <w:bookmarkEnd w:id="780"/>
    </w:p>
    <w:p>
      <w:pPr>
        <w:keepNext/>
        <w:spacing w:after="40"/>
      </w:pPr>
      <w:r>
        <w:rPr>
          <w:b/>
          <w:i w:val="0"/>
          <w:color w:val="6A6F75"/>
          <w:sz w:val="18"/>
        </w:rPr>
        <w:t xml:space="preserve">Context. </w:t>
      </w:r>
      <w:r>
        <w:rPr>
          <w:b w:val="0"/>
          <w:i w:val="0"/>
          <w:color w:val="6A6F75"/>
          <w:sz w:val="19"/>
        </w:rPr>
        <w:t>Kaoru calls on Ukifune at her hiding place in the rain; he will take her to Uji as Ōigimi’s substitute.</w:t>
      </w:r>
    </w:p>
    <w:p>
      <w:pPr>
        <w:keepNext/>
        <w:spacing w:after="0"/>
      </w:pPr>
      <w:r>
        <w:rPr>
          <w:rFonts w:ascii="Noto Serif CJK JP" w:hAnsi="Noto Serif CJK JP" w:eastAsia="Noto Serif CJK JP"/>
          <w:b w:val="0"/>
          <w:i w:val="0"/>
          <w:color w:val="222B33"/>
          <w:sz w:val="26"/>
        </w:rPr>
        <w:t>さしとむる葎やしげき東屋のあまりほど降る雨そそきかな</w:t>
      </w:r>
    </w:p>
    <w:p>
      <w:pPr>
        <w:keepNext/>
        <w:spacing w:after="60"/>
      </w:pPr>
      <w:r>
        <w:rPr>
          <w:rFonts w:ascii="Noto Serif CJK JP" w:hAnsi="Noto Serif CJK JP" w:eastAsia="Noto Serif CJK JP"/>
          <w:b w:val="0"/>
          <w:i w:val="0"/>
          <w:color w:val="6A6F75"/>
          <w:sz w:val="19"/>
        </w:rPr>
        <w:t>さしとむる　／　むくらやしけき　／　あつまやの　／　あまりほとふる　／　雨そゝきかな</w:t>
      </w:r>
    </w:p>
    <w:p>
      <w:pPr>
        <w:keepNext/>
        <w:spacing w:after="60"/>
      </w:pPr>
      <w:r>
        <w:rPr>
          <w:b w:val="0"/>
          <w:i/>
          <w:color w:val="222B33"/>
          <w:sz w:val="21"/>
        </w:rPr>
        <w:t>Are the weeds that bar</w:t>
        <w:br/>
      </w:r>
      <w:r>
        <w:rPr>
          <w:b w:val="0"/>
          <w:i/>
          <w:color w:val="222B33"/>
          <w:sz w:val="21"/>
        </w:rPr>
        <w:t>the eastern cottage grown so thick?</w:t>
        <w:br/>
      </w:r>
      <w:r>
        <w:rPr>
          <w:b w:val="0"/>
          <w:i/>
          <w:color w:val="222B33"/>
          <w:sz w:val="21"/>
        </w:rPr>
        <w:t>The rain that falls</w:t>
        <w:br/>
      </w:r>
      <w:r>
        <w:rPr>
          <w:b w:val="0"/>
          <w:i/>
          <w:color w:val="222B33"/>
          <w:sz w:val="21"/>
        </w:rPr>
        <w:t>too long</w:t>
        <w:br/>
      </w:r>
      <w:r>
        <w:rPr>
          <w:b w:val="0"/>
          <w:i/>
          <w:color w:val="222B33"/>
          <w:sz w:val="21"/>
        </w:rPr>
        <w:t>drips through.</w:t>
      </w:r>
    </w:p>
    <w:p>
      <w:pPr>
        <w:spacing w:after="40"/>
      </w:pPr>
      <w:r>
        <w:rPr>
          <w:b w:val="0"/>
          <w:i w:val="0"/>
          <w:color w:val="222B33"/>
          <w:sz w:val="19"/>
        </w:rPr>
        <w:t>Azumaya names the chapter; the saibara “Azumaya.”</w:t>
      </w:r>
    </w:p>
    <w:p>
      <w:pPr>
        <w:spacing w:after="40"/>
      </w:pPr>
      <w:r>
        <w:rPr>
          <w:b/>
          <w:i w:val="0"/>
          <w:color w:val="6A6F75"/>
          <w:sz w:val="18"/>
        </w:rPr>
        <w:t xml:space="preserve">Allusion. </w:t>
      </w:r>
      <w:r>
        <w:rPr>
          <w:b w:val="0"/>
          <w:i w:val="0"/>
          <w:sz w:val="19"/>
        </w:rPr>
        <w:t>Saibara ‘Azumaya’ (東屋)</w:t>
      </w:r>
      <w:r>
        <w:rPr>
          <w:b w:val="0"/>
          <w:i w:val="0"/>
          <w:sz w:val="19"/>
        </w:rPr>
        <w:t xml:space="preserve">  The same song of rain at the eaves of an eastern hut.</w:t>
      </w:r>
    </w:p>
    <w:p>
      <w:pPr>
        <w:keepNext/>
        <w:spacing w:after="20" w:before="200"/>
      </w:pPr>
      <w:bookmarkStart w:id="781" w:name="p731"/>
      <w:r>
        <w:rPr>
          <w:b/>
          <w:i w:val="0"/>
          <w:color w:val="222B33"/>
          <w:sz w:val="22"/>
        </w:rPr>
        <w:t>No. 731</w:t>
      </w:r>
      <w:r>
        <w:rPr>
          <w:b w:val="0"/>
          <w:i w:val="0"/>
          <w:color w:val="6A6F75"/>
          <w:sz w:val="18"/>
        </w:rPr>
        <w:t xml:space="preserve">   Kaoru   独 solo</w:t>
      </w:r>
      <w:bookmarkEnd w:id="781"/>
    </w:p>
    <w:p>
      <w:pPr>
        <w:keepNext/>
        <w:spacing w:after="40"/>
      </w:pPr>
      <w:r>
        <w:rPr>
          <w:b/>
          <w:i w:val="0"/>
          <w:color w:val="6A6F75"/>
          <w:sz w:val="18"/>
        </w:rPr>
        <w:t xml:space="preserve">Context. </w:t>
      </w:r>
      <w:r>
        <w:rPr>
          <w:b w:val="0"/>
          <w:i w:val="0"/>
          <w:color w:val="6A6F75"/>
          <w:sz w:val="19"/>
        </w:rPr>
        <w:t>On the way to Uji with Ukifune, Kaoru weeps for Ōigimi; the woman beside him is a keepsake.</w:t>
      </w:r>
    </w:p>
    <w:p>
      <w:pPr>
        <w:keepNext/>
        <w:spacing w:after="0"/>
      </w:pPr>
      <w:r>
        <w:rPr>
          <w:rFonts w:ascii="Noto Serif CJK JP" w:hAnsi="Noto Serif CJK JP" w:eastAsia="Noto Serif CJK JP"/>
          <w:b w:val="0"/>
          <w:i w:val="0"/>
          <w:color w:val="222B33"/>
          <w:sz w:val="26"/>
        </w:rPr>
        <w:t>形見ぞと見るにつけては朝露のところせきまで濡るる袖かな</w:t>
      </w:r>
    </w:p>
    <w:p>
      <w:pPr>
        <w:keepNext/>
        <w:spacing w:after="60"/>
      </w:pPr>
      <w:r>
        <w:rPr>
          <w:rFonts w:ascii="Noto Serif CJK JP" w:hAnsi="Noto Serif CJK JP" w:eastAsia="Noto Serif CJK JP"/>
          <w:b w:val="0"/>
          <w:i w:val="0"/>
          <w:color w:val="6A6F75"/>
          <w:sz w:val="19"/>
        </w:rPr>
        <w:t>かたみそと　／　みるにつけては　／　朝露の　／　所せきまて　／　ぬるゝ袖哉</w:t>
      </w:r>
    </w:p>
    <w:p>
      <w:pPr>
        <w:keepNext/>
        <w:spacing w:after="60"/>
      </w:pPr>
      <w:r>
        <w:rPr>
          <w:b w:val="0"/>
          <w:i/>
          <w:color w:val="222B33"/>
          <w:sz w:val="21"/>
        </w:rPr>
        <w:t>When I look at it</w:t>
        <w:br/>
      </w:r>
      <w:r>
        <w:rPr>
          <w:b w:val="0"/>
          <w:i/>
          <w:color w:val="222B33"/>
          <w:sz w:val="21"/>
        </w:rPr>
        <w:t>as a keepsake, my sleeve</w:t>
        <w:br/>
      </w:r>
      <w:r>
        <w:rPr>
          <w:b w:val="0"/>
          <w:i/>
          <w:color w:val="222B33"/>
          <w:sz w:val="21"/>
        </w:rPr>
        <w:t>is wet with morning dew</w:t>
        <w:br/>
      </w:r>
      <w:r>
        <w:rPr>
          <w:b w:val="0"/>
          <w:i/>
          <w:color w:val="222B33"/>
          <w:sz w:val="21"/>
        </w:rPr>
        <w:t>so much there is</w:t>
        <w:br/>
      </w:r>
      <w:r>
        <w:rPr>
          <w:b w:val="0"/>
          <w:i/>
          <w:color w:val="222B33"/>
          <w:sz w:val="21"/>
        </w:rPr>
        <w:t>no room.</w:t>
      </w:r>
    </w:p>
    <w:p>
      <w:pPr>
        <w:keepNext/>
        <w:spacing w:after="20" w:before="200"/>
      </w:pPr>
      <w:bookmarkStart w:id="782" w:name="p732"/>
      <w:r>
        <w:rPr>
          <w:b/>
          <w:i w:val="0"/>
          <w:color w:val="222B33"/>
          <w:sz w:val="22"/>
        </w:rPr>
        <w:t>No. 732</w:t>
      </w:r>
      <w:r>
        <w:rPr>
          <w:b w:val="0"/>
          <w:i w:val="0"/>
          <w:color w:val="6A6F75"/>
          <w:sz w:val="18"/>
        </w:rPr>
        <w:t xml:space="preserve">   Ben → Kaoru   贈 sent</w:t>
      </w:r>
      <w:bookmarkEnd w:id="782"/>
    </w:p>
    <w:p>
      <w:pPr>
        <w:keepNext/>
        <w:spacing w:after="40"/>
      </w:pPr>
      <w:r>
        <w:rPr>
          <w:b/>
          <w:i w:val="0"/>
          <w:color w:val="6A6F75"/>
          <w:sz w:val="18"/>
        </w:rPr>
        <w:t xml:space="preserve">Context. </w:t>
      </w:r>
      <w:r>
        <w:rPr>
          <w:b w:val="0"/>
          <w:i w:val="0"/>
          <w:color w:val="6A6F75"/>
          <w:sz w:val="19"/>
        </w:rPr>
        <w:t>Ben at Uji with Kaoru and Ukifune; she has served three generations of Kaoru’s story.</w:t>
      </w:r>
    </w:p>
    <w:p>
      <w:pPr>
        <w:keepNext/>
        <w:spacing w:after="0"/>
      </w:pPr>
      <w:r>
        <w:rPr>
          <w:rFonts w:ascii="Noto Serif CJK JP" w:hAnsi="Noto Serif CJK JP" w:eastAsia="Noto Serif CJK JP"/>
          <w:b w:val="0"/>
          <w:i w:val="0"/>
          <w:color w:val="222B33"/>
          <w:sz w:val="26"/>
        </w:rPr>
        <w:t>宿り木は色変はりぬる秋なれど昔おぼえて澄める月かな</w:t>
      </w:r>
    </w:p>
    <w:p>
      <w:pPr>
        <w:keepNext/>
        <w:spacing w:after="60"/>
      </w:pPr>
      <w:r>
        <w:rPr>
          <w:rFonts w:ascii="Noto Serif CJK JP" w:hAnsi="Noto Serif CJK JP" w:eastAsia="Noto Serif CJK JP"/>
          <w:b w:val="0"/>
          <w:i w:val="0"/>
          <w:color w:val="6A6F75"/>
          <w:sz w:val="19"/>
        </w:rPr>
        <w:t>やとり木は　／　色かはりぬる　／　秋なれと　／　むかしおほえて　／　すめる月かな</w:t>
      </w:r>
    </w:p>
    <w:p>
      <w:pPr>
        <w:keepNext/>
        <w:spacing w:after="60"/>
      </w:pPr>
      <w:r>
        <w:rPr>
          <w:b w:val="0"/>
          <w:i/>
          <w:color w:val="222B33"/>
          <w:sz w:val="21"/>
        </w:rPr>
        <w:t>The ivy has changed</w:t>
        <w:br/>
      </w:r>
      <w:r>
        <w:rPr>
          <w:b w:val="0"/>
          <w:i/>
          <w:color w:val="222B33"/>
          <w:sz w:val="21"/>
        </w:rPr>
        <w:t>its color in autumn,</w:t>
        <w:br/>
      </w:r>
      <w:r>
        <w:rPr>
          <w:b w:val="0"/>
          <w:i/>
          <w:color w:val="222B33"/>
          <w:sz w:val="21"/>
        </w:rPr>
        <w:t>but the moon</w:t>
        <w:br/>
      </w:r>
      <w:r>
        <w:rPr>
          <w:b w:val="0"/>
          <w:i/>
          <w:color w:val="222B33"/>
          <w:sz w:val="21"/>
        </w:rPr>
        <w:t>that recalls the past</w:t>
        <w:br/>
      </w:r>
      <w:r>
        <w:rPr>
          <w:b w:val="0"/>
          <w:i/>
          <w:color w:val="222B33"/>
          <w:sz w:val="21"/>
        </w:rPr>
        <w:t>is clear.</w:t>
      </w:r>
    </w:p>
    <w:p>
      <w:pPr>
        <w:spacing w:after="40"/>
      </w:pPr>
      <w:r>
        <w:rPr>
          <w:b w:val="0"/>
          <w:i w:val="0"/>
          <w:color w:val="6A6F75"/>
          <w:sz w:val="18"/>
        </w:rPr>
        <w:t xml:space="preserve">Answered by </w:t>
      </w:r>
      <w:hyperlink w:anchor="p733">
        <w:r>
          <w:rPr>
            <w:color w:val="2E5A80"/>
            <w:u w:val="single"/>
            <w:sz w:val="18"/>
          </w:rPr>
          <w:t xml:space="preserve">No. 733 (Kaoru)</w:t>
        </w:r>
      </w:hyperlink>
    </w:p>
    <w:p>
      <w:pPr>
        <w:keepNext/>
        <w:spacing w:after="20" w:before="200"/>
      </w:pPr>
      <w:bookmarkStart w:id="783" w:name="p733"/>
      <w:r>
        <w:rPr>
          <w:b/>
          <w:i w:val="0"/>
          <w:color w:val="222B33"/>
          <w:sz w:val="22"/>
        </w:rPr>
        <w:t>No. 733</w:t>
      </w:r>
      <w:r>
        <w:rPr>
          <w:b w:val="0"/>
          <w:i w:val="0"/>
          <w:color w:val="6A6F75"/>
          <w:sz w:val="18"/>
        </w:rPr>
        <w:t xml:space="preserve">   Kaoru → Ben   答 reply</w:t>
      </w:r>
      <w:bookmarkEnd w:id="783"/>
    </w:p>
    <w:p>
      <w:pPr>
        <w:keepNext/>
        <w:spacing w:after="0"/>
      </w:pPr>
      <w:r>
        <w:rPr>
          <w:rFonts w:ascii="Noto Serif CJK JP" w:hAnsi="Noto Serif CJK JP" w:eastAsia="Noto Serif CJK JP"/>
          <w:b w:val="0"/>
          <w:i w:val="0"/>
          <w:color w:val="222B33"/>
          <w:sz w:val="26"/>
        </w:rPr>
        <w:t>里の名も昔ながらに見し人の面変はりせる閨の月影</w:t>
      </w:r>
    </w:p>
    <w:p>
      <w:pPr>
        <w:keepNext/>
        <w:spacing w:after="60"/>
      </w:pPr>
      <w:r>
        <w:rPr>
          <w:rFonts w:ascii="Noto Serif CJK JP" w:hAnsi="Noto Serif CJK JP" w:eastAsia="Noto Serif CJK JP"/>
          <w:b w:val="0"/>
          <w:i w:val="0"/>
          <w:color w:val="6A6F75"/>
          <w:sz w:val="19"/>
        </w:rPr>
        <w:t>里の名も　／　むかしなからに　／　みし人の　／　おもかはりせる　／　ねやの月影</w:t>
      </w:r>
    </w:p>
    <w:p>
      <w:pPr>
        <w:keepNext/>
        <w:spacing w:after="60"/>
      </w:pPr>
      <w:r>
        <w:rPr>
          <w:b w:val="0"/>
          <w:i/>
          <w:color w:val="222B33"/>
          <w:sz w:val="21"/>
        </w:rPr>
        <w:t>Even the village name</w:t>
        <w:br/>
      </w:r>
      <w:r>
        <w:rPr>
          <w:b w:val="0"/>
          <w:i/>
          <w:color w:val="222B33"/>
          <w:sz w:val="21"/>
        </w:rPr>
        <w:t>is as of old, but the moon</w:t>
        <w:br/>
      </w:r>
      <w:r>
        <w:rPr>
          <w:b w:val="0"/>
          <w:i/>
          <w:color w:val="222B33"/>
          <w:sz w:val="21"/>
        </w:rPr>
        <w:t>in the bedchamber</w:t>
        <w:br/>
      </w:r>
      <w:r>
        <w:rPr>
          <w:b w:val="0"/>
          <w:i/>
          <w:color w:val="222B33"/>
          <w:sz w:val="21"/>
        </w:rPr>
        <w:t>shows a changed face</w:t>
        <w:br/>
      </w:r>
      <w:r>
        <w:rPr>
          <w:b w:val="0"/>
          <w:i/>
          <w:color w:val="222B33"/>
          <w:sz w:val="21"/>
        </w:rPr>
        <w:t>from the one I knew.</w:t>
      </w:r>
    </w:p>
    <w:p>
      <w:pPr>
        <w:spacing w:after="40"/>
      </w:pPr>
      <w:r>
        <w:rPr>
          <w:b w:val="0"/>
          <w:i w:val="0"/>
          <w:color w:val="6A6F75"/>
          <w:sz w:val="18"/>
        </w:rPr>
        <w:t xml:space="preserve">In reply to </w:t>
      </w:r>
      <w:hyperlink w:anchor="p732">
        <w:r>
          <w:rPr>
            <w:color w:val="2E5A80"/>
            <w:u w:val="single"/>
            <w:sz w:val="18"/>
          </w:rPr>
          <w:t xml:space="preserve">No. 732 (Ben)</w:t>
        </w:r>
      </w:hyperlink>
    </w:p>
    <w:p>
      <w:pPr>
        <w:pStyle w:val="Heading1"/>
      </w:pPr>
      <w:bookmarkStart w:id="784" w:name="ch51"/>
      <w:r>
        <w:t>Chapter 51 · Ukifune 浮舟</w:t>
      </w:r>
      <w:bookmarkEnd w:id="784"/>
    </w:p>
    <w:p>
      <w:pPr>
        <w:keepNext/>
        <w:spacing w:after="20" w:before="200"/>
      </w:pPr>
      <w:bookmarkStart w:id="785" w:name="p734"/>
      <w:r>
        <w:rPr>
          <w:b/>
          <w:i w:val="0"/>
          <w:color w:val="222B33"/>
          <w:sz w:val="22"/>
        </w:rPr>
        <w:t>No. 734</w:t>
      </w:r>
      <w:r>
        <w:rPr>
          <w:b w:val="0"/>
          <w:i w:val="0"/>
          <w:color w:val="6A6F75"/>
          <w:sz w:val="18"/>
        </w:rPr>
        <w:t xml:space="preserve">   Ukifune → Naka no Kimi   贈:独 sent / solo</w:t>
      </w:r>
      <w:bookmarkEnd w:id="785"/>
    </w:p>
    <w:p>
      <w:pPr>
        <w:keepNext/>
        <w:spacing w:after="40"/>
      </w:pPr>
      <w:r>
        <w:rPr>
          <w:b/>
          <w:i w:val="0"/>
          <w:color w:val="6A6F75"/>
          <w:sz w:val="18"/>
        </w:rPr>
        <w:t xml:space="preserve">Context. </w:t>
      </w:r>
      <w:r>
        <w:rPr>
          <w:b w:val="0"/>
          <w:i w:val="0"/>
          <w:color w:val="6A6F75"/>
          <w:sz w:val="19"/>
        </w:rPr>
        <w:t>Ukifune’s New Year gift to Naka no Kimi; Niou sees the letter.</w:t>
      </w:r>
    </w:p>
    <w:p>
      <w:pPr>
        <w:keepNext/>
        <w:spacing w:after="0"/>
      </w:pPr>
      <w:r>
        <w:rPr>
          <w:rFonts w:ascii="Noto Serif CJK JP" w:hAnsi="Noto Serif CJK JP" w:eastAsia="Noto Serif CJK JP"/>
          <w:b w:val="0"/>
          <w:i w:val="0"/>
          <w:color w:val="222B33"/>
          <w:sz w:val="26"/>
        </w:rPr>
        <w:t>まだ古りぬ物にはあれど君がため深き心に待つと知らなむ</w:t>
      </w:r>
    </w:p>
    <w:p>
      <w:pPr>
        <w:keepNext/>
        <w:spacing w:after="60"/>
      </w:pPr>
      <w:r>
        <w:rPr>
          <w:rFonts w:ascii="Noto Serif CJK JP" w:hAnsi="Noto Serif CJK JP" w:eastAsia="Noto Serif CJK JP"/>
          <w:b w:val="0"/>
          <w:i w:val="0"/>
          <w:color w:val="6A6F75"/>
          <w:sz w:val="19"/>
        </w:rPr>
        <w:t>またふりぬ　／　ものにはあれと　／　君かため　／　ふかき心に　／　まつとしらなん</w:t>
      </w:r>
    </w:p>
    <w:p>
      <w:pPr>
        <w:keepNext/>
        <w:spacing w:after="60"/>
      </w:pPr>
      <w:r>
        <w:rPr>
          <w:b w:val="0"/>
          <w:i/>
          <w:color w:val="222B33"/>
          <w:sz w:val="21"/>
        </w:rPr>
        <w:t>It is not yet old,</w:t>
        <w:br/>
      </w:r>
      <w:r>
        <w:rPr>
          <w:b w:val="0"/>
          <w:i/>
          <w:color w:val="222B33"/>
          <w:sz w:val="21"/>
        </w:rPr>
        <w:t>but know that it waits for you</w:t>
        <w:br/>
      </w:r>
      <w:r>
        <w:rPr>
          <w:b w:val="0"/>
          <w:i/>
          <w:color w:val="222B33"/>
          <w:sz w:val="21"/>
        </w:rPr>
        <w:t>with a heart</w:t>
        <w:br/>
      </w:r>
      <w:r>
        <w:rPr>
          <w:b w:val="0"/>
          <w:i/>
          <w:color w:val="222B33"/>
          <w:sz w:val="21"/>
        </w:rPr>
        <w:t>that is</w:t>
        <w:br/>
      </w:r>
      <w:r>
        <w:rPr>
          <w:b w:val="0"/>
          <w:i/>
          <w:color w:val="222B33"/>
          <w:sz w:val="21"/>
        </w:rPr>
        <w:t>deep.</w:t>
      </w:r>
    </w:p>
    <w:p>
      <w:pPr>
        <w:spacing w:after="40"/>
      </w:pPr>
      <w:r>
        <w:rPr>
          <w:b w:val="0"/>
          <w:i w:val="0"/>
          <w:color w:val="222B33"/>
          <w:sz w:val="19"/>
        </w:rPr>
        <w:t>A New Year gift; matsu, “pine” and “wait.”</w:t>
      </w:r>
    </w:p>
    <w:p>
      <w:pPr>
        <w:keepNext/>
        <w:spacing w:after="20" w:before="200"/>
      </w:pPr>
      <w:bookmarkStart w:id="786" w:name="p735"/>
      <w:r>
        <w:rPr>
          <w:b/>
          <w:i w:val="0"/>
          <w:color w:val="222B33"/>
          <w:sz w:val="22"/>
        </w:rPr>
        <w:t>No. 735</w:t>
      </w:r>
      <w:r>
        <w:rPr>
          <w:b w:val="0"/>
          <w:i w:val="0"/>
          <w:color w:val="6A6F75"/>
          <w:sz w:val="18"/>
        </w:rPr>
        <w:t xml:space="preserve">   Niou → Ukifune   贈 sent</w:t>
      </w:r>
      <w:bookmarkEnd w:id="786"/>
    </w:p>
    <w:p>
      <w:pPr>
        <w:keepNext/>
        <w:spacing w:after="40"/>
      </w:pPr>
      <w:r>
        <w:rPr>
          <w:b/>
          <w:i w:val="0"/>
          <w:color w:val="6A6F75"/>
          <w:sz w:val="18"/>
        </w:rPr>
        <w:t xml:space="preserve">Context. </w:t>
      </w:r>
      <w:r>
        <w:rPr>
          <w:b w:val="0"/>
          <w:i w:val="0"/>
          <w:color w:val="6A6F75"/>
          <w:sz w:val="19"/>
        </w:rPr>
        <w:t>Niou has tricked his way to Ukifune; the night of the affair.</w:t>
      </w:r>
    </w:p>
    <w:p>
      <w:pPr>
        <w:keepNext/>
        <w:spacing w:after="0"/>
      </w:pPr>
      <w:r>
        <w:rPr>
          <w:rFonts w:ascii="Noto Serif CJK JP" w:hAnsi="Noto Serif CJK JP" w:eastAsia="Noto Serif CJK JP"/>
          <w:b w:val="0"/>
          <w:i w:val="0"/>
          <w:color w:val="222B33"/>
          <w:sz w:val="26"/>
        </w:rPr>
        <w:t>長き世を頼めてもなほ悲しきはただ明日知らぬ命なりけり</w:t>
      </w:r>
    </w:p>
    <w:p>
      <w:pPr>
        <w:keepNext/>
        <w:spacing w:after="60"/>
      </w:pPr>
      <w:r>
        <w:rPr>
          <w:rFonts w:ascii="Noto Serif CJK JP" w:hAnsi="Noto Serif CJK JP" w:eastAsia="Noto Serif CJK JP"/>
          <w:b w:val="0"/>
          <w:i w:val="0"/>
          <w:color w:val="6A6F75"/>
          <w:sz w:val="19"/>
        </w:rPr>
        <w:t>なかきよを　／　たのめてもなを　／　かなしきは　／　たゝあすしらぬ　／　いのちなりけり</w:t>
      </w:r>
    </w:p>
    <w:p>
      <w:pPr>
        <w:keepNext/>
        <w:spacing w:after="60"/>
      </w:pPr>
      <w:r>
        <w:rPr>
          <w:b w:val="0"/>
          <w:i/>
          <w:color w:val="222B33"/>
          <w:sz w:val="21"/>
        </w:rPr>
        <w:t>Though I trust in you</w:t>
        <w:br/>
      </w:r>
      <w:r>
        <w:rPr>
          <w:b w:val="0"/>
          <w:i/>
          <w:color w:val="222B33"/>
          <w:sz w:val="21"/>
        </w:rPr>
        <w:t>for long ages, still the sadness</w:t>
        <w:br/>
      </w:r>
      <w:r>
        <w:rPr>
          <w:b w:val="0"/>
          <w:i/>
          <w:color w:val="222B33"/>
          <w:sz w:val="21"/>
        </w:rPr>
        <w:t>is that our lives</w:t>
        <w:br/>
      </w:r>
      <w:r>
        <w:rPr>
          <w:b w:val="0"/>
          <w:i/>
          <w:color w:val="222B33"/>
          <w:sz w:val="21"/>
        </w:rPr>
        <w:t>are not known</w:t>
        <w:br/>
      </w:r>
      <w:r>
        <w:rPr>
          <w:b w:val="0"/>
          <w:i/>
          <w:color w:val="222B33"/>
          <w:sz w:val="21"/>
        </w:rPr>
        <w:t>even for tomorrow.</w:t>
      </w:r>
    </w:p>
    <w:p>
      <w:pPr>
        <w:spacing w:after="40"/>
      </w:pPr>
      <w:r>
        <w:rPr>
          <w:b w:val="0"/>
          <w:i w:val="0"/>
          <w:color w:val="6A6F75"/>
          <w:sz w:val="18"/>
        </w:rPr>
        <w:t xml:space="preserve">Answered by </w:t>
      </w:r>
      <w:hyperlink w:anchor="p736">
        <w:r>
          <w:rPr>
            <w:color w:val="2E5A80"/>
            <w:u w:val="single"/>
            <w:sz w:val="18"/>
          </w:rPr>
          <w:t xml:space="preserve">No. 736 (Ukifune)</w:t>
        </w:r>
      </w:hyperlink>
    </w:p>
    <w:p>
      <w:pPr>
        <w:keepNext/>
        <w:spacing w:after="20" w:before="200"/>
      </w:pPr>
      <w:bookmarkStart w:id="787" w:name="p736"/>
      <w:r>
        <w:rPr>
          <w:b/>
          <w:i w:val="0"/>
          <w:color w:val="222B33"/>
          <w:sz w:val="22"/>
        </w:rPr>
        <w:t>No. 736</w:t>
      </w:r>
      <w:r>
        <w:rPr>
          <w:b w:val="0"/>
          <w:i w:val="0"/>
          <w:color w:val="6A6F75"/>
          <w:sz w:val="18"/>
        </w:rPr>
        <w:t xml:space="preserve">   Ukifune → Niou   答 reply</w:t>
      </w:r>
      <w:bookmarkEnd w:id="787"/>
    </w:p>
    <w:p>
      <w:pPr>
        <w:keepNext/>
        <w:spacing w:after="0"/>
      </w:pPr>
      <w:r>
        <w:rPr>
          <w:rFonts w:ascii="Noto Serif CJK JP" w:hAnsi="Noto Serif CJK JP" w:eastAsia="Noto Serif CJK JP"/>
          <w:b w:val="0"/>
          <w:i w:val="0"/>
          <w:color w:val="222B33"/>
          <w:sz w:val="26"/>
        </w:rPr>
        <w:t>心をば嘆かざらまし命のみ定めなき世と思はましかば</w:t>
      </w:r>
    </w:p>
    <w:p>
      <w:pPr>
        <w:keepNext/>
        <w:spacing w:after="60"/>
      </w:pPr>
      <w:r>
        <w:rPr>
          <w:rFonts w:ascii="Noto Serif CJK JP" w:hAnsi="Noto Serif CJK JP" w:eastAsia="Noto Serif CJK JP"/>
          <w:b w:val="0"/>
          <w:i w:val="0"/>
          <w:color w:val="6A6F75"/>
          <w:sz w:val="19"/>
        </w:rPr>
        <w:t>こゝろをは　／　なけかさらまし　／　いのちのみ　／　さためなきよと　／　おもはましかは</w:t>
      </w:r>
    </w:p>
    <w:p>
      <w:pPr>
        <w:keepNext/>
        <w:spacing w:after="60"/>
      </w:pPr>
      <w:r>
        <w:rPr>
          <w:b w:val="0"/>
          <w:i/>
          <w:color w:val="222B33"/>
          <w:sz w:val="21"/>
        </w:rPr>
        <w:t>I would not grieve</w:t>
        <w:br/>
      </w:r>
      <w:r>
        <w:rPr>
          <w:b w:val="0"/>
          <w:i/>
          <w:color w:val="222B33"/>
          <w:sz w:val="21"/>
        </w:rPr>
        <w:t>over the heart, if I could think</w:t>
        <w:br/>
      </w:r>
      <w:r>
        <w:rPr>
          <w:b w:val="0"/>
          <w:i/>
          <w:color w:val="222B33"/>
          <w:sz w:val="21"/>
        </w:rPr>
        <w:t>only life</w:t>
        <w:br/>
      </w:r>
      <w:r>
        <w:rPr>
          <w:b w:val="0"/>
          <w:i/>
          <w:color w:val="222B33"/>
          <w:sz w:val="21"/>
        </w:rPr>
        <w:t>uncertain</w:t>
        <w:br/>
      </w:r>
      <w:r>
        <w:rPr>
          <w:b w:val="0"/>
          <w:i/>
          <w:color w:val="222B33"/>
          <w:sz w:val="21"/>
        </w:rPr>
        <w:t>in this world.</w:t>
      </w:r>
    </w:p>
    <w:p>
      <w:pPr>
        <w:spacing w:after="40"/>
      </w:pPr>
      <w:r>
        <w:rPr>
          <w:b w:val="0"/>
          <w:i w:val="0"/>
          <w:color w:val="6A6F75"/>
          <w:sz w:val="18"/>
        </w:rPr>
        <w:t xml:space="preserve">In reply to </w:t>
      </w:r>
      <w:hyperlink w:anchor="p735">
        <w:r>
          <w:rPr>
            <w:color w:val="2E5A80"/>
            <w:u w:val="single"/>
            <w:sz w:val="18"/>
          </w:rPr>
          <w:t xml:space="preserve">No. 735 (Niou)</w:t>
        </w:r>
      </w:hyperlink>
    </w:p>
    <w:p>
      <w:pPr>
        <w:keepNext/>
        <w:spacing w:after="20" w:before="200"/>
      </w:pPr>
      <w:bookmarkStart w:id="788" w:name="p737"/>
      <w:r>
        <w:rPr>
          <w:b/>
          <w:i w:val="0"/>
          <w:color w:val="222B33"/>
          <w:sz w:val="22"/>
        </w:rPr>
        <w:t>No. 737</w:t>
      </w:r>
      <w:r>
        <w:rPr>
          <w:b w:val="0"/>
          <w:i w:val="0"/>
          <w:color w:val="6A6F75"/>
          <w:sz w:val="18"/>
        </w:rPr>
        <w:t xml:space="preserve">   Niou → Ukifune   贈 sent</w:t>
      </w:r>
      <w:bookmarkEnd w:id="788"/>
    </w:p>
    <w:p>
      <w:pPr>
        <w:keepNext/>
        <w:spacing w:after="40"/>
      </w:pPr>
      <w:r>
        <w:rPr>
          <w:b/>
          <w:i w:val="0"/>
          <w:color w:val="6A6F75"/>
          <w:sz w:val="18"/>
        </w:rPr>
        <w:t xml:space="preserve">Context. </w:t>
      </w:r>
      <w:r>
        <w:rPr>
          <w:b w:val="0"/>
          <w:i w:val="0"/>
          <w:color w:val="6A6F75"/>
          <w:sz w:val="19"/>
        </w:rPr>
        <w:t>Niou leaving Ukifune at Uji after their first days together.</w:t>
      </w:r>
    </w:p>
    <w:p>
      <w:pPr>
        <w:keepNext/>
        <w:spacing w:after="0"/>
      </w:pPr>
      <w:r>
        <w:rPr>
          <w:rFonts w:ascii="Noto Serif CJK JP" w:hAnsi="Noto Serif CJK JP" w:eastAsia="Noto Serif CJK JP"/>
          <w:b w:val="0"/>
          <w:i w:val="0"/>
          <w:color w:val="222B33"/>
          <w:sz w:val="26"/>
        </w:rPr>
        <w:t>世に知らず惑ふべきかな先に立つ涙も道をかきくらしつつ</w:t>
      </w:r>
    </w:p>
    <w:p>
      <w:pPr>
        <w:keepNext/>
        <w:spacing w:after="60"/>
      </w:pPr>
      <w:r>
        <w:rPr>
          <w:rFonts w:ascii="Noto Serif CJK JP" w:hAnsi="Noto Serif CJK JP" w:eastAsia="Noto Serif CJK JP"/>
          <w:b w:val="0"/>
          <w:i w:val="0"/>
          <w:color w:val="6A6F75"/>
          <w:sz w:val="19"/>
        </w:rPr>
        <w:t>よにしらす　／　まとふへきかな　／　さきにたつ　／　なみたもみちを　／　かきくらしつゝ</w:t>
      </w:r>
    </w:p>
    <w:p>
      <w:pPr>
        <w:keepNext/>
        <w:spacing w:after="60"/>
      </w:pPr>
      <w:r>
        <w:rPr>
          <w:b w:val="0"/>
          <w:i/>
          <w:color w:val="222B33"/>
          <w:sz w:val="21"/>
        </w:rPr>
        <w:t>I shall be lost</w:t>
        <w:br/>
      </w:r>
      <w:r>
        <w:rPr>
          <w:b w:val="0"/>
          <w:i/>
          <w:color w:val="222B33"/>
          <w:sz w:val="21"/>
        </w:rPr>
        <w:t>as no one in the world,</w:t>
        <w:br/>
      </w:r>
      <w:r>
        <w:rPr>
          <w:b w:val="0"/>
          <w:i/>
          <w:color w:val="222B33"/>
          <w:sz w:val="21"/>
        </w:rPr>
        <w:t>with the tears that go before</w:t>
        <w:br/>
      </w:r>
      <w:r>
        <w:rPr>
          <w:b w:val="0"/>
          <w:i/>
          <w:color w:val="222B33"/>
          <w:sz w:val="21"/>
        </w:rPr>
        <w:t>darkening</w:t>
        <w:br/>
      </w:r>
      <w:r>
        <w:rPr>
          <w:b w:val="0"/>
          <w:i/>
          <w:color w:val="222B33"/>
          <w:sz w:val="21"/>
        </w:rPr>
        <w:t>the road.</w:t>
      </w:r>
    </w:p>
    <w:p>
      <w:pPr>
        <w:spacing w:after="40"/>
      </w:pPr>
      <w:r>
        <w:rPr>
          <w:b w:val="0"/>
          <w:i w:val="0"/>
          <w:color w:val="6A6F75"/>
          <w:sz w:val="18"/>
        </w:rPr>
        <w:t xml:space="preserve">Answered by </w:t>
      </w:r>
      <w:hyperlink w:anchor="p738">
        <w:r>
          <w:rPr>
            <w:color w:val="2E5A80"/>
            <w:u w:val="single"/>
            <w:sz w:val="18"/>
          </w:rPr>
          <w:t xml:space="preserve">No. 738 (Ukifune)</w:t>
        </w:r>
      </w:hyperlink>
    </w:p>
    <w:p>
      <w:pPr>
        <w:keepNext/>
        <w:spacing w:after="20" w:before="200"/>
      </w:pPr>
      <w:bookmarkStart w:id="789" w:name="p738"/>
      <w:r>
        <w:rPr>
          <w:b/>
          <w:i w:val="0"/>
          <w:color w:val="222B33"/>
          <w:sz w:val="22"/>
        </w:rPr>
        <w:t>No. 738</w:t>
      </w:r>
      <w:r>
        <w:rPr>
          <w:b w:val="0"/>
          <w:i w:val="0"/>
          <w:color w:val="6A6F75"/>
          <w:sz w:val="18"/>
        </w:rPr>
        <w:t xml:space="preserve">   Ukifune → Niou   答 reply</w:t>
      </w:r>
      <w:bookmarkEnd w:id="789"/>
    </w:p>
    <w:p>
      <w:pPr>
        <w:keepNext/>
        <w:spacing w:after="0"/>
      </w:pPr>
      <w:r>
        <w:rPr>
          <w:rFonts w:ascii="Noto Serif CJK JP" w:hAnsi="Noto Serif CJK JP" w:eastAsia="Noto Serif CJK JP"/>
          <w:b w:val="0"/>
          <w:i w:val="0"/>
          <w:color w:val="222B33"/>
          <w:sz w:val="26"/>
        </w:rPr>
        <w:t>涙をもほどなき袖にせきかねていかに別れをとどむべき身ぞ</w:t>
      </w:r>
    </w:p>
    <w:p>
      <w:pPr>
        <w:keepNext/>
        <w:spacing w:after="60"/>
      </w:pPr>
      <w:r>
        <w:rPr>
          <w:rFonts w:ascii="Noto Serif CJK JP" w:hAnsi="Noto Serif CJK JP" w:eastAsia="Noto Serif CJK JP"/>
          <w:b w:val="0"/>
          <w:i w:val="0"/>
          <w:color w:val="6A6F75"/>
          <w:sz w:val="19"/>
        </w:rPr>
        <w:t>なみたをも　／　ほとなきそてに　／　せきかねて　／　いかにわかれを　／　とゝむへき身そ</w:t>
      </w:r>
    </w:p>
    <w:p>
      <w:pPr>
        <w:keepNext/>
        <w:spacing w:after="60"/>
      </w:pPr>
      <w:r>
        <w:rPr>
          <w:b w:val="0"/>
          <w:i/>
          <w:color w:val="222B33"/>
          <w:sz w:val="21"/>
        </w:rPr>
        <w:t>Unable to hold</w:t>
        <w:br/>
      </w:r>
      <w:r>
        <w:rPr>
          <w:b w:val="0"/>
          <w:i/>
          <w:color w:val="222B33"/>
          <w:sz w:val="21"/>
        </w:rPr>
        <w:t>my tears even in narrow sleeves,</w:t>
        <w:br/>
      </w:r>
      <w:r>
        <w:rPr>
          <w:b w:val="0"/>
          <w:i/>
          <w:color w:val="222B33"/>
          <w:sz w:val="21"/>
        </w:rPr>
        <w:t>how am I</w:t>
        <w:br/>
      </w:r>
      <w:r>
        <w:rPr>
          <w:b w:val="0"/>
          <w:i/>
          <w:color w:val="222B33"/>
          <w:sz w:val="21"/>
        </w:rPr>
        <w:t>to keep</w:t>
        <w:br/>
      </w:r>
      <w:r>
        <w:rPr>
          <w:b w:val="0"/>
          <w:i/>
          <w:color w:val="222B33"/>
          <w:sz w:val="21"/>
        </w:rPr>
        <w:t>the parting back?</w:t>
      </w:r>
    </w:p>
    <w:p>
      <w:pPr>
        <w:spacing w:after="40"/>
      </w:pPr>
      <w:r>
        <w:rPr>
          <w:b w:val="0"/>
          <w:i w:val="0"/>
          <w:color w:val="6A6F75"/>
          <w:sz w:val="18"/>
        </w:rPr>
        <w:t xml:space="preserve">In reply to </w:t>
      </w:r>
      <w:hyperlink w:anchor="p737">
        <w:r>
          <w:rPr>
            <w:color w:val="2E5A80"/>
            <w:u w:val="single"/>
            <w:sz w:val="18"/>
          </w:rPr>
          <w:t xml:space="preserve">No. 737 (Niou)</w:t>
        </w:r>
      </w:hyperlink>
    </w:p>
    <w:p>
      <w:pPr>
        <w:keepNext/>
        <w:spacing w:after="20" w:before="200"/>
      </w:pPr>
      <w:bookmarkStart w:id="790" w:name="p739"/>
      <w:r>
        <w:rPr>
          <w:b/>
          <w:i w:val="0"/>
          <w:color w:val="222B33"/>
          <w:sz w:val="22"/>
        </w:rPr>
        <w:t>No. 739</w:t>
      </w:r>
      <w:r>
        <w:rPr>
          <w:b w:val="0"/>
          <w:i w:val="0"/>
          <w:color w:val="6A6F75"/>
          <w:sz w:val="18"/>
        </w:rPr>
        <w:t xml:space="preserve">   Kaoru → Ukifune   贈 sent</w:t>
      </w:r>
      <w:bookmarkEnd w:id="790"/>
    </w:p>
    <w:p>
      <w:pPr>
        <w:keepNext/>
        <w:spacing w:after="40"/>
      </w:pPr>
      <w:r>
        <w:rPr>
          <w:b/>
          <w:i w:val="0"/>
          <w:color w:val="6A6F75"/>
          <w:sz w:val="18"/>
        </w:rPr>
        <w:t xml:space="preserve">Context. </w:t>
      </w:r>
      <w:r>
        <w:rPr>
          <w:b w:val="0"/>
          <w:i w:val="0"/>
          <w:color w:val="6A6F75"/>
          <w:sz w:val="19"/>
        </w:rPr>
        <w:t>Kaoru to Ukifune, unaware of the affair with Niou.</w:t>
      </w:r>
    </w:p>
    <w:p>
      <w:pPr>
        <w:keepNext/>
        <w:spacing w:after="0"/>
      </w:pPr>
      <w:r>
        <w:rPr>
          <w:rFonts w:ascii="Noto Serif CJK JP" w:hAnsi="Noto Serif CJK JP" w:eastAsia="Noto Serif CJK JP"/>
          <w:b w:val="0"/>
          <w:i w:val="0"/>
          <w:color w:val="222B33"/>
          <w:sz w:val="26"/>
        </w:rPr>
        <w:t>宇治橋の長き契りは朽ちせじを危ぶむ方に心騒ぐな</w:t>
      </w:r>
    </w:p>
    <w:p>
      <w:pPr>
        <w:keepNext/>
        <w:spacing w:after="60"/>
      </w:pPr>
      <w:r>
        <w:rPr>
          <w:rFonts w:ascii="Noto Serif CJK JP" w:hAnsi="Noto Serif CJK JP" w:eastAsia="Noto Serif CJK JP"/>
          <w:b w:val="0"/>
          <w:i w:val="0"/>
          <w:color w:val="6A6F75"/>
          <w:sz w:val="19"/>
        </w:rPr>
        <w:t>うちはしの　／　なかきちきりは　／　くちせしを　／　あやふむかたに　／　こゝろさはくな</w:t>
      </w:r>
    </w:p>
    <w:p>
      <w:pPr>
        <w:keepNext/>
        <w:spacing w:after="60"/>
      </w:pPr>
      <w:r>
        <w:rPr>
          <w:b w:val="0"/>
          <w:i/>
          <w:color w:val="222B33"/>
          <w:sz w:val="21"/>
        </w:rPr>
        <w:t>The long pledge</w:t>
        <w:br/>
      </w:r>
      <w:r>
        <w:rPr>
          <w:b w:val="0"/>
          <w:i/>
          <w:color w:val="222B33"/>
          <w:sz w:val="21"/>
        </w:rPr>
        <w:t>of Uji Bridge will not rot;</w:t>
        <w:br/>
      </w:r>
      <w:r>
        <w:rPr>
          <w:b w:val="0"/>
          <w:i/>
          <w:color w:val="222B33"/>
          <w:sz w:val="21"/>
        </w:rPr>
        <w:t>do not let your heart</w:t>
        <w:br/>
      </w:r>
      <w:r>
        <w:rPr>
          <w:b w:val="0"/>
          <w:i/>
          <w:color w:val="222B33"/>
          <w:sz w:val="21"/>
        </w:rPr>
        <w:t>be troubled</w:t>
        <w:br/>
      </w:r>
      <w:r>
        <w:rPr>
          <w:b w:val="0"/>
          <w:i/>
          <w:color w:val="222B33"/>
          <w:sz w:val="21"/>
        </w:rPr>
        <w:t>by fear of danger.</w:t>
      </w:r>
    </w:p>
    <w:p>
      <w:pPr>
        <w:spacing w:after="40"/>
      </w:pPr>
      <w:r>
        <w:rPr>
          <w:b w:val="0"/>
          <w:i w:val="0"/>
          <w:color w:val="6A6F75"/>
          <w:sz w:val="18"/>
        </w:rPr>
        <w:t xml:space="preserve">Answered by </w:t>
      </w:r>
      <w:hyperlink w:anchor="p740">
        <w:r>
          <w:rPr>
            <w:color w:val="2E5A80"/>
            <w:u w:val="single"/>
            <w:sz w:val="18"/>
          </w:rPr>
          <w:t xml:space="preserve">No. 740 (Ukifune)</w:t>
        </w:r>
      </w:hyperlink>
      <w:r>
        <w:rPr>
          <w:b w:val="0"/>
          <w:i w:val="0"/>
          <w:color w:val="6A6F75"/>
          <w:sz w:val="18"/>
        </w:rPr>
        <w:t xml:space="preserve">   ·   </w:t>
      </w:r>
      <w:r>
        <w:rPr>
          <w:b w:val="0"/>
          <w:i w:val="0"/>
          <w:color w:val="6A6F75"/>
          <w:sz w:val="18"/>
        </w:rPr>
        <w:t xml:space="preserve">Echo, The Lady of the Bridge and Uji Bridge: </w:t>
      </w:r>
      <w:hyperlink w:anchor="p628">
        <w:r>
          <w:rPr>
            <w:color w:val="2E5A80"/>
            <w:u w:val="single"/>
            <w:sz w:val="18"/>
          </w:rPr>
          <w:t xml:space="preserve">No. 628</w:t>
        </w:r>
      </w:hyperlink>
      <w:r>
        <w:rPr>
          <w:b w:val="0"/>
          <w:i w:val="0"/>
          <w:color w:val="6A6F75"/>
          <w:sz w:val="18"/>
        </w:rPr>
        <w:t xml:space="preserve">, </w:t>
      </w:r>
      <w:hyperlink w:anchor="p666">
        <w:r>
          <w:rPr>
            <w:color w:val="2E5A80"/>
            <w:u w:val="single"/>
            <w:sz w:val="18"/>
          </w:rPr>
          <w:t xml:space="preserve">No. 666</w:t>
        </w:r>
      </w:hyperlink>
      <w:r>
        <w:rPr>
          <w:b w:val="0"/>
          <w:i w:val="0"/>
          <w:color w:val="6A6F75"/>
          <w:sz w:val="18"/>
        </w:rPr>
        <w:t xml:space="preserve">, </w:t>
      </w:r>
      <w:hyperlink w:anchor="p667">
        <w:r>
          <w:rPr>
            <w:color w:val="2E5A80"/>
            <w:u w:val="single"/>
            <w:sz w:val="18"/>
          </w:rPr>
          <w:t xml:space="preserve">No. 667</w:t>
        </w:r>
      </w:hyperlink>
      <w:r>
        <w:rPr>
          <w:b w:val="0"/>
          <w:i w:val="0"/>
          <w:color w:val="6A6F75"/>
          <w:sz w:val="18"/>
        </w:rPr>
        <w:t xml:space="preserve">, </w:t>
      </w:r>
      <w:hyperlink w:anchor="p740">
        <w:r>
          <w:rPr>
            <w:color w:val="2E5A80"/>
            <w:u w:val="single"/>
            <w:sz w:val="18"/>
          </w:rPr>
          <w:t xml:space="preserve">No. 740</w:t>
        </w:r>
      </w:hyperlink>
    </w:p>
    <w:p>
      <w:pPr>
        <w:keepNext/>
        <w:spacing w:after="20" w:before="200"/>
      </w:pPr>
      <w:bookmarkStart w:id="791" w:name="p740"/>
      <w:r>
        <w:rPr>
          <w:b/>
          <w:i w:val="0"/>
          <w:color w:val="222B33"/>
          <w:sz w:val="22"/>
        </w:rPr>
        <w:t>No. 740</w:t>
      </w:r>
      <w:r>
        <w:rPr>
          <w:b w:val="0"/>
          <w:i w:val="0"/>
          <w:color w:val="6A6F75"/>
          <w:sz w:val="18"/>
        </w:rPr>
        <w:t xml:space="preserve">   Ukifune → Kaoru   答 reply</w:t>
      </w:r>
      <w:bookmarkEnd w:id="791"/>
    </w:p>
    <w:p>
      <w:pPr>
        <w:keepNext/>
        <w:spacing w:after="0"/>
      </w:pPr>
      <w:r>
        <w:rPr>
          <w:rFonts w:ascii="Noto Serif CJK JP" w:hAnsi="Noto Serif CJK JP" w:eastAsia="Noto Serif CJK JP"/>
          <w:b w:val="0"/>
          <w:i w:val="0"/>
          <w:color w:val="222B33"/>
          <w:sz w:val="26"/>
        </w:rPr>
        <w:t>絶え間のみ世には危ふき宇治橋を朽ちせぬものとなほ頼めとや</w:t>
      </w:r>
    </w:p>
    <w:p>
      <w:pPr>
        <w:keepNext/>
        <w:spacing w:after="60"/>
      </w:pPr>
      <w:r>
        <w:rPr>
          <w:rFonts w:ascii="Noto Serif CJK JP" w:hAnsi="Noto Serif CJK JP" w:eastAsia="Noto Serif CJK JP"/>
          <w:b w:val="0"/>
          <w:i w:val="0"/>
          <w:color w:val="6A6F75"/>
          <w:sz w:val="19"/>
        </w:rPr>
        <w:t>たえまのみ　／　よにはあやうき　／　うちはしを　／　くちせぬものと　／　なをたのめとや</w:t>
      </w:r>
    </w:p>
    <w:p>
      <w:pPr>
        <w:keepNext/>
        <w:spacing w:after="60"/>
      </w:pPr>
      <w:r>
        <w:rPr>
          <w:b w:val="0"/>
          <w:i/>
          <w:color w:val="222B33"/>
          <w:sz w:val="21"/>
        </w:rPr>
        <w:t>Uji Bridge,</w:t>
        <w:br/>
      </w:r>
      <w:r>
        <w:rPr>
          <w:b w:val="0"/>
          <w:i/>
          <w:color w:val="222B33"/>
          <w:sz w:val="21"/>
        </w:rPr>
        <w:t>always dangerous for its gaps:</w:t>
        <w:br/>
      </w:r>
      <w:r>
        <w:rPr>
          <w:b w:val="0"/>
          <w:i/>
          <w:color w:val="222B33"/>
          <w:sz w:val="21"/>
        </w:rPr>
        <w:t>do you still tell me</w:t>
        <w:br/>
      </w:r>
      <w:r>
        <w:rPr>
          <w:b w:val="0"/>
          <w:i/>
          <w:color w:val="222B33"/>
          <w:sz w:val="21"/>
        </w:rPr>
        <w:t>to trust it</w:t>
        <w:br/>
      </w:r>
      <w:r>
        <w:rPr>
          <w:b w:val="0"/>
          <w:i/>
          <w:color w:val="222B33"/>
          <w:sz w:val="21"/>
        </w:rPr>
        <w:t>as never rotting?</w:t>
      </w:r>
    </w:p>
    <w:p>
      <w:pPr>
        <w:spacing w:after="40"/>
      </w:pPr>
      <w:r>
        <w:rPr>
          <w:b w:val="0"/>
          <w:i w:val="0"/>
          <w:color w:val="6A6F75"/>
          <w:sz w:val="18"/>
        </w:rPr>
        <w:t xml:space="preserve">In reply to </w:t>
      </w:r>
      <w:hyperlink w:anchor="p739">
        <w:r>
          <w:rPr>
            <w:color w:val="2E5A80"/>
            <w:u w:val="single"/>
            <w:sz w:val="18"/>
          </w:rPr>
          <w:t xml:space="preserve">No. 739 (Kaoru)</w:t>
        </w:r>
      </w:hyperlink>
      <w:r>
        <w:rPr>
          <w:b w:val="0"/>
          <w:i w:val="0"/>
          <w:color w:val="6A6F75"/>
          <w:sz w:val="18"/>
        </w:rPr>
        <w:t xml:space="preserve">   ·   </w:t>
      </w:r>
      <w:r>
        <w:rPr>
          <w:b w:val="0"/>
          <w:i w:val="0"/>
          <w:color w:val="6A6F75"/>
          <w:sz w:val="18"/>
        </w:rPr>
        <w:t xml:space="preserve">Echo, The Lady of the Bridge and Uji Bridge: </w:t>
      </w:r>
      <w:hyperlink w:anchor="p628">
        <w:r>
          <w:rPr>
            <w:color w:val="2E5A80"/>
            <w:u w:val="single"/>
            <w:sz w:val="18"/>
          </w:rPr>
          <w:t xml:space="preserve">No. 628</w:t>
        </w:r>
      </w:hyperlink>
      <w:r>
        <w:rPr>
          <w:b w:val="0"/>
          <w:i w:val="0"/>
          <w:color w:val="6A6F75"/>
          <w:sz w:val="18"/>
        </w:rPr>
        <w:t xml:space="preserve">, </w:t>
      </w:r>
      <w:hyperlink w:anchor="p666">
        <w:r>
          <w:rPr>
            <w:color w:val="2E5A80"/>
            <w:u w:val="single"/>
            <w:sz w:val="18"/>
          </w:rPr>
          <w:t xml:space="preserve">No. 666</w:t>
        </w:r>
      </w:hyperlink>
      <w:r>
        <w:rPr>
          <w:b w:val="0"/>
          <w:i w:val="0"/>
          <w:color w:val="6A6F75"/>
          <w:sz w:val="18"/>
        </w:rPr>
        <w:t xml:space="preserve">, </w:t>
      </w:r>
      <w:hyperlink w:anchor="p667">
        <w:r>
          <w:rPr>
            <w:color w:val="2E5A80"/>
            <w:u w:val="single"/>
            <w:sz w:val="18"/>
          </w:rPr>
          <w:t xml:space="preserve">No. 667</w:t>
        </w:r>
      </w:hyperlink>
      <w:r>
        <w:rPr>
          <w:b w:val="0"/>
          <w:i w:val="0"/>
          <w:color w:val="6A6F75"/>
          <w:sz w:val="18"/>
        </w:rPr>
        <w:t xml:space="preserve">, </w:t>
      </w:r>
      <w:hyperlink w:anchor="p739">
        <w:r>
          <w:rPr>
            <w:color w:val="2E5A80"/>
            <w:u w:val="single"/>
            <w:sz w:val="18"/>
          </w:rPr>
          <w:t xml:space="preserve">No. 739</w:t>
        </w:r>
      </w:hyperlink>
    </w:p>
    <w:p>
      <w:pPr>
        <w:keepNext/>
        <w:spacing w:after="20" w:before="200"/>
      </w:pPr>
      <w:bookmarkStart w:id="792" w:name="p741"/>
      <w:r>
        <w:rPr>
          <w:b/>
          <w:i w:val="0"/>
          <w:color w:val="222B33"/>
          <w:sz w:val="22"/>
        </w:rPr>
        <w:t>No. 741</w:t>
      </w:r>
      <w:r>
        <w:rPr>
          <w:b w:val="0"/>
          <w:i w:val="0"/>
          <w:color w:val="6A6F75"/>
          <w:sz w:val="18"/>
        </w:rPr>
        <w:t xml:space="preserve">   Niou → Ukifune   贈 sent</w:t>
      </w:r>
      <w:bookmarkEnd w:id="792"/>
    </w:p>
    <w:p>
      <w:pPr>
        <w:keepNext/>
        <w:spacing w:after="40"/>
      </w:pPr>
      <w:r>
        <w:rPr>
          <w:b/>
          <w:i w:val="0"/>
          <w:color w:val="6A6F75"/>
          <w:sz w:val="18"/>
        </w:rPr>
        <w:t xml:space="preserve">Context. </w:t>
      </w:r>
      <w:r>
        <w:rPr>
          <w:b w:val="0"/>
          <w:i w:val="0"/>
          <w:color w:val="6A6F75"/>
          <w:sz w:val="19"/>
        </w:rPr>
        <w:t>Niou takes Ukifune by boat to Tachibana Island.</w:t>
      </w:r>
    </w:p>
    <w:p>
      <w:pPr>
        <w:keepNext/>
        <w:spacing w:after="0"/>
      </w:pPr>
      <w:r>
        <w:rPr>
          <w:rFonts w:ascii="Noto Serif CJK JP" w:hAnsi="Noto Serif CJK JP" w:eastAsia="Noto Serif CJK JP"/>
          <w:b w:val="0"/>
          <w:i w:val="0"/>
          <w:color w:val="222B33"/>
          <w:sz w:val="26"/>
        </w:rPr>
        <w:t>年経とも変はらむものか橘の小島の崎に契る心は</w:t>
      </w:r>
    </w:p>
    <w:p>
      <w:pPr>
        <w:keepNext/>
        <w:spacing w:after="60"/>
      </w:pPr>
      <w:r>
        <w:rPr>
          <w:rFonts w:ascii="Noto Serif CJK JP" w:hAnsi="Noto Serif CJK JP" w:eastAsia="Noto Serif CJK JP"/>
          <w:b w:val="0"/>
          <w:i w:val="0"/>
          <w:color w:val="6A6F75"/>
          <w:sz w:val="19"/>
        </w:rPr>
        <w:t>としふとも　／　かはらんものか　／　たちはなの　／　こしまのさきに　／　ちきるこゝろは</w:t>
      </w:r>
    </w:p>
    <w:p>
      <w:pPr>
        <w:keepNext/>
        <w:spacing w:after="60"/>
      </w:pPr>
      <w:r>
        <w:rPr>
          <w:b w:val="0"/>
          <w:i/>
          <w:color w:val="222B33"/>
          <w:sz w:val="21"/>
        </w:rPr>
        <w:t>Though years pass,</w:t>
        <w:br/>
      </w:r>
      <w:r>
        <w:rPr>
          <w:b w:val="0"/>
          <w:i/>
          <w:color w:val="222B33"/>
          <w:sz w:val="21"/>
        </w:rPr>
        <w:t>will it change, the heart that pledges</w:t>
        <w:br/>
      </w:r>
      <w:r>
        <w:rPr>
          <w:b w:val="0"/>
          <w:i/>
          <w:color w:val="222B33"/>
          <w:sz w:val="21"/>
        </w:rPr>
        <w:t>at the cape</w:t>
        <w:br/>
      </w:r>
      <w:r>
        <w:rPr>
          <w:b w:val="0"/>
          <w:i/>
          <w:color w:val="222B33"/>
          <w:sz w:val="21"/>
        </w:rPr>
        <w:t>of Tachibana</w:t>
        <w:br/>
      </w:r>
      <w:r>
        <w:rPr>
          <w:b w:val="0"/>
          <w:i/>
          <w:color w:val="222B33"/>
          <w:sz w:val="21"/>
        </w:rPr>
        <w:t>Island?</w:t>
      </w:r>
    </w:p>
    <w:p>
      <w:pPr>
        <w:spacing w:after="40"/>
      </w:pPr>
      <w:r>
        <w:rPr>
          <w:b w:val="0"/>
          <w:i w:val="0"/>
          <w:color w:val="6A6F75"/>
          <w:sz w:val="18"/>
        </w:rPr>
        <w:t xml:space="preserve">Answered by </w:t>
      </w:r>
      <w:hyperlink w:anchor="p742">
        <w:r>
          <w:rPr>
            <w:color w:val="2E5A80"/>
            <w:u w:val="single"/>
            <w:sz w:val="18"/>
          </w:rPr>
          <w:t xml:space="preserve">No. 742 (Ukifune)</w:t>
        </w:r>
      </w:hyperlink>
    </w:p>
    <w:p>
      <w:pPr>
        <w:keepNext/>
        <w:spacing w:after="20" w:before="200"/>
      </w:pPr>
      <w:bookmarkStart w:id="793" w:name="p742"/>
      <w:r>
        <w:rPr>
          <w:b/>
          <w:i w:val="0"/>
          <w:color w:val="222B33"/>
          <w:sz w:val="22"/>
        </w:rPr>
        <w:t>No. 742</w:t>
      </w:r>
      <w:r>
        <w:rPr>
          <w:b w:val="0"/>
          <w:i w:val="0"/>
          <w:color w:val="6A6F75"/>
          <w:sz w:val="18"/>
        </w:rPr>
        <w:t xml:space="preserve">   Ukifune → Niou   答 reply</w:t>
      </w:r>
      <w:bookmarkEnd w:id="793"/>
    </w:p>
    <w:p>
      <w:pPr>
        <w:keepNext/>
        <w:spacing w:after="0"/>
      </w:pPr>
      <w:r>
        <w:rPr>
          <w:rFonts w:ascii="Noto Serif CJK JP" w:hAnsi="Noto Serif CJK JP" w:eastAsia="Noto Serif CJK JP"/>
          <w:b w:val="0"/>
          <w:i w:val="0"/>
          <w:color w:val="222B33"/>
          <w:sz w:val="26"/>
        </w:rPr>
        <w:t>橘の小島の色は変はらじをこの浮舟ぞ行方知られぬ</w:t>
      </w:r>
    </w:p>
    <w:p>
      <w:pPr>
        <w:keepNext/>
        <w:spacing w:after="60"/>
      </w:pPr>
      <w:r>
        <w:rPr>
          <w:rFonts w:ascii="Noto Serif CJK JP" w:hAnsi="Noto Serif CJK JP" w:eastAsia="Noto Serif CJK JP"/>
          <w:b w:val="0"/>
          <w:i w:val="0"/>
          <w:color w:val="6A6F75"/>
          <w:sz w:val="19"/>
        </w:rPr>
        <w:t>たちはなの　／　こしまのいろは　／　かはらしを　／　このうきふねそ　／　ゆくゑしられぬ</w:t>
      </w:r>
    </w:p>
    <w:p>
      <w:pPr>
        <w:keepNext/>
        <w:spacing w:after="60"/>
      </w:pPr>
      <w:r>
        <w:rPr>
          <w:b w:val="0"/>
          <w:i/>
          <w:color w:val="222B33"/>
          <w:sz w:val="21"/>
        </w:rPr>
        <w:t>The color of Tachibana</w:t>
        <w:br/>
      </w:r>
      <w:r>
        <w:rPr>
          <w:b w:val="0"/>
          <w:i/>
          <w:color w:val="222B33"/>
          <w:sz w:val="21"/>
        </w:rPr>
        <w:t>Island will not change,</w:t>
        <w:br/>
      </w:r>
      <w:r>
        <w:rPr>
          <w:b w:val="0"/>
          <w:i/>
          <w:color w:val="222B33"/>
          <w:sz w:val="21"/>
        </w:rPr>
        <w:t>but this floating boat</w:t>
        <w:br/>
      </w:r>
      <w:r>
        <w:rPr>
          <w:b w:val="0"/>
          <w:i/>
          <w:color w:val="222B33"/>
          <w:sz w:val="21"/>
        </w:rPr>
        <w:t>does not know</w:t>
        <w:br/>
      </w:r>
      <w:r>
        <w:rPr>
          <w:b w:val="0"/>
          <w:i/>
          <w:color w:val="222B33"/>
          <w:sz w:val="21"/>
        </w:rPr>
        <w:t>where it goes.</w:t>
      </w:r>
    </w:p>
    <w:p>
      <w:pPr>
        <w:spacing w:after="40"/>
      </w:pPr>
      <w:r>
        <w:rPr>
          <w:b w:val="0"/>
          <w:i w:val="0"/>
          <w:color w:val="222B33"/>
          <w:sz w:val="19"/>
        </w:rPr>
        <w:t>Ukifune, “floating boat,” her traditional name.</w:t>
      </w:r>
    </w:p>
    <w:p>
      <w:pPr>
        <w:spacing w:after="40"/>
      </w:pPr>
      <w:r>
        <w:rPr>
          <w:b w:val="0"/>
          <w:i w:val="0"/>
          <w:color w:val="6A6F75"/>
          <w:sz w:val="18"/>
        </w:rPr>
        <w:t xml:space="preserve">In reply to </w:t>
      </w:r>
      <w:hyperlink w:anchor="p741">
        <w:r>
          <w:rPr>
            <w:color w:val="2E5A80"/>
            <w:u w:val="single"/>
            <w:sz w:val="18"/>
          </w:rPr>
          <w:t xml:space="preserve">No. 741 (Niou)</w:t>
        </w:r>
      </w:hyperlink>
    </w:p>
    <w:p>
      <w:pPr>
        <w:keepNext/>
        <w:spacing w:after="20" w:before="200"/>
      </w:pPr>
      <w:bookmarkStart w:id="794" w:name="p743"/>
      <w:r>
        <w:rPr>
          <w:b/>
          <w:i w:val="0"/>
          <w:color w:val="222B33"/>
          <w:sz w:val="22"/>
        </w:rPr>
        <w:t>No. 743</w:t>
      </w:r>
      <w:r>
        <w:rPr>
          <w:b w:val="0"/>
          <w:i w:val="0"/>
          <w:color w:val="6A6F75"/>
          <w:sz w:val="18"/>
        </w:rPr>
        <w:t xml:space="preserve">   Niou → Ukifune   贈 sent</w:t>
      </w:r>
      <w:bookmarkEnd w:id="794"/>
    </w:p>
    <w:p>
      <w:pPr>
        <w:keepNext/>
        <w:spacing w:after="40"/>
      </w:pPr>
      <w:r>
        <w:rPr>
          <w:b/>
          <w:i w:val="0"/>
          <w:color w:val="6A6F75"/>
          <w:sz w:val="18"/>
        </w:rPr>
        <w:t xml:space="preserve">Context. </w:t>
      </w:r>
      <w:r>
        <w:rPr>
          <w:b w:val="0"/>
          <w:i w:val="0"/>
          <w:color w:val="6A6F75"/>
          <w:sz w:val="19"/>
        </w:rPr>
        <w:t>Niou in the snowy hideaway across the river with Ukifune.</w:t>
      </w:r>
    </w:p>
    <w:p>
      <w:pPr>
        <w:keepNext/>
        <w:spacing w:after="0"/>
      </w:pPr>
      <w:r>
        <w:rPr>
          <w:rFonts w:ascii="Noto Serif CJK JP" w:hAnsi="Noto Serif CJK JP" w:eastAsia="Noto Serif CJK JP"/>
          <w:b w:val="0"/>
          <w:i w:val="0"/>
          <w:color w:val="222B33"/>
          <w:sz w:val="26"/>
        </w:rPr>
        <w:t>峰の雪みぎはの氷踏み分けて君にぞ惑ふ道は惑はず</w:t>
      </w:r>
    </w:p>
    <w:p>
      <w:pPr>
        <w:keepNext/>
        <w:spacing w:after="60"/>
      </w:pPr>
      <w:r>
        <w:rPr>
          <w:rFonts w:ascii="Noto Serif CJK JP" w:hAnsi="Noto Serif CJK JP" w:eastAsia="Noto Serif CJK JP"/>
          <w:b w:val="0"/>
          <w:i w:val="0"/>
          <w:color w:val="6A6F75"/>
          <w:sz w:val="19"/>
        </w:rPr>
        <w:t>みねのゆき　／　みきはのこほり　／　ふみわけて　／　君にそまとふ　／　みちはまとはす</w:t>
      </w:r>
    </w:p>
    <w:p>
      <w:pPr>
        <w:keepNext/>
        <w:spacing w:after="60"/>
      </w:pPr>
      <w:r>
        <w:rPr>
          <w:b w:val="0"/>
          <w:i/>
          <w:color w:val="222B33"/>
          <w:sz w:val="21"/>
        </w:rPr>
        <w:t>Parting the snow of the peak</w:t>
        <w:br/>
      </w:r>
      <w:r>
        <w:rPr>
          <w:b w:val="0"/>
          <w:i/>
          <w:color w:val="222B33"/>
          <w:sz w:val="21"/>
        </w:rPr>
        <w:t>and the ice of the bank, I am lost</w:t>
        <w:br/>
      </w:r>
      <w:r>
        <w:rPr>
          <w:b w:val="0"/>
          <w:i/>
          <w:color w:val="222B33"/>
          <w:sz w:val="21"/>
        </w:rPr>
        <w:t>over you, but not</w:t>
        <w:br/>
      </w:r>
      <w:r>
        <w:rPr>
          <w:b w:val="0"/>
          <w:i/>
          <w:color w:val="222B33"/>
          <w:sz w:val="21"/>
        </w:rPr>
        <w:t>lost</w:t>
        <w:br/>
      </w:r>
      <w:r>
        <w:rPr>
          <w:b w:val="0"/>
          <w:i/>
          <w:color w:val="222B33"/>
          <w:sz w:val="21"/>
        </w:rPr>
        <w:t>on the road.</w:t>
      </w:r>
    </w:p>
    <w:p>
      <w:pPr>
        <w:spacing w:after="40"/>
      </w:pPr>
      <w:r>
        <w:rPr>
          <w:b w:val="0"/>
          <w:i w:val="0"/>
          <w:color w:val="6A6F75"/>
          <w:sz w:val="18"/>
        </w:rPr>
        <w:t xml:space="preserve">Answered by </w:t>
      </w:r>
      <w:hyperlink w:anchor="p744">
        <w:r>
          <w:rPr>
            <w:color w:val="2E5A80"/>
            <w:u w:val="single"/>
            <w:sz w:val="18"/>
          </w:rPr>
          <w:t xml:space="preserve">No. 744 (Ukifune)</w:t>
        </w:r>
      </w:hyperlink>
    </w:p>
    <w:p>
      <w:pPr>
        <w:keepNext/>
        <w:spacing w:after="20" w:before="200"/>
      </w:pPr>
      <w:bookmarkStart w:id="795" w:name="p744"/>
      <w:r>
        <w:rPr>
          <w:b/>
          <w:i w:val="0"/>
          <w:color w:val="222B33"/>
          <w:sz w:val="22"/>
        </w:rPr>
        <w:t>No. 744</w:t>
      </w:r>
      <w:r>
        <w:rPr>
          <w:b w:val="0"/>
          <w:i w:val="0"/>
          <w:color w:val="6A6F75"/>
          <w:sz w:val="18"/>
        </w:rPr>
        <w:t xml:space="preserve">   Ukifune → Niou   答 reply</w:t>
      </w:r>
      <w:bookmarkEnd w:id="795"/>
    </w:p>
    <w:p>
      <w:pPr>
        <w:keepNext/>
        <w:spacing w:after="0"/>
      </w:pPr>
      <w:r>
        <w:rPr>
          <w:rFonts w:ascii="Noto Serif CJK JP" w:hAnsi="Noto Serif CJK JP" w:eastAsia="Noto Serif CJK JP"/>
          <w:b w:val="0"/>
          <w:i w:val="0"/>
          <w:color w:val="222B33"/>
          <w:sz w:val="26"/>
        </w:rPr>
        <w:t>降り乱れみぎはに凍る雪よりも中空にてぞ我は消ぬべき</w:t>
      </w:r>
    </w:p>
    <w:p>
      <w:pPr>
        <w:keepNext/>
        <w:spacing w:after="60"/>
      </w:pPr>
      <w:r>
        <w:rPr>
          <w:rFonts w:ascii="Noto Serif CJK JP" w:hAnsi="Noto Serif CJK JP" w:eastAsia="Noto Serif CJK JP"/>
          <w:b w:val="0"/>
          <w:i w:val="0"/>
          <w:color w:val="6A6F75"/>
          <w:sz w:val="19"/>
        </w:rPr>
        <w:t>ふりみたれ　／　みきはにこほる　／　ゆきよりも　／　なかそらにてそ　／　われはけぬへき</w:t>
      </w:r>
    </w:p>
    <w:p>
      <w:pPr>
        <w:keepNext/>
        <w:spacing w:after="60"/>
      </w:pPr>
      <w:r>
        <w:rPr>
          <w:b w:val="0"/>
          <w:i/>
          <w:color w:val="222B33"/>
          <w:sz w:val="21"/>
        </w:rPr>
        <w:t>More than the snow</w:t>
        <w:br/>
      </w:r>
      <w:r>
        <w:rPr>
          <w:b w:val="0"/>
          <w:i/>
          <w:color w:val="222B33"/>
          <w:sz w:val="21"/>
        </w:rPr>
        <w:t>falling wildly and freezing on the bank,</w:t>
        <w:br/>
      </w:r>
      <w:r>
        <w:rPr>
          <w:b w:val="0"/>
          <w:i/>
          <w:color w:val="222B33"/>
          <w:sz w:val="21"/>
        </w:rPr>
        <w:t>it is I who must vanish</w:t>
        <w:br/>
      </w:r>
      <w:r>
        <w:rPr>
          <w:b w:val="0"/>
          <w:i/>
          <w:color w:val="222B33"/>
          <w:sz w:val="21"/>
        </w:rPr>
        <w:t>in mid</w:t>
        <w:br/>
      </w:r>
      <w:r>
        <w:rPr>
          <w:b w:val="0"/>
          <w:i/>
          <w:color w:val="222B33"/>
          <w:sz w:val="21"/>
        </w:rPr>
        <w:t>sky.</w:t>
      </w:r>
    </w:p>
    <w:p>
      <w:pPr>
        <w:spacing w:after="40"/>
      </w:pPr>
      <w:r>
        <w:rPr>
          <w:b w:val="0"/>
          <w:i w:val="0"/>
          <w:color w:val="222B33"/>
          <w:sz w:val="19"/>
        </w:rPr>
        <w:t>Nakazora: between the two men.</w:t>
      </w:r>
    </w:p>
    <w:p>
      <w:pPr>
        <w:spacing w:after="40"/>
      </w:pPr>
      <w:r>
        <w:rPr>
          <w:b w:val="0"/>
          <w:i w:val="0"/>
          <w:color w:val="6A6F75"/>
          <w:sz w:val="18"/>
        </w:rPr>
        <w:t xml:space="preserve">In reply to </w:t>
      </w:r>
      <w:hyperlink w:anchor="p743">
        <w:r>
          <w:rPr>
            <w:color w:val="2E5A80"/>
            <w:u w:val="single"/>
            <w:sz w:val="18"/>
          </w:rPr>
          <w:t xml:space="preserve">No. 743 (Niou)</w:t>
        </w:r>
      </w:hyperlink>
    </w:p>
    <w:p>
      <w:pPr>
        <w:keepNext/>
        <w:spacing w:after="20" w:before="200"/>
      </w:pPr>
      <w:bookmarkStart w:id="796" w:name="p745"/>
      <w:r>
        <w:rPr>
          <w:b/>
          <w:i w:val="0"/>
          <w:color w:val="222B33"/>
          <w:sz w:val="22"/>
        </w:rPr>
        <w:t>No. 745</w:t>
      </w:r>
      <w:r>
        <w:rPr>
          <w:b w:val="0"/>
          <w:i w:val="0"/>
          <w:color w:val="6A6F75"/>
          <w:sz w:val="18"/>
        </w:rPr>
        <w:t xml:space="preserve">   Niou → Ukifune   贈 sent</w:t>
      </w:r>
      <w:bookmarkEnd w:id="796"/>
    </w:p>
    <w:p>
      <w:pPr>
        <w:keepNext/>
        <w:spacing w:after="40"/>
      </w:pPr>
      <w:r>
        <w:rPr>
          <w:b/>
          <w:i w:val="0"/>
          <w:color w:val="6A6F75"/>
          <w:sz w:val="18"/>
        </w:rPr>
        <w:t xml:space="preserve">Context. </w:t>
      </w:r>
      <w:r>
        <w:rPr>
          <w:b w:val="0"/>
          <w:i w:val="0"/>
          <w:color w:val="6A6F75"/>
          <w:sz w:val="19"/>
        </w:rPr>
        <w:t>Niou to Ukifune in the spring rain; both men write on the same day.</w:t>
      </w:r>
    </w:p>
    <w:p>
      <w:pPr>
        <w:keepNext/>
        <w:spacing w:after="0"/>
      </w:pPr>
      <w:r>
        <w:rPr>
          <w:rFonts w:ascii="Noto Serif CJK JP" w:hAnsi="Noto Serif CJK JP" w:eastAsia="Noto Serif CJK JP"/>
          <w:b w:val="0"/>
          <w:i w:val="0"/>
          <w:color w:val="222B33"/>
          <w:sz w:val="26"/>
        </w:rPr>
        <w:t>眺めやるそなたの雲も見えぬまで空さへ暮るるころのわびしさ</w:t>
      </w:r>
    </w:p>
    <w:p>
      <w:pPr>
        <w:keepNext/>
        <w:spacing w:after="60"/>
      </w:pPr>
      <w:r>
        <w:rPr>
          <w:rFonts w:ascii="Noto Serif CJK JP" w:hAnsi="Noto Serif CJK JP" w:eastAsia="Noto Serif CJK JP"/>
          <w:b w:val="0"/>
          <w:i w:val="0"/>
          <w:color w:val="6A6F75"/>
          <w:sz w:val="19"/>
        </w:rPr>
        <w:t>なかめやる　／　そなたの雲も　／　みえぬまて　／　そらさへくるゝ　／　ころのわひしさ</w:t>
      </w:r>
    </w:p>
    <w:p>
      <w:pPr>
        <w:keepNext/>
        <w:spacing w:after="60"/>
      </w:pPr>
      <w:r>
        <w:rPr>
          <w:b w:val="0"/>
          <w:i/>
          <w:color w:val="222B33"/>
          <w:sz w:val="21"/>
        </w:rPr>
        <w:t>The misery</w:t>
        <w:br/>
      </w:r>
      <w:r>
        <w:rPr>
          <w:b w:val="0"/>
          <w:i/>
          <w:color w:val="222B33"/>
          <w:sz w:val="21"/>
        </w:rPr>
        <w:t>of these days when even the sky darkens</w:t>
        <w:br/>
      </w:r>
      <w:r>
        <w:rPr>
          <w:b w:val="0"/>
          <w:i/>
          <w:color w:val="222B33"/>
          <w:sz w:val="21"/>
        </w:rPr>
        <w:t>so I cannot see</w:t>
        <w:br/>
      </w:r>
      <w:r>
        <w:rPr>
          <w:b w:val="0"/>
          <w:i/>
          <w:color w:val="222B33"/>
          <w:sz w:val="21"/>
        </w:rPr>
        <w:t>the clouds</w:t>
        <w:br/>
      </w:r>
      <w:r>
        <w:rPr>
          <w:b w:val="0"/>
          <w:i/>
          <w:color w:val="222B33"/>
          <w:sz w:val="21"/>
        </w:rPr>
        <w:t>where you are.</w:t>
      </w:r>
    </w:p>
    <w:p>
      <w:pPr>
        <w:spacing w:after="40"/>
      </w:pPr>
      <w:r>
        <w:rPr>
          <w:b w:val="0"/>
          <w:i w:val="0"/>
          <w:color w:val="6A6F75"/>
          <w:sz w:val="18"/>
        </w:rPr>
        <w:t xml:space="preserve">Answered by </w:t>
      </w:r>
      <w:hyperlink w:anchor="p748">
        <w:r>
          <w:rPr>
            <w:color w:val="2E5A80"/>
            <w:u w:val="single"/>
            <w:sz w:val="18"/>
          </w:rPr>
          <w:t xml:space="preserve">No. 748 (Ukifune)</w:t>
        </w:r>
      </w:hyperlink>
    </w:p>
    <w:p>
      <w:pPr>
        <w:keepNext/>
        <w:spacing w:after="20" w:before="200"/>
      </w:pPr>
      <w:bookmarkStart w:id="797" w:name="p746"/>
      <w:r>
        <w:rPr>
          <w:b/>
          <w:i w:val="0"/>
          <w:color w:val="222B33"/>
          <w:sz w:val="22"/>
        </w:rPr>
        <w:t>No. 746</w:t>
      </w:r>
      <w:r>
        <w:rPr>
          <w:b w:val="0"/>
          <w:i w:val="0"/>
          <w:color w:val="6A6F75"/>
          <w:sz w:val="18"/>
        </w:rPr>
        <w:t xml:space="preserve">   Kaoru → Ukifune   贈 sent</w:t>
      </w:r>
      <w:bookmarkEnd w:id="797"/>
    </w:p>
    <w:p>
      <w:pPr>
        <w:keepNext/>
        <w:spacing w:after="40"/>
      </w:pPr>
      <w:r>
        <w:rPr>
          <w:b/>
          <w:i w:val="0"/>
          <w:color w:val="6A6F75"/>
          <w:sz w:val="18"/>
        </w:rPr>
        <w:t xml:space="preserve">Context. </w:t>
      </w:r>
      <w:r>
        <w:rPr>
          <w:b w:val="0"/>
          <w:i w:val="0"/>
          <w:color w:val="6A6F75"/>
          <w:sz w:val="19"/>
        </w:rPr>
        <w:t>Kaoru to Ukifune in the same rain; he plans to move her to the capital.</w:t>
      </w:r>
    </w:p>
    <w:p>
      <w:pPr>
        <w:keepNext/>
        <w:spacing w:after="0"/>
      </w:pPr>
      <w:r>
        <w:rPr>
          <w:rFonts w:ascii="Noto Serif CJK JP" w:hAnsi="Noto Serif CJK JP" w:eastAsia="Noto Serif CJK JP"/>
          <w:b w:val="0"/>
          <w:i w:val="0"/>
          <w:color w:val="222B33"/>
          <w:sz w:val="26"/>
        </w:rPr>
        <w:t>水まさる遠方の里人いかならむ晴れぬ長雨にかき暮らすころ</w:t>
      </w:r>
    </w:p>
    <w:p>
      <w:pPr>
        <w:keepNext/>
        <w:spacing w:after="60"/>
      </w:pPr>
      <w:r>
        <w:rPr>
          <w:rFonts w:ascii="Noto Serif CJK JP" w:hAnsi="Noto Serif CJK JP" w:eastAsia="Noto Serif CJK JP"/>
          <w:b w:val="0"/>
          <w:i w:val="0"/>
          <w:color w:val="6A6F75"/>
          <w:sz w:val="19"/>
        </w:rPr>
        <w:t>みつまさる　／　おちのさと人　／　いかならん　／　はれぬなかめに　／　かきくらすころ</w:t>
      </w:r>
    </w:p>
    <w:p>
      <w:pPr>
        <w:keepNext/>
        <w:spacing w:after="60"/>
      </w:pPr>
      <w:r>
        <w:rPr>
          <w:b w:val="0"/>
          <w:i/>
          <w:color w:val="222B33"/>
          <w:sz w:val="21"/>
        </w:rPr>
        <w:t>How is it with</w:t>
        <w:br/>
      </w:r>
      <w:r>
        <w:rPr>
          <w:b w:val="0"/>
          <w:i/>
          <w:color w:val="222B33"/>
          <w:sz w:val="21"/>
        </w:rPr>
        <w:t>the villager on the far shore</w:t>
        <w:br/>
      </w:r>
      <w:r>
        <w:rPr>
          <w:b w:val="0"/>
          <w:i/>
          <w:color w:val="222B33"/>
          <w:sz w:val="21"/>
        </w:rPr>
        <w:t>where waters rise,</w:t>
        <w:br/>
      </w:r>
      <w:r>
        <w:rPr>
          <w:b w:val="0"/>
          <w:i/>
          <w:color w:val="222B33"/>
          <w:sz w:val="21"/>
        </w:rPr>
        <w:t>in the endless rains</w:t>
        <w:br/>
      </w:r>
      <w:r>
        <w:rPr>
          <w:b w:val="0"/>
          <w:i/>
          <w:color w:val="222B33"/>
          <w:sz w:val="21"/>
        </w:rPr>
        <w:t>that never clear?</w:t>
      </w:r>
    </w:p>
    <w:p>
      <w:pPr>
        <w:spacing w:after="40"/>
      </w:pPr>
      <w:r>
        <w:rPr>
          <w:b w:val="0"/>
          <w:i w:val="0"/>
          <w:color w:val="6A6F75"/>
          <w:sz w:val="18"/>
        </w:rPr>
        <w:t xml:space="preserve">Answered by </w:t>
      </w:r>
      <w:hyperlink w:anchor="p749">
        <w:r>
          <w:rPr>
            <w:color w:val="2E5A80"/>
            <w:u w:val="single"/>
            <w:sz w:val="18"/>
          </w:rPr>
          <w:t xml:space="preserve">No. 749 (Ukifune)</w:t>
        </w:r>
      </w:hyperlink>
    </w:p>
    <w:p>
      <w:pPr>
        <w:keepNext/>
        <w:spacing w:after="20" w:before="200"/>
      </w:pPr>
      <w:bookmarkStart w:id="798" w:name="p747"/>
      <w:r>
        <w:rPr>
          <w:b/>
          <w:i w:val="0"/>
          <w:color w:val="222B33"/>
          <w:sz w:val="22"/>
        </w:rPr>
        <w:t>No. 747</w:t>
      </w:r>
      <w:r>
        <w:rPr>
          <w:b w:val="0"/>
          <w:i w:val="0"/>
          <w:color w:val="6A6F75"/>
          <w:sz w:val="18"/>
        </w:rPr>
        <w:t xml:space="preserve">   Ukifune   独 solo</w:t>
      </w:r>
      <w:bookmarkEnd w:id="798"/>
    </w:p>
    <w:p>
      <w:pPr>
        <w:keepNext/>
        <w:spacing w:after="40"/>
      </w:pPr>
      <w:r>
        <w:rPr>
          <w:b/>
          <w:i w:val="0"/>
          <w:color w:val="6A6F75"/>
          <w:sz w:val="18"/>
        </w:rPr>
        <w:t xml:space="preserve">Context. </w:t>
      </w:r>
      <w:r>
        <w:rPr>
          <w:b w:val="0"/>
          <w:i w:val="0"/>
          <w:color w:val="6A6F75"/>
          <w:sz w:val="19"/>
        </w:rPr>
        <w:t>Ukifune, caught between Kaoru and Niou, finds Uji itself unbearable; the name holds u, ‘bitter.’</w:t>
      </w:r>
    </w:p>
    <w:p>
      <w:pPr>
        <w:keepNext/>
        <w:spacing w:after="0"/>
      </w:pPr>
      <w:r>
        <w:rPr>
          <w:rFonts w:ascii="Noto Serif CJK JP" w:hAnsi="Noto Serif CJK JP" w:eastAsia="Noto Serif CJK JP"/>
          <w:b w:val="0"/>
          <w:i w:val="0"/>
          <w:color w:val="222B33"/>
          <w:sz w:val="26"/>
        </w:rPr>
        <w:t>里の名をわが身に知れば山城の宇治のわたりぞいとど住み憂き</w:t>
      </w:r>
    </w:p>
    <w:p>
      <w:pPr>
        <w:keepNext/>
        <w:spacing w:after="60"/>
      </w:pPr>
      <w:r>
        <w:rPr>
          <w:rFonts w:ascii="Noto Serif CJK JP" w:hAnsi="Noto Serif CJK JP" w:eastAsia="Noto Serif CJK JP"/>
          <w:b w:val="0"/>
          <w:i w:val="0"/>
          <w:color w:val="6A6F75"/>
          <w:sz w:val="19"/>
        </w:rPr>
        <w:t>さとのなを　／　我身にしれは　／　やましろの　／　うちのわたりそ　／　いとゝすみうき</w:t>
      </w:r>
    </w:p>
    <w:p>
      <w:pPr>
        <w:keepNext/>
        <w:spacing w:after="60"/>
      </w:pPr>
      <w:r>
        <w:rPr>
          <w:b w:val="0"/>
          <w:i/>
          <w:color w:val="222B33"/>
          <w:sz w:val="21"/>
        </w:rPr>
        <w:t>Knowing in myself</w:t>
        <w:br/>
      </w:r>
      <w:r>
        <w:rPr>
          <w:b w:val="0"/>
          <w:i/>
          <w:color w:val="222B33"/>
          <w:sz w:val="21"/>
        </w:rPr>
        <w:t>the name of the village,</w:t>
        <w:br/>
      </w:r>
      <w:r>
        <w:rPr>
          <w:b w:val="0"/>
          <w:i/>
          <w:color w:val="222B33"/>
          <w:sz w:val="21"/>
        </w:rPr>
        <w:t>the crossing of Uji</w:t>
        <w:br/>
      </w:r>
      <w:r>
        <w:rPr>
          <w:b w:val="0"/>
          <w:i/>
          <w:color w:val="222B33"/>
          <w:sz w:val="21"/>
        </w:rPr>
        <w:t>in Yamashiro</w:t>
        <w:br/>
      </w:r>
      <w:r>
        <w:rPr>
          <w:b w:val="0"/>
          <w:i/>
          <w:color w:val="222B33"/>
          <w:sz w:val="21"/>
        </w:rPr>
        <w:t>is the harder to live in.</w:t>
      </w:r>
    </w:p>
    <w:p>
      <w:pPr>
        <w:spacing w:after="40"/>
      </w:pPr>
      <w:r>
        <w:rPr>
          <w:b w:val="0"/>
          <w:i w:val="0"/>
          <w:color w:val="222B33"/>
          <w:sz w:val="19"/>
        </w:rPr>
        <w:t>Uji, with u, “bitter.”</w:t>
      </w:r>
    </w:p>
    <w:p>
      <w:pPr>
        <w:keepNext/>
        <w:spacing w:after="20" w:before="200"/>
      </w:pPr>
      <w:bookmarkStart w:id="799" w:name="p748"/>
      <w:r>
        <w:rPr>
          <w:b/>
          <w:i w:val="0"/>
          <w:color w:val="222B33"/>
          <w:sz w:val="22"/>
        </w:rPr>
        <w:t>No. 748</w:t>
      </w:r>
      <w:r>
        <w:rPr>
          <w:b w:val="0"/>
          <w:i w:val="0"/>
          <w:color w:val="6A6F75"/>
          <w:sz w:val="18"/>
        </w:rPr>
        <w:t xml:space="preserve">   Ukifune → Niou   答 reply</w:t>
      </w:r>
      <w:bookmarkEnd w:id="799"/>
    </w:p>
    <w:p>
      <w:pPr>
        <w:keepNext/>
        <w:spacing w:after="40"/>
      </w:pPr>
      <w:r>
        <w:rPr>
          <w:b/>
          <w:i w:val="0"/>
          <w:color w:val="6A6F75"/>
          <w:sz w:val="18"/>
        </w:rPr>
        <w:t xml:space="preserve">Context. </w:t>
      </w:r>
      <w:r>
        <w:rPr>
          <w:b w:val="0"/>
          <w:i w:val="0"/>
          <w:color w:val="6A6F75"/>
          <w:sz w:val="19"/>
        </w:rPr>
        <w:t>Niou to Ukifune in the spring rain; both men write on the same day. (Exchange opened by No. 745.)</w:t>
      </w:r>
    </w:p>
    <w:p>
      <w:pPr>
        <w:keepNext/>
        <w:spacing w:after="0"/>
      </w:pPr>
      <w:r>
        <w:rPr>
          <w:rFonts w:ascii="Noto Serif CJK JP" w:hAnsi="Noto Serif CJK JP" w:eastAsia="Noto Serif CJK JP"/>
          <w:b w:val="0"/>
          <w:i w:val="0"/>
          <w:color w:val="222B33"/>
          <w:sz w:val="26"/>
        </w:rPr>
        <w:t>かき暮らし晴れせぬ峰の雨雲に浮きて世をふる身をもなさばや</w:t>
      </w:r>
    </w:p>
    <w:p>
      <w:pPr>
        <w:keepNext/>
        <w:spacing w:after="60"/>
      </w:pPr>
      <w:r>
        <w:rPr>
          <w:rFonts w:ascii="Noto Serif CJK JP" w:hAnsi="Noto Serif CJK JP" w:eastAsia="Noto Serif CJK JP"/>
          <w:b w:val="0"/>
          <w:i w:val="0"/>
          <w:color w:val="6A6F75"/>
          <w:sz w:val="19"/>
        </w:rPr>
        <w:t>かきくらし　／　はれせぬみねの　／　あまくもに　／　うきてよをふる　／　身をもなさはや</w:t>
      </w:r>
    </w:p>
    <w:p>
      <w:pPr>
        <w:keepNext/>
        <w:spacing w:after="60"/>
      </w:pPr>
      <w:r>
        <w:rPr>
          <w:b w:val="0"/>
          <w:i/>
          <w:color w:val="222B33"/>
          <w:sz w:val="21"/>
        </w:rPr>
        <w:t>Into the rain clouds</w:t>
        <w:br/>
      </w:r>
      <w:r>
        <w:rPr>
          <w:b w:val="0"/>
          <w:i/>
          <w:color w:val="222B33"/>
          <w:sz w:val="21"/>
        </w:rPr>
        <w:t>on the dark peak that never clear</w:t>
        <w:br/>
      </w:r>
      <w:r>
        <w:rPr>
          <w:b w:val="0"/>
          <w:i/>
          <w:color w:val="222B33"/>
          <w:sz w:val="21"/>
        </w:rPr>
        <w:t>I would make</w:t>
        <w:br/>
      </w:r>
      <w:r>
        <w:rPr>
          <w:b w:val="0"/>
          <w:i/>
          <w:color w:val="222B33"/>
          <w:sz w:val="21"/>
        </w:rPr>
        <w:t>the self that floats</w:t>
        <w:br/>
      </w:r>
      <w:r>
        <w:rPr>
          <w:b w:val="0"/>
          <w:i/>
          <w:color w:val="222B33"/>
          <w:sz w:val="21"/>
        </w:rPr>
        <w:t>through the world.</w:t>
      </w:r>
    </w:p>
    <w:p>
      <w:pPr>
        <w:spacing w:after="40"/>
      </w:pPr>
      <w:r>
        <w:rPr>
          <w:b w:val="0"/>
          <w:i w:val="0"/>
          <w:color w:val="6A6F75"/>
          <w:sz w:val="18"/>
        </w:rPr>
        <w:t xml:space="preserve">In reply to </w:t>
      </w:r>
      <w:hyperlink w:anchor="p745">
        <w:r>
          <w:rPr>
            <w:color w:val="2E5A80"/>
            <w:u w:val="single"/>
            <w:sz w:val="18"/>
          </w:rPr>
          <w:t xml:space="preserve">No. 745 (Niou)</w:t>
        </w:r>
      </w:hyperlink>
    </w:p>
    <w:p>
      <w:pPr>
        <w:keepNext/>
        <w:spacing w:after="20" w:before="200"/>
      </w:pPr>
      <w:bookmarkStart w:id="800" w:name="p749"/>
      <w:r>
        <w:rPr>
          <w:b/>
          <w:i w:val="0"/>
          <w:color w:val="222B33"/>
          <w:sz w:val="22"/>
        </w:rPr>
        <w:t>No. 749</w:t>
      </w:r>
      <w:r>
        <w:rPr>
          <w:b w:val="0"/>
          <w:i w:val="0"/>
          <w:color w:val="6A6F75"/>
          <w:sz w:val="18"/>
        </w:rPr>
        <w:t xml:space="preserve">   Ukifune → Kaoru   答 reply</w:t>
      </w:r>
      <w:bookmarkEnd w:id="800"/>
    </w:p>
    <w:p>
      <w:pPr>
        <w:keepNext/>
        <w:spacing w:after="40"/>
      </w:pPr>
      <w:r>
        <w:rPr>
          <w:b/>
          <w:i w:val="0"/>
          <w:color w:val="6A6F75"/>
          <w:sz w:val="18"/>
        </w:rPr>
        <w:t xml:space="preserve">Context. </w:t>
      </w:r>
      <w:r>
        <w:rPr>
          <w:b w:val="0"/>
          <w:i w:val="0"/>
          <w:color w:val="6A6F75"/>
          <w:sz w:val="19"/>
        </w:rPr>
        <w:t>Kaoru to Ukifune in the same rain; he plans to move her to the capital. (Exchange opened by No. 746.)</w:t>
      </w:r>
    </w:p>
    <w:p>
      <w:pPr>
        <w:keepNext/>
        <w:spacing w:after="0"/>
      </w:pPr>
      <w:r>
        <w:rPr>
          <w:rFonts w:ascii="Noto Serif CJK JP" w:hAnsi="Noto Serif CJK JP" w:eastAsia="Noto Serif CJK JP"/>
          <w:b w:val="0"/>
          <w:i w:val="0"/>
          <w:color w:val="222B33"/>
          <w:sz w:val="26"/>
        </w:rPr>
        <w:t>つれづれと身を知る雨の小止まねば袖さへいとどみかさまさりて</w:t>
      </w:r>
    </w:p>
    <w:p>
      <w:pPr>
        <w:keepNext/>
        <w:spacing w:after="60"/>
      </w:pPr>
      <w:r>
        <w:rPr>
          <w:rFonts w:ascii="Noto Serif CJK JP" w:hAnsi="Noto Serif CJK JP" w:eastAsia="Noto Serif CJK JP"/>
          <w:b w:val="0"/>
          <w:i w:val="0"/>
          <w:color w:val="6A6F75"/>
          <w:sz w:val="19"/>
        </w:rPr>
        <w:t>つれつれと　／　身をしるあめの　／　おやまねは　／　袖さへいとゝ　／　みかさまさりて</w:t>
      </w:r>
    </w:p>
    <w:p>
      <w:pPr>
        <w:keepNext/>
        <w:spacing w:after="60"/>
      </w:pPr>
      <w:r>
        <w:rPr>
          <w:b w:val="0"/>
          <w:i/>
          <w:color w:val="222B33"/>
          <w:sz w:val="21"/>
        </w:rPr>
        <w:t>The rain that teaches me</w:t>
        <w:br/>
      </w:r>
      <w:r>
        <w:rPr>
          <w:b w:val="0"/>
          <w:i/>
          <w:color w:val="222B33"/>
          <w:sz w:val="21"/>
        </w:rPr>
        <w:t>my lot will not let up,</w:t>
        <w:br/>
      </w:r>
      <w:r>
        <w:rPr>
          <w:b w:val="0"/>
          <w:i/>
          <w:color w:val="222B33"/>
          <w:sz w:val="21"/>
        </w:rPr>
        <w:t>and even my sleeves</w:t>
        <w:br/>
      </w:r>
      <w:r>
        <w:rPr>
          <w:b w:val="0"/>
          <w:i/>
          <w:color w:val="222B33"/>
          <w:sz w:val="21"/>
        </w:rPr>
        <w:t>swell</w:t>
        <w:br/>
      </w:r>
      <w:r>
        <w:rPr>
          <w:b w:val="0"/>
          <w:i/>
          <w:color w:val="222B33"/>
          <w:sz w:val="21"/>
        </w:rPr>
        <w:t>like the waters.</w:t>
      </w:r>
    </w:p>
    <w:p>
      <w:pPr>
        <w:spacing w:after="40"/>
      </w:pPr>
      <w:r>
        <w:rPr>
          <w:b w:val="0"/>
          <w:i w:val="0"/>
          <w:color w:val="222B33"/>
          <w:sz w:val="19"/>
        </w:rPr>
        <w:t>Mikasa: “volume of water” and “Mount Mikasa.”</w:t>
      </w:r>
    </w:p>
    <w:p>
      <w:pPr>
        <w:spacing w:after="40"/>
      </w:pPr>
      <w:r>
        <w:rPr>
          <w:b w:val="0"/>
          <w:i w:val="0"/>
          <w:color w:val="6A6F75"/>
          <w:sz w:val="18"/>
        </w:rPr>
        <w:t xml:space="preserve">In reply to </w:t>
      </w:r>
      <w:hyperlink w:anchor="p746">
        <w:r>
          <w:rPr>
            <w:color w:val="2E5A80"/>
            <w:u w:val="single"/>
            <w:sz w:val="18"/>
          </w:rPr>
          <w:t xml:space="preserve">No. 746 (Kaoru)</w:t>
        </w:r>
      </w:hyperlink>
    </w:p>
    <w:p>
      <w:pPr>
        <w:keepNext/>
        <w:spacing w:after="20" w:before="200"/>
      </w:pPr>
      <w:bookmarkStart w:id="801" w:name="p750"/>
      <w:r>
        <w:rPr>
          <w:b/>
          <w:i w:val="0"/>
          <w:color w:val="222B33"/>
          <w:sz w:val="22"/>
        </w:rPr>
        <w:t>No. 750</w:t>
      </w:r>
      <w:r>
        <w:rPr>
          <w:b w:val="0"/>
          <w:i w:val="0"/>
          <w:color w:val="6A6F75"/>
          <w:sz w:val="18"/>
        </w:rPr>
        <w:t xml:space="preserve">   Kaoru → Ukifune   贈:独 sent / solo</w:t>
      </w:r>
      <w:bookmarkEnd w:id="801"/>
    </w:p>
    <w:p>
      <w:pPr>
        <w:keepNext/>
        <w:spacing w:after="40"/>
      </w:pPr>
      <w:r>
        <w:rPr>
          <w:b/>
          <w:i w:val="0"/>
          <w:color w:val="6A6F75"/>
          <w:sz w:val="18"/>
        </w:rPr>
        <w:t xml:space="preserve">Context. </w:t>
      </w:r>
      <w:r>
        <w:rPr>
          <w:b w:val="0"/>
          <w:i w:val="0"/>
          <w:color w:val="6A6F75"/>
          <w:sz w:val="19"/>
        </w:rPr>
        <w:t>Kaoru, having learned of the affair from a messenger, writes coldly to Ukifune.</w:t>
      </w:r>
    </w:p>
    <w:p>
      <w:pPr>
        <w:keepNext/>
        <w:spacing w:after="0"/>
      </w:pPr>
      <w:r>
        <w:rPr>
          <w:rFonts w:ascii="Noto Serif CJK JP" w:hAnsi="Noto Serif CJK JP" w:eastAsia="Noto Serif CJK JP"/>
          <w:b w:val="0"/>
          <w:i w:val="0"/>
          <w:color w:val="222B33"/>
          <w:sz w:val="26"/>
        </w:rPr>
        <w:t>波越ゆるころとも知らず末の松待つらむとのみ思ひけるかな</w:t>
      </w:r>
    </w:p>
    <w:p>
      <w:pPr>
        <w:keepNext/>
        <w:spacing w:after="60"/>
      </w:pPr>
      <w:r>
        <w:rPr>
          <w:rFonts w:ascii="Noto Serif CJK JP" w:hAnsi="Noto Serif CJK JP" w:eastAsia="Noto Serif CJK JP"/>
          <w:b w:val="0"/>
          <w:i w:val="0"/>
          <w:color w:val="6A6F75"/>
          <w:sz w:val="19"/>
        </w:rPr>
        <w:t>なみこゆる　／　ころともしらす　／　ゝゑのまつ　／　まつらんとのみ　／　思ひけるかな</w:t>
      </w:r>
    </w:p>
    <w:p>
      <w:pPr>
        <w:keepNext/>
        <w:spacing w:after="60"/>
      </w:pPr>
      <w:r>
        <w:rPr>
          <w:b w:val="0"/>
          <w:i/>
          <w:color w:val="222B33"/>
          <w:sz w:val="21"/>
        </w:rPr>
        <w:t>Not knowing it was</w:t>
        <w:br/>
      </w:r>
      <w:r>
        <w:rPr>
          <w:b w:val="0"/>
          <w:i/>
          <w:color w:val="222B33"/>
          <w:sz w:val="21"/>
        </w:rPr>
        <w:t>the time when waves cross over</w:t>
        <w:br/>
      </w:r>
      <w:r>
        <w:rPr>
          <w:b w:val="0"/>
          <w:i/>
          <w:color w:val="222B33"/>
          <w:sz w:val="21"/>
        </w:rPr>
        <w:t>the Sue no Matsu,</w:t>
        <w:br/>
      </w:r>
      <w:r>
        <w:rPr>
          <w:b w:val="0"/>
          <w:i/>
          <w:color w:val="222B33"/>
          <w:sz w:val="21"/>
        </w:rPr>
        <w:t>I thought only</w:t>
        <w:br/>
      </w:r>
      <w:r>
        <w:rPr>
          <w:b w:val="0"/>
          <w:i/>
          <w:color w:val="222B33"/>
          <w:sz w:val="21"/>
        </w:rPr>
        <w:t>that you were waiting.</w:t>
      </w:r>
    </w:p>
    <w:p>
      <w:pPr>
        <w:spacing w:after="40"/>
      </w:pPr>
      <w:r>
        <w:rPr>
          <w:b w:val="0"/>
          <w:i w:val="0"/>
          <w:color w:val="222B33"/>
          <w:sz w:val="19"/>
        </w:rPr>
        <w:t>Sue no Matsu, proverbial for broken vows (Kokinshū 1093). He has discovered the affair.</w:t>
      </w:r>
    </w:p>
    <w:p>
      <w:pPr>
        <w:spacing w:after="40"/>
      </w:pPr>
      <w:r>
        <w:rPr>
          <w:b/>
          <w:i w:val="0"/>
          <w:color w:val="6A6F75"/>
          <w:sz w:val="18"/>
        </w:rPr>
        <w:t xml:space="preserve">Allusion. </w:t>
      </w:r>
      <w:hyperlink r:id="rId25">
        <w:r>
          <w:rPr>
            <w:color w:val="2E5A80"/>
            <w:u w:val="single"/>
            <w:sz w:val="19"/>
          </w:rPr>
          <w:t xml:space="preserve">Kokinshū 1093 (Michinoku song)</w:t>
        </w:r>
      </w:hyperlink>
      <w:r>
        <w:rPr>
          <w:rFonts w:ascii="Noto Serif CJK JP" w:hAnsi="Noto Serif CJK JP" w:eastAsia="Noto Serif CJK JP"/>
          <w:b w:val="0"/>
          <w:i w:val="0"/>
          <w:sz w:val="20"/>
        </w:rPr>
        <w:t xml:space="preserve">  君をおきてあたし心をわかもたはすゑの松山浪もこえなむ</w:t>
      </w:r>
      <w:r>
        <w:rPr>
          <w:b w:val="0"/>
          <w:i w:val="0"/>
          <w:sz w:val="19"/>
        </w:rPr>
        <w:t xml:space="preserve">  “If I should have a fickle heart and leave you, the waves would cross Sue no Matsuyama.”</w:t>
      </w:r>
    </w:p>
    <w:p>
      <w:pPr>
        <w:keepNext/>
        <w:spacing w:after="20" w:before="200"/>
      </w:pPr>
      <w:bookmarkStart w:id="802" w:name="p751"/>
      <w:r>
        <w:rPr>
          <w:b/>
          <w:i w:val="0"/>
          <w:color w:val="222B33"/>
          <w:sz w:val="22"/>
        </w:rPr>
        <w:t>No. 751</w:t>
      </w:r>
      <w:r>
        <w:rPr>
          <w:b w:val="0"/>
          <w:i w:val="0"/>
          <w:color w:val="6A6F75"/>
          <w:sz w:val="18"/>
        </w:rPr>
        <w:t xml:space="preserve">   Niou → Ukifune   贈 sent</w:t>
      </w:r>
      <w:bookmarkEnd w:id="802"/>
    </w:p>
    <w:p>
      <w:pPr>
        <w:keepNext/>
        <w:spacing w:after="40"/>
      </w:pPr>
      <w:r>
        <w:rPr>
          <w:b/>
          <w:i w:val="0"/>
          <w:color w:val="6A6F75"/>
          <w:sz w:val="18"/>
        </w:rPr>
        <w:t xml:space="preserve">Context. </w:t>
      </w:r>
      <w:r>
        <w:rPr>
          <w:b w:val="0"/>
          <w:i w:val="0"/>
          <w:color w:val="6A6F75"/>
          <w:sz w:val="19"/>
        </w:rPr>
        <w:t>Niou to Ukifune, frantic; she has resolved to die.</w:t>
      </w:r>
    </w:p>
    <w:p>
      <w:pPr>
        <w:keepNext/>
        <w:spacing w:after="0"/>
      </w:pPr>
      <w:r>
        <w:rPr>
          <w:rFonts w:ascii="Noto Serif CJK JP" w:hAnsi="Noto Serif CJK JP" w:eastAsia="Noto Serif CJK JP"/>
          <w:b w:val="0"/>
          <w:i w:val="0"/>
          <w:color w:val="222B33"/>
          <w:sz w:val="26"/>
        </w:rPr>
        <w:t>いづくにか身をば捨てむと白雲のかからぬ山も泣く泣くぞ行く</w:t>
      </w:r>
    </w:p>
    <w:p>
      <w:pPr>
        <w:keepNext/>
        <w:spacing w:after="60"/>
      </w:pPr>
      <w:r>
        <w:rPr>
          <w:rFonts w:ascii="Noto Serif CJK JP" w:hAnsi="Noto Serif CJK JP" w:eastAsia="Noto Serif CJK JP"/>
          <w:b w:val="0"/>
          <w:i w:val="0"/>
          <w:color w:val="6A6F75"/>
          <w:sz w:val="19"/>
        </w:rPr>
        <w:t>いつくにか　／　身をはすてんと　／　しら雲の　／　かゝらぬ山も　／　なくなくそゆく</w:t>
      </w:r>
    </w:p>
    <w:p>
      <w:pPr>
        <w:keepNext/>
        <w:spacing w:after="60"/>
      </w:pPr>
      <w:r>
        <w:rPr>
          <w:b w:val="0"/>
          <w:i/>
          <w:color w:val="222B33"/>
          <w:sz w:val="21"/>
        </w:rPr>
        <w:t>Where shall I</w:t>
        <w:br/>
      </w:r>
      <w:r>
        <w:rPr>
          <w:b w:val="0"/>
          <w:i/>
          <w:color w:val="222B33"/>
          <w:sz w:val="21"/>
        </w:rPr>
        <w:t>cast myself away? Even the hills</w:t>
        <w:br/>
      </w:r>
      <w:r>
        <w:rPr>
          <w:b w:val="0"/>
          <w:i/>
          <w:color w:val="222B33"/>
          <w:sz w:val="21"/>
        </w:rPr>
        <w:t>where white clouds do not hang</w:t>
        <w:br/>
      </w:r>
      <w:r>
        <w:rPr>
          <w:b w:val="0"/>
          <w:i/>
          <w:color w:val="222B33"/>
          <w:sz w:val="21"/>
        </w:rPr>
        <w:t>I go to</w:t>
        <w:br/>
      </w:r>
      <w:r>
        <w:rPr>
          <w:b w:val="0"/>
          <w:i/>
          <w:color w:val="222B33"/>
          <w:sz w:val="21"/>
        </w:rPr>
        <w:t>weeping.</w:t>
      </w:r>
    </w:p>
    <w:p>
      <w:pPr>
        <w:spacing w:after="40"/>
      </w:pPr>
      <w:r>
        <w:rPr>
          <w:b w:val="0"/>
          <w:i w:val="0"/>
          <w:color w:val="6A6F75"/>
          <w:sz w:val="18"/>
        </w:rPr>
        <w:t xml:space="preserve">Answered by </w:t>
      </w:r>
      <w:hyperlink w:anchor="p753">
        <w:r>
          <w:rPr>
            <w:color w:val="2E5A80"/>
            <w:u w:val="single"/>
            <w:sz w:val="18"/>
          </w:rPr>
          <w:t xml:space="preserve">No. 753 (Ukifune)</w:t>
        </w:r>
      </w:hyperlink>
    </w:p>
    <w:p>
      <w:pPr>
        <w:keepNext/>
        <w:spacing w:after="20" w:before="200"/>
      </w:pPr>
      <w:bookmarkStart w:id="803" w:name="p752"/>
      <w:r>
        <w:rPr>
          <w:b/>
          <w:i w:val="0"/>
          <w:color w:val="222B33"/>
          <w:sz w:val="22"/>
        </w:rPr>
        <w:t>No. 752</w:t>
      </w:r>
      <w:r>
        <w:rPr>
          <w:b w:val="0"/>
          <w:i w:val="0"/>
          <w:color w:val="6A6F75"/>
          <w:sz w:val="18"/>
        </w:rPr>
        <w:t xml:space="preserve">   Ukifune   独 solo</w:t>
      </w:r>
      <w:bookmarkEnd w:id="803"/>
    </w:p>
    <w:p>
      <w:pPr>
        <w:keepNext/>
        <w:spacing w:after="40"/>
      </w:pPr>
      <w:r>
        <w:rPr>
          <w:b/>
          <w:i w:val="0"/>
          <w:color w:val="6A6F75"/>
          <w:sz w:val="18"/>
        </w:rPr>
        <w:t xml:space="preserve">Context. </w:t>
      </w:r>
      <w:r>
        <w:rPr>
          <w:b w:val="0"/>
          <w:i w:val="0"/>
          <w:color w:val="6A6F75"/>
          <w:sz w:val="19"/>
        </w:rPr>
        <w:t>Ukifune, resolved to drown; she fears for her name after death.</w:t>
      </w:r>
    </w:p>
    <w:p>
      <w:pPr>
        <w:keepNext/>
        <w:spacing w:after="0"/>
      </w:pPr>
      <w:r>
        <w:rPr>
          <w:rFonts w:ascii="Noto Serif CJK JP" w:hAnsi="Noto Serif CJK JP" w:eastAsia="Noto Serif CJK JP"/>
          <w:b w:val="0"/>
          <w:i w:val="0"/>
          <w:color w:val="222B33"/>
          <w:sz w:val="26"/>
        </w:rPr>
        <w:t>嘆きわび身をば捨つとも亡き影に憂き名流さむことをこそ思へ</w:t>
      </w:r>
    </w:p>
    <w:p>
      <w:pPr>
        <w:keepNext/>
        <w:spacing w:after="60"/>
      </w:pPr>
      <w:r>
        <w:rPr>
          <w:rFonts w:ascii="Noto Serif CJK JP" w:hAnsi="Noto Serif CJK JP" w:eastAsia="Noto Serif CJK JP"/>
          <w:b w:val="0"/>
          <w:i w:val="0"/>
          <w:color w:val="6A6F75"/>
          <w:sz w:val="19"/>
        </w:rPr>
        <w:t>なけきわひ　／　身をはすつとも　／　なきかけに　／　うき名なかさん　／　ことをこそおもへ</w:t>
      </w:r>
    </w:p>
    <w:p>
      <w:pPr>
        <w:keepNext/>
        <w:spacing w:after="60"/>
      </w:pPr>
      <w:r>
        <w:rPr>
          <w:b w:val="0"/>
          <w:i/>
          <w:color w:val="222B33"/>
          <w:sz w:val="21"/>
        </w:rPr>
        <w:t>Worn by grief,</w:t>
        <w:br/>
      </w:r>
      <w:r>
        <w:rPr>
          <w:b w:val="0"/>
          <w:i/>
          <w:color w:val="222B33"/>
          <w:sz w:val="21"/>
        </w:rPr>
        <w:t>even if I cast myself away,</w:t>
        <w:br/>
      </w:r>
      <w:r>
        <w:rPr>
          <w:b w:val="0"/>
          <w:i/>
          <w:color w:val="222B33"/>
          <w:sz w:val="21"/>
        </w:rPr>
        <w:t>I think of my bitter name</w:t>
        <w:br/>
      </w:r>
      <w:r>
        <w:rPr>
          <w:b w:val="0"/>
          <w:i/>
          <w:color w:val="222B33"/>
          <w:sz w:val="21"/>
        </w:rPr>
        <w:t>flowing on</w:t>
        <w:br/>
      </w:r>
      <w:r>
        <w:rPr>
          <w:b w:val="0"/>
          <w:i/>
          <w:color w:val="222B33"/>
          <w:sz w:val="21"/>
        </w:rPr>
        <w:t>after my death.</w:t>
      </w:r>
    </w:p>
    <w:p>
      <w:pPr>
        <w:keepNext/>
        <w:spacing w:after="20" w:before="200"/>
      </w:pPr>
      <w:bookmarkStart w:id="804" w:name="p753"/>
      <w:r>
        <w:rPr>
          <w:b/>
          <w:i w:val="0"/>
          <w:color w:val="222B33"/>
          <w:sz w:val="22"/>
        </w:rPr>
        <w:t>No. 753</w:t>
      </w:r>
      <w:r>
        <w:rPr>
          <w:b w:val="0"/>
          <w:i w:val="0"/>
          <w:color w:val="6A6F75"/>
          <w:sz w:val="18"/>
        </w:rPr>
        <w:t xml:space="preserve">   Ukifune → Niou   答 reply</w:t>
      </w:r>
      <w:bookmarkEnd w:id="804"/>
    </w:p>
    <w:p>
      <w:pPr>
        <w:keepNext/>
        <w:spacing w:after="40"/>
      </w:pPr>
      <w:r>
        <w:rPr>
          <w:b/>
          <w:i w:val="0"/>
          <w:color w:val="6A6F75"/>
          <w:sz w:val="18"/>
        </w:rPr>
        <w:t xml:space="preserve">Context. </w:t>
      </w:r>
      <w:r>
        <w:rPr>
          <w:b w:val="0"/>
          <w:i w:val="0"/>
          <w:color w:val="6A6F75"/>
          <w:sz w:val="19"/>
        </w:rPr>
        <w:t>Niou to Ukifune, frantic; she has resolved to die. (Exchange opened by No. 751.)</w:t>
      </w:r>
    </w:p>
    <w:p>
      <w:pPr>
        <w:keepNext/>
        <w:spacing w:after="0"/>
      </w:pPr>
      <w:r>
        <w:rPr>
          <w:rFonts w:ascii="Noto Serif CJK JP" w:hAnsi="Noto Serif CJK JP" w:eastAsia="Noto Serif CJK JP"/>
          <w:b w:val="0"/>
          <w:i w:val="0"/>
          <w:color w:val="222B33"/>
          <w:sz w:val="26"/>
        </w:rPr>
        <w:t>からをだに憂き世の中にとどめずはいづこをはかと君も恨みむ</w:t>
      </w:r>
    </w:p>
    <w:p>
      <w:pPr>
        <w:keepNext/>
        <w:spacing w:after="60"/>
      </w:pPr>
      <w:r>
        <w:rPr>
          <w:rFonts w:ascii="Noto Serif CJK JP" w:hAnsi="Noto Serif CJK JP" w:eastAsia="Noto Serif CJK JP"/>
          <w:b w:val="0"/>
          <w:i w:val="0"/>
          <w:color w:val="6A6F75"/>
          <w:sz w:val="19"/>
        </w:rPr>
        <w:t>からをたに　／　うきよの中に　／　とゝめすは　／　いつこをはかと　／　君もうらみん</w:t>
      </w:r>
    </w:p>
    <w:p>
      <w:pPr>
        <w:keepNext/>
        <w:spacing w:after="60"/>
      </w:pPr>
      <w:r>
        <w:rPr>
          <w:b w:val="0"/>
          <w:i/>
          <w:color w:val="222B33"/>
          <w:sz w:val="21"/>
        </w:rPr>
        <w:t>If I do not leave</w:t>
        <w:br/>
      </w:r>
      <w:r>
        <w:rPr>
          <w:b w:val="0"/>
          <w:i/>
          <w:color w:val="222B33"/>
          <w:sz w:val="21"/>
        </w:rPr>
        <w:t>even my shell in this bitter world,</w:t>
        <w:br/>
      </w:r>
      <w:r>
        <w:rPr>
          <w:b w:val="0"/>
          <w:i/>
          <w:color w:val="222B33"/>
          <w:sz w:val="21"/>
        </w:rPr>
        <w:t>where will you</w:t>
        <w:br/>
      </w:r>
      <w:r>
        <w:rPr>
          <w:b w:val="0"/>
          <w:i/>
          <w:color w:val="222B33"/>
          <w:sz w:val="21"/>
        </w:rPr>
        <w:t>find a grave</w:t>
        <w:br/>
      </w:r>
      <w:r>
        <w:rPr>
          <w:b w:val="0"/>
          <w:i/>
          <w:color w:val="222B33"/>
          <w:sz w:val="21"/>
        </w:rPr>
        <w:t>to resent?</w:t>
      </w:r>
    </w:p>
    <w:p>
      <w:pPr>
        <w:spacing w:after="40"/>
      </w:pPr>
      <w:r>
        <w:rPr>
          <w:b w:val="0"/>
          <w:i w:val="0"/>
          <w:color w:val="222B33"/>
          <w:sz w:val="19"/>
        </w:rPr>
        <w:t>Haka: “grave” and “point.”</w:t>
      </w:r>
    </w:p>
    <w:p>
      <w:pPr>
        <w:spacing w:after="40"/>
      </w:pPr>
      <w:r>
        <w:rPr>
          <w:b w:val="0"/>
          <w:i w:val="0"/>
          <w:color w:val="6A6F75"/>
          <w:sz w:val="18"/>
        </w:rPr>
        <w:t xml:space="preserve">In reply to </w:t>
      </w:r>
      <w:hyperlink w:anchor="p751">
        <w:r>
          <w:rPr>
            <w:color w:val="2E5A80"/>
            <w:u w:val="single"/>
            <w:sz w:val="18"/>
          </w:rPr>
          <w:t xml:space="preserve">No. 751 (Niou)</w:t>
        </w:r>
      </w:hyperlink>
    </w:p>
    <w:p>
      <w:pPr>
        <w:keepNext/>
        <w:spacing w:after="20" w:before="200"/>
      </w:pPr>
      <w:bookmarkStart w:id="805" w:name="p754"/>
      <w:r>
        <w:rPr>
          <w:b/>
          <w:i w:val="0"/>
          <w:color w:val="222B33"/>
          <w:sz w:val="22"/>
        </w:rPr>
        <w:t>No. 754</w:t>
      </w:r>
      <w:r>
        <w:rPr>
          <w:b w:val="0"/>
          <w:i w:val="0"/>
          <w:color w:val="6A6F75"/>
          <w:sz w:val="18"/>
        </w:rPr>
        <w:t xml:space="preserve">   Ukifune → her mother   贈:独 sent / solo</w:t>
      </w:r>
      <w:bookmarkEnd w:id="805"/>
    </w:p>
    <w:p>
      <w:pPr>
        <w:keepNext/>
        <w:spacing w:after="40"/>
      </w:pPr>
      <w:r>
        <w:rPr>
          <w:b/>
          <w:i w:val="0"/>
          <w:color w:val="6A6F75"/>
          <w:sz w:val="18"/>
        </w:rPr>
        <w:t xml:space="preserve">Context. </w:t>
      </w:r>
      <w:r>
        <w:rPr>
          <w:b w:val="0"/>
          <w:i w:val="0"/>
          <w:color w:val="6A6F75"/>
          <w:sz w:val="19"/>
        </w:rPr>
        <w:t>Ukifune’s farewell to her mother, written the night she means to drown.</w:t>
      </w:r>
    </w:p>
    <w:p>
      <w:pPr>
        <w:keepNext/>
        <w:spacing w:after="0"/>
      </w:pPr>
      <w:r>
        <w:rPr>
          <w:rFonts w:ascii="Noto Serif CJK JP" w:hAnsi="Noto Serif CJK JP" w:eastAsia="Noto Serif CJK JP"/>
          <w:b w:val="0"/>
          <w:i w:val="0"/>
          <w:color w:val="222B33"/>
          <w:sz w:val="26"/>
        </w:rPr>
        <w:t>後にまたあひ見むことを思はなむこの世の夢に心惑はで</w:t>
      </w:r>
    </w:p>
    <w:p>
      <w:pPr>
        <w:keepNext/>
        <w:spacing w:after="60"/>
      </w:pPr>
      <w:r>
        <w:rPr>
          <w:rFonts w:ascii="Noto Serif CJK JP" w:hAnsi="Noto Serif CJK JP" w:eastAsia="Noto Serif CJK JP"/>
          <w:b w:val="0"/>
          <w:i w:val="0"/>
          <w:color w:val="6A6F75"/>
          <w:sz w:val="19"/>
        </w:rPr>
        <w:t>のちにまた　／　あひみんことを　／　ゝもはなん　／　この世の夢に　／　こゝろまとはてす</w:t>
      </w:r>
    </w:p>
    <w:p>
      <w:pPr>
        <w:keepNext/>
        <w:spacing w:after="60"/>
      </w:pPr>
      <w:r>
        <w:rPr>
          <w:b w:val="0"/>
          <w:i/>
          <w:color w:val="222B33"/>
          <w:sz w:val="21"/>
        </w:rPr>
        <w:t>Think rather</w:t>
        <w:br/>
      </w:r>
      <w:r>
        <w:rPr>
          <w:b w:val="0"/>
          <w:i/>
          <w:color w:val="222B33"/>
          <w:sz w:val="21"/>
        </w:rPr>
        <w:t>of meeting again later,</w:t>
        <w:br/>
      </w:r>
      <w:r>
        <w:rPr>
          <w:b w:val="0"/>
          <w:i/>
          <w:color w:val="222B33"/>
          <w:sz w:val="21"/>
        </w:rPr>
        <w:t>and do not be lost</w:t>
        <w:br/>
      </w:r>
      <w:r>
        <w:rPr>
          <w:b w:val="0"/>
          <w:i/>
          <w:color w:val="222B33"/>
          <w:sz w:val="21"/>
        </w:rPr>
        <w:t>in the dream</w:t>
        <w:br/>
      </w:r>
      <w:r>
        <w:rPr>
          <w:b w:val="0"/>
          <w:i/>
          <w:color w:val="222B33"/>
          <w:sz w:val="21"/>
        </w:rPr>
        <w:t>of this world.</w:t>
      </w:r>
    </w:p>
    <w:p>
      <w:pPr>
        <w:spacing w:after="40"/>
      </w:pPr>
      <w:r>
        <w:rPr>
          <w:b w:val="0"/>
          <w:i w:val="0"/>
          <w:color w:val="222B33"/>
          <w:sz w:val="19"/>
        </w:rPr>
        <w:t>Written before her intended drowning.</w:t>
      </w:r>
    </w:p>
    <w:p>
      <w:pPr>
        <w:keepNext/>
        <w:spacing w:after="20" w:before="200"/>
      </w:pPr>
      <w:bookmarkStart w:id="806" w:name="p755"/>
      <w:r>
        <w:rPr>
          <w:b/>
          <w:i w:val="0"/>
          <w:color w:val="222B33"/>
          <w:sz w:val="22"/>
        </w:rPr>
        <w:t>No. 755</w:t>
      </w:r>
      <w:r>
        <w:rPr>
          <w:b w:val="0"/>
          <w:i w:val="0"/>
          <w:color w:val="6A6F75"/>
          <w:sz w:val="18"/>
        </w:rPr>
        <w:t xml:space="preserve">   Ukifune → her mother   贈:独 sent / solo</w:t>
      </w:r>
      <w:bookmarkEnd w:id="806"/>
    </w:p>
    <w:p>
      <w:pPr>
        <w:keepNext/>
        <w:spacing w:after="40"/>
      </w:pPr>
      <w:r>
        <w:rPr>
          <w:b/>
          <w:i w:val="0"/>
          <w:color w:val="6A6F75"/>
          <w:sz w:val="18"/>
        </w:rPr>
        <w:t xml:space="preserve">Context. </w:t>
      </w:r>
      <w:r>
        <w:rPr>
          <w:b w:val="0"/>
          <w:i w:val="0"/>
          <w:color w:val="6A6F75"/>
          <w:sz w:val="19"/>
        </w:rPr>
        <w:t>Ukifune’s last farewell to her mother as the temple bell sounds.</w:t>
      </w:r>
    </w:p>
    <w:p>
      <w:pPr>
        <w:keepNext/>
        <w:spacing w:after="0"/>
      </w:pPr>
      <w:r>
        <w:rPr>
          <w:rFonts w:ascii="Noto Serif CJK JP" w:hAnsi="Noto Serif CJK JP" w:eastAsia="Noto Serif CJK JP"/>
          <w:b w:val="0"/>
          <w:i w:val="0"/>
          <w:color w:val="222B33"/>
          <w:sz w:val="26"/>
        </w:rPr>
        <w:t>鐘の音の絶ゆる響きに音を添へてわが世尽きぬと君に伝へよ</w:t>
      </w:r>
    </w:p>
    <w:p>
      <w:pPr>
        <w:keepNext/>
        <w:spacing w:after="60"/>
      </w:pPr>
      <w:r>
        <w:rPr>
          <w:rFonts w:ascii="Noto Serif CJK JP" w:hAnsi="Noto Serif CJK JP" w:eastAsia="Noto Serif CJK JP"/>
          <w:b w:val="0"/>
          <w:i w:val="0"/>
          <w:color w:val="6A6F75"/>
          <w:sz w:val="19"/>
        </w:rPr>
        <w:t>かねのをとの　／　たゆるひゝきに　／　ねをそへて　／　わかよつきぬと　／　きみにつたへよ</w:t>
      </w:r>
    </w:p>
    <w:p>
      <w:pPr>
        <w:keepNext/>
        <w:spacing w:after="60"/>
      </w:pPr>
      <w:r>
        <w:rPr>
          <w:b w:val="0"/>
          <w:i/>
          <w:color w:val="222B33"/>
          <w:sz w:val="21"/>
        </w:rPr>
        <w:t>Add my voice</w:t>
        <w:br/>
      </w:r>
      <w:r>
        <w:rPr>
          <w:b w:val="0"/>
          <w:i/>
          <w:color w:val="222B33"/>
          <w:sz w:val="21"/>
        </w:rPr>
        <w:t>to the dying echo</w:t>
        <w:br/>
      </w:r>
      <w:r>
        <w:rPr>
          <w:b w:val="0"/>
          <w:i/>
          <w:color w:val="222B33"/>
          <w:sz w:val="21"/>
        </w:rPr>
        <w:t>of the bell,</w:t>
        <w:br/>
      </w:r>
      <w:r>
        <w:rPr>
          <w:b w:val="0"/>
          <w:i/>
          <w:color w:val="222B33"/>
          <w:sz w:val="21"/>
        </w:rPr>
        <w:t>and tell her</w:t>
        <w:br/>
      </w:r>
      <w:r>
        <w:rPr>
          <w:b w:val="0"/>
          <w:i/>
          <w:color w:val="222B33"/>
          <w:sz w:val="21"/>
        </w:rPr>
        <w:t>my life has ended.</w:t>
      </w:r>
    </w:p>
    <w:p>
      <w:pPr>
        <w:pStyle w:val="Heading1"/>
      </w:pPr>
      <w:bookmarkStart w:id="807" w:name="ch52"/>
      <w:r>
        <w:t>Chapter 52 · Kagerō 蜻蛉</w:t>
      </w:r>
      <w:bookmarkEnd w:id="807"/>
    </w:p>
    <w:p>
      <w:pPr>
        <w:keepNext/>
        <w:spacing w:after="20" w:before="200"/>
      </w:pPr>
      <w:bookmarkStart w:id="808" w:name="p756"/>
      <w:r>
        <w:rPr>
          <w:b/>
          <w:i w:val="0"/>
          <w:color w:val="222B33"/>
          <w:sz w:val="22"/>
        </w:rPr>
        <w:t>No. 756</w:t>
      </w:r>
      <w:r>
        <w:rPr>
          <w:b w:val="0"/>
          <w:i w:val="0"/>
          <w:color w:val="6A6F75"/>
          <w:sz w:val="18"/>
        </w:rPr>
        <w:t xml:space="preserve">   Kaoru → Niou   贈 sent</w:t>
      </w:r>
      <w:bookmarkEnd w:id="808"/>
    </w:p>
    <w:p>
      <w:pPr>
        <w:keepNext/>
        <w:spacing w:after="40"/>
      </w:pPr>
      <w:r>
        <w:rPr>
          <w:b/>
          <w:i w:val="0"/>
          <w:color w:val="6A6F75"/>
          <w:sz w:val="18"/>
        </w:rPr>
        <w:t xml:space="preserve">Context. </w:t>
      </w:r>
      <w:r>
        <w:rPr>
          <w:b w:val="0"/>
          <w:i w:val="0"/>
          <w:color w:val="6A6F75"/>
          <w:sz w:val="19"/>
        </w:rPr>
        <w:t>After Ukifune’s disappearance; Kaoru and Niou.</w:t>
      </w:r>
    </w:p>
    <w:p>
      <w:pPr>
        <w:keepNext/>
        <w:spacing w:after="0"/>
      </w:pPr>
      <w:r>
        <w:rPr>
          <w:rFonts w:ascii="Noto Serif CJK JP" w:hAnsi="Noto Serif CJK JP" w:eastAsia="Noto Serif CJK JP"/>
          <w:b w:val="0"/>
          <w:i w:val="0"/>
          <w:color w:val="222B33"/>
          <w:sz w:val="26"/>
        </w:rPr>
        <w:t>忍び音や君も泣くらむかひもなき死出の田長に心通はば</w:t>
      </w:r>
    </w:p>
    <w:p>
      <w:pPr>
        <w:keepNext/>
        <w:spacing w:after="60"/>
      </w:pPr>
      <w:r>
        <w:rPr>
          <w:rFonts w:ascii="Noto Serif CJK JP" w:hAnsi="Noto Serif CJK JP" w:eastAsia="Noto Serif CJK JP"/>
          <w:b w:val="0"/>
          <w:i w:val="0"/>
          <w:color w:val="6A6F75"/>
          <w:sz w:val="19"/>
        </w:rPr>
        <w:t>しのひねや　／　君もなくらむ　／　かひもなき　／　してのたおさに　／　心かよはゝ</w:t>
      </w:r>
    </w:p>
    <w:p>
      <w:pPr>
        <w:keepNext/>
        <w:spacing w:after="60"/>
      </w:pPr>
      <w:r>
        <w:rPr>
          <w:b w:val="0"/>
          <w:i/>
          <w:color w:val="222B33"/>
          <w:sz w:val="21"/>
        </w:rPr>
        <w:t>Do you too weep</w:t>
        <w:br/>
      </w:r>
      <w:r>
        <w:rPr>
          <w:b w:val="0"/>
          <w:i/>
          <w:color w:val="222B33"/>
          <w:sz w:val="21"/>
        </w:rPr>
        <w:t>with stifled voice, if your heart</w:t>
        <w:br/>
      </w:r>
      <w:r>
        <w:rPr>
          <w:b w:val="0"/>
          <w:i/>
          <w:color w:val="222B33"/>
          <w:sz w:val="21"/>
        </w:rPr>
        <w:t>goes to the useless</w:t>
        <w:br/>
      </w:r>
      <w:r>
        <w:rPr>
          <w:b w:val="0"/>
          <w:i/>
          <w:color w:val="222B33"/>
          <w:sz w:val="21"/>
        </w:rPr>
        <w:t>cuckoo, guide</w:t>
        <w:br/>
      </w:r>
      <w:r>
        <w:rPr>
          <w:b w:val="0"/>
          <w:i/>
          <w:color w:val="222B33"/>
          <w:sz w:val="21"/>
        </w:rPr>
        <w:t>of the Mountain of Death?</w:t>
      </w:r>
    </w:p>
    <w:p>
      <w:pPr>
        <w:spacing w:after="40"/>
      </w:pPr>
      <w:r>
        <w:rPr>
          <w:b w:val="0"/>
          <w:i w:val="0"/>
          <w:color w:val="222B33"/>
          <w:sz w:val="19"/>
        </w:rPr>
        <w:t>Shide no taosa, “field chief of death,” a name for the cuckoo.</w:t>
      </w:r>
    </w:p>
    <w:p>
      <w:pPr>
        <w:spacing w:after="40"/>
      </w:pPr>
      <w:r>
        <w:rPr>
          <w:b w:val="0"/>
          <w:i w:val="0"/>
          <w:color w:val="6A6F75"/>
          <w:sz w:val="18"/>
        </w:rPr>
        <w:t xml:space="preserve">Answered by </w:t>
      </w:r>
      <w:hyperlink w:anchor="p757">
        <w:r>
          <w:rPr>
            <w:color w:val="2E5A80"/>
            <w:u w:val="single"/>
            <w:sz w:val="18"/>
          </w:rPr>
          <w:t xml:space="preserve">No. 757 (Niou)</w:t>
        </w:r>
      </w:hyperlink>
    </w:p>
    <w:p>
      <w:pPr>
        <w:keepNext/>
        <w:spacing w:after="20" w:before="200"/>
      </w:pPr>
      <w:bookmarkStart w:id="809" w:name="p757"/>
      <w:r>
        <w:rPr>
          <w:b/>
          <w:i w:val="0"/>
          <w:color w:val="222B33"/>
          <w:sz w:val="22"/>
        </w:rPr>
        <w:t>No. 757</w:t>
      </w:r>
      <w:r>
        <w:rPr>
          <w:b w:val="0"/>
          <w:i w:val="0"/>
          <w:color w:val="6A6F75"/>
          <w:sz w:val="18"/>
        </w:rPr>
        <w:t xml:space="preserve">   Niou → Kaoru   答 reply</w:t>
      </w:r>
      <w:bookmarkEnd w:id="809"/>
    </w:p>
    <w:p>
      <w:pPr>
        <w:keepNext/>
        <w:spacing w:after="0"/>
      </w:pPr>
      <w:r>
        <w:rPr>
          <w:rFonts w:ascii="Noto Serif CJK JP" w:hAnsi="Noto Serif CJK JP" w:eastAsia="Noto Serif CJK JP"/>
          <w:b w:val="0"/>
          <w:i w:val="0"/>
          <w:color w:val="222B33"/>
          <w:sz w:val="26"/>
        </w:rPr>
        <w:t>橘の薫るあたりはほととぎす心してこそ鳴くべかりけれ</w:t>
      </w:r>
    </w:p>
    <w:p>
      <w:pPr>
        <w:keepNext/>
        <w:spacing w:after="60"/>
      </w:pPr>
      <w:r>
        <w:rPr>
          <w:rFonts w:ascii="Noto Serif CJK JP" w:hAnsi="Noto Serif CJK JP" w:eastAsia="Noto Serif CJK JP"/>
          <w:b w:val="0"/>
          <w:i w:val="0"/>
          <w:color w:val="6A6F75"/>
          <w:sz w:val="19"/>
        </w:rPr>
        <w:t>たちはなの　／　かほるあたりは　／　郭公　／　心してこそ　／　なくへかりけれ</w:t>
      </w:r>
    </w:p>
    <w:p>
      <w:pPr>
        <w:keepNext/>
        <w:spacing w:after="60"/>
      </w:pPr>
      <w:r>
        <w:rPr>
          <w:b w:val="0"/>
          <w:i/>
          <w:color w:val="222B33"/>
          <w:sz w:val="21"/>
        </w:rPr>
        <w:t>Near where orange blossoms</w:t>
        <w:br/>
      </w:r>
      <w:r>
        <w:rPr>
          <w:b w:val="0"/>
          <w:i/>
          <w:color w:val="222B33"/>
          <w:sz w:val="21"/>
        </w:rPr>
        <w:t>give their scent, the cuckoo</w:t>
        <w:br/>
      </w:r>
      <w:r>
        <w:rPr>
          <w:b w:val="0"/>
          <w:i/>
          <w:color w:val="222B33"/>
          <w:sz w:val="21"/>
        </w:rPr>
        <w:t>should have cried</w:t>
        <w:br/>
      </w:r>
      <w:r>
        <w:rPr>
          <w:b w:val="0"/>
          <w:i/>
          <w:color w:val="222B33"/>
          <w:sz w:val="21"/>
        </w:rPr>
        <w:t>with</w:t>
        <w:br/>
      </w:r>
      <w:r>
        <w:rPr>
          <w:b w:val="0"/>
          <w:i/>
          <w:color w:val="222B33"/>
          <w:sz w:val="21"/>
        </w:rPr>
        <w:t>care.</w:t>
      </w:r>
    </w:p>
    <w:p>
      <w:pPr>
        <w:spacing w:after="40"/>
      </w:pPr>
      <w:r>
        <w:rPr>
          <w:b w:val="0"/>
          <w:i w:val="0"/>
          <w:color w:val="222B33"/>
          <w:sz w:val="19"/>
        </w:rPr>
        <w:t>Kaoru, “fragrant.”</w:t>
      </w:r>
    </w:p>
    <w:p>
      <w:pPr>
        <w:spacing w:after="40"/>
      </w:pPr>
      <w:r>
        <w:rPr>
          <w:b w:val="0"/>
          <w:i w:val="0"/>
          <w:color w:val="6A6F75"/>
          <w:sz w:val="18"/>
        </w:rPr>
        <w:t xml:space="preserve">In reply to </w:t>
      </w:r>
      <w:hyperlink w:anchor="p756">
        <w:r>
          <w:rPr>
            <w:color w:val="2E5A80"/>
            <w:u w:val="single"/>
            <w:sz w:val="18"/>
          </w:rPr>
          <w:t xml:space="preserve">No. 756 (Kaoru)</w:t>
        </w:r>
      </w:hyperlink>
    </w:p>
    <w:p>
      <w:pPr>
        <w:keepNext/>
        <w:spacing w:after="20" w:before="200"/>
      </w:pPr>
      <w:bookmarkStart w:id="810" w:name="p758"/>
      <w:r>
        <w:rPr>
          <w:b/>
          <w:i w:val="0"/>
          <w:color w:val="222B33"/>
          <w:sz w:val="22"/>
        </w:rPr>
        <w:t>No. 758</w:t>
      </w:r>
      <w:r>
        <w:rPr>
          <w:b w:val="0"/>
          <w:i w:val="0"/>
          <w:color w:val="6A6F75"/>
          <w:sz w:val="18"/>
        </w:rPr>
        <w:t xml:space="preserve">   Kaoru   独 solo</w:t>
      </w:r>
      <w:bookmarkEnd w:id="810"/>
    </w:p>
    <w:p>
      <w:pPr>
        <w:keepNext/>
        <w:spacing w:after="40"/>
      </w:pPr>
      <w:r>
        <w:rPr>
          <w:b/>
          <w:i w:val="0"/>
          <w:color w:val="6A6F75"/>
          <w:sz w:val="18"/>
        </w:rPr>
        <w:t xml:space="preserve">Context. </w:t>
      </w:r>
      <w:r>
        <w:rPr>
          <w:b w:val="0"/>
          <w:i w:val="0"/>
          <w:color w:val="6A6F75"/>
          <w:sz w:val="19"/>
        </w:rPr>
        <w:t>Kaoru mourning Ukifune, whose body has not been found; Uji has become a place of loss for him.</w:t>
      </w:r>
    </w:p>
    <w:p>
      <w:pPr>
        <w:keepNext/>
        <w:spacing w:after="0"/>
      </w:pPr>
      <w:r>
        <w:rPr>
          <w:rFonts w:ascii="Noto Serif CJK JP" w:hAnsi="Noto Serif CJK JP" w:eastAsia="Noto Serif CJK JP"/>
          <w:b w:val="0"/>
          <w:i w:val="0"/>
          <w:color w:val="222B33"/>
          <w:sz w:val="26"/>
        </w:rPr>
        <w:t>我もまた憂き古里を荒れはてば誰れ宿り木の蔭をしのばむ</w:t>
      </w:r>
    </w:p>
    <w:p>
      <w:pPr>
        <w:keepNext/>
        <w:spacing w:after="60"/>
      </w:pPr>
      <w:r>
        <w:rPr>
          <w:rFonts w:ascii="Noto Serif CJK JP" w:hAnsi="Noto Serif CJK JP" w:eastAsia="Noto Serif CJK JP"/>
          <w:b w:val="0"/>
          <w:i w:val="0"/>
          <w:color w:val="6A6F75"/>
          <w:sz w:val="19"/>
        </w:rPr>
        <w:t>われも又　／　うきふるさとを　／　あれはては　／　たれやとりきの　／　かけをしのはむ</w:t>
      </w:r>
    </w:p>
    <w:p>
      <w:pPr>
        <w:keepNext/>
        <w:spacing w:after="60"/>
      </w:pPr>
      <w:r>
        <w:rPr>
          <w:b w:val="0"/>
          <w:i/>
          <w:color w:val="222B33"/>
          <w:sz w:val="21"/>
        </w:rPr>
        <w:t>If I too</w:t>
        <w:br/>
      </w:r>
      <w:r>
        <w:rPr>
          <w:b w:val="0"/>
          <w:i/>
          <w:color w:val="222B33"/>
          <w:sz w:val="21"/>
        </w:rPr>
        <w:t>let the bitter old home go to ruin,</w:t>
        <w:br/>
      </w:r>
      <w:r>
        <w:rPr>
          <w:b w:val="0"/>
          <w:i/>
          <w:color w:val="222B33"/>
          <w:sz w:val="21"/>
        </w:rPr>
        <w:t>who would remember</w:t>
        <w:br/>
      </w:r>
      <w:r>
        <w:rPr>
          <w:b w:val="0"/>
          <w:i/>
          <w:color w:val="222B33"/>
          <w:sz w:val="21"/>
        </w:rPr>
        <w:t>the shade</w:t>
        <w:br/>
      </w:r>
      <w:r>
        <w:rPr>
          <w:b w:val="0"/>
          <w:i/>
          <w:color w:val="222B33"/>
          <w:sz w:val="21"/>
        </w:rPr>
        <w:t>of the ivy?</w:t>
      </w:r>
    </w:p>
    <w:p>
      <w:pPr>
        <w:keepNext/>
        <w:spacing w:after="20" w:before="200"/>
      </w:pPr>
      <w:bookmarkStart w:id="811" w:name="p759"/>
      <w:r>
        <w:rPr>
          <w:b/>
          <w:i w:val="0"/>
          <w:color w:val="222B33"/>
          <w:sz w:val="22"/>
        </w:rPr>
        <w:t>No. 759</w:t>
      </w:r>
      <w:r>
        <w:rPr>
          <w:b w:val="0"/>
          <w:i w:val="0"/>
          <w:color w:val="6A6F75"/>
          <w:sz w:val="18"/>
        </w:rPr>
        <w:t xml:space="preserve">   Kosaishō → Kaoru   贈 sent</w:t>
      </w:r>
      <w:bookmarkEnd w:id="811"/>
    </w:p>
    <w:p>
      <w:pPr>
        <w:keepNext/>
        <w:spacing w:after="40"/>
      </w:pPr>
      <w:r>
        <w:rPr>
          <w:b/>
          <w:i w:val="0"/>
          <w:color w:val="6A6F75"/>
          <w:sz w:val="18"/>
        </w:rPr>
        <w:t xml:space="preserve">Context. </w:t>
      </w:r>
      <w:r>
        <w:rPr>
          <w:b w:val="0"/>
          <w:i w:val="0"/>
          <w:color w:val="6A6F75"/>
          <w:sz w:val="19"/>
        </w:rPr>
        <w:t>Kosaishō, an attendant of the Empress, consoles Kaoru for Ukifune.</w:t>
      </w:r>
    </w:p>
    <w:p>
      <w:pPr>
        <w:keepNext/>
        <w:spacing w:after="0"/>
      </w:pPr>
      <w:r>
        <w:rPr>
          <w:rFonts w:ascii="Noto Serif CJK JP" w:hAnsi="Noto Serif CJK JP" w:eastAsia="Noto Serif CJK JP"/>
          <w:b w:val="0"/>
          <w:i w:val="0"/>
          <w:color w:val="222B33"/>
          <w:sz w:val="26"/>
        </w:rPr>
        <w:t>あはれ知る心は人におくれねど数ならぬ身に消えつつぞ経る</w:t>
      </w:r>
    </w:p>
    <w:p>
      <w:pPr>
        <w:keepNext/>
        <w:spacing w:after="60"/>
      </w:pPr>
      <w:r>
        <w:rPr>
          <w:rFonts w:ascii="Noto Serif CJK JP" w:hAnsi="Noto Serif CJK JP" w:eastAsia="Noto Serif CJK JP"/>
          <w:b w:val="0"/>
          <w:i w:val="0"/>
          <w:color w:val="6A6F75"/>
          <w:sz w:val="19"/>
        </w:rPr>
        <w:t>あはれしる　／　こゝろは人に　／　をくれねと　／　かすならぬ身に　／　きえつゝそふる</w:t>
      </w:r>
    </w:p>
    <w:p>
      <w:pPr>
        <w:keepNext/>
        <w:spacing w:after="60"/>
      </w:pPr>
      <w:r>
        <w:rPr>
          <w:b w:val="0"/>
          <w:i/>
          <w:color w:val="222B33"/>
          <w:sz w:val="21"/>
        </w:rPr>
        <w:t>My heart that knows</w:t>
        <w:br/>
      </w:r>
      <w:r>
        <w:rPr>
          <w:b w:val="0"/>
          <w:i/>
          <w:color w:val="222B33"/>
          <w:sz w:val="21"/>
        </w:rPr>
        <w:t>sorrow is behind no one’s,</w:t>
        <w:br/>
      </w:r>
      <w:r>
        <w:rPr>
          <w:b w:val="0"/>
          <w:i/>
          <w:color w:val="222B33"/>
          <w:sz w:val="21"/>
        </w:rPr>
        <w:t>but I am of no account,</w:t>
        <w:br/>
      </w:r>
      <w:r>
        <w:rPr>
          <w:b w:val="0"/>
          <w:i/>
          <w:color w:val="222B33"/>
          <w:sz w:val="21"/>
        </w:rPr>
        <w:t>and live on, ever</w:t>
        <w:br/>
      </w:r>
      <w:r>
        <w:rPr>
          <w:b w:val="0"/>
          <w:i/>
          <w:color w:val="222B33"/>
          <w:sz w:val="21"/>
        </w:rPr>
        <w:t>vanishing.</w:t>
      </w:r>
    </w:p>
    <w:p>
      <w:pPr>
        <w:spacing w:after="40"/>
      </w:pPr>
      <w:r>
        <w:rPr>
          <w:b w:val="0"/>
          <w:i w:val="0"/>
          <w:color w:val="6A6F75"/>
          <w:sz w:val="18"/>
        </w:rPr>
        <w:t xml:space="preserve">Answered by </w:t>
      </w:r>
      <w:hyperlink w:anchor="p760">
        <w:r>
          <w:rPr>
            <w:color w:val="2E5A80"/>
            <w:u w:val="single"/>
            <w:sz w:val="18"/>
          </w:rPr>
          <w:t xml:space="preserve">No. 760 (Kaoru)</w:t>
        </w:r>
      </w:hyperlink>
    </w:p>
    <w:p>
      <w:pPr>
        <w:keepNext/>
        <w:spacing w:after="20" w:before="200"/>
      </w:pPr>
      <w:bookmarkStart w:id="812" w:name="p760"/>
      <w:r>
        <w:rPr>
          <w:b/>
          <w:i w:val="0"/>
          <w:color w:val="222B33"/>
          <w:sz w:val="22"/>
        </w:rPr>
        <w:t>No. 760</w:t>
      </w:r>
      <w:r>
        <w:rPr>
          <w:b w:val="0"/>
          <w:i w:val="0"/>
          <w:color w:val="6A6F75"/>
          <w:sz w:val="18"/>
        </w:rPr>
        <w:t xml:space="preserve">   Kaoru → Kosaishō   答 reply</w:t>
      </w:r>
      <w:bookmarkEnd w:id="812"/>
    </w:p>
    <w:p>
      <w:pPr>
        <w:keepNext/>
        <w:spacing w:after="0"/>
      </w:pPr>
      <w:r>
        <w:rPr>
          <w:rFonts w:ascii="Noto Serif CJK JP" w:hAnsi="Noto Serif CJK JP" w:eastAsia="Noto Serif CJK JP"/>
          <w:b w:val="0"/>
          <w:i w:val="0"/>
          <w:color w:val="222B33"/>
          <w:sz w:val="26"/>
        </w:rPr>
        <w:t>常なしとここら世を見る憂き身だに人の知るまで嘆きやはする</w:t>
      </w:r>
    </w:p>
    <w:p>
      <w:pPr>
        <w:keepNext/>
        <w:spacing w:after="60"/>
      </w:pPr>
      <w:r>
        <w:rPr>
          <w:rFonts w:ascii="Noto Serif CJK JP" w:hAnsi="Noto Serif CJK JP" w:eastAsia="Noto Serif CJK JP"/>
          <w:b w:val="0"/>
          <w:i w:val="0"/>
          <w:color w:val="6A6F75"/>
          <w:sz w:val="19"/>
        </w:rPr>
        <w:t>つねなしと　／　こゝらよをみる　／　うき身たに　／　人のしるまて　／　なけきやはする</w:t>
      </w:r>
    </w:p>
    <w:p>
      <w:pPr>
        <w:keepNext/>
        <w:spacing w:after="60"/>
      </w:pPr>
      <w:r>
        <w:rPr>
          <w:b w:val="0"/>
          <w:i/>
          <w:color w:val="222B33"/>
          <w:sz w:val="21"/>
        </w:rPr>
        <w:t>Even I, wretched,</w:t>
        <w:br/>
      </w:r>
      <w:r>
        <w:rPr>
          <w:b w:val="0"/>
          <w:i/>
          <w:color w:val="222B33"/>
          <w:sz w:val="21"/>
        </w:rPr>
        <w:t>who have seen the world so long as passing:</w:t>
        <w:br/>
      </w:r>
      <w:r>
        <w:rPr>
          <w:b w:val="0"/>
          <w:i/>
          <w:color w:val="222B33"/>
          <w:sz w:val="21"/>
        </w:rPr>
        <w:t>do I grieve</w:t>
        <w:br/>
      </w:r>
      <w:r>
        <w:rPr>
          <w:b w:val="0"/>
          <w:i/>
          <w:color w:val="222B33"/>
          <w:sz w:val="21"/>
        </w:rPr>
        <w:t>so that</w:t>
        <w:br/>
      </w:r>
      <w:r>
        <w:rPr>
          <w:b w:val="0"/>
          <w:i/>
          <w:color w:val="222B33"/>
          <w:sz w:val="21"/>
        </w:rPr>
        <w:t>people know?</w:t>
      </w:r>
    </w:p>
    <w:p>
      <w:pPr>
        <w:spacing w:after="40"/>
      </w:pPr>
      <w:r>
        <w:rPr>
          <w:b w:val="0"/>
          <w:i w:val="0"/>
          <w:color w:val="6A6F75"/>
          <w:sz w:val="18"/>
        </w:rPr>
        <w:t xml:space="preserve">In reply to </w:t>
      </w:r>
      <w:hyperlink w:anchor="p759">
        <w:r>
          <w:rPr>
            <w:color w:val="2E5A80"/>
            <w:u w:val="single"/>
            <w:sz w:val="18"/>
          </w:rPr>
          <w:t xml:space="preserve">No. 759 (Kosaishō)</w:t>
        </w:r>
      </w:hyperlink>
    </w:p>
    <w:p>
      <w:pPr>
        <w:keepNext/>
        <w:spacing w:after="20" w:before="200"/>
      </w:pPr>
      <w:bookmarkStart w:id="813" w:name="p761"/>
      <w:r>
        <w:rPr>
          <w:b/>
          <w:i w:val="0"/>
          <w:color w:val="222B33"/>
          <w:sz w:val="22"/>
        </w:rPr>
        <w:t>No. 761</w:t>
      </w:r>
      <w:r>
        <w:rPr>
          <w:b w:val="0"/>
          <w:i w:val="0"/>
          <w:color w:val="6A6F75"/>
          <w:sz w:val="18"/>
        </w:rPr>
        <w:t xml:space="preserve">   Kaoru   独 solo</w:t>
      </w:r>
      <w:bookmarkEnd w:id="813"/>
    </w:p>
    <w:p>
      <w:pPr>
        <w:keepNext/>
        <w:spacing w:after="40"/>
      </w:pPr>
      <w:r>
        <w:rPr>
          <w:b/>
          <w:i w:val="0"/>
          <w:color w:val="6A6F75"/>
          <w:sz w:val="18"/>
        </w:rPr>
        <w:t xml:space="preserve">Context. </w:t>
      </w:r>
      <w:r>
        <w:rPr>
          <w:b w:val="0"/>
          <w:i w:val="0"/>
          <w:color w:val="6A6F75"/>
          <w:sz w:val="19"/>
        </w:rPr>
        <w:t>Kaoru in the autumn after Ukifune’s disappearance; he turns to the court and its women.</w:t>
      </w:r>
    </w:p>
    <w:p>
      <w:pPr>
        <w:keepNext/>
        <w:spacing w:after="0"/>
      </w:pPr>
      <w:r>
        <w:rPr>
          <w:rFonts w:ascii="Noto Serif CJK JP" w:hAnsi="Noto Serif CJK JP" w:eastAsia="Noto Serif CJK JP"/>
          <w:b w:val="0"/>
          <w:i w:val="0"/>
          <w:color w:val="222B33"/>
          <w:sz w:val="26"/>
        </w:rPr>
        <w:t>荻の葉に露吹き結ぶ秋風も夕べぞわきて身にはしみける</w:t>
      </w:r>
    </w:p>
    <w:p>
      <w:pPr>
        <w:keepNext/>
        <w:spacing w:after="60"/>
      </w:pPr>
      <w:r>
        <w:rPr>
          <w:rFonts w:ascii="Noto Serif CJK JP" w:hAnsi="Noto Serif CJK JP" w:eastAsia="Noto Serif CJK JP"/>
          <w:b w:val="0"/>
          <w:i w:val="0"/>
          <w:color w:val="6A6F75"/>
          <w:sz w:val="19"/>
        </w:rPr>
        <w:t>荻の葉に　／　露ふきむすふ　／　秋風も　／　ゆふへそわきて　／　身にはしみける</w:t>
      </w:r>
    </w:p>
    <w:p>
      <w:pPr>
        <w:keepNext/>
        <w:spacing w:after="60"/>
      </w:pPr>
      <w:r>
        <w:rPr>
          <w:b w:val="0"/>
          <w:i/>
          <w:color w:val="222B33"/>
          <w:sz w:val="21"/>
        </w:rPr>
        <w:t>The autumn wind</w:t>
        <w:br/>
      </w:r>
      <w:r>
        <w:rPr>
          <w:b w:val="0"/>
          <w:i/>
          <w:color w:val="222B33"/>
          <w:sz w:val="21"/>
        </w:rPr>
        <w:t>that blows the dew into beads</w:t>
        <w:br/>
      </w:r>
      <w:r>
        <w:rPr>
          <w:b w:val="0"/>
          <w:i/>
          <w:color w:val="222B33"/>
          <w:sz w:val="21"/>
        </w:rPr>
        <w:t>on the reed leaves</w:t>
        <w:br/>
      </w:r>
      <w:r>
        <w:rPr>
          <w:b w:val="0"/>
          <w:i/>
          <w:color w:val="222B33"/>
          <w:sz w:val="21"/>
        </w:rPr>
        <w:t>pierces me</w:t>
        <w:br/>
      </w:r>
      <w:r>
        <w:rPr>
          <w:b w:val="0"/>
          <w:i/>
          <w:color w:val="222B33"/>
          <w:sz w:val="21"/>
        </w:rPr>
        <w:t>most at evening.</w:t>
      </w:r>
    </w:p>
    <w:p>
      <w:pPr>
        <w:keepNext/>
        <w:spacing w:after="20" w:before="200"/>
      </w:pPr>
      <w:bookmarkStart w:id="814" w:name="p762"/>
      <w:r>
        <w:rPr>
          <w:b/>
          <w:i w:val="0"/>
          <w:color w:val="222B33"/>
          <w:sz w:val="22"/>
        </w:rPr>
        <w:t>No. 762</w:t>
      </w:r>
      <w:r>
        <w:rPr>
          <w:b w:val="0"/>
          <w:i w:val="0"/>
          <w:color w:val="6A6F75"/>
          <w:sz w:val="18"/>
        </w:rPr>
        <w:t xml:space="preserve">   Kaoru → the Empress’s women   贈 sent</w:t>
      </w:r>
      <w:bookmarkEnd w:id="814"/>
    </w:p>
    <w:p>
      <w:pPr>
        <w:keepNext/>
        <w:spacing w:after="40"/>
      </w:pPr>
      <w:r>
        <w:rPr>
          <w:b/>
          <w:i w:val="0"/>
          <w:color w:val="6A6F75"/>
          <w:sz w:val="18"/>
        </w:rPr>
        <w:t xml:space="preserve">Context. </w:t>
      </w:r>
      <w:r>
        <w:rPr>
          <w:b w:val="0"/>
          <w:i w:val="0"/>
          <w:color w:val="6A6F75"/>
          <w:sz w:val="19"/>
        </w:rPr>
        <w:t>Kaoru among the First Princess’s women; he seeks distraction.</w:t>
      </w:r>
    </w:p>
    <w:p>
      <w:pPr>
        <w:keepNext/>
        <w:spacing w:after="0"/>
      </w:pPr>
      <w:r>
        <w:rPr>
          <w:rFonts w:ascii="Noto Serif CJK JP" w:hAnsi="Noto Serif CJK JP" w:eastAsia="Noto Serif CJK JP"/>
          <w:b w:val="0"/>
          <w:i w:val="0"/>
          <w:color w:val="222B33"/>
          <w:sz w:val="26"/>
        </w:rPr>
        <w:t>女郎花乱るる野辺に混じるとも露のあだ名を我にかけめや</w:t>
      </w:r>
    </w:p>
    <w:p>
      <w:pPr>
        <w:keepNext/>
        <w:spacing w:after="60"/>
      </w:pPr>
      <w:r>
        <w:rPr>
          <w:rFonts w:ascii="Noto Serif CJK JP" w:hAnsi="Noto Serif CJK JP" w:eastAsia="Noto Serif CJK JP"/>
          <w:b w:val="0"/>
          <w:i w:val="0"/>
          <w:color w:val="6A6F75"/>
          <w:sz w:val="19"/>
        </w:rPr>
        <w:t>女郎花　／　みたるゝ野辺に　／　ましるとも　／　露のあたなを　／　われにかけめや</w:t>
      </w:r>
    </w:p>
    <w:p>
      <w:pPr>
        <w:keepNext/>
        <w:spacing w:after="60"/>
      </w:pPr>
      <w:r>
        <w:rPr>
          <w:b w:val="0"/>
          <w:i/>
          <w:color w:val="222B33"/>
          <w:sz w:val="21"/>
        </w:rPr>
        <w:t>Though I mingle</w:t>
        <w:br/>
      </w:r>
      <w:r>
        <w:rPr>
          <w:b w:val="0"/>
          <w:i/>
          <w:color w:val="222B33"/>
          <w:sz w:val="21"/>
        </w:rPr>
        <w:t>in fields where maiden flowers are tossed,</w:t>
        <w:br/>
      </w:r>
      <w:r>
        <w:rPr>
          <w:b w:val="0"/>
          <w:i/>
          <w:color w:val="222B33"/>
          <w:sz w:val="21"/>
        </w:rPr>
        <w:t>could anyone hang</w:t>
        <w:br/>
      </w:r>
      <w:r>
        <w:rPr>
          <w:b w:val="0"/>
          <w:i/>
          <w:color w:val="222B33"/>
          <w:sz w:val="21"/>
        </w:rPr>
        <w:t>a fickle name of dew</w:t>
        <w:br/>
      </w:r>
      <w:r>
        <w:rPr>
          <w:b w:val="0"/>
          <w:i/>
          <w:color w:val="222B33"/>
          <w:sz w:val="21"/>
        </w:rPr>
        <w:t>on me?</w:t>
      </w:r>
    </w:p>
    <w:p>
      <w:pPr>
        <w:spacing w:after="40"/>
      </w:pPr>
      <w:r>
        <w:rPr>
          <w:b w:val="0"/>
          <w:i w:val="0"/>
          <w:color w:val="6A6F75"/>
          <w:sz w:val="18"/>
        </w:rPr>
        <w:t xml:space="preserve">Answered by </w:t>
      </w:r>
      <w:hyperlink w:anchor="p763">
        <w:r>
          <w:rPr>
            <w:color w:val="2E5A80"/>
            <w:u w:val="single"/>
            <w:sz w:val="18"/>
          </w:rPr>
          <w:t xml:space="preserve">No. 763 (an attendant behind the screen)</w:t>
        </w:r>
      </w:hyperlink>
    </w:p>
    <w:p>
      <w:pPr>
        <w:keepNext/>
        <w:spacing w:after="20" w:before="200"/>
      </w:pPr>
      <w:bookmarkStart w:id="815" w:name="p763"/>
      <w:r>
        <w:rPr>
          <w:b/>
          <w:i w:val="0"/>
          <w:color w:val="222B33"/>
          <w:sz w:val="22"/>
        </w:rPr>
        <w:t>No. 763</w:t>
      </w:r>
      <w:r>
        <w:rPr>
          <w:b w:val="0"/>
          <w:i w:val="0"/>
          <w:color w:val="6A6F75"/>
          <w:sz w:val="18"/>
        </w:rPr>
        <w:t xml:space="preserve">   an attendant behind the screen → Kaoru   答 reply</w:t>
      </w:r>
      <w:bookmarkEnd w:id="815"/>
    </w:p>
    <w:p>
      <w:pPr>
        <w:keepNext/>
        <w:spacing w:after="0"/>
      </w:pPr>
      <w:r>
        <w:rPr>
          <w:rFonts w:ascii="Noto Serif CJK JP" w:hAnsi="Noto Serif CJK JP" w:eastAsia="Noto Serif CJK JP"/>
          <w:b w:val="0"/>
          <w:i w:val="0"/>
          <w:color w:val="222B33"/>
          <w:sz w:val="26"/>
        </w:rPr>
        <w:t>花といへば名こそあだなれ女郎花なべての露に乱れやはする</w:t>
      </w:r>
    </w:p>
    <w:p>
      <w:pPr>
        <w:keepNext/>
        <w:spacing w:after="60"/>
      </w:pPr>
      <w:r>
        <w:rPr>
          <w:rFonts w:ascii="Noto Serif CJK JP" w:hAnsi="Noto Serif CJK JP" w:eastAsia="Noto Serif CJK JP"/>
          <w:b w:val="0"/>
          <w:i w:val="0"/>
          <w:color w:val="6A6F75"/>
          <w:sz w:val="19"/>
        </w:rPr>
        <w:t>花といへは　／　なこそあたなれ　／　をみなへし　／　なへての露に　／　みたれやはする</w:t>
      </w:r>
    </w:p>
    <w:p>
      <w:pPr>
        <w:keepNext/>
        <w:spacing w:after="60"/>
      </w:pPr>
      <w:r>
        <w:rPr>
          <w:b w:val="0"/>
          <w:i/>
          <w:color w:val="222B33"/>
          <w:sz w:val="21"/>
        </w:rPr>
        <w:t>As flowers, indeed,</w:t>
        <w:br/>
      </w:r>
      <w:r>
        <w:rPr>
          <w:b w:val="0"/>
          <w:i/>
          <w:color w:val="222B33"/>
          <w:sz w:val="21"/>
        </w:rPr>
        <w:t>the name is fickle; but is the maiden flower</w:t>
        <w:br/>
      </w:r>
      <w:r>
        <w:rPr>
          <w:b w:val="0"/>
          <w:i/>
          <w:color w:val="222B33"/>
          <w:sz w:val="21"/>
        </w:rPr>
        <w:t>tossed</w:t>
        <w:br/>
      </w:r>
      <w:r>
        <w:rPr>
          <w:b w:val="0"/>
          <w:i/>
          <w:color w:val="222B33"/>
          <w:sz w:val="21"/>
        </w:rPr>
        <w:t>by every</w:t>
        <w:br/>
      </w:r>
      <w:r>
        <w:rPr>
          <w:b w:val="0"/>
          <w:i/>
          <w:color w:val="222B33"/>
          <w:sz w:val="21"/>
        </w:rPr>
        <w:t>dew?</w:t>
      </w:r>
    </w:p>
    <w:p>
      <w:pPr>
        <w:spacing w:after="40"/>
      </w:pPr>
      <w:r>
        <w:rPr>
          <w:b/>
          <w:i w:val="0"/>
          <w:color w:val="8A4B1C"/>
          <w:sz w:val="18"/>
        </w:rPr>
        <w:t xml:space="preserve">Attribution uncertain. </w:t>
      </w:r>
      <w:r>
        <w:rPr>
          <w:b w:val="0"/>
          <w:i w:val="0"/>
          <w:sz w:val="19"/>
        </w:rPr>
        <w:t>The woman behind the screen is Chūjō no Kimi (Kyū taikei 旧大系) or Chūjō no Omoto (Zenshū 全集).</w:t>
      </w:r>
    </w:p>
    <w:p>
      <w:pPr>
        <w:spacing w:after="40"/>
      </w:pPr>
      <w:r>
        <w:rPr>
          <w:b w:val="0"/>
          <w:i w:val="0"/>
          <w:color w:val="6A6F75"/>
          <w:sz w:val="18"/>
        </w:rPr>
        <w:t xml:space="preserve">In reply to </w:t>
      </w:r>
      <w:hyperlink w:anchor="p762">
        <w:r>
          <w:rPr>
            <w:color w:val="2E5A80"/>
            <w:u w:val="single"/>
            <w:sz w:val="18"/>
          </w:rPr>
          <w:t xml:space="preserve">No. 762 (Kaoru)</w:t>
        </w:r>
      </w:hyperlink>
    </w:p>
    <w:p>
      <w:pPr>
        <w:keepNext/>
        <w:spacing w:after="20" w:before="200"/>
      </w:pPr>
      <w:bookmarkStart w:id="816" w:name="p764"/>
      <w:r>
        <w:rPr>
          <w:b/>
          <w:i w:val="0"/>
          <w:color w:val="222B33"/>
          <w:sz w:val="22"/>
        </w:rPr>
        <w:t>No. 764</w:t>
      </w:r>
      <w:r>
        <w:rPr>
          <w:b w:val="0"/>
          <w:i w:val="0"/>
          <w:color w:val="6A6F75"/>
          <w:sz w:val="18"/>
        </w:rPr>
        <w:t xml:space="preserve">   Ben no Omoto → Kaoru   贈 sent</w:t>
      </w:r>
      <w:bookmarkEnd w:id="816"/>
    </w:p>
    <w:p>
      <w:pPr>
        <w:keepNext/>
        <w:spacing w:after="40"/>
      </w:pPr>
      <w:r>
        <w:rPr>
          <w:b/>
          <w:i w:val="0"/>
          <w:color w:val="6A6F75"/>
          <w:sz w:val="18"/>
        </w:rPr>
        <w:t xml:space="preserve">Context. </w:t>
      </w:r>
      <w:r>
        <w:rPr>
          <w:b w:val="0"/>
          <w:i w:val="0"/>
          <w:color w:val="6A6F75"/>
          <w:sz w:val="19"/>
        </w:rPr>
        <w:t>Ben no Omoto teases Kaoru for his reserve.</w:t>
      </w:r>
    </w:p>
    <w:p>
      <w:pPr>
        <w:keepNext/>
        <w:spacing w:after="0"/>
      </w:pPr>
      <w:r>
        <w:rPr>
          <w:rFonts w:ascii="Noto Serif CJK JP" w:hAnsi="Noto Serif CJK JP" w:eastAsia="Noto Serif CJK JP"/>
          <w:b w:val="0"/>
          <w:i w:val="0"/>
          <w:color w:val="222B33"/>
          <w:sz w:val="26"/>
        </w:rPr>
        <w:t>旅寝してなほこころみよ女郎花盛りの色に移り移らず</w:t>
      </w:r>
    </w:p>
    <w:p>
      <w:pPr>
        <w:keepNext/>
        <w:spacing w:after="60"/>
      </w:pPr>
      <w:r>
        <w:rPr>
          <w:rFonts w:ascii="Noto Serif CJK JP" w:hAnsi="Noto Serif CJK JP" w:eastAsia="Noto Serif CJK JP"/>
          <w:b w:val="0"/>
          <w:i w:val="0"/>
          <w:color w:val="6A6F75"/>
          <w:sz w:val="19"/>
        </w:rPr>
        <w:t>旅ねして　／　猶心みよ　／　をみなへし　／　さかりの色に　／　うつりうつらす</w:t>
      </w:r>
    </w:p>
    <w:p>
      <w:pPr>
        <w:keepNext/>
        <w:spacing w:after="60"/>
      </w:pPr>
      <w:r>
        <w:rPr>
          <w:b w:val="0"/>
          <w:i/>
          <w:color w:val="222B33"/>
          <w:sz w:val="21"/>
        </w:rPr>
        <w:t>Sleep here as a traveler</w:t>
        <w:br/>
      </w:r>
      <w:r>
        <w:rPr>
          <w:b w:val="0"/>
          <w:i/>
          <w:color w:val="222B33"/>
          <w:sz w:val="21"/>
        </w:rPr>
        <w:t>and try once more: will you</w:t>
        <w:br/>
      </w:r>
      <w:r>
        <w:rPr>
          <w:b w:val="0"/>
          <w:i/>
          <w:color w:val="222B33"/>
          <w:sz w:val="21"/>
        </w:rPr>
        <w:t>take on or not</w:t>
        <w:br/>
      </w:r>
      <w:r>
        <w:rPr>
          <w:b w:val="0"/>
          <w:i/>
          <w:color w:val="222B33"/>
          <w:sz w:val="21"/>
        </w:rPr>
        <w:t>the color of the maiden flower</w:t>
        <w:br/>
      </w:r>
      <w:r>
        <w:rPr>
          <w:b w:val="0"/>
          <w:i/>
          <w:color w:val="222B33"/>
          <w:sz w:val="21"/>
        </w:rPr>
        <w:t>in its prime?</w:t>
      </w:r>
    </w:p>
    <w:p>
      <w:pPr>
        <w:spacing w:after="40"/>
      </w:pPr>
      <w:r>
        <w:rPr>
          <w:b w:val="0"/>
          <w:i w:val="0"/>
          <w:color w:val="6A6F75"/>
          <w:sz w:val="18"/>
        </w:rPr>
        <w:t xml:space="preserve">Answered by </w:t>
      </w:r>
      <w:hyperlink w:anchor="p765">
        <w:r>
          <w:rPr>
            <w:color w:val="2E5A80"/>
            <w:u w:val="single"/>
            <w:sz w:val="18"/>
          </w:rPr>
          <w:t xml:space="preserve">No. 765 (Kaoru)</w:t>
        </w:r>
      </w:hyperlink>
    </w:p>
    <w:p>
      <w:pPr>
        <w:keepNext/>
        <w:spacing w:after="20" w:before="200"/>
      </w:pPr>
      <w:bookmarkStart w:id="817" w:name="p765"/>
      <w:r>
        <w:rPr>
          <w:b/>
          <w:i w:val="0"/>
          <w:color w:val="222B33"/>
          <w:sz w:val="22"/>
        </w:rPr>
        <w:t>No. 765</w:t>
      </w:r>
      <w:r>
        <w:rPr>
          <w:b w:val="0"/>
          <w:i w:val="0"/>
          <w:color w:val="6A6F75"/>
          <w:sz w:val="18"/>
        </w:rPr>
        <w:t xml:space="preserve">   Kaoru → Ben no Omoto   答 reply</w:t>
      </w:r>
      <w:bookmarkEnd w:id="817"/>
    </w:p>
    <w:p>
      <w:pPr>
        <w:keepNext/>
        <w:spacing w:after="0"/>
      </w:pPr>
      <w:r>
        <w:rPr>
          <w:rFonts w:ascii="Noto Serif CJK JP" w:hAnsi="Noto Serif CJK JP" w:eastAsia="Noto Serif CJK JP"/>
          <w:b w:val="0"/>
          <w:i w:val="0"/>
          <w:color w:val="222B33"/>
          <w:sz w:val="26"/>
        </w:rPr>
        <w:t>宿貸さば一夜は寝なむおほかたの花に移らぬ心なりとも</w:t>
      </w:r>
    </w:p>
    <w:p>
      <w:pPr>
        <w:keepNext/>
        <w:spacing w:after="60"/>
      </w:pPr>
      <w:r>
        <w:rPr>
          <w:rFonts w:ascii="Noto Serif CJK JP" w:hAnsi="Noto Serif CJK JP" w:eastAsia="Noto Serif CJK JP"/>
          <w:b w:val="0"/>
          <w:i w:val="0"/>
          <w:color w:val="6A6F75"/>
          <w:sz w:val="19"/>
        </w:rPr>
        <w:t>宿かさは　／　ひとよはねなん　／　大方の　／　花にうつらぬ　／　こゝろなりとも</w:t>
      </w:r>
    </w:p>
    <w:p>
      <w:pPr>
        <w:keepNext/>
        <w:spacing w:after="60"/>
      </w:pPr>
      <w:r>
        <w:rPr>
          <w:b w:val="0"/>
          <w:i/>
          <w:color w:val="222B33"/>
          <w:sz w:val="21"/>
        </w:rPr>
        <w:t>If you lend me lodging</w:t>
        <w:br/>
      </w:r>
      <w:r>
        <w:rPr>
          <w:b w:val="0"/>
          <w:i/>
          <w:color w:val="222B33"/>
          <w:sz w:val="21"/>
        </w:rPr>
        <w:t>I will sleep one night,</w:t>
        <w:br/>
      </w:r>
      <w:r>
        <w:rPr>
          <w:b w:val="0"/>
          <w:i/>
          <w:color w:val="222B33"/>
          <w:sz w:val="21"/>
        </w:rPr>
        <w:t>though mine is a heart</w:t>
        <w:br/>
      </w:r>
      <w:r>
        <w:rPr>
          <w:b w:val="0"/>
          <w:i/>
          <w:color w:val="222B33"/>
          <w:sz w:val="21"/>
        </w:rPr>
        <w:t>that does not take on</w:t>
        <w:br/>
      </w:r>
      <w:r>
        <w:rPr>
          <w:b w:val="0"/>
          <w:i/>
          <w:color w:val="222B33"/>
          <w:sz w:val="21"/>
        </w:rPr>
        <w:t>every flower’s color.</w:t>
      </w:r>
    </w:p>
    <w:p>
      <w:pPr>
        <w:spacing w:after="40"/>
      </w:pPr>
      <w:r>
        <w:rPr>
          <w:b w:val="0"/>
          <w:i w:val="0"/>
          <w:color w:val="6A6F75"/>
          <w:sz w:val="18"/>
        </w:rPr>
        <w:t xml:space="preserve">In reply to </w:t>
      </w:r>
      <w:hyperlink w:anchor="p764">
        <w:r>
          <w:rPr>
            <w:color w:val="2E5A80"/>
            <w:u w:val="single"/>
            <w:sz w:val="18"/>
          </w:rPr>
          <w:t xml:space="preserve">No. 764 (Ben no Omoto)</w:t>
        </w:r>
      </w:hyperlink>
    </w:p>
    <w:p>
      <w:pPr>
        <w:keepNext/>
        <w:spacing w:after="20" w:before="200"/>
      </w:pPr>
      <w:bookmarkStart w:id="818" w:name="p766"/>
      <w:r>
        <w:rPr>
          <w:b/>
          <w:i w:val="0"/>
          <w:color w:val="222B33"/>
          <w:sz w:val="22"/>
        </w:rPr>
        <w:t>No. 766</w:t>
      </w:r>
      <w:r>
        <w:rPr>
          <w:b w:val="0"/>
          <w:i w:val="0"/>
          <w:color w:val="6A6F75"/>
          <w:sz w:val="18"/>
        </w:rPr>
        <w:t xml:space="preserve">   Kaoru   独 solo</w:t>
      </w:r>
      <w:bookmarkEnd w:id="818"/>
    </w:p>
    <w:p>
      <w:pPr>
        <w:keepNext/>
        <w:spacing w:after="40"/>
      </w:pPr>
      <w:r>
        <w:rPr>
          <w:b/>
          <w:i w:val="0"/>
          <w:color w:val="6A6F75"/>
          <w:sz w:val="18"/>
        </w:rPr>
        <w:t xml:space="preserve">Context. </w:t>
      </w:r>
      <w:r>
        <w:rPr>
          <w:b w:val="0"/>
          <w:i w:val="0"/>
          <w:color w:val="6A6F75"/>
          <w:sz w:val="19"/>
        </w:rPr>
        <w:t>Kaoru on Ukifune, Ōigimi and the mayfly; the end of Chapter 52.</w:t>
      </w:r>
    </w:p>
    <w:p>
      <w:pPr>
        <w:keepNext/>
        <w:spacing w:after="0"/>
      </w:pPr>
      <w:r>
        <w:rPr>
          <w:rFonts w:ascii="Noto Serif CJK JP" w:hAnsi="Noto Serif CJK JP" w:eastAsia="Noto Serif CJK JP"/>
          <w:b w:val="0"/>
          <w:i w:val="0"/>
          <w:color w:val="222B33"/>
          <w:sz w:val="26"/>
        </w:rPr>
        <w:t>ありと見て手にはとられず見ればまた行方も知らず消えし蜻蛉</w:t>
      </w:r>
    </w:p>
    <w:p>
      <w:pPr>
        <w:keepNext/>
        <w:spacing w:after="60"/>
      </w:pPr>
      <w:r>
        <w:rPr>
          <w:rFonts w:ascii="Noto Serif CJK JP" w:hAnsi="Noto Serif CJK JP" w:eastAsia="Noto Serif CJK JP"/>
          <w:b w:val="0"/>
          <w:i w:val="0"/>
          <w:color w:val="6A6F75"/>
          <w:sz w:val="19"/>
        </w:rPr>
        <w:t>ありとみて　／　手にはとられす　／　みれは又　／　ゆくゑもしらす　／　きえしかけろふ</w:t>
      </w:r>
    </w:p>
    <w:p>
      <w:pPr>
        <w:keepNext/>
        <w:spacing w:after="60"/>
      </w:pPr>
      <w:r>
        <w:rPr>
          <w:b w:val="0"/>
          <w:i/>
          <w:color w:val="222B33"/>
          <w:sz w:val="21"/>
        </w:rPr>
        <w:t>I see it there</w:t>
        <w:br/>
      </w:r>
      <w:r>
        <w:rPr>
          <w:b w:val="0"/>
          <w:i/>
          <w:color w:val="222B33"/>
          <w:sz w:val="21"/>
        </w:rPr>
        <w:t>and cannot take it in my hand;</w:t>
        <w:br/>
      </w:r>
      <w:r>
        <w:rPr>
          <w:b w:val="0"/>
          <w:i/>
          <w:color w:val="222B33"/>
          <w:sz w:val="21"/>
        </w:rPr>
        <w:t>when I look again</w:t>
        <w:br/>
      </w:r>
      <w:r>
        <w:rPr>
          <w:b w:val="0"/>
          <w:i/>
          <w:color w:val="222B33"/>
          <w:sz w:val="21"/>
        </w:rPr>
        <w:t>it is gone, I know not where:</w:t>
        <w:br/>
      </w:r>
      <w:r>
        <w:rPr>
          <w:b w:val="0"/>
          <w:i/>
          <w:color w:val="222B33"/>
          <w:sz w:val="21"/>
        </w:rPr>
        <w:t>the mayfly.</w:t>
      </w:r>
    </w:p>
    <w:p>
      <w:pPr>
        <w:spacing w:after="40"/>
      </w:pPr>
      <w:r>
        <w:rPr>
          <w:b w:val="0"/>
          <w:i w:val="0"/>
          <w:color w:val="222B33"/>
          <w:sz w:val="19"/>
        </w:rPr>
        <w:t>Kagerō, “mayfly” and “heat haze,” names the chapter: Ukifune, Ōigimi, all.</w:t>
      </w:r>
    </w:p>
    <w:p>
      <w:pPr>
        <w:pStyle w:val="Heading1"/>
      </w:pPr>
      <w:bookmarkStart w:id="819" w:name="ch53"/>
      <w:r>
        <w:t>Chapter 53 · Tenarai 手習</w:t>
      </w:r>
      <w:bookmarkEnd w:id="819"/>
    </w:p>
    <w:p>
      <w:pPr>
        <w:keepNext/>
        <w:spacing w:after="20" w:before="200"/>
      </w:pPr>
      <w:bookmarkStart w:id="820" w:name="p767"/>
      <w:r>
        <w:rPr>
          <w:b/>
          <w:i w:val="0"/>
          <w:color w:val="222B33"/>
          <w:sz w:val="22"/>
        </w:rPr>
        <w:t>No. 767</w:t>
      </w:r>
      <w:r>
        <w:rPr>
          <w:b w:val="0"/>
          <w:i w:val="0"/>
          <w:color w:val="6A6F75"/>
          <w:sz w:val="18"/>
        </w:rPr>
        <w:t xml:space="preserve">   Ukifune   独 solo</w:t>
      </w:r>
      <w:bookmarkEnd w:id="820"/>
    </w:p>
    <w:p>
      <w:pPr>
        <w:keepNext/>
        <w:spacing w:after="40"/>
      </w:pPr>
      <w:r>
        <w:rPr>
          <w:b/>
          <w:i w:val="0"/>
          <w:color w:val="6A6F75"/>
          <w:sz w:val="18"/>
        </w:rPr>
        <w:t xml:space="preserve">Context. </w:t>
      </w:r>
      <w:r>
        <w:rPr>
          <w:b w:val="0"/>
          <w:i w:val="0"/>
          <w:color w:val="6A6F75"/>
          <w:sz w:val="19"/>
        </w:rPr>
        <w:t>Ukifune, rescued at Ono, unable to say who she is.</w:t>
      </w:r>
    </w:p>
    <w:p>
      <w:pPr>
        <w:keepNext/>
        <w:spacing w:after="0"/>
      </w:pPr>
      <w:r>
        <w:rPr>
          <w:rFonts w:ascii="Noto Serif CJK JP" w:hAnsi="Noto Serif CJK JP" w:eastAsia="Noto Serif CJK JP"/>
          <w:b w:val="0"/>
          <w:i w:val="0"/>
          <w:color w:val="222B33"/>
          <w:sz w:val="26"/>
        </w:rPr>
        <w:t>身を投げし涙の川の早き瀬をしがらみかけて誰れか止めし</w:t>
      </w:r>
    </w:p>
    <w:p>
      <w:pPr>
        <w:keepNext/>
        <w:spacing w:after="60"/>
      </w:pPr>
      <w:r>
        <w:rPr>
          <w:rFonts w:ascii="Noto Serif CJK JP" w:hAnsi="Noto Serif CJK JP" w:eastAsia="Noto Serif CJK JP"/>
          <w:b w:val="0"/>
          <w:i w:val="0"/>
          <w:color w:val="6A6F75"/>
          <w:sz w:val="19"/>
        </w:rPr>
        <w:t>身をなけし　／　涙の河の　／　はやき瀬を　／　しからみかけて　／　たれかとゝめし</w:t>
      </w:r>
    </w:p>
    <w:p>
      <w:pPr>
        <w:keepNext/>
        <w:spacing w:after="60"/>
      </w:pPr>
      <w:r>
        <w:rPr>
          <w:b w:val="0"/>
          <w:i/>
          <w:color w:val="222B33"/>
          <w:sz w:val="21"/>
        </w:rPr>
        <w:t>Who put a weir</w:t>
        <w:br/>
      </w:r>
      <w:r>
        <w:rPr>
          <w:b w:val="0"/>
          <w:i/>
          <w:color w:val="222B33"/>
          <w:sz w:val="21"/>
        </w:rPr>
        <w:t>across the fast shallows</w:t>
        <w:br/>
      </w:r>
      <w:r>
        <w:rPr>
          <w:b w:val="0"/>
          <w:i/>
          <w:color w:val="222B33"/>
          <w:sz w:val="21"/>
        </w:rPr>
        <w:t>of the river of tears</w:t>
        <w:br/>
      </w:r>
      <w:r>
        <w:rPr>
          <w:b w:val="0"/>
          <w:i/>
          <w:color w:val="222B33"/>
          <w:sz w:val="21"/>
        </w:rPr>
        <w:t>where I threw</w:t>
        <w:br/>
      </w:r>
      <w:r>
        <w:rPr>
          <w:b w:val="0"/>
          <w:i/>
          <w:color w:val="222B33"/>
          <w:sz w:val="21"/>
        </w:rPr>
        <w:t>myself?</w:t>
      </w:r>
    </w:p>
    <w:p>
      <w:pPr>
        <w:spacing w:after="40"/>
      </w:pPr>
      <w:r>
        <w:rPr>
          <w:b w:val="0"/>
          <w:i w:val="0"/>
          <w:color w:val="222B33"/>
          <w:sz w:val="19"/>
        </w:rPr>
        <w:t>Written in practice at Ono.</w:t>
      </w:r>
    </w:p>
    <w:p>
      <w:pPr>
        <w:spacing w:after="40"/>
      </w:pPr>
      <w:r>
        <w:rPr>
          <w:b w:val="0"/>
          <w:i w:val="0"/>
          <w:color w:val="6A6F75"/>
          <w:sz w:val="18"/>
        </w:rPr>
        <w:t xml:space="preserve">Echo, The river of tears: </w:t>
      </w:r>
      <w:hyperlink w:anchor="p691">
        <w:r>
          <w:rPr>
            <w:color w:val="2E5A80"/>
            <w:u w:val="single"/>
            <w:sz w:val="18"/>
          </w:rPr>
          <w:t xml:space="preserve">No. 691</w:t>
        </w:r>
      </w:hyperlink>
      <w:r>
        <w:rPr>
          <w:b w:val="0"/>
          <w:i w:val="0"/>
          <w:color w:val="6A6F75"/>
          <w:sz w:val="18"/>
        </w:rPr>
        <w:t xml:space="preserve">, </w:t>
      </w:r>
      <w:hyperlink w:anchor="p692">
        <w:r>
          <w:rPr>
            <w:color w:val="2E5A80"/>
            <w:u w:val="single"/>
            <w:sz w:val="18"/>
          </w:rPr>
          <w:t xml:space="preserve">No. 692</w:t>
        </w:r>
      </w:hyperlink>
    </w:p>
    <w:p>
      <w:pPr>
        <w:keepNext/>
        <w:spacing w:after="20" w:before="200"/>
      </w:pPr>
      <w:bookmarkStart w:id="821" w:name="p768"/>
      <w:r>
        <w:rPr>
          <w:b/>
          <w:i w:val="0"/>
          <w:color w:val="222B33"/>
          <w:sz w:val="22"/>
        </w:rPr>
        <w:t>No. 768</w:t>
      </w:r>
      <w:r>
        <w:rPr>
          <w:b w:val="0"/>
          <w:i w:val="0"/>
          <w:color w:val="6A6F75"/>
          <w:sz w:val="18"/>
        </w:rPr>
        <w:t xml:space="preserve">   Ukifune   独 solo</w:t>
      </w:r>
      <w:bookmarkEnd w:id="821"/>
    </w:p>
    <w:p>
      <w:pPr>
        <w:keepNext/>
        <w:spacing w:after="40"/>
      </w:pPr>
      <w:r>
        <w:rPr>
          <w:b/>
          <w:i w:val="0"/>
          <w:color w:val="6A6F75"/>
          <w:sz w:val="18"/>
        </w:rPr>
        <w:t xml:space="preserve">Context. </w:t>
      </w:r>
      <w:r>
        <w:rPr>
          <w:b w:val="0"/>
          <w:i w:val="0"/>
          <w:color w:val="6A6F75"/>
          <w:sz w:val="19"/>
        </w:rPr>
        <w:t>Ukifune at Ono, alive but unknown; like the moon maiden, she belongs nowhere in this world.</w:t>
      </w:r>
    </w:p>
    <w:p>
      <w:pPr>
        <w:keepNext/>
        <w:spacing w:after="0"/>
      </w:pPr>
      <w:r>
        <w:rPr>
          <w:rFonts w:ascii="Noto Serif CJK JP" w:hAnsi="Noto Serif CJK JP" w:eastAsia="Noto Serif CJK JP"/>
          <w:b w:val="0"/>
          <w:i w:val="0"/>
          <w:color w:val="222B33"/>
          <w:sz w:val="26"/>
        </w:rPr>
        <w:t>我かくて憂き世の中にめぐるとも誰れかは知らむ月の都に</w:t>
      </w:r>
    </w:p>
    <w:p>
      <w:pPr>
        <w:keepNext/>
        <w:spacing w:after="60"/>
      </w:pPr>
      <w:r>
        <w:rPr>
          <w:rFonts w:ascii="Noto Serif CJK JP" w:hAnsi="Noto Serif CJK JP" w:eastAsia="Noto Serif CJK JP"/>
          <w:b w:val="0"/>
          <w:i w:val="0"/>
          <w:color w:val="6A6F75"/>
          <w:sz w:val="19"/>
        </w:rPr>
        <w:t>われかくて　／　うき世の中に　／　めくるとも　／　たれかはしらむ　／　月の都に</w:t>
      </w:r>
    </w:p>
    <w:p>
      <w:pPr>
        <w:keepNext/>
        <w:spacing w:after="60"/>
      </w:pPr>
      <w:r>
        <w:rPr>
          <w:b w:val="0"/>
          <w:i/>
          <w:color w:val="222B33"/>
          <w:sz w:val="21"/>
        </w:rPr>
        <w:t>Though I go round</w:t>
        <w:br/>
      </w:r>
      <w:r>
        <w:rPr>
          <w:b w:val="0"/>
          <w:i/>
          <w:color w:val="222B33"/>
          <w:sz w:val="21"/>
        </w:rPr>
        <w:t>like this in the bitter world,</w:t>
        <w:br/>
      </w:r>
      <w:r>
        <w:rPr>
          <w:b w:val="0"/>
          <w:i/>
          <w:color w:val="222B33"/>
          <w:sz w:val="21"/>
        </w:rPr>
        <w:t>who will know of it</w:t>
        <w:br/>
      </w:r>
      <w:r>
        <w:rPr>
          <w:b w:val="0"/>
          <w:i/>
          <w:color w:val="222B33"/>
          <w:sz w:val="21"/>
        </w:rPr>
        <w:t>in the city</w:t>
        <w:br/>
      </w:r>
      <w:r>
        <w:rPr>
          <w:b w:val="0"/>
          <w:i/>
          <w:color w:val="222B33"/>
          <w:sz w:val="21"/>
        </w:rPr>
        <w:t>of the moon?</w:t>
      </w:r>
    </w:p>
    <w:p>
      <w:pPr>
        <w:spacing w:after="40"/>
      </w:pPr>
      <w:r>
        <w:rPr>
          <w:b w:val="0"/>
          <w:i w:val="0"/>
          <w:color w:val="222B33"/>
          <w:sz w:val="19"/>
        </w:rPr>
        <w:t>The moon maiden of the Bamboo Cutter’s tale, and the capital.</w:t>
      </w:r>
    </w:p>
    <w:p>
      <w:pPr>
        <w:keepNext/>
        <w:spacing w:after="20" w:before="200"/>
      </w:pPr>
      <w:bookmarkStart w:id="822" w:name="p769"/>
      <w:r>
        <w:rPr>
          <w:b/>
          <w:i w:val="0"/>
          <w:color w:val="222B33"/>
          <w:sz w:val="22"/>
        </w:rPr>
        <w:t>No. 769</w:t>
      </w:r>
      <w:r>
        <w:rPr>
          <w:b w:val="0"/>
          <w:i w:val="0"/>
          <w:color w:val="6A6F75"/>
          <w:sz w:val="18"/>
        </w:rPr>
        <w:t xml:space="preserve">   the Captain → Ukifune   贈 sent</w:t>
      </w:r>
      <w:bookmarkEnd w:id="822"/>
    </w:p>
    <w:p>
      <w:pPr>
        <w:keepNext/>
        <w:spacing w:after="40"/>
      </w:pPr>
      <w:r>
        <w:rPr>
          <w:b/>
          <w:i w:val="0"/>
          <w:color w:val="6A6F75"/>
          <w:sz w:val="18"/>
        </w:rPr>
        <w:t xml:space="preserve">Context. </w:t>
      </w:r>
      <w:r>
        <w:rPr>
          <w:b w:val="0"/>
          <w:i w:val="0"/>
          <w:color w:val="6A6F75"/>
          <w:sz w:val="19"/>
        </w:rPr>
        <w:t>The Captain, son-in-law of the Ono nun, sees Ukifune and courts her.</w:t>
      </w:r>
    </w:p>
    <w:p>
      <w:pPr>
        <w:keepNext/>
        <w:spacing w:after="0"/>
      </w:pPr>
      <w:r>
        <w:rPr>
          <w:rFonts w:ascii="Noto Serif CJK JP" w:hAnsi="Noto Serif CJK JP" w:eastAsia="Noto Serif CJK JP"/>
          <w:b w:val="0"/>
          <w:i w:val="0"/>
          <w:color w:val="222B33"/>
          <w:sz w:val="26"/>
        </w:rPr>
        <w:t>あだし野の風になびくな女郎花我しめ結はむ道遠くとも</w:t>
      </w:r>
    </w:p>
    <w:p>
      <w:pPr>
        <w:keepNext/>
        <w:spacing w:after="60"/>
      </w:pPr>
      <w:r>
        <w:rPr>
          <w:rFonts w:ascii="Noto Serif CJK JP" w:hAnsi="Noto Serif CJK JP" w:eastAsia="Noto Serif CJK JP"/>
          <w:b w:val="0"/>
          <w:i w:val="0"/>
          <w:color w:val="6A6F75"/>
          <w:sz w:val="19"/>
        </w:rPr>
        <w:t>あたしのゝ　／　風になひくな　／　をみなへし　／　われしめゆはん　／　みち遠くとも</w:t>
      </w:r>
    </w:p>
    <w:p>
      <w:pPr>
        <w:keepNext/>
        <w:spacing w:after="60"/>
      </w:pPr>
      <w:r>
        <w:rPr>
          <w:b w:val="0"/>
          <w:i/>
          <w:color w:val="222B33"/>
          <w:sz w:val="21"/>
        </w:rPr>
        <w:t>Do not bend in the wind</w:t>
        <w:br/>
      </w:r>
      <w:r>
        <w:rPr>
          <w:b w:val="0"/>
          <w:i/>
          <w:color w:val="222B33"/>
          <w:sz w:val="21"/>
        </w:rPr>
        <w:t>of Adashino, maiden flower;</w:t>
        <w:br/>
      </w:r>
      <w:r>
        <w:rPr>
          <w:b w:val="0"/>
          <w:i/>
          <w:color w:val="222B33"/>
          <w:sz w:val="21"/>
        </w:rPr>
        <w:t>I will rope you off</w:t>
        <w:br/>
      </w:r>
      <w:r>
        <w:rPr>
          <w:b w:val="0"/>
          <w:i/>
          <w:color w:val="222B33"/>
          <w:sz w:val="21"/>
        </w:rPr>
        <w:t>though the road</w:t>
        <w:br/>
      </w:r>
      <w:r>
        <w:rPr>
          <w:b w:val="0"/>
          <w:i/>
          <w:color w:val="222B33"/>
          <w:sz w:val="21"/>
        </w:rPr>
        <w:t>is long.</w:t>
      </w:r>
    </w:p>
    <w:p>
      <w:pPr>
        <w:spacing w:after="40"/>
      </w:pPr>
      <w:r>
        <w:rPr>
          <w:b w:val="0"/>
          <w:i w:val="0"/>
          <w:color w:val="222B33"/>
          <w:sz w:val="19"/>
        </w:rPr>
        <w:t>Adashino, the burial ground; adashi, “fickle.”</w:t>
      </w:r>
    </w:p>
    <w:p>
      <w:pPr>
        <w:spacing w:after="40"/>
      </w:pPr>
      <w:r>
        <w:rPr>
          <w:b w:val="0"/>
          <w:i w:val="0"/>
          <w:color w:val="6A6F75"/>
          <w:sz w:val="18"/>
        </w:rPr>
        <w:t xml:space="preserve">Answered by </w:t>
      </w:r>
      <w:hyperlink w:anchor="p770">
        <w:r>
          <w:rPr>
            <w:color w:val="2E5A80"/>
            <w:u w:val="single"/>
            <w:sz w:val="18"/>
          </w:rPr>
          <w:t xml:space="preserve">No. 770 (the nun (for Ukifune))</w:t>
        </w:r>
      </w:hyperlink>
    </w:p>
    <w:p>
      <w:pPr>
        <w:keepNext/>
        <w:spacing w:after="20" w:before="200"/>
      </w:pPr>
      <w:bookmarkStart w:id="823" w:name="p770"/>
      <w:r>
        <w:rPr>
          <w:b/>
          <w:i w:val="0"/>
          <w:color w:val="222B33"/>
          <w:sz w:val="22"/>
        </w:rPr>
        <w:t>No. 770</w:t>
      </w:r>
      <w:r>
        <w:rPr>
          <w:b w:val="0"/>
          <w:i w:val="0"/>
          <w:color w:val="6A6F75"/>
          <w:sz w:val="18"/>
        </w:rPr>
        <w:t xml:space="preserve">   the nun (for Ukifune) → the Captain   代答 proxy reply</w:t>
      </w:r>
      <w:bookmarkEnd w:id="823"/>
    </w:p>
    <w:p>
      <w:pPr>
        <w:keepNext/>
        <w:spacing w:after="0"/>
      </w:pPr>
      <w:r>
        <w:rPr>
          <w:rFonts w:ascii="Noto Serif CJK JP" w:hAnsi="Noto Serif CJK JP" w:eastAsia="Noto Serif CJK JP"/>
          <w:b w:val="0"/>
          <w:i w:val="0"/>
          <w:color w:val="222B33"/>
          <w:sz w:val="26"/>
        </w:rPr>
        <w:t>移し植ゑて思ひ乱れぬ女郎花憂き世を背く草の庵に</w:t>
      </w:r>
    </w:p>
    <w:p>
      <w:pPr>
        <w:keepNext/>
        <w:spacing w:after="60"/>
      </w:pPr>
      <w:r>
        <w:rPr>
          <w:rFonts w:ascii="Noto Serif CJK JP" w:hAnsi="Noto Serif CJK JP" w:eastAsia="Noto Serif CJK JP"/>
          <w:b w:val="0"/>
          <w:i w:val="0"/>
          <w:color w:val="6A6F75"/>
          <w:sz w:val="19"/>
        </w:rPr>
        <w:t>うつしうへて　／　思みたれぬ　／　をみなへし　／　うき世をそむく　／　草の庵に</w:t>
      </w:r>
    </w:p>
    <w:p>
      <w:pPr>
        <w:keepNext/>
        <w:spacing w:after="60"/>
      </w:pPr>
      <w:r>
        <w:rPr>
          <w:b w:val="0"/>
          <w:i/>
          <w:color w:val="222B33"/>
          <w:sz w:val="21"/>
        </w:rPr>
        <w:t>Transplanted,</w:t>
        <w:br/>
      </w:r>
      <w:r>
        <w:rPr>
          <w:b w:val="0"/>
          <w:i/>
          <w:color w:val="222B33"/>
          <w:sz w:val="21"/>
        </w:rPr>
        <w:t>the maiden flower is troubled,</w:t>
        <w:br/>
      </w:r>
      <w:r>
        <w:rPr>
          <w:b w:val="0"/>
          <w:i/>
          <w:color w:val="222B33"/>
          <w:sz w:val="21"/>
        </w:rPr>
        <w:t>in a grass hut</w:t>
        <w:br/>
      </w:r>
      <w:r>
        <w:rPr>
          <w:b w:val="0"/>
          <w:i/>
          <w:color w:val="222B33"/>
          <w:sz w:val="21"/>
        </w:rPr>
        <w:t>that has turned</w:t>
        <w:br/>
      </w:r>
      <w:r>
        <w:rPr>
          <w:b w:val="0"/>
          <w:i/>
          <w:color w:val="222B33"/>
          <w:sz w:val="21"/>
        </w:rPr>
        <w:t>from the bitter world.</w:t>
      </w:r>
    </w:p>
    <w:p>
      <w:pPr>
        <w:spacing w:after="40"/>
      </w:pPr>
      <w:r>
        <w:rPr>
          <w:b/>
          <w:i w:val="0"/>
          <w:color w:val="8A4B1C"/>
          <w:sz w:val="18"/>
        </w:rPr>
        <w:t xml:space="preserve">Attribution uncertain. </w:t>
      </w:r>
      <w:r>
        <w:rPr>
          <w:b w:val="0"/>
          <w:i w:val="0"/>
          <w:sz w:val="19"/>
        </w:rPr>
        <w:t>Proxy poem (代): written by one person in another’s name; the card names the writer.</w:t>
      </w:r>
    </w:p>
    <w:p>
      <w:pPr>
        <w:spacing w:after="40"/>
      </w:pPr>
      <w:r>
        <w:rPr>
          <w:b w:val="0"/>
          <w:i w:val="0"/>
          <w:color w:val="6A6F75"/>
          <w:sz w:val="18"/>
        </w:rPr>
        <w:t xml:space="preserve">In reply to </w:t>
      </w:r>
      <w:hyperlink w:anchor="p769">
        <w:r>
          <w:rPr>
            <w:color w:val="2E5A80"/>
            <w:u w:val="single"/>
            <w:sz w:val="18"/>
          </w:rPr>
          <w:t xml:space="preserve">No. 769 (the Captain)</w:t>
        </w:r>
      </w:hyperlink>
    </w:p>
    <w:p>
      <w:pPr>
        <w:keepNext/>
        <w:spacing w:after="20" w:before="200"/>
      </w:pPr>
      <w:bookmarkStart w:id="824" w:name="p771"/>
      <w:r>
        <w:rPr>
          <w:b/>
          <w:i w:val="0"/>
          <w:color w:val="222B33"/>
          <w:sz w:val="22"/>
        </w:rPr>
        <w:t>No. 771</w:t>
      </w:r>
      <w:r>
        <w:rPr>
          <w:b w:val="0"/>
          <w:i w:val="0"/>
          <w:color w:val="6A6F75"/>
          <w:sz w:val="18"/>
        </w:rPr>
        <w:t xml:space="preserve">   the Captain → Ukifune   贈 sent</w:t>
      </w:r>
      <w:bookmarkEnd w:id="824"/>
    </w:p>
    <w:p>
      <w:pPr>
        <w:keepNext/>
        <w:spacing w:after="40"/>
      </w:pPr>
      <w:r>
        <w:rPr>
          <w:b/>
          <w:i w:val="0"/>
          <w:color w:val="6A6F75"/>
          <w:sz w:val="18"/>
        </w:rPr>
        <w:t xml:space="preserve">Context. </w:t>
      </w:r>
      <w:r>
        <w:rPr>
          <w:b w:val="0"/>
          <w:i w:val="0"/>
          <w:color w:val="6A6F75"/>
          <w:sz w:val="19"/>
        </w:rPr>
        <w:t>The Captain courts Ukifune again; she will not see him.</w:t>
      </w:r>
    </w:p>
    <w:p>
      <w:pPr>
        <w:keepNext/>
        <w:spacing w:after="0"/>
      </w:pPr>
      <w:r>
        <w:rPr>
          <w:rFonts w:ascii="Noto Serif CJK JP" w:hAnsi="Noto Serif CJK JP" w:eastAsia="Noto Serif CJK JP"/>
          <w:b w:val="0"/>
          <w:i w:val="0"/>
          <w:color w:val="222B33"/>
          <w:sz w:val="26"/>
        </w:rPr>
        <w:t>松虫の声を訪ねて来つれどもまた萩原の露に惑ひぬ</w:t>
      </w:r>
    </w:p>
    <w:p>
      <w:pPr>
        <w:keepNext/>
        <w:spacing w:after="60"/>
      </w:pPr>
      <w:r>
        <w:rPr>
          <w:rFonts w:ascii="Noto Serif CJK JP" w:hAnsi="Noto Serif CJK JP" w:eastAsia="Noto Serif CJK JP"/>
          <w:b w:val="0"/>
          <w:i w:val="0"/>
          <w:color w:val="6A6F75"/>
          <w:sz w:val="19"/>
        </w:rPr>
        <w:t>松虫の　／　こゑをたつねて　／　きつれとも　／　また萩はらの　／　露にまとひぬ</w:t>
      </w:r>
    </w:p>
    <w:p>
      <w:pPr>
        <w:keepNext/>
        <w:spacing w:after="60"/>
      </w:pPr>
      <w:r>
        <w:rPr>
          <w:b w:val="0"/>
          <w:i/>
          <w:color w:val="222B33"/>
          <w:sz w:val="21"/>
        </w:rPr>
        <w:t>I came seeking</w:t>
        <w:br/>
      </w:r>
      <w:r>
        <w:rPr>
          <w:b w:val="0"/>
          <w:i/>
          <w:color w:val="222B33"/>
          <w:sz w:val="21"/>
        </w:rPr>
        <w:t>the voice of the pine cricket,</w:t>
        <w:br/>
      </w:r>
      <w:r>
        <w:rPr>
          <w:b w:val="0"/>
          <w:i/>
          <w:color w:val="222B33"/>
          <w:sz w:val="21"/>
        </w:rPr>
        <w:t>but again I am lost</w:t>
        <w:br/>
      </w:r>
      <w:r>
        <w:rPr>
          <w:b w:val="0"/>
          <w:i/>
          <w:color w:val="222B33"/>
          <w:sz w:val="21"/>
        </w:rPr>
        <w:t>in the dew of the field</w:t>
        <w:br/>
      </w:r>
      <w:r>
        <w:rPr>
          <w:b w:val="0"/>
          <w:i/>
          <w:color w:val="222B33"/>
          <w:sz w:val="21"/>
        </w:rPr>
        <w:t>of bush clover.</w:t>
      </w:r>
    </w:p>
    <w:p>
      <w:pPr>
        <w:spacing w:after="40"/>
      </w:pPr>
      <w:r>
        <w:rPr>
          <w:b w:val="0"/>
          <w:i w:val="0"/>
          <w:color w:val="222B33"/>
          <w:sz w:val="19"/>
        </w:rPr>
        <w:t>Matsu: “pine” and “wait.”</w:t>
      </w:r>
    </w:p>
    <w:p>
      <w:pPr>
        <w:spacing w:after="40"/>
      </w:pPr>
      <w:r>
        <w:rPr>
          <w:b w:val="0"/>
          <w:i w:val="0"/>
          <w:color w:val="6A6F75"/>
          <w:sz w:val="18"/>
        </w:rPr>
        <w:t xml:space="preserve">Answered by </w:t>
      </w:r>
      <w:hyperlink w:anchor="p772">
        <w:r>
          <w:rPr>
            <w:color w:val="2E5A80"/>
            <w:u w:val="single"/>
            <w:sz w:val="18"/>
          </w:rPr>
          <w:t xml:space="preserve">No. 772 (the nun (for Ukifune))</w:t>
        </w:r>
      </w:hyperlink>
    </w:p>
    <w:p>
      <w:pPr>
        <w:keepNext/>
        <w:spacing w:after="20" w:before="200"/>
      </w:pPr>
      <w:bookmarkStart w:id="825" w:name="p772"/>
      <w:r>
        <w:rPr>
          <w:b/>
          <w:i w:val="0"/>
          <w:color w:val="222B33"/>
          <w:sz w:val="22"/>
        </w:rPr>
        <w:t>No. 772</w:t>
      </w:r>
      <w:r>
        <w:rPr>
          <w:b w:val="0"/>
          <w:i w:val="0"/>
          <w:color w:val="6A6F75"/>
          <w:sz w:val="18"/>
        </w:rPr>
        <w:t xml:space="preserve">   the nun (for Ukifune) → the Captain   代答 proxy reply</w:t>
      </w:r>
      <w:bookmarkEnd w:id="825"/>
    </w:p>
    <w:p>
      <w:pPr>
        <w:keepNext/>
        <w:spacing w:after="0"/>
      </w:pPr>
      <w:r>
        <w:rPr>
          <w:rFonts w:ascii="Noto Serif CJK JP" w:hAnsi="Noto Serif CJK JP" w:eastAsia="Noto Serif CJK JP"/>
          <w:b w:val="0"/>
          <w:i w:val="0"/>
          <w:color w:val="222B33"/>
          <w:sz w:val="26"/>
        </w:rPr>
        <w:t>秋の野の露分け来たる狩衣葎茂れる宿にかこつな</w:t>
      </w:r>
    </w:p>
    <w:p>
      <w:pPr>
        <w:keepNext/>
        <w:spacing w:after="60"/>
      </w:pPr>
      <w:r>
        <w:rPr>
          <w:rFonts w:ascii="Noto Serif CJK JP" w:hAnsi="Noto Serif CJK JP" w:eastAsia="Noto Serif CJK JP"/>
          <w:b w:val="0"/>
          <w:i w:val="0"/>
          <w:color w:val="6A6F75"/>
          <w:sz w:val="19"/>
        </w:rPr>
        <w:t>秋の野ゝ　／　露わけきたる　／　かり衣　／　むくらしけれる　／　宿にかこつな</w:t>
      </w:r>
    </w:p>
    <w:p>
      <w:pPr>
        <w:keepNext/>
        <w:spacing w:after="60"/>
      </w:pPr>
      <w:r>
        <w:rPr>
          <w:b w:val="0"/>
          <w:i/>
          <w:color w:val="222B33"/>
          <w:sz w:val="21"/>
        </w:rPr>
        <w:t>Do not complain</w:t>
        <w:br/>
      </w:r>
      <w:r>
        <w:rPr>
          <w:b w:val="0"/>
          <w:i/>
          <w:color w:val="222B33"/>
          <w:sz w:val="21"/>
        </w:rPr>
        <w:t>of a house thick with weeds,</w:t>
        <w:br/>
      </w:r>
      <w:r>
        <w:rPr>
          <w:b w:val="0"/>
          <w:i/>
          <w:color w:val="222B33"/>
          <w:sz w:val="21"/>
        </w:rPr>
        <w:t>you in the hunting robe</w:t>
        <w:br/>
      </w:r>
      <w:r>
        <w:rPr>
          <w:b w:val="0"/>
          <w:i/>
          <w:color w:val="222B33"/>
          <w:sz w:val="21"/>
        </w:rPr>
        <w:t>come through the dew</w:t>
        <w:br/>
      </w:r>
      <w:r>
        <w:rPr>
          <w:b w:val="0"/>
          <w:i/>
          <w:color w:val="222B33"/>
          <w:sz w:val="21"/>
        </w:rPr>
        <w:t>of the autumn fields.</w:t>
      </w:r>
    </w:p>
    <w:p>
      <w:pPr>
        <w:spacing w:after="40"/>
      </w:pPr>
      <w:r>
        <w:rPr>
          <w:b/>
          <w:i w:val="0"/>
          <w:color w:val="8A4B1C"/>
          <w:sz w:val="18"/>
        </w:rPr>
        <w:t xml:space="preserve">Attribution uncertain. </w:t>
      </w:r>
      <w:r>
        <w:rPr>
          <w:b w:val="0"/>
          <w:i w:val="0"/>
          <w:sz w:val="19"/>
        </w:rPr>
        <w:t>Proxy poem (代): written by one person in another’s name; the card names the writer.</w:t>
      </w:r>
    </w:p>
    <w:p>
      <w:pPr>
        <w:spacing w:after="40"/>
      </w:pPr>
      <w:r>
        <w:rPr>
          <w:b w:val="0"/>
          <w:i w:val="0"/>
          <w:color w:val="6A6F75"/>
          <w:sz w:val="18"/>
        </w:rPr>
        <w:t xml:space="preserve">In reply to </w:t>
      </w:r>
      <w:hyperlink w:anchor="p771">
        <w:r>
          <w:rPr>
            <w:color w:val="2E5A80"/>
            <w:u w:val="single"/>
            <w:sz w:val="18"/>
          </w:rPr>
          <w:t xml:space="preserve">No. 771 (the Captain)</w:t>
        </w:r>
      </w:hyperlink>
    </w:p>
    <w:p>
      <w:pPr>
        <w:keepNext/>
        <w:spacing w:after="20" w:before="200"/>
      </w:pPr>
      <w:bookmarkStart w:id="826" w:name="p773"/>
      <w:r>
        <w:rPr>
          <w:b/>
          <w:i w:val="0"/>
          <w:color w:val="222B33"/>
          <w:sz w:val="22"/>
        </w:rPr>
        <w:t>No. 773</w:t>
      </w:r>
      <w:r>
        <w:rPr>
          <w:b w:val="0"/>
          <w:i w:val="0"/>
          <w:color w:val="6A6F75"/>
          <w:sz w:val="18"/>
        </w:rPr>
        <w:t xml:space="preserve">   the nun (for Ukifune) → the Captain   代贈 proxy sent</w:t>
      </w:r>
      <w:bookmarkEnd w:id="826"/>
    </w:p>
    <w:p>
      <w:pPr>
        <w:keepNext/>
        <w:spacing w:after="40"/>
      </w:pPr>
      <w:r>
        <w:rPr>
          <w:b/>
          <w:i w:val="0"/>
          <w:color w:val="6A6F75"/>
          <w:sz w:val="18"/>
        </w:rPr>
        <w:t xml:space="preserve">Context. </w:t>
      </w:r>
      <w:r>
        <w:rPr>
          <w:b w:val="0"/>
          <w:i w:val="0"/>
          <w:color w:val="6A6F75"/>
          <w:sz w:val="19"/>
        </w:rPr>
        <w:t>The nun, on Ukifune’s behalf, invites the Captain to stay.</w:t>
      </w:r>
    </w:p>
    <w:p>
      <w:pPr>
        <w:keepNext/>
        <w:spacing w:after="0"/>
      </w:pPr>
      <w:r>
        <w:rPr>
          <w:rFonts w:ascii="Noto Serif CJK JP" w:hAnsi="Noto Serif CJK JP" w:eastAsia="Noto Serif CJK JP"/>
          <w:b w:val="0"/>
          <w:i w:val="0"/>
          <w:color w:val="222B33"/>
          <w:sz w:val="26"/>
        </w:rPr>
        <w:t>深き夜の月をあはれと見ぬ人や山の端近き宿に泊らぬ</w:t>
      </w:r>
    </w:p>
    <w:p>
      <w:pPr>
        <w:keepNext/>
        <w:spacing w:after="60"/>
      </w:pPr>
      <w:r>
        <w:rPr>
          <w:rFonts w:ascii="Noto Serif CJK JP" w:hAnsi="Noto Serif CJK JP" w:eastAsia="Noto Serif CJK JP"/>
          <w:b w:val="0"/>
          <w:i w:val="0"/>
          <w:color w:val="6A6F75"/>
          <w:sz w:val="19"/>
        </w:rPr>
        <w:t>ふかき夜の　／　月をあはれと　／　みぬ人や　／　山のはちかき　／　宿にとまらぬ</w:t>
      </w:r>
    </w:p>
    <w:p>
      <w:pPr>
        <w:keepNext/>
        <w:spacing w:after="60"/>
      </w:pPr>
      <w:r>
        <w:rPr>
          <w:b w:val="0"/>
          <w:i/>
          <w:color w:val="222B33"/>
          <w:sz w:val="21"/>
        </w:rPr>
        <w:t>Does one not touched</w:t>
        <w:br/>
      </w:r>
      <w:r>
        <w:rPr>
          <w:b w:val="0"/>
          <w:i/>
          <w:color w:val="222B33"/>
          <w:sz w:val="21"/>
        </w:rPr>
        <w:t>by the moon in the deep night</w:t>
        <w:br/>
      </w:r>
      <w:r>
        <w:rPr>
          <w:b w:val="0"/>
          <w:i/>
          <w:color w:val="222B33"/>
          <w:sz w:val="21"/>
        </w:rPr>
        <w:t>stay the night</w:t>
        <w:br/>
      </w:r>
      <w:r>
        <w:rPr>
          <w:b w:val="0"/>
          <w:i/>
          <w:color w:val="222B33"/>
          <w:sz w:val="21"/>
        </w:rPr>
        <w:t>at a house near</w:t>
        <w:br/>
      </w:r>
      <w:r>
        <w:rPr>
          <w:b w:val="0"/>
          <w:i/>
          <w:color w:val="222B33"/>
          <w:sz w:val="21"/>
        </w:rPr>
        <w:t>the mountain rim?</w:t>
      </w:r>
    </w:p>
    <w:p>
      <w:pPr>
        <w:spacing w:after="40"/>
      </w:pPr>
      <w:r>
        <w:rPr>
          <w:b/>
          <w:i w:val="0"/>
          <w:color w:val="8A4B1C"/>
          <w:sz w:val="18"/>
        </w:rPr>
        <w:t xml:space="preserve">Attribution uncertain. </w:t>
      </w:r>
      <w:r>
        <w:rPr>
          <w:b w:val="0"/>
          <w:i w:val="0"/>
          <w:sz w:val="19"/>
        </w:rPr>
        <w:t>Proxy poem (代): written by one person in another’s name; the card names the writer.</w:t>
      </w:r>
    </w:p>
    <w:p>
      <w:pPr>
        <w:spacing w:after="40"/>
      </w:pPr>
      <w:r>
        <w:rPr>
          <w:b w:val="0"/>
          <w:i w:val="0"/>
          <w:color w:val="6A6F75"/>
          <w:sz w:val="18"/>
        </w:rPr>
        <w:t xml:space="preserve">Answered by </w:t>
      </w:r>
      <w:hyperlink w:anchor="p774">
        <w:r>
          <w:rPr>
            <w:color w:val="2E5A80"/>
            <w:u w:val="single"/>
            <w:sz w:val="18"/>
          </w:rPr>
          <w:t xml:space="preserve">No. 774 (the Captain)</w:t>
        </w:r>
      </w:hyperlink>
    </w:p>
    <w:p>
      <w:pPr>
        <w:keepNext/>
        <w:spacing w:after="20" w:before="200"/>
      </w:pPr>
      <w:bookmarkStart w:id="827" w:name="p774"/>
      <w:r>
        <w:rPr>
          <w:b/>
          <w:i w:val="0"/>
          <w:color w:val="222B33"/>
          <w:sz w:val="22"/>
        </w:rPr>
        <w:t>No. 774</w:t>
      </w:r>
      <w:r>
        <w:rPr>
          <w:b w:val="0"/>
          <w:i w:val="0"/>
          <w:color w:val="6A6F75"/>
          <w:sz w:val="18"/>
        </w:rPr>
        <w:t xml:space="preserve">   the Captain → Ukifune   答 reply</w:t>
      </w:r>
      <w:bookmarkEnd w:id="827"/>
    </w:p>
    <w:p>
      <w:pPr>
        <w:keepNext/>
        <w:spacing w:after="0"/>
      </w:pPr>
      <w:r>
        <w:rPr>
          <w:rFonts w:ascii="Noto Serif CJK JP" w:hAnsi="Noto Serif CJK JP" w:eastAsia="Noto Serif CJK JP"/>
          <w:b w:val="0"/>
          <w:i w:val="0"/>
          <w:color w:val="222B33"/>
          <w:sz w:val="26"/>
        </w:rPr>
        <w:t>山の端に入るまで月を眺め見む閨の板間もしるしありやと</w:t>
      </w:r>
    </w:p>
    <w:p>
      <w:pPr>
        <w:keepNext/>
        <w:spacing w:after="60"/>
      </w:pPr>
      <w:r>
        <w:rPr>
          <w:rFonts w:ascii="Noto Serif CJK JP" w:hAnsi="Noto Serif CJK JP" w:eastAsia="Noto Serif CJK JP"/>
          <w:b w:val="0"/>
          <w:i w:val="0"/>
          <w:color w:val="6A6F75"/>
          <w:sz w:val="19"/>
        </w:rPr>
        <w:t>山のはに　／　入まて月を　／　なかめみん　／　ねやの板まも　／　しるしありやと</w:t>
      </w:r>
    </w:p>
    <w:p>
      <w:pPr>
        <w:keepNext/>
        <w:spacing w:after="60"/>
      </w:pPr>
      <w:r>
        <w:rPr>
          <w:b w:val="0"/>
          <w:i/>
          <w:color w:val="222B33"/>
          <w:sz w:val="21"/>
        </w:rPr>
        <w:t>I will gaze at the moon</w:t>
        <w:br/>
      </w:r>
      <w:r>
        <w:rPr>
          <w:b w:val="0"/>
          <w:i/>
          <w:color w:val="222B33"/>
          <w:sz w:val="21"/>
        </w:rPr>
        <w:t>until it sinks behind the mountain rim,</w:t>
        <w:br/>
      </w:r>
      <w:r>
        <w:rPr>
          <w:b w:val="0"/>
          <w:i/>
          <w:color w:val="222B33"/>
          <w:sz w:val="21"/>
        </w:rPr>
        <w:t>to see if the chinks</w:t>
        <w:br/>
      </w:r>
      <w:r>
        <w:rPr>
          <w:b w:val="0"/>
          <w:i/>
          <w:color w:val="222B33"/>
          <w:sz w:val="21"/>
        </w:rPr>
        <w:t>in the bedchamber boards</w:t>
        <w:br/>
      </w:r>
      <w:r>
        <w:rPr>
          <w:b w:val="0"/>
          <w:i/>
          <w:color w:val="222B33"/>
          <w:sz w:val="21"/>
        </w:rPr>
        <w:t>give any sign.</w:t>
      </w:r>
    </w:p>
    <w:p>
      <w:pPr>
        <w:spacing w:after="40"/>
      </w:pPr>
      <w:r>
        <w:rPr>
          <w:b w:val="0"/>
          <w:i w:val="0"/>
          <w:color w:val="6A6F75"/>
          <w:sz w:val="18"/>
        </w:rPr>
        <w:t xml:space="preserve">In reply to </w:t>
      </w:r>
      <w:hyperlink w:anchor="p773">
        <w:r>
          <w:rPr>
            <w:color w:val="2E5A80"/>
            <w:u w:val="single"/>
            <w:sz w:val="18"/>
          </w:rPr>
          <w:t xml:space="preserve">No. 773 (the nun (for Ukifune))</w:t>
        </w:r>
      </w:hyperlink>
    </w:p>
    <w:p>
      <w:pPr>
        <w:keepNext/>
        <w:spacing w:after="20" w:before="200"/>
      </w:pPr>
      <w:bookmarkStart w:id="828" w:name="p775"/>
      <w:r>
        <w:rPr>
          <w:b/>
          <w:i w:val="0"/>
          <w:color w:val="222B33"/>
          <w:sz w:val="22"/>
        </w:rPr>
        <w:t>No. 775</w:t>
      </w:r>
      <w:r>
        <w:rPr>
          <w:b w:val="0"/>
          <w:i w:val="0"/>
          <w:color w:val="6A6F75"/>
          <w:sz w:val="18"/>
        </w:rPr>
        <w:t xml:space="preserve">   the Captain → the nun   贈 sent</w:t>
      </w:r>
      <w:bookmarkEnd w:id="828"/>
    </w:p>
    <w:p>
      <w:pPr>
        <w:keepNext/>
        <w:spacing w:after="40"/>
      </w:pPr>
      <w:r>
        <w:rPr>
          <w:b/>
          <w:i w:val="0"/>
          <w:color w:val="6A6F75"/>
          <w:sz w:val="18"/>
        </w:rPr>
        <w:t xml:space="preserve">Context. </w:t>
      </w:r>
      <w:r>
        <w:rPr>
          <w:b w:val="0"/>
          <w:i w:val="0"/>
          <w:color w:val="6A6F75"/>
          <w:sz w:val="19"/>
        </w:rPr>
        <w:t>The Captain plays the flute; the nun’s dead daughter.</w:t>
      </w:r>
    </w:p>
    <w:p>
      <w:pPr>
        <w:keepNext/>
        <w:spacing w:after="0"/>
      </w:pPr>
      <w:r>
        <w:rPr>
          <w:rFonts w:ascii="Noto Serif CJK JP" w:hAnsi="Noto Serif CJK JP" w:eastAsia="Noto Serif CJK JP"/>
          <w:b w:val="0"/>
          <w:i w:val="0"/>
          <w:color w:val="222B33"/>
          <w:sz w:val="26"/>
        </w:rPr>
        <w:t>忘られぬ昔のことも笛竹のつらきふしにも音ぞ泣かれける</w:t>
      </w:r>
    </w:p>
    <w:p>
      <w:pPr>
        <w:keepNext/>
        <w:spacing w:after="60"/>
      </w:pPr>
      <w:r>
        <w:rPr>
          <w:rFonts w:ascii="Noto Serif CJK JP" w:hAnsi="Noto Serif CJK JP" w:eastAsia="Noto Serif CJK JP"/>
          <w:b w:val="0"/>
          <w:i w:val="0"/>
          <w:color w:val="6A6F75"/>
          <w:sz w:val="19"/>
        </w:rPr>
        <w:t>わすられぬ　／　昔のことも　／　ふえ竹の　／　つらきふしにも　／　ねそなかれける</w:t>
      </w:r>
    </w:p>
    <w:p>
      <w:pPr>
        <w:keepNext/>
        <w:spacing w:after="60"/>
      </w:pPr>
      <w:r>
        <w:rPr>
          <w:b w:val="0"/>
          <w:i/>
          <w:color w:val="222B33"/>
          <w:sz w:val="21"/>
        </w:rPr>
        <w:t>At the cruel joint</w:t>
        <w:br/>
      </w:r>
      <w:r>
        <w:rPr>
          <w:b w:val="0"/>
          <w:i/>
          <w:color w:val="222B33"/>
          <w:sz w:val="21"/>
        </w:rPr>
        <w:t>of the bamboo flute, and the past</w:t>
        <w:br/>
      </w:r>
      <w:r>
        <w:rPr>
          <w:b w:val="0"/>
          <w:i/>
          <w:color w:val="222B33"/>
          <w:sz w:val="21"/>
        </w:rPr>
        <w:t>I cannot forget,</w:t>
        <w:br/>
      </w:r>
      <w:r>
        <w:rPr>
          <w:b w:val="0"/>
          <w:i/>
          <w:color w:val="222B33"/>
          <w:sz w:val="21"/>
        </w:rPr>
        <w:t>I cannot help</w:t>
        <w:br/>
      </w:r>
      <w:r>
        <w:rPr>
          <w:b w:val="0"/>
          <w:i/>
          <w:color w:val="222B33"/>
          <w:sz w:val="21"/>
        </w:rPr>
        <w:t>weeping aloud.</w:t>
      </w:r>
    </w:p>
    <w:p>
      <w:pPr>
        <w:spacing w:after="40"/>
      </w:pPr>
      <w:r>
        <w:rPr>
          <w:b w:val="0"/>
          <w:i w:val="0"/>
          <w:color w:val="222B33"/>
          <w:sz w:val="19"/>
        </w:rPr>
        <w:t>Fushi: “joint” and “circumstance.” His dead wife was the nun’s daughter.</w:t>
      </w:r>
    </w:p>
    <w:p>
      <w:pPr>
        <w:spacing w:after="40"/>
      </w:pPr>
      <w:r>
        <w:rPr>
          <w:b w:val="0"/>
          <w:i w:val="0"/>
          <w:color w:val="6A6F75"/>
          <w:sz w:val="18"/>
        </w:rPr>
        <w:t xml:space="preserve">Answered by </w:t>
      </w:r>
      <w:hyperlink w:anchor="p776">
        <w:r>
          <w:rPr>
            <w:color w:val="2E5A80"/>
            <w:u w:val="single"/>
            <w:sz w:val="18"/>
          </w:rPr>
          <w:t xml:space="preserve">No. 776 (the nun)</w:t>
        </w:r>
      </w:hyperlink>
    </w:p>
    <w:p>
      <w:pPr>
        <w:keepNext/>
        <w:spacing w:after="20" w:before="200"/>
      </w:pPr>
      <w:bookmarkStart w:id="829" w:name="p776"/>
      <w:r>
        <w:rPr>
          <w:b/>
          <w:i w:val="0"/>
          <w:color w:val="222B33"/>
          <w:sz w:val="22"/>
        </w:rPr>
        <w:t>No. 776</w:t>
      </w:r>
      <w:r>
        <w:rPr>
          <w:b w:val="0"/>
          <w:i w:val="0"/>
          <w:color w:val="6A6F75"/>
          <w:sz w:val="18"/>
        </w:rPr>
        <w:t xml:space="preserve">   the nun → the Captain   答 reply</w:t>
      </w:r>
      <w:bookmarkEnd w:id="829"/>
    </w:p>
    <w:p>
      <w:pPr>
        <w:keepNext/>
        <w:spacing w:after="0"/>
      </w:pPr>
      <w:r>
        <w:rPr>
          <w:rFonts w:ascii="Noto Serif CJK JP" w:hAnsi="Noto Serif CJK JP" w:eastAsia="Noto Serif CJK JP"/>
          <w:b w:val="0"/>
          <w:i w:val="0"/>
          <w:color w:val="222B33"/>
          <w:sz w:val="26"/>
        </w:rPr>
        <w:t>笛の音に昔のことも偲ばれて帰りしほども袖ぞ濡れにし</w:t>
      </w:r>
    </w:p>
    <w:p>
      <w:pPr>
        <w:keepNext/>
        <w:spacing w:after="60"/>
      </w:pPr>
      <w:r>
        <w:rPr>
          <w:rFonts w:ascii="Noto Serif CJK JP" w:hAnsi="Noto Serif CJK JP" w:eastAsia="Noto Serif CJK JP"/>
          <w:b w:val="0"/>
          <w:i w:val="0"/>
          <w:color w:val="6A6F75"/>
          <w:sz w:val="19"/>
        </w:rPr>
        <w:t>笛のねに　／　昔のことも　／　しのはれて　／　かへりし程も　／　袖そぬれにし</w:t>
      </w:r>
    </w:p>
    <w:p>
      <w:pPr>
        <w:keepNext/>
        <w:spacing w:after="60"/>
      </w:pPr>
      <w:r>
        <w:rPr>
          <w:b w:val="0"/>
          <w:i/>
          <w:color w:val="222B33"/>
          <w:sz w:val="21"/>
        </w:rPr>
        <w:t>At the sound of the flute</w:t>
        <w:br/>
      </w:r>
      <w:r>
        <w:rPr>
          <w:b w:val="0"/>
          <w:i/>
          <w:color w:val="222B33"/>
          <w:sz w:val="21"/>
        </w:rPr>
        <w:t>the past too comes to mind,</w:t>
        <w:br/>
      </w:r>
      <w:r>
        <w:rPr>
          <w:b w:val="0"/>
          <w:i/>
          <w:color w:val="222B33"/>
          <w:sz w:val="21"/>
        </w:rPr>
        <w:t>and since you left</w:t>
        <w:br/>
      </w:r>
      <w:r>
        <w:rPr>
          <w:b w:val="0"/>
          <w:i/>
          <w:color w:val="222B33"/>
          <w:sz w:val="21"/>
        </w:rPr>
        <w:t>my sleeves</w:t>
        <w:br/>
      </w:r>
      <w:r>
        <w:rPr>
          <w:b w:val="0"/>
          <w:i/>
          <w:color w:val="222B33"/>
          <w:sz w:val="21"/>
        </w:rPr>
        <w:t>have been wet.</w:t>
      </w:r>
    </w:p>
    <w:p>
      <w:pPr>
        <w:spacing w:after="40"/>
      </w:pPr>
      <w:r>
        <w:rPr>
          <w:b w:val="0"/>
          <w:i w:val="0"/>
          <w:color w:val="6A6F75"/>
          <w:sz w:val="18"/>
        </w:rPr>
        <w:t xml:space="preserve">In reply to </w:t>
      </w:r>
      <w:hyperlink w:anchor="p775">
        <w:r>
          <w:rPr>
            <w:color w:val="2E5A80"/>
            <w:u w:val="single"/>
            <w:sz w:val="18"/>
          </w:rPr>
          <w:t xml:space="preserve">No. 775 (the Captain)</w:t>
        </w:r>
      </w:hyperlink>
    </w:p>
    <w:p>
      <w:pPr>
        <w:keepNext/>
        <w:spacing w:after="20" w:before="200"/>
      </w:pPr>
      <w:bookmarkStart w:id="830" w:name="p777"/>
      <w:r>
        <w:rPr>
          <w:b/>
          <w:i w:val="0"/>
          <w:color w:val="222B33"/>
          <w:sz w:val="22"/>
        </w:rPr>
        <w:t>No. 777</w:t>
      </w:r>
      <w:r>
        <w:rPr>
          <w:b w:val="0"/>
          <w:i w:val="0"/>
          <w:color w:val="6A6F75"/>
          <w:sz w:val="18"/>
        </w:rPr>
        <w:t xml:space="preserve">   Ukifune   独 solo</w:t>
      </w:r>
      <w:bookmarkEnd w:id="830"/>
    </w:p>
    <w:p>
      <w:pPr>
        <w:keepNext/>
        <w:spacing w:after="40"/>
      </w:pPr>
      <w:r>
        <w:rPr>
          <w:b/>
          <w:i w:val="0"/>
          <w:color w:val="6A6F75"/>
          <w:sz w:val="18"/>
        </w:rPr>
        <w:t xml:space="preserve">Context. </w:t>
      </w:r>
      <w:r>
        <w:rPr>
          <w:b w:val="0"/>
          <w:i w:val="0"/>
          <w:color w:val="6A6F75"/>
          <w:sz w:val="19"/>
        </w:rPr>
        <w:t>Ukifune refuses to be found by her family; the cedars of reunion that brought Tamakazura home.</w:t>
      </w:r>
    </w:p>
    <w:p>
      <w:pPr>
        <w:keepNext/>
        <w:spacing w:after="0"/>
      </w:pPr>
      <w:r>
        <w:rPr>
          <w:rFonts w:ascii="Noto Serif CJK JP" w:hAnsi="Noto Serif CJK JP" w:eastAsia="Noto Serif CJK JP"/>
          <w:b w:val="0"/>
          <w:i w:val="0"/>
          <w:color w:val="222B33"/>
          <w:sz w:val="26"/>
        </w:rPr>
        <w:t>はかなくて世に古川の憂き瀬には尋ねも行かじ二本の杉</w:t>
      </w:r>
    </w:p>
    <w:p>
      <w:pPr>
        <w:keepNext/>
        <w:spacing w:after="60"/>
      </w:pPr>
      <w:r>
        <w:rPr>
          <w:rFonts w:ascii="Noto Serif CJK JP" w:hAnsi="Noto Serif CJK JP" w:eastAsia="Noto Serif CJK JP"/>
          <w:b w:val="0"/>
          <w:i w:val="0"/>
          <w:color w:val="6A6F75"/>
          <w:sz w:val="19"/>
        </w:rPr>
        <w:t>はかなくて　／　世にふる河の　／　うきせには　／　尋もゆかし　／　二もとの杉</w:t>
      </w:r>
    </w:p>
    <w:p>
      <w:pPr>
        <w:keepNext/>
        <w:spacing w:after="60"/>
      </w:pPr>
      <w:r>
        <w:rPr>
          <w:b w:val="0"/>
          <w:i/>
          <w:color w:val="222B33"/>
          <w:sz w:val="21"/>
        </w:rPr>
        <w:t>At the bitter shallows</w:t>
        <w:br/>
      </w:r>
      <w:r>
        <w:rPr>
          <w:b w:val="0"/>
          <w:i/>
          <w:color w:val="222B33"/>
          <w:sz w:val="21"/>
        </w:rPr>
        <w:t>of the old river, aging in this fleeting world,</w:t>
        <w:br/>
      </w:r>
      <w:r>
        <w:rPr>
          <w:b w:val="0"/>
          <w:i/>
          <w:color w:val="222B33"/>
          <w:sz w:val="21"/>
        </w:rPr>
        <w:t>I shall not go seeking</w:t>
        <w:br/>
      </w:r>
      <w:r>
        <w:rPr>
          <w:b w:val="0"/>
          <w:i/>
          <w:color w:val="222B33"/>
          <w:sz w:val="21"/>
        </w:rPr>
        <w:t>the cedars</w:t>
        <w:br/>
      </w:r>
      <w:r>
        <w:rPr>
          <w:b w:val="0"/>
          <w:i/>
          <w:color w:val="222B33"/>
          <w:sz w:val="21"/>
        </w:rPr>
        <w:t>of two trunks.</w:t>
      </w:r>
    </w:p>
    <w:p>
      <w:pPr>
        <w:spacing w:after="40"/>
      </w:pPr>
      <w:r>
        <w:rPr>
          <w:b w:val="0"/>
          <w:i w:val="0"/>
          <w:color w:val="222B33"/>
          <w:sz w:val="19"/>
        </w:rPr>
        <w:t>Futamoto no sugi: the Hatsuse cedars of reunion (Kokinshū 1009), recalling Tamakazura’s (339).</w:t>
      </w:r>
    </w:p>
    <w:p>
      <w:pPr>
        <w:spacing w:after="40"/>
      </w:pPr>
      <w:r>
        <w:rPr>
          <w:b/>
          <w:i w:val="0"/>
          <w:color w:val="6A6F75"/>
          <w:sz w:val="18"/>
        </w:rPr>
        <w:t xml:space="preserve">Allusion. </w:t>
      </w:r>
      <w:hyperlink r:id="rId18">
        <w:r>
          <w:rPr>
            <w:color w:val="2E5A80"/>
            <w:u w:val="single"/>
            <w:sz w:val="19"/>
          </w:rPr>
          <w:t xml:space="preserve">Kokinshū 1009 (anonymous; sedōka)</w:t>
        </w:r>
      </w:hyperlink>
      <w:r>
        <w:rPr>
          <w:rFonts w:ascii="Noto Serif CJK JP" w:hAnsi="Noto Serif CJK JP" w:eastAsia="Noto Serif CJK JP"/>
          <w:b w:val="0"/>
          <w:i w:val="0"/>
          <w:sz w:val="20"/>
        </w:rPr>
        <w:t xml:space="preserve">  はつせ河ふるかはのへにふたもとあるすき年をへて又もあひ見むふたもとあるすき</w:t>
      </w:r>
      <w:r>
        <w:rPr>
          <w:b w:val="0"/>
          <w:i w:val="0"/>
          <w:sz w:val="19"/>
        </w:rPr>
        <w:t xml:space="preserve">  “By the old river of Hatsuse stand two cedars; after years, may we meet again, two cedars.”</w:t>
      </w:r>
    </w:p>
    <w:p>
      <w:pPr>
        <w:spacing w:after="40"/>
      </w:pPr>
      <w:r>
        <w:rPr>
          <w:b w:val="0"/>
          <w:i w:val="0"/>
          <w:color w:val="6A6F75"/>
          <w:sz w:val="18"/>
        </w:rPr>
        <w:t xml:space="preserve">Answered by </w:t>
      </w:r>
      <w:hyperlink w:anchor="p778">
        <w:r>
          <w:rPr>
            <w:color w:val="2E5A80"/>
            <w:u w:val="single"/>
            <w:sz w:val="18"/>
          </w:rPr>
          <w:t xml:space="preserve">No. 778 (the nun)</w:t>
        </w:r>
      </w:hyperlink>
      <w:r>
        <w:rPr>
          <w:b w:val="0"/>
          <w:i w:val="0"/>
          <w:color w:val="6A6F75"/>
          <w:sz w:val="18"/>
        </w:rPr>
        <w:t xml:space="preserve">   ·   </w:t>
      </w:r>
      <w:r>
        <w:rPr>
          <w:b w:val="0"/>
          <w:i w:val="0"/>
          <w:color w:val="6A6F75"/>
          <w:sz w:val="18"/>
        </w:rPr>
        <w:t xml:space="preserve">Echo, The two cedars of Hatsuse: </w:t>
      </w:r>
      <w:hyperlink w:anchor="p345">
        <w:r>
          <w:rPr>
            <w:color w:val="2E5A80"/>
            <w:u w:val="single"/>
            <w:sz w:val="18"/>
          </w:rPr>
          <w:t xml:space="preserve">No. 345</w:t>
        </w:r>
      </w:hyperlink>
      <w:r>
        <w:rPr>
          <w:b w:val="0"/>
          <w:i w:val="0"/>
          <w:color w:val="6A6F75"/>
          <w:sz w:val="18"/>
        </w:rPr>
        <w:t xml:space="preserve">, </w:t>
      </w:r>
      <w:hyperlink w:anchor="p778">
        <w:r>
          <w:rPr>
            <w:color w:val="2E5A80"/>
            <w:u w:val="single"/>
            <w:sz w:val="18"/>
          </w:rPr>
          <w:t xml:space="preserve">No. 778</w:t>
        </w:r>
      </w:hyperlink>
    </w:p>
    <w:p>
      <w:pPr>
        <w:keepNext/>
        <w:spacing w:after="20" w:before="200"/>
      </w:pPr>
      <w:bookmarkStart w:id="831" w:name="p778"/>
      <w:r>
        <w:rPr>
          <w:b/>
          <w:i w:val="0"/>
          <w:color w:val="222B33"/>
          <w:sz w:val="22"/>
        </w:rPr>
        <w:t>No. 778</w:t>
      </w:r>
      <w:r>
        <w:rPr>
          <w:b w:val="0"/>
          <w:i w:val="0"/>
          <w:color w:val="6A6F75"/>
          <w:sz w:val="18"/>
        </w:rPr>
        <w:t xml:space="preserve">   the nun → Ukifune   答:独 reply / solo</w:t>
      </w:r>
      <w:bookmarkEnd w:id="831"/>
    </w:p>
    <w:p>
      <w:pPr>
        <w:keepNext/>
        <w:spacing w:after="0"/>
      </w:pPr>
      <w:r>
        <w:rPr>
          <w:rFonts w:ascii="Noto Serif CJK JP" w:hAnsi="Noto Serif CJK JP" w:eastAsia="Noto Serif CJK JP"/>
          <w:b w:val="0"/>
          <w:i w:val="0"/>
          <w:color w:val="222B33"/>
          <w:sz w:val="26"/>
        </w:rPr>
        <w:t>古川の杉のもとだち知らねども過ぎにし人によそへてぞ見る</w:t>
      </w:r>
    </w:p>
    <w:p>
      <w:pPr>
        <w:keepNext/>
        <w:spacing w:after="60"/>
      </w:pPr>
      <w:r>
        <w:rPr>
          <w:rFonts w:ascii="Noto Serif CJK JP" w:hAnsi="Noto Serif CJK JP" w:eastAsia="Noto Serif CJK JP"/>
          <w:b w:val="0"/>
          <w:i w:val="0"/>
          <w:color w:val="6A6F75"/>
          <w:sz w:val="19"/>
        </w:rPr>
        <w:t>ふる河の　／　杉の本たち　／　しらねとも　／　過にし人に　／　よそへてそみる</w:t>
      </w:r>
    </w:p>
    <w:p>
      <w:pPr>
        <w:keepNext/>
        <w:spacing w:after="60"/>
      </w:pPr>
      <w:r>
        <w:rPr>
          <w:b w:val="0"/>
          <w:i/>
          <w:color w:val="222B33"/>
          <w:sz w:val="21"/>
        </w:rPr>
        <w:t>Though I do not know</w:t>
        <w:br/>
      </w:r>
      <w:r>
        <w:rPr>
          <w:b w:val="0"/>
          <w:i/>
          <w:color w:val="222B33"/>
          <w:sz w:val="21"/>
        </w:rPr>
        <w:t>the first trunk of the cedar</w:t>
        <w:br/>
      </w:r>
      <w:r>
        <w:rPr>
          <w:b w:val="0"/>
          <w:i/>
          <w:color w:val="222B33"/>
          <w:sz w:val="21"/>
        </w:rPr>
        <w:t>by the old river,</w:t>
        <w:br/>
      </w:r>
      <w:r>
        <w:rPr>
          <w:b w:val="0"/>
          <w:i/>
          <w:color w:val="222B33"/>
          <w:sz w:val="21"/>
        </w:rPr>
        <w:t>I see you as</w:t>
        <w:br/>
      </w:r>
      <w:r>
        <w:rPr>
          <w:b w:val="0"/>
          <w:i/>
          <w:color w:val="222B33"/>
          <w:sz w:val="21"/>
        </w:rPr>
        <w:t>the one who has gone.</w:t>
      </w:r>
    </w:p>
    <w:p>
      <w:pPr>
        <w:spacing w:after="40"/>
      </w:pPr>
      <w:r>
        <w:rPr>
          <w:b w:val="0"/>
          <w:i w:val="0"/>
          <w:color w:val="222B33"/>
          <w:sz w:val="19"/>
        </w:rPr>
        <w:t>Sugi, “cedar,” and sugi, “passed.” She sees her dead daughter in Ukifune.</w:t>
      </w:r>
    </w:p>
    <w:p>
      <w:pPr>
        <w:spacing w:after="40"/>
      </w:pPr>
      <w:r>
        <w:rPr>
          <w:b/>
          <w:i w:val="0"/>
          <w:color w:val="8A4B1C"/>
          <w:sz w:val="18"/>
        </w:rPr>
        <w:t xml:space="preserve">Attribution uncertain. </w:t>
      </w:r>
      <w:r>
        <w:rPr>
          <w:b w:val="0"/>
          <w:i w:val="0"/>
          <w:sz w:val="19"/>
        </w:rPr>
        <w:t>Classified both as a reply to No. 777 and as private reflection; the reply link is editorial.</w:t>
      </w:r>
    </w:p>
    <w:p>
      <w:pPr>
        <w:spacing w:after="40"/>
      </w:pPr>
      <w:r>
        <w:rPr>
          <w:b w:val="0"/>
          <w:i w:val="0"/>
          <w:color w:val="6A6F75"/>
          <w:sz w:val="18"/>
        </w:rPr>
        <w:t xml:space="preserve">In reply to </w:t>
      </w:r>
      <w:hyperlink w:anchor="p777">
        <w:r>
          <w:rPr>
            <w:color w:val="2E5A80"/>
            <w:u w:val="single"/>
            <w:sz w:val="18"/>
          </w:rPr>
          <w:t xml:space="preserve">No. 777 (Ukifune)</w:t>
        </w:r>
      </w:hyperlink>
      <w:r>
        <w:rPr>
          <w:b w:val="0"/>
          <w:i w:val="0"/>
          <w:color w:val="6A6F75"/>
          <w:sz w:val="18"/>
        </w:rPr>
        <w:t xml:space="preserve">   ·   </w:t>
      </w:r>
      <w:r>
        <w:rPr>
          <w:b w:val="0"/>
          <w:i w:val="0"/>
          <w:color w:val="6A6F75"/>
          <w:sz w:val="18"/>
        </w:rPr>
        <w:t xml:space="preserve">Echo, The two cedars of Hatsuse: </w:t>
      </w:r>
      <w:hyperlink w:anchor="p345">
        <w:r>
          <w:rPr>
            <w:color w:val="2E5A80"/>
            <w:u w:val="single"/>
            <w:sz w:val="18"/>
          </w:rPr>
          <w:t xml:space="preserve">No. 345</w:t>
        </w:r>
      </w:hyperlink>
      <w:r>
        <w:rPr>
          <w:b w:val="0"/>
          <w:i w:val="0"/>
          <w:color w:val="6A6F75"/>
          <w:sz w:val="18"/>
        </w:rPr>
        <w:t xml:space="preserve">, </w:t>
      </w:r>
      <w:hyperlink w:anchor="p777">
        <w:r>
          <w:rPr>
            <w:color w:val="2E5A80"/>
            <w:u w:val="single"/>
            <w:sz w:val="18"/>
          </w:rPr>
          <w:t xml:space="preserve">No. 777</w:t>
        </w:r>
      </w:hyperlink>
    </w:p>
    <w:p>
      <w:pPr>
        <w:keepNext/>
        <w:spacing w:after="20" w:before="200"/>
      </w:pPr>
      <w:bookmarkStart w:id="832" w:name="p779"/>
      <w:r>
        <w:rPr>
          <w:b/>
          <w:i w:val="0"/>
          <w:color w:val="222B33"/>
          <w:sz w:val="22"/>
        </w:rPr>
        <w:t>No. 779</w:t>
      </w:r>
      <w:r>
        <w:rPr>
          <w:b w:val="0"/>
          <w:i w:val="0"/>
          <w:color w:val="6A6F75"/>
          <w:sz w:val="18"/>
        </w:rPr>
        <w:t xml:space="preserve">   Ukifune   独 solo</w:t>
      </w:r>
      <w:bookmarkEnd w:id="832"/>
    </w:p>
    <w:p>
      <w:pPr>
        <w:keepNext/>
        <w:spacing w:after="40"/>
      </w:pPr>
      <w:r>
        <w:rPr>
          <w:b/>
          <w:i w:val="0"/>
          <w:color w:val="6A6F75"/>
          <w:sz w:val="18"/>
        </w:rPr>
        <w:t xml:space="preserve">Context. </w:t>
      </w:r>
      <w:r>
        <w:rPr>
          <w:b w:val="0"/>
          <w:i w:val="0"/>
          <w:color w:val="6A6F75"/>
          <w:sz w:val="19"/>
        </w:rPr>
        <w:t>Ukifune on an autumn evening at Ono; grief she will not explain to her hosts.</w:t>
      </w:r>
    </w:p>
    <w:p>
      <w:pPr>
        <w:keepNext/>
        <w:spacing w:after="0"/>
      </w:pPr>
      <w:r>
        <w:rPr>
          <w:rFonts w:ascii="Noto Serif CJK JP" w:hAnsi="Noto Serif CJK JP" w:eastAsia="Noto Serif CJK JP"/>
          <w:b w:val="0"/>
          <w:i w:val="0"/>
          <w:color w:val="222B33"/>
          <w:sz w:val="26"/>
        </w:rPr>
        <w:t>心には秋の夕べを分かねども眺むる袖に露ぞ乱るる</w:t>
      </w:r>
    </w:p>
    <w:p>
      <w:pPr>
        <w:keepNext/>
        <w:spacing w:after="60"/>
      </w:pPr>
      <w:r>
        <w:rPr>
          <w:rFonts w:ascii="Noto Serif CJK JP" w:hAnsi="Noto Serif CJK JP" w:eastAsia="Noto Serif CJK JP"/>
          <w:b w:val="0"/>
          <w:i w:val="0"/>
          <w:color w:val="6A6F75"/>
          <w:sz w:val="19"/>
        </w:rPr>
        <w:t>心には　／　秋の夕を　／　わかねとも　／　なかむる袖に　／　露そみたるゝ</w:t>
      </w:r>
    </w:p>
    <w:p>
      <w:pPr>
        <w:keepNext/>
        <w:spacing w:after="60"/>
      </w:pPr>
      <w:r>
        <w:rPr>
          <w:b w:val="0"/>
          <w:i/>
          <w:color w:val="222B33"/>
          <w:sz w:val="21"/>
        </w:rPr>
        <w:t>In my heart I do not</w:t>
        <w:br/>
      </w:r>
      <w:r>
        <w:rPr>
          <w:b w:val="0"/>
          <w:i/>
          <w:color w:val="222B33"/>
          <w:sz w:val="21"/>
        </w:rPr>
        <w:t>single out autumn evenings,</w:t>
        <w:br/>
      </w:r>
      <w:r>
        <w:rPr>
          <w:b w:val="0"/>
          <w:i/>
          <w:color w:val="222B33"/>
          <w:sz w:val="21"/>
        </w:rPr>
        <w:t>yet on my gazing sleeves</w:t>
        <w:br/>
      </w:r>
      <w:r>
        <w:rPr>
          <w:b w:val="0"/>
          <w:i/>
          <w:color w:val="222B33"/>
          <w:sz w:val="21"/>
        </w:rPr>
        <w:t>the dew</w:t>
        <w:br/>
      </w:r>
      <w:r>
        <w:rPr>
          <w:b w:val="0"/>
          <w:i/>
          <w:color w:val="222B33"/>
          <w:sz w:val="21"/>
        </w:rPr>
        <w:t>is scattered.</w:t>
      </w:r>
    </w:p>
    <w:p>
      <w:pPr>
        <w:keepNext/>
        <w:spacing w:after="20" w:before="200"/>
      </w:pPr>
      <w:bookmarkStart w:id="833" w:name="p780"/>
      <w:r>
        <w:rPr>
          <w:b/>
          <w:i w:val="0"/>
          <w:color w:val="222B33"/>
          <w:sz w:val="22"/>
        </w:rPr>
        <w:t>No. 780</w:t>
      </w:r>
      <w:r>
        <w:rPr>
          <w:b w:val="0"/>
          <w:i w:val="0"/>
          <w:color w:val="6A6F75"/>
          <w:sz w:val="18"/>
        </w:rPr>
        <w:t xml:space="preserve">   the Captain → Ukifune   贈 sent</w:t>
      </w:r>
      <w:bookmarkEnd w:id="833"/>
    </w:p>
    <w:p>
      <w:pPr>
        <w:keepNext/>
        <w:spacing w:after="40"/>
      </w:pPr>
      <w:r>
        <w:rPr>
          <w:b/>
          <w:i w:val="0"/>
          <w:color w:val="6A6F75"/>
          <w:sz w:val="18"/>
        </w:rPr>
        <w:t xml:space="preserve">Context. </w:t>
      </w:r>
      <w:r>
        <w:rPr>
          <w:b w:val="0"/>
          <w:i w:val="0"/>
          <w:color w:val="6A6F75"/>
          <w:sz w:val="19"/>
        </w:rPr>
        <w:t>The Captain to Ukifune; she will not answer, and decides to take vows.</w:t>
      </w:r>
    </w:p>
    <w:p>
      <w:pPr>
        <w:keepNext/>
        <w:spacing w:after="0"/>
      </w:pPr>
      <w:r>
        <w:rPr>
          <w:rFonts w:ascii="Noto Serif CJK JP" w:hAnsi="Noto Serif CJK JP" w:eastAsia="Noto Serif CJK JP"/>
          <w:b w:val="0"/>
          <w:i w:val="0"/>
          <w:color w:val="222B33"/>
          <w:sz w:val="26"/>
        </w:rPr>
        <w:t>山里の秋の夜深きあはれをももの思ふ人は思ひこそ知れ</w:t>
      </w:r>
    </w:p>
    <w:p>
      <w:pPr>
        <w:keepNext/>
        <w:spacing w:after="60"/>
      </w:pPr>
      <w:r>
        <w:rPr>
          <w:rFonts w:ascii="Noto Serif CJK JP" w:hAnsi="Noto Serif CJK JP" w:eastAsia="Noto Serif CJK JP"/>
          <w:b w:val="0"/>
          <w:i w:val="0"/>
          <w:color w:val="6A6F75"/>
          <w:sz w:val="19"/>
        </w:rPr>
        <w:t>山里の　／　秋の夜ふかき　／　あはれをも　／　ゝの思ふ人は　／　思こそしれ</w:t>
      </w:r>
    </w:p>
    <w:p>
      <w:pPr>
        <w:keepNext/>
        <w:spacing w:after="60"/>
      </w:pPr>
      <w:r>
        <w:rPr>
          <w:b w:val="0"/>
          <w:i/>
          <w:color w:val="222B33"/>
          <w:sz w:val="21"/>
        </w:rPr>
        <w:t>One who has sorrows</w:t>
        <w:br/>
      </w:r>
      <w:r>
        <w:rPr>
          <w:b w:val="0"/>
          <w:i/>
          <w:color w:val="222B33"/>
          <w:sz w:val="21"/>
        </w:rPr>
        <w:t>would surely know</w:t>
        <w:br/>
      </w:r>
      <w:r>
        <w:rPr>
          <w:b w:val="0"/>
          <w:i/>
          <w:color w:val="222B33"/>
          <w:sz w:val="21"/>
        </w:rPr>
        <w:t>the sadness</w:t>
        <w:br/>
      </w:r>
      <w:r>
        <w:rPr>
          <w:b w:val="0"/>
          <w:i/>
          <w:color w:val="222B33"/>
          <w:sz w:val="21"/>
        </w:rPr>
        <w:t>of an autumn night</w:t>
        <w:br/>
      </w:r>
      <w:r>
        <w:rPr>
          <w:b w:val="0"/>
          <w:i/>
          <w:color w:val="222B33"/>
          <w:sz w:val="21"/>
        </w:rPr>
        <w:t>deep in a mountain village.</w:t>
      </w:r>
    </w:p>
    <w:p>
      <w:pPr>
        <w:spacing w:after="40"/>
      </w:pPr>
      <w:r>
        <w:rPr>
          <w:b w:val="0"/>
          <w:i w:val="0"/>
          <w:color w:val="6A6F75"/>
          <w:sz w:val="18"/>
        </w:rPr>
        <w:t xml:space="preserve">Answered by </w:t>
      </w:r>
      <w:hyperlink w:anchor="p781">
        <w:r>
          <w:rPr>
            <w:color w:val="2E5A80"/>
            <w:u w:val="single"/>
            <w:sz w:val="18"/>
          </w:rPr>
          <w:t xml:space="preserve">No. 781 (Ukifune)</w:t>
        </w:r>
      </w:hyperlink>
    </w:p>
    <w:p>
      <w:pPr>
        <w:keepNext/>
        <w:spacing w:after="20" w:before="200"/>
      </w:pPr>
      <w:bookmarkStart w:id="834" w:name="p781"/>
      <w:r>
        <w:rPr>
          <w:b/>
          <w:i w:val="0"/>
          <w:color w:val="222B33"/>
          <w:sz w:val="22"/>
        </w:rPr>
        <w:t>No. 781</w:t>
      </w:r>
      <w:r>
        <w:rPr>
          <w:b w:val="0"/>
          <w:i w:val="0"/>
          <w:color w:val="6A6F75"/>
          <w:sz w:val="18"/>
        </w:rPr>
        <w:t xml:space="preserve">   Ukifune → the Captain   答 reply</w:t>
      </w:r>
      <w:bookmarkEnd w:id="834"/>
    </w:p>
    <w:p>
      <w:pPr>
        <w:keepNext/>
        <w:spacing w:after="0"/>
      </w:pPr>
      <w:r>
        <w:rPr>
          <w:rFonts w:ascii="Noto Serif CJK JP" w:hAnsi="Noto Serif CJK JP" w:eastAsia="Noto Serif CJK JP"/>
          <w:b w:val="0"/>
          <w:i w:val="0"/>
          <w:color w:val="222B33"/>
          <w:sz w:val="26"/>
        </w:rPr>
        <w:t>憂きものと思ひも知らで過ぐす身をもの思ふ人と人は知りけり</w:t>
      </w:r>
    </w:p>
    <w:p>
      <w:pPr>
        <w:keepNext/>
        <w:spacing w:after="60"/>
      </w:pPr>
      <w:r>
        <w:rPr>
          <w:rFonts w:ascii="Noto Serif CJK JP" w:hAnsi="Noto Serif CJK JP" w:eastAsia="Noto Serif CJK JP"/>
          <w:b w:val="0"/>
          <w:i w:val="0"/>
          <w:color w:val="6A6F75"/>
          <w:sz w:val="19"/>
        </w:rPr>
        <w:t>憂物と　／　思もしらて　／　すくす身を　／　物おもふ人と　／　ひとはしりけり</w:t>
      </w:r>
    </w:p>
    <w:p>
      <w:pPr>
        <w:keepNext/>
        <w:spacing w:after="60"/>
      </w:pPr>
      <w:r>
        <w:rPr>
          <w:b w:val="0"/>
          <w:i/>
          <w:color w:val="222B33"/>
          <w:sz w:val="21"/>
        </w:rPr>
        <w:t>I live on,</w:t>
        <w:br/>
      </w:r>
      <w:r>
        <w:rPr>
          <w:b w:val="0"/>
          <w:i/>
          <w:color w:val="222B33"/>
          <w:sz w:val="21"/>
        </w:rPr>
        <w:t>not even knowing I am wretched,</w:t>
        <w:br/>
      </w:r>
      <w:r>
        <w:rPr>
          <w:b w:val="0"/>
          <w:i/>
          <w:color w:val="222B33"/>
          <w:sz w:val="21"/>
        </w:rPr>
        <w:t>yet others</w:t>
        <w:br/>
      </w:r>
      <w:r>
        <w:rPr>
          <w:b w:val="0"/>
          <w:i/>
          <w:color w:val="222B33"/>
          <w:sz w:val="21"/>
        </w:rPr>
        <w:t>know me as one</w:t>
        <w:br/>
      </w:r>
      <w:r>
        <w:rPr>
          <w:b w:val="0"/>
          <w:i/>
          <w:color w:val="222B33"/>
          <w:sz w:val="21"/>
        </w:rPr>
        <w:t>with sorrows.</w:t>
      </w:r>
    </w:p>
    <w:p>
      <w:pPr>
        <w:spacing w:after="40"/>
      </w:pPr>
      <w:r>
        <w:rPr>
          <w:b w:val="0"/>
          <w:i w:val="0"/>
          <w:color w:val="6A6F75"/>
          <w:sz w:val="18"/>
        </w:rPr>
        <w:t xml:space="preserve">In reply to </w:t>
      </w:r>
      <w:hyperlink w:anchor="p780">
        <w:r>
          <w:rPr>
            <w:color w:val="2E5A80"/>
            <w:u w:val="single"/>
            <w:sz w:val="18"/>
          </w:rPr>
          <w:t xml:space="preserve">No. 780 (the Captain)</w:t>
        </w:r>
      </w:hyperlink>
    </w:p>
    <w:p>
      <w:pPr>
        <w:keepNext/>
        <w:spacing w:after="20" w:before="200"/>
      </w:pPr>
      <w:bookmarkStart w:id="835" w:name="p782"/>
      <w:r>
        <w:rPr>
          <w:b/>
          <w:i w:val="0"/>
          <w:color w:val="222B33"/>
          <w:sz w:val="22"/>
        </w:rPr>
        <w:t>No. 782</w:t>
      </w:r>
      <w:r>
        <w:rPr>
          <w:b w:val="0"/>
          <w:i w:val="0"/>
          <w:color w:val="6A6F75"/>
          <w:sz w:val="18"/>
        </w:rPr>
        <w:t xml:space="preserve">   Ukifune   独 solo</w:t>
      </w:r>
      <w:bookmarkEnd w:id="835"/>
    </w:p>
    <w:p>
      <w:pPr>
        <w:keepNext/>
        <w:spacing w:after="40"/>
      </w:pPr>
      <w:r>
        <w:rPr>
          <w:b/>
          <w:i w:val="0"/>
          <w:color w:val="6A6F75"/>
          <w:sz w:val="18"/>
        </w:rPr>
        <w:t xml:space="preserve">Context. </w:t>
      </w:r>
      <w:r>
        <w:rPr>
          <w:b w:val="0"/>
          <w:i w:val="0"/>
          <w:color w:val="6A6F75"/>
          <w:sz w:val="19"/>
        </w:rPr>
        <w:t>After Ukifune takes the tonsure from the Bishop of Yokawa while the nun is away.</w:t>
      </w:r>
    </w:p>
    <w:p>
      <w:pPr>
        <w:keepNext/>
        <w:spacing w:after="0"/>
      </w:pPr>
      <w:r>
        <w:rPr>
          <w:rFonts w:ascii="Noto Serif CJK JP" w:hAnsi="Noto Serif CJK JP" w:eastAsia="Noto Serif CJK JP"/>
          <w:b w:val="0"/>
          <w:i w:val="0"/>
          <w:color w:val="222B33"/>
          <w:sz w:val="26"/>
        </w:rPr>
        <w:t>なきものに身をも人をも思ひつつ捨ててし世をぞさらに捨てつる</w:t>
      </w:r>
    </w:p>
    <w:p>
      <w:pPr>
        <w:keepNext/>
        <w:spacing w:after="60"/>
      </w:pPr>
      <w:r>
        <w:rPr>
          <w:rFonts w:ascii="Noto Serif CJK JP" w:hAnsi="Noto Serif CJK JP" w:eastAsia="Noto Serif CJK JP"/>
          <w:b w:val="0"/>
          <w:i w:val="0"/>
          <w:color w:val="6A6F75"/>
          <w:sz w:val="19"/>
        </w:rPr>
        <w:t>なきものに　／　身をも人をも　／　思つゝ　／　捨てし世をそ　／　さらにすてつる</w:t>
      </w:r>
    </w:p>
    <w:p>
      <w:pPr>
        <w:keepNext/>
        <w:spacing w:after="60"/>
      </w:pPr>
      <w:r>
        <w:rPr>
          <w:b w:val="0"/>
          <w:i/>
          <w:color w:val="222B33"/>
          <w:sz w:val="21"/>
        </w:rPr>
        <w:t>Thinking both myself</w:t>
        <w:br/>
      </w:r>
      <w:r>
        <w:rPr>
          <w:b w:val="0"/>
          <w:i/>
          <w:color w:val="222B33"/>
          <w:sz w:val="21"/>
        </w:rPr>
        <w:t>and others as no more,</w:t>
        <w:br/>
      </w:r>
      <w:r>
        <w:rPr>
          <w:b w:val="0"/>
          <w:i/>
          <w:color w:val="222B33"/>
          <w:sz w:val="21"/>
        </w:rPr>
        <w:t>the world I cast off</w:t>
        <w:br/>
      </w:r>
      <w:r>
        <w:rPr>
          <w:b w:val="0"/>
          <w:i/>
          <w:color w:val="222B33"/>
          <w:sz w:val="21"/>
        </w:rPr>
        <w:t>I have cast off</w:t>
        <w:br/>
      </w:r>
      <w:r>
        <w:rPr>
          <w:b w:val="0"/>
          <w:i/>
          <w:color w:val="222B33"/>
          <w:sz w:val="21"/>
        </w:rPr>
        <w:t>once more.</w:t>
      </w:r>
    </w:p>
    <w:p>
      <w:pPr>
        <w:spacing w:after="40"/>
      </w:pPr>
      <w:r>
        <w:rPr>
          <w:b w:val="0"/>
          <w:i w:val="0"/>
          <w:color w:val="222B33"/>
          <w:sz w:val="19"/>
        </w:rPr>
        <w:t>After taking the tonsure.</w:t>
      </w:r>
    </w:p>
    <w:p>
      <w:pPr>
        <w:keepNext/>
        <w:spacing w:after="20" w:before="200"/>
      </w:pPr>
      <w:bookmarkStart w:id="836" w:name="p783"/>
      <w:r>
        <w:rPr>
          <w:b/>
          <w:i w:val="0"/>
          <w:color w:val="222B33"/>
          <w:sz w:val="22"/>
        </w:rPr>
        <w:t>No. 783</w:t>
      </w:r>
      <w:r>
        <w:rPr>
          <w:b w:val="0"/>
          <w:i w:val="0"/>
          <w:color w:val="6A6F75"/>
          <w:sz w:val="18"/>
        </w:rPr>
        <w:t xml:space="preserve">   Ukifune   独 solo</w:t>
      </w:r>
      <w:bookmarkEnd w:id="836"/>
    </w:p>
    <w:p>
      <w:pPr>
        <w:keepNext/>
        <w:spacing w:after="40"/>
      </w:pPr>
      <w:r>
        <w:rPr>
          <w:b/>
          <w:i w:val="0"/>
          <w:color w:val="6A6F75"/>
          <w:sz w:val="18"/>
        </w:rPr>
        <w:t xml:space="preserve">Context. </w:t>
      </w:r>
      <w:r>
        <w:rPr>
          <w:b w:val="0"/>
          <w:i w:val="0"/>
          <w:color w:val="6A6F75"/>
          <w:sz w:val="19"/>
        </w:rPr>
        <w:t>Ukifune after taking vows; she repeats her renunciation as if to make sure of it.</w:t>
      </w:r>
    </w:p>
    <w:p>
      <w:pPr>
        <w:keepNext/>
        <w:spacing w:after="0"/>
      </w:pPr>
      <w:r>
        <w:rPr>
          <w:rFonts w:ascii="Noto Serif CJK JP" w:hAnsi="Noto Serif CJK JP" w:eastAsia="Noto Serif CJK JP"/>
          <w:b w:val="0"/>
          <w:i w:val="0"/>
          <w:color w:val="222B33"/>
          <w:sz w:val="26"/>
        </w:rPr>
        <w:t>限りぞと思ひなりにし世の中を返す返すも背きぬるかな</w:t>
      </w:r>
    </w:p>
    <w:p>
      <w:pPr>
        <w:keepNext/>
        <w:spacing w:after="60"/>
      </w:pPr>
      <w:r>
        <w:rPr>
          <w:rFonts w:ascii="Noto Serif CJK JP" w:hAnsi="Noto Serif CJK JP" w:eastAsia="Noto Serif CJK JP"/>
          <w:b w:val="0"/>
          <w:i w:val="0"/>
          <w:color w:val="6A6F75"/>
          <w:sz w:val="19"/>
        </w:rPr>
        <w:t>かきりそと　／　思なりにし　／　世間を　／　返々も　／　そむきぬるかな</w:t>
      </w:r>
    </w:p>
    <w:p>
      <w:pPr>
        <w:keepNext/>
        <w:spacing w:after="60"/>
      </w:pPr>
      <w:r>
        <w:rPr>
          <w:b w:val="0"/>
          <w:i/>
          <w:color w:val="222B33"/>
          <w:sz w:val="21"/>
        </w:rPr>
        <w:t>The world I had</w:t>
        <w:br/>
      </w:r>
      <w:r>
        <w:rPr>
          <w:b w:val="0"/>
          <w:i/>
          <w:color w:val="222B33"/>
          <w:sz w:val="21"/>
        </w:rPr>
        <w:t>come to think had ended,</w:t>
        <w:br/>
      </w:r>
      <w:r>
        <w:rPr>
          <w:b w:val="0"/>
          <w:i/>
          <w:color w:val="222B33"/>
          <w:sz w:val="21"/>
        </w:rPr>
        <w:t>I have turned from</w:t>
        <w:br/>
      </w:r>
      <w:r>
        <w:rPr>
          <w:b w:val="0"/>
          <w:i/>
          <w:color w:val="222B33"/>
          <w:sz w:val="21"/>
        </w:rPr>
        <w:t>over and</w:t>
        <w:br/>
      </w:r>
      <w:r>
        <w:rPr>
          <w:b w:val="0"/>
          <w:i/>
          <w:color w:val="222B33"/>
          <w:sz w:val="21"/>
        </w:rPr>
        <w:t>over again.</w:t>
      </w:r>
    </w:p>
    <w:p>
      <w:pPr>
        <w:spacing w:after="40"/>
      </w:pPr>
      <w:r>
        <w:rPr>
          <w:b w:val="0"/>
          <w:i w:val="0"/>
          <w:color w:val="222B33"/>
          <w:sz w:val="19"/>
        </w:rPr>
        <w:t>Kaesu kaesu: “again and again” and “turning back.”</w:t>
      </w:r>
    </w:p>
    <w:p>
      <w:pPr>
        <w:keepNext/>
        <w:spacing w:after="20" w:before="200"/>
      </w:pPr>
      <w:bookmarkStart w:id="837" w:name="p784"/>
      <w:r>
        <w:rPr>
          <w:b/>
          <w:i w:val="0"/>
          <w:color w:val="222B33"/>
          <w:sz w:val="22"/>
        </w:rPr>
        <w:t>No. 784</w:t>
      </w:r>
      <w:r>
        <w:rPr>
          <w:b w:val="0"/>
          <w:i w:val="0"/>
          <w:color w:val="6A6F75"/>
          <w:sz w:val="18"/>
        </w:rPr>
        <w:t xml:space="preserve">   the Captain → Ukifune   贈 sent</w:t>
      </w:r>
      <w:bookmarkEnd w:id="837"/>
    </w:p>
    <w:p>
      <w:pPr>
        <w:keepNext/>
        <w:spacing w:after="40"/>
      </w:pPr>
      <w:r>
        <w:rPr>
          <w:b/>
          <w:i w:val="0"/>
          <w:color w:val="6A6F75"/>
          <w:sz w:val="18"/>
        </w:rPr>
        <w:t xml:space="preserve">Context. </w:t>
      </w:r>
      <w:r>
        <w:rPr>
          <w:b w:val="0"/>
          <w:i w:val="0"/>
          <w:color w:val="6A6F75"/>
          <w:sz w:val="19"/>
        </w:rPr>
        <w:t>The Captain learns Ukifune has taken vows.</w:t>
      </w:r>
    </w:p>
    <w:p>
      <w:pPr>
        <w:keepNext/>
        <w:spacing w:after="0"/>
      </w:pPr>
      <w:r>
        <w:rPr>
          <w:rFonts w:ascii="Noto Serif CJK JP" w:hAnsi="Noto Serif CJK JP" w:eastAsia="Noto Serif CJK JP"/>
          <w:b w:val="0"/>
          <w:i w:val="0"/>
          <w:color w:val="222B33"/>
          <w:sz w:val="26"/>
        </w:rPr>
        <w:t>岸遠く漕ぎ離るらむ海人舟に乗り遅れじと急がるるかな</w:t>
      </w:r>
    </w:p>
    <w:p>
      <w:pPr>
        <w:keepNext/>
        <w:spacing w:after="60"/>
      </w:pPr>
      <w:r>
        <w:rPr>
          <w:rFonts w:ascii="Noto Serif CJK JP" w:hAnsi="Noto Serif CJK JP" w:eastAsia="Noto Serif CJK JP"/>
          <w:b w:val="0"/>
          <w:i w:val="0"/>
          <w:color w:val="6A6F75"/>
          <w:sz w:val="19"/>
        </w:rPr>
        <w:t>きし遠く　／　漕はなるらむ　／　あま舟に　／　乗をくれしと　／　いそかるゝかな</w:t>
      </w:r>
    </w:p>
    <w:p>
      <w:pPr>
        <w:keepNext/>
        <w:spacing w:after="60"/>
      </w:pPr>
      <w:r>
        <w:rPr>
          <w:b w:val="0"/>
          <w:i/>
          <w:color w:val="222B33"/>
          <w:sz w:val="21"/>
        </w:rPr>
        <w:t>I hurry,</w:t>
        <w:br/>
      </w:r>
      <w:r>
        <w:rPr>
          <w:b w:val="0"/>
          <w:i/>
          <w:color w:val="222B33"/>
          <w:sz w:val="21"/>
        </w:rPr>
        <w:t>not to be left behind</w:t>
        <w:br/>
      </w:r>
      <w:r>
        <w:rPr>
          <w:b w:val="0"/>
          <w:i/>
          <w:color w:val="222B33"/>
          <w:sz w:val="21"/>
        </w:rPr>
        <w:t>by the fisher’s boat</w:t>
        <w:br/>
      </w:r>
      <w:r>
        <w:rPr>
          <w:b w:val="0"/>
          <w:i/>
          <w:color w:val="222B33"/>
          <w:sz w:val="21"/>
        </w:rPr>
        <w:t>that must be rowing</w:t>
        <w:br/>
      </w:r>
      <w:r>
        <w:rPr>
          <w:b w:val="0"/>
          <w:i/>
          <w:color w:val="222B33"/>
          <w:sz w:val="21"/>
        </w:rPr>
        <w:t>far from shore.</w:t>
      </w:r>
    </w:p>
    <w:p>
      <w:pPr>
        <w:spacing w:after="40"/>
      </w:pPr>
      <w:r>
        <w:rPr>
          <w:b w:val="0"/>
          <w:i w:val="0"/>
          <w:color w:val="222B33"/>
          <w:sz w:val="19"/>
        </w:rPr>
        <w:t>Ama: “fisher” and “nun.”</w:t>
      </w:r>
    </w:p>
    <w:p>
      <w:pPr>
        <w:spacing w:after="40"/>
      </w:pPr>
      <w:r>
        <w:rPr>
          <w:b w:val="0"/>
          <w:i w:val="0"/>
          <w:color w:val="6A6F75"/>
          <w:sz w:val="18"/>
        </w:rPr>
        <w:t xml:space="preserve">Answered by </w:t>
      </w:r>
      <w:hyperlink w:anchor="p785">
        <w:r>
          <w:rPr>
            <w:color w:val="2E5A80"/>
            <w:u w:val="single"/>
            <w:sz w:val="18"/>
          </w:rPr>
          <w:t xml:space="preserve">No. 785 (Ukifune)</w:t>
        </w:r>
      </w:hyperlink>
    </w:p>
    <w:p>
      <w:pPr>
        <w:keepNext/>
        <w:spacing w:after="20" w:before="200"/>
      </w:pPr>
      <w:bookmarkStart w:id="838" w:name="p785"/>
      <w:r>
        <w:rPr>
          <w:b/>
          <w:i w:val="0"/>
          <w:color w:val="222B33"/>
          <w:sz w:val="22"/>
        </w:rPr>
        <w:t>No. 785</w:t>
      </w:r>
      <w:r>
        <w:rPr>
          <w:b w:val="0"/>
          <w:i w:val="0"/>
          <w:color w:val="6A6F75"/>
          <w:sz w:val="18"/>
        </w:rPr>
        <w:t xml:space="preserve">   Ukifune → the Captain   答 reply</w:t>
      </w:r>
      <w:bookmarkEnd w:id="838"/>
    </w:p>
    <w:p>
      <w:pPr>
        <w:keepNext/>
        <w:spacing w:after="0"/>
      </w:pPr>
      <w:r>
        <w:rPr>
          <w:rFonts w:ascii="Noto Serif CJK JP" w:hAnsi="Noto Serif CJK JP" w:eastAsia="Noto Serif CJK JP"/>
          <w:b w:val="0"/>
          <w:i w:val="0"/>
          <w:color w:val="222B33"/>
          <w:sz w:val="26"/>
        </w:rPr>
        <w:t>心こそ憂き世の岸を離るれど行方も知らぬ海人の浮木を</w:t>
      </w:r>
    </w:p>
    <w:p>
      <w:pPr>
        <w:keepNext/>
        <w:spacing w:after="60"/>
      </w:pPr>
      <w:r>
        <w:rPr>
          <w:rFonts w:ascii="Noto Serif CJK JP" w:hAnsi="Noto Serif CJK JP" w:eastAsia="Noto Serif CJK JP"/>
          <w:b w:val="0"/>
          <w:i w:val="0"/>
          <w:color w:val="6A6F75"/>
          <w:sz w:val="19"/>
        </w:rPr>
        <w:t>心こそ　／　うき世の岸を　／　はなるれと　／　行ゑもしらぬ　／　あまのうき木を</w:t>
      </w:r>
    </w:p>
    <w:p>
      <w:pPr>
        <w:keepNext/>
        <w:spacing w:after="60"/>
      </w:pPr>
      <w:r>
        <w:rPr>
          <w:b w:val="0"/>
          <w:i/>
          <w:color w:val="222B33"/>
          <w:sz w:val="21"/>
        </w:rPr>
        <w:t>My heart has left</w:t>
        <w:br/>
      </w:r>
      <w:r>
        <w:rPr>
          <w:b w:val="0"/>
          <w:i/>
          <w:color w:val="222B33"/>
          <w:sz w:val="21"/>
        </w:rPr>
        <w:t>the shore of the bitter world,</w:t>
        <w:br/>
      </w:r>
      <w:r>
        <w:rPr>
          <w:b w:val="0"/>
          <w:i/>
          <w:color w:val="222B33"/>
          <w:sz w:val="21"/>
        </w:rPr>
        <w:t>but I do not know where</w:t>
        <w:br/>
      </w:r>
      <w:r>
        <w:rPr>
          <w:b w:val="0"/>
          <w:i/>
          <w:color w:val="222B33"/>
          <w:sz w:val="21"/>
        </w:rPr>
        <w:t>the fisher’s driftwood</w:t>
        <w:br/>
      </w:r>
      <w:r>
        <w:rPr>
          <w:b w:val="0"/>
          <w:i/>
          <w:color w:val="222B33"/>
          <w:sz w:val="21"/>
        </w:rPr>
        <w:t>goes.</w:t>
      </w:r>
    </w:p>
    <w:p>
      <w:pPr>
        <w:spacing w:after="40"/>
      </w:pPr>
      <w:r>
        <w:rPr>
          <w:b w:val="0"/>
          <w:i w:val="0"/>
          <w:color w:val="222B33"/>
          <w:sz w:val="19"/>
        </w:rPr>
        <w:t>Ukigi, “driftwood,” echoes her name.</w:t>
      </w:r>
    </w:p>
    <w:p>
      <w:pPr>
        <w:spacing w:after="40"/>
      </w:pPr>
      <w:r>
        <w:rPr>
          <w:b w:val="0"/>
          <w:i w:val="0"/>
          <w:color w:val="6A6F75"/>
          <w:sz w:val="18"/>
        </w:rPr>
        <w:t xml:space="preserve">In reply to </w:t>
      </w:r>
      <w:hyperlink w:anchor="p784">
        <w:r>
          <w:rPr>
            <w:color w:val="2E5A80"/>
            <w:u w:val="single"/>
            <w:sz w:val="18"/>
          </w:rPr>
          <w:t xml:space="preserve">No. 784 (the Captain)</w:t>
        </w:r>
      </w:hyperlink>
    </w:p>
    <w:p>
      <w:pPr>
        <w:keepNext/>
        <w:spacing w:after="20" w:before="200"/>
      </w:pPr>
      <w:bookmarkStart w:id="839" w:name="p786"/>
      <w:r>
        <w:rPr>
          <w:b/>
          <w:i w:val="0"/>
          <w:color w:val="222B33"/>
          <w:sz w:val="22"/>
        </w:rPr>
        <w:t>No. 786</w:t>
      </w:r>
      <w:r>
        <w:rPr>
          <w:b w:val="0"/>
          <w:i w:val="0"/>
          <w:color w:val="6A6F75"/>
          <w:sz w:val="18"/>
        </w:rPr>
        <w:t xml:space="preserve">   the nun → the Captain   贈 sent</w:t>
      </w:r>
      <w:bookmarkEnd w:id="839"/>
    </w:p>
    <w:p>
      <w:pPr>
        <w:keepNext/>
        <w:spacing w:after="40"/>
      </w:pPr>
      <w:r>
        <w:rPr>
          <w:b/>
          <w:i w:val="0"/>
          <w:color w:val="6A6F75"/>
          <w:sz w:val="18"/>
        </w:rPr>
        <w:t xml:space="preserve">Context. </w:t>
      </w:r>
      <w:r>
        <w:rPr>
          <w:b w:val="0"/>
          <w:i w:val="0"/>
          <w:color w:val="6A6F75"/>
          <w:sz w:val="19"/>
        </w:rPr>
        <w:t>The Ono nun to the Captain in winter; she still hopes for a match.</w:t>
      </w:r>
    </w:p>
    <w:p>
      <w:pPr>
        <w:keepNext/>
        <w:spacing w:after="0"/>
      </w:pPr>
      <w:r>
        <w:rPr>
          <w:rFonts w:ascii="Noto Serif CJK JP" w:hAnsi="Noto Serif CJK JP" w:eastAsia="Noto Serif CJK JP"/>
          <w:b w:val="0"/>
          <w:i w:val="0"/>
          <w:color w:val="222B33"/>
          <w:sz w:val="26"/>
        </w:rPr>
        <w:t>木枯らしの吹きにし山の麓には立ち隠すべき蔭だにぞなき</w:t>
      </w:r>
    </w:p>
    <w:p>
      <w:pPr>
        <w:keepNext/>
        <w:spacing w:after="60"/>
      </w:pPr>
      <w:r>
        <w:rPr>
          <w:rFonts w:ascii="Noto Serif CJK JP" w:hAnsi="Noto Serif CJK JP" w:eastAsia="Noto Serif CJK JP"/>
          <w:b w:val="0"/>
          <w:i w:val="0"/>
          <w:color w:val="6A6F75"/>
          <w:sz w:val="19"/>
        </w:rPr>
        <w:t>木枯の　／　吹にし山の　／　ふもとには　／　立かくすへき　／　かけたにそなき</w:t>
      </w:r>
    </w:p>
    <w:p>
      <w:pPr>
        <w:keepNext/>
        <w:spacing w:after="60"/>
      </w:pPr>
      <w:r>
        <w:rPr>
          <w:b w:val="0"/>
          <w:i/>
          <w:color w:val="222B33"/>
          <w:sz w:val="21"/>
        </w:rPr>
        <w:t>At the foot of the mountain</w:t>
        <w:br/>
      </w:r>
      <w:r>
        <w:rPr>
          <w:b w:val="0"/>
          <w:i/>
          <w:color w:val="222B33"/>
          <w:sz w:val="21"/>
        </w:rPr>
        <w:t>where the withering wind has blown,</w:t>
        <w:br/>
      </w:r>
      <w:r>
        <w:rPr>
          <w:b w:val="0"/>
          <w:i/>
          <w:color w:val="222B33"/>
          <w:sz w:val="21"/>
        </w:rPr>
        <w:t>there is not even shade</w:t>
        <w:br/>
      </w:r>
      <w:r>
        <w:rPr>
          <w:b w:val="0"/>
          <w:i/>
          <w:color w:val="222B33"/>
          <w:sz w:val="21"/>
        </w:rPr>
        <w:t>where one</w:t>
        <w:br/>
      </w:r>
      <w:r>
        <w:rPr>
          <w:b w:val="0"/>
          <w:i/>
          <w:color w:val="222B33"/>
          <w:sz w:val="21"/>
        </w:rPr>
        <w:t>could hide.</w:t>
      </w:r>
    </w:p>
    <w:p>
      <w:pPr>
        <w:spacing w:after="40"/>
      </w:pPr>
      <w:r>
        <w:rPr>
          <w:b w:val="0"/>
          <w:i w:val="0"/>
          <w:color w:val="6A6F75"/>
          <w:sz w:val="18"/>
        </w:rPr>
        <w:t xml:space="preserve">Answered by </w:t>
      </w:r>
      <w:hyperlink w:anchor="p787">
        <w:r>
          <w:rPr>
            <w:color w:val="2E5A80"/>
            <w:u w:val="single"/>
            <w:sz w:val="18"/>
          </w:rPr>
          <w:t xml:space="preserve">No. 787 (the Captain)</w:t>
        </w:r>
      </w:hyperlink>
    </w:p>
    <w:p>
      <w:pPr>
        <w:keepNext/>
        <w:spacing w:after="20" w:before="200"/>
      </w:pPr>
      <w:bookmarkStart w:id="840" w:name="p787"/>
      <w:r>
        <w:rPr>
          <w:b/>
          <w:i w:val="0"/>
          <w:color w:val="222B33"/>
          <w:sz w:val="22"/>
        </w:rPr>
        <w:t>No. 787</w:t>
      </w:r>
      <w:r>
        <w:rPr>
          <w:b w:val="0"/>
          <w:i w:val="0"/>
          <w:color w:val="6A6F75"/>
          <w:sz w:val="18"/>
        </w:rPr>
        <w:t xml:space="preserve">   the Captain → the nun   答 reply</w:t>
      </w:r>
      <w:bookmarkEnd w:id="840"/>
    </w:p>
    <w:p>
      <w:pPr>
        <w:keepNext/>
        <w:spacing w:after="0"/>
      </w:pPr>
      <w:r>
        <w:rPr>
          <w:rFonts w:ascii="Noto Serif CJK JP" w:hAnsi="Noto Serif CJK JP" w:eastAsia="Noto Serif CJK JP"/>
          <w:b w:val="0"/>
          <w:i w:val="0"/>
          <w:color w:val="222B33"/>
          <w:sz w:val="26"/>
        </w:rPr>
        <w:t>待つ人もあらじと思ふ山里の梢を見つつなほぞ過ぎ憂き</w:t>
      </w:r>
    </w:p>
    <w:p>
      <w:pPr>
        <w:keepNext/>
        <w:spacing w:after="60"/>
      </w:pPr>
      <w:r>
        <w:rPr>
          <w:rFonts w:ascii="Noto Serif CJK JP" w:hAnsi="Noto Serif CJK JP" w:eastAsia="Noto Serif CJK JP"/>
          <w:b w:val="0"/>
          <w:i w:val="0"/>
          <w:color w:val="6A6F75"/>
          <w:sz w:val="19"/>
        </w:rPr>
        <w:t>待人も　／　あらしとおもふ　／　山里の　／　梢をみつゝ　／　猶そ過うき</w:t>
      </w:r>
    </w:p>
    <w:p>
      <w:pPr>
        <w:keepNext/>
        <w:spacing w:after="60"/>
      </w:pPr>
      <w:r>
        <w:rPr>
          <w:b w:val="0"/>
          <w:i/>
          <w:color w:val="222B33"/>
          <w:sz w:val="21"/>
        </w:rPr>
        <w:t>I think there is</w:t>
        <w:br/>
      </w:r>
      <w:r>
        <w:rPr>
          <w:b w:val="0"/>
          <w:i/>
          <w:color w:val="222B33"/>
          <w:sz w:val="21"/>
        </w:rPr>
        <w:t>no one waiting in the mountain village,</w:t>
        <w:br/>
      </w:r>
      <w:r>
        <w:rPr>
          <w:b w:val="0"/>
          <w:i/>
          <w:color w:val="222B33"/>
          <w:sz w:val="21"/>
        </w:rPr>
        <w:t>yet looking at the treetops</w:t>
        <w:br/>
      </w:r>
      <w:r>
        <w:rPr>
          <w:b w:val="0"/>
          <w:i/>
          <w:color w:val="222B33"/>
          <w:sz w:val="21"/>
        </w:rPr>
        <w:t>I still find it</w:t>
        <w:br/>
      </w:r>
      <w:r>
        <w:rPr>
          <w:b w:val="0"/>
          <w:i/>
          <w:color w:val="222B33"/>
          <w:sz w:val="21"/>
        </w:rPr>
        <w:t>hard to pass by.</w:t>
      </w:r>
    </w:p>
    <w:p>
      <w:pPr>
        <w:spacing w:after="40"/>
      </w:pPr>
      <w:r>
        <w:rPr>
          <w:b w:val="0"/>
          <w:i w:val="0"/>
          <w:color w:val="6A6F75"/>
          <w:sz w:val="18"/>
        </w:rPr>
        <w:t xml:space="preserve">In reply to </w:t>
      </w:r>
      <w:hyperlink w:anchor="p786">
        <w:r>
          <w:rPr>
            <w:color w:val="2E5A80"/>
            <w:u w:val="single"/>
            <w:sz w:val="18"/>
          </w:rPr>
          <w:t xml:space="preserve">No. 786 (the nun)</w:t>
        </w:r>
      </w:hyperlink>
    </w:p>
    <w:p>
      <w:pPr>
        <w:keepNext/>
        <w:spacing w:after="20" w:before="200"/>
      </w:pPr>
      <w:bookmarkStart w:id="841" w:name="p788"/>
      <w:r>
        <w:rPr>
          <w:b/>
          <w:i w:val="0"/>
          <w:color w:val="222B33"/>
          <w:sz w:val="22"/>
        </w:rPr>
        <w:t>No. 788</w:t>
      </w:r>
      <w:r>
        <w:rPr>
          <w:b w:val="0"/>
          <w:i w:val="0"/>
          <w:color w:val="6A6F75"/>
          <w:sz w:val="18"/>
        </w:rPr>
        <w:t xml:space="preserve">   the Captain → Ukifune   贈:独 sent / solo</w:t>
      </w:r>
      <w:bookmarkEnd w:id="841"/>
    </w:p>
    <w:p>
      <w:pPr>
        <w:keepNext/>
        <w:spacing w:after="40"/>
      </w:pPr>
      <w:r>
        <w:rPr>
          <w:b/>
          <w:i w:val="0"/>
          <w:color w:val="6A6F75"/>
          <w:sz w:val="18"/>
        </w:rPr>
        <w:t xml:space="preserve">Context. </w:t>
      </w:r>
      <w:r>
        <w:rPr>
          <w:b w:val="0"/>
          <w:i w:val="0"/>
          <w:color w:val="6A6F75"/>
          <w:sz w:val="19"/>
        </w:rPr>
        <w:t>The Captain to Ukifune, now a nun.</w:t>
      </w:r>
    </w:p>
    <w:p>
      <w:pPr>
        <w:keepNext/>
        <w:spacing w:after="0"/>
      </w:pPr>
      <w:r>
        <w:rPr>
          <w:rFonts w:ascii="Noto Serif CJK JP" w:hAnsi="Noto Serif CJK JP" w:eastAsia="Noto Serif CJK JP"/>
          <w:b w:val="0"/>
          <w:i w:val="0"/>
          <w:color w:val="222B33"/>
          <w:sz w:val="26"/>
        </w:rPr>
        <w:t>おほかたの世を背きける君なれど厭ふによせて身こそつらけれ</w:t>
      </w:r>
    </w:p>
    <w:p>
      <w:pPr>
        <w:keepNext/>
        <w:spacing w:after="60"/>
      </w:pPr>
      <w:r>
        <w:rPr>
          <w:rFonts w:ascii="Noto Serif CJK JP" w:hAnsi="Noto Serif CJK JP" w:eastAsia="Noto Serif CJK JP"/>
          <w:b w:val="0"/>
          <w:i w:val="0"/>
          <w:color w:val="6A6F75"/>
          <w:sz w:val="19"/>
        </w:rPr>
        <w:t>大かたの　／　世をそむきける　／　君なれと　／　いとふによせて　／　身こそつらけれ</w:t>
      </w:r>
    </w:p>
    <w:p>
      <w:pPr>
        <w:keepNext/>
        <w:spacing w:after="60"/>
      </w:pPr>
      <w:r>
        <w:rPr>
          <w:b w:val="0"/>
          <w:i/>
          <w:color w:val="222B33"/>
          <w:sz w:val="21"/>
        </w:rPr>
        <w:t>You have turned</w:t>
        <w:br/>
      </w:r>
      <w:r>
        <w:rPr>
          <w:b w:val="0"/>
          <w:i/>
          <w:color w:val="222B33"/>
          <w:sz w:val="21"/>
        </w:rPr>
        <w:t>from the world in general,</w:t>
        <w:br/>
      </w:r>
      <w:r>
        <w:rPr>
          <w:b w:val="0"/>
          <w:i/>
          <w:color w:val="222B33"/>
          <w:sz w:val="21"/>
        </w:rPr>
        <w:t>but it is I</w:t>
        <w:br/>
      </w:r>
      <w:r>
        <w:rPr>
          <w:b w:val="0"/>
          <w:i/>
          <w:color w:val="222B33"/>
          <w:sz w:val="21"/>
        </w:rPr>
        <w:t>who am cruel</w:t>
        <w:br/>
      </w:r>
      <w:r>
        <w:rPr>
          <w:b w:val="0"/>
          <w:i/>
          <w:color w:val="222B33"/>
          <w:sz w:val="21"/>
        </w:rPr>
        <w:t>in your shunning.</w:t>
      </w:r>
    </w:p>
    <w:p>
      <w:pPr>
        <w:keepNext/>
        <w:spacing w:after="20" w:before="200"/>
      </w:pPr>
      <w:bookmarkStart w:id="842" w:name="p789"/>
      <w:r>
        <w:rPr>
          <w:b/>
          <w:i w:val="0"/>
          <w:color w:val="222B33"/>
          <w:sz w:val="22"/>
        </w:rPr>
        <w:t>No. 789</w:t>
      </w:r>
      <w:r>
        <w:rPr>
          <w:b w:val="0"/>
          <w:i w:val="0"/>
          <w:color w:val="6A6F75"/>
          <w:sz w:val="18"/>
        </w:rPr>
        <w:t xml:space="preserve">   Ukifune   独 solo</w:t>
      </w:r>
      <w:bookmarkEnd w:id="842"/>
    </w:p>
    <w:p>
      <w:pPr>
        <w:keepNext/>
        <w:spacing w:after="40"/>
      </w:pPr>
      <w:r>
        <w:rPr>
          <w:b/>
          <w:i w:val="0"/>
          <w:color w:val="6A6F75"/>
          <w:sz w:val="18"/>
        </w:rPr>
        <w:t xml:space="preserve">Context. </w:t>
      </w:r>
      <w:r>
        <w:rPr>
          <w:b w:val="0"/>
          <w:i w:val="0"/>
          <w:color w:val="6A6F75"/>
          <w:sz w:val="19"/>
        </w:rPr>
        <w:t>Ukifune in winter at Ono; the snow recalls the snow at Uji with Niou.</w:t>
      </w:r>
    </w:p>
    <w:p>
      <w:pPr>
        <w:keepNext/>
        <w:spacing w:after="0"/>
      </w:pPr>
      <w:r>
        <w:rPr>
          <w:rFonts w:ascii="Noto Serif CJK JP" w:hAnsi="Noto Serif CJK JP" w:eastAsia="Noto Serif CJK JP"/>
          <w:b w:val="0"/>
          <w:i w:val="0"/>
          <w:color w:val="222B33"/>
          <w:sz w:val="26"/>
        </w:rPr>
        <w:t>かきくらす野山の雪を眺めても降りにしことぞ今日も悲しき</w:t>
      </w:r>
    </w:p>
    <w:p>
      <w:pPr>
        <w:keepNext/>
        <w:spacing w:after="60"/>
      </w:pPr>
      <w:r>
        <w:rPr>
          <w:rFonts w:ascii="Noto Serif CJK JP" w:hAnsi="Noto Serif CJK JP" w:eastAsia="Noto Serif CJK JP"/>
          <w:b w:val="0"/>
          <w:i w:val="0"/>
          <w:color w:val="6A6F75"/>
          <w:sz w:val="19"/>
        </w:rPr>
        <w:t>かきくらす　／　野山の雪を　／　なかめても　／　ふりにしことそ　／　けふもかなしき</w:t>
      </w:r>
    </w:p>
    <w:p>
      <w:pPr>
        <w:keepNext/>
        <w:spacing w:after="60"/>
      </w:pPr>
      <w:r>
        <w:rPr>
          <w:b w:val="0"/>
          <w:i/>
          <w:color w:val="222B33"/>
          <w:sz w:val="21"/>
        </w:rPr>
        <w:t>Gazing even on the snow</w:t>
        <w:br/>
      </w:r>
      <w:r>
        <w:rPr>
          <w:b w:val="0"/>
          <w:i/>
          <w:color w:val="222B33"/>
          <w:sz w:val="21"/>
        </w:rPr>
        <w:t>of the darkened hills and fields,</w:t>
        <w:br/>
      </w:r>
      <w:r>
        <w:rPr>
          <w:b w:val="0"/>
          <w:i/>
          <w:color w:val="222B33"/>
          <w:sz w:val="21"/>
        </w:rPr>
        <w:t>what has fallen</w:t>
        <w:br/>
      </w:r>
      <w:r>
        <w:rPr>
          <w:b w:val="0"/>
          <w:i/>
          <w:color w:val="222B33"/>
          <w:sz w:val="21"/>
        </w:rPr>
        <w:t>and is past</w:t>
        <w:br/>
      </w:r>
      <w:r>
        <w:rPr>
          <w:b w:val="0"/>
          <w:i/>
          <w:color w:val="222B33"/>
          <w:sz w:val="21"/>
        </w:rPr>
        <w:t>still grieves me today.</w:t>
      </w:r>
    </w:p>
    <w:p>
      <w:pPr>
        <w:spacing w:after="40"/>
      </w:pPr>
      <w:r>
        <w:rPr>
          <w:b w:val="0"/>
          <w:i w:val="0"/>
          <w:color w:val="222B33"/>
          <w:sz w:val="19"/>
        </w:rPr>
        <w:t>Furi: “fall” and “grow old.”</w:t>
      </w:r>
    </w:p>
    <w:p>
      <w:pPr>
        <w:keepNext/>
        <w:spacing w:after="20" w:before="200"/>
      </w:pPr>
      <w:bookmarkStart w:id="843" w:name="p790"/>
      <w:r>
        <w:rPr>
          <w:b/>
          <w:i w:val="0"/>
          <w:color w:val="222B33"/>
          <w:sz w:val="22"/>
        </w:rPr>
        <w:t>No. 790</w:t>
      </w:r>
      <w:r>
        <w:rPr>
          <w:b w:val="0"/>
          <w:i w:val="0"/>
          <w:color w:val="6A6F75"/>
          <w:sz w:val="18"/>
        </w:rPr>
        <w:t xml:space="preserve">   the nun → Ukifune   贈 sent</w:t>
      </w:r>
      <w:bookmarkEnd w:id="843"/>
    </w:p>
    <w:p>
      <w:pPr>
        <w:keepNext/>
        <w:spacing w:after="40"/>
      </w:pPr>
      <w:r>
        <w:rPr>
          <w:b/>
          <w:i w:val="0"/>
          <w:color w:val="6A6F75"/>
          <w:sz w:val="18"/>
        </w:rPr>
        <w:t xml:space="preserve">Context. </w:t>
      </w:r>
      <w:r>
        <w:rPr>
          <w:b w:val="0"/>
          <w:i w:val="0"/>
          <w:color w:val="6A6F75"/>
          <w:sz w:val="19"/>
        </w:rPr>
        <w:t>The Ono nun brings Ukifune young herbs at New Year; the nun sees in her a daughter.</w:t>
      </w:r>
    </w:p>
    <w:p>
      <w:pPr>
        <w:keepNext/>
        <w:spacing w:after="0"/>
      </w:pPr>
      <w:r>
        <w:rPr>
          <w:rFonts w:ascii="Noto Serif CJK JP" w:hAnsi="Noto Serif CJK JP" w:eastAsia="Noto Serif CJK JP"/>
          <w:b w:val="0"/>
          <w:i w:val="0"/>
          <w:color w:val="222B33"/>
          <w:sz w:val="26"/>
        </w:rPr>
        <w:t>山里の雪間の若菜摘みはやしなほ生ひ先の頼まるるかな</w:t>
      </w:r>
    </w:p>
    <w:p>
      <w:pPr>
        <w:keepNext/>
        <w:spacing w:after="60"/>
      </w:pPr>
      <w:r>
        <w:rPr>
          <w:rFonts w:ascii="Noto Serif CJK JP" w:hAnsi="Noto Serif CJK JP" w:eastAsia="Noto Serif CJK JP"/>
          <w:b w:val="0"/>
          <w:i w:val="0"/>
          <w:color w:val="6A6F75"/>
          <w:sz w:val="19"/>
        </w:rPr>
        <w:t>山里の　／　雪まのわかな　／　つみはやし　／　猶おいさきの　／　たのまるゝかな</w:t>
      </w:r>
    </w:p>
    <w:p>
      <w:pPr>
        <w:keepNext/>
        <w:spacing w:after="60"/>
      </w:pPr>
      <w:r>
        <w:rPr>
          <w:b w:val="0"/>
          <w:i/>
          <w:color w:val="222B33"/>
          <w:sz w:val="21"/>
        </w:rPr>
        <w:t>Picking and praising</w:t>
        <w:br/>
      </w:r>
      <w:r>
        <w:rPr>
          <w:b w:val="0"/>
          <w:i/>
          <w:color w:val="222B33"/>
          <w:sz w:val="21"/>
        </w:rPr>
        <w:t>young herbs among the snow</w:t>
        <w:br/>
      </w:r>
      <w:r>
        <w:rPr>
          <w:b w:val="0"/>
          <w:i/>
          <w:color w:val="222B33"/>
          <w:sz w:val="21"/>
        </w:rPr>
        <w:t>of the mountain village,</w:t>
        <w:br/>
      </w:r>
      <w:r>
        <w:rPr>
          <w:b w:val="0"/>
          <w:i/>
          <w:color w:val="222B33"/>
          <w:sz w:val="21"/>
        </w:rPr>
        <w:t>I trust still</w:t>
        <w:br/>
      </w:r>
      <w:r>
        <w:rPr>
          <w:b w:val="0"/>
          <w:i/>
          <w:color w:val="222B33"/>
          <w:sz w:val="21"/>
        </w:rPr>
        <w:t>to what lies ahead.</w:t>
      </w:r>
    </w:p>
    <w:p>
      <w:pPr>
        <w:spacing w:after="40"/>
      </w:pPr>
      <w:r>
        <w:rPr>
          <w:b w:val="0"/>
          <w:i w:val="0"/>
          <w:color w:val="6A6F75"/>
          <w:sz w:val="18"/>
        </w:rPr>
        <w:t xml:space="preserve">Answered by </w:t>
      </w:r>
      <w:hyperlink w:anchor="p791">
        <w:r>
          <w:rPr>
            <w:color w:val="2E5A80"/>
            <w:u w:val="single"/>
            <w:sz w:val="18"/>
          </w:rPr>
          <w:t xml:space="preserve">No. 791 (Ukifune)</w:t>
        </w:r>
      </w:hyperlink>
      <w:r>
        <w:rPr>
          <w:b w:val="0"/>
          <w:i w:val="0"/>
          <w:color w:val="6A6F75"/>
          <w:sz w:val="18"/>
        </w:rPr>
        <w:t xml:space="preserve">   ·   </w:t>
      </w:r>
      <w:r>
        <w:rPr>
          <w:b w:val="0"/>
          <w:i w:val="0"/>
          <w:color w:val="6A6F75"/>
          <w:sz w:val="18"/>
        </w:rPr>
        <w:t xml:space="preserve">Echo, Picking young herbs and years: </w:t>
      </w:r>
      <w:hyperlink w:anchor="p461">
        <w:r>
          <w:rPr>
            <w:color w:val="2E5A80"/>
            <w:u w:val="single"/>
            <w:sz w:val="18"/>
          </w:rPr>
          <w:t xml:space="preserve">No. 461</w:t>
        </w:r>
      </w:hyperlink>
      <w:r>
        <w:rPr>
          <w:b w:val="0"/>
          <w:i w:val="0"/>
          <w:color w:val="6A6F75"/>
          <w:sz w:val="18"/>
        </w:rPr>
        <w:t xml:space="preserve">, </w:t>
      </w:r>
      <w:hyperlink w:anchor="p462">
        <w:r>
          <w:rPr>
            <w:color w:val="2E5A80"/>
            <w:u w:val="single"/>
            <w:sz w:val="18"/>
          </w:rPr>
          <w:t xml:space="preserve">No. 462</w:t>
        </w:r>
      </w:hyperlink>
      <w:r>
        <w:rPr>
          <w:b w:val="0"/>
          <w:i w:val="0"/>
          <w:color w:val="6A6F75"/>
          <w:sz w:val="18"/>
        </w:rPr>
        <w:t xml:space="preserve">, </w:t>
      </w:r>
      <w:hyperlink w:anchor="p791">
        <w:r>
          <w:rPr>
            <w:color w:val="2E5A80"/>
            <w:u w:val="single"/>
            <w:sz w:val="18"/>
          </w:rPr>
          <w:t xml:space="preserve">No. 791</w:t>
        </w:r>
      </w:hyperlink>
    </w:p>
    <w:p>
      <w:pPr>
        <w:keepNext/>
        <w:spacing w:after="20" w:before="200"/>
      </w:pPr>
      <w:bookmarkStart w:id="844" w:name="p791"/>
      <w:r>
        <w:rPr>
          <w:b/>
          <w:i w:val="0"/>
          <w:color w:val="222B33"/>
          <w:sz w:val="22"/>
        </w:rPr>
        <w:t>No. 791</w:t>
      </w:r>
      <w:r>
        <w:rPr>
          <w:b w:val="0"/>
          <w:i w:val="0"/>
          <w:color w:val="6A6F75"/>
          <w:sz w:val="18"/>
        </w:rPr>
        <w:t xml:space="preserve">   Ukifune → the nun   答 reply</w:t>
      </w:r>
      <w:bookmarkEnd w:id="844"/>
    </w:p>
    <w:p>
      <w:pPr>
        <w:keepNext/>
        <w:spacing w:after="0"/>
      </w:pPr>
      <w:r>
        <w:rPr>
          <w:rFonts w:ascii="Noto Serif CJK JP" w:hAnsi="Noto Serif CJK JP" w:eastAsia="Noto Serif CJK JP"/>
          <w:b w:val="0"/>
          <w:i w:val="0"/>
          <w:color w:val="222B33"/>
          <w:sz w:val="26"/>
        </w:rPr>
        <w:t>雪深き野辺の若菜も今よりは君がためにぞ年も摘むべき</w:t>
      </w:r>
    </w:p>
    <w:p>
      <w:pPr>
        <w:keepNext/>
        <w:spacing w:after="60"/>
      </w:pPr>
      <w:r>
        <w:rPr>
          <w:rFonts w:ascii="Noto Serif CJK JP" w:hAnsi="Noto Serif CJK JP" w:eastAsia="Noto Serif CJK JP"/>
          <w:b w:val="0"/>
          <w:i w:val="0"/>
          <w:color w:val="6A6F75"/>
          <w:sz w:val="19"/>
        </w:rPr>
        <w:t>雪ふかき　／　野へのわかなも　／　今よりは　／　君かためにそ　／　年もつむへき</w:t>
      </w:r>
    </w:p>
    <w:p>
      <w:pPr>
        <w:keepNext/>
        <w:spacing w:after="60"/>
      </w:pPr>
      <w:r>
        <w:rPr>
          <w:b w:val="0"/>
          <w:i/>
          <w:color w:val="222B33"/>
          <w:sz w:val="21"/>
        </w:rPr>
        <w:t>From now on</w:t>
        <w:br/>
      </w:r>
      <w:r>
        <w:rPr>
          <w:b w:val="0"/>
          <w:i/>
          <w:color w:val="222B33"/>
          <w:sz w:val="21"/>
        </w:rPr>
        <w:t>I shall pick the young herbs</w:t>
        <w:br/>
      </w:r>
      <w:r>
        <w:rPr>
          <w:b w:val="0"/>
          <w:i/>
          <w:color w:val="222B33"/>
          <w:sz w:val="21"/>
        </w:rPr>
        <w:t>of snowy fields</w:t>
        <w:br/>
      </w:r>
      <w:r>
        <w:rPr>
          <w:b w:val="0"/>
          <w:i/>
          <w:color w:val="222B33"/>
          <w:sz w:val="21"/>
        </w:rPr>
        <w:t>for you, and the years</w:t>
        <w:br/>
      </w:r>
      <w:r>
        <w:rPr>
          <w:b w:val="0"/>
          <w:i/>
          <w:color w:val="222B33"/>
          <w:sz w:val="21"/>
        </w:rPr>
        <w:t>with them.</w:t>
      </w:r>
    </w:p>
    <w:p>
      <w:pPr>
        <w:spacing w:after="40"/>
      </w:pPr>
      <w:r>
        <w:rPr>
          <w:b w:val="0"/>
          <w:i w:val="0"/>
          <w:color w:val="222B33"/>
          <w:sz w:val="19"/>
        </w:rPr>
        <w:t>Tsumu: “pick” and “pile up.” Compare 462.</w:t>
      </w:r>
    </w:p>
    <w:p>
      <w:pPr>
        <w:spacing w:after="40"/>
      </w:pPr>
      <w:r>
        <w:rPr>
          <w:b w:val="0"/>
          <w:i w:val="0"/>
          <w:color w:val="6A6F75"/>
          <w:sz w:val="18"/>
        </w:rPr>
        <w:t xml:space="preserve">In reply to </w:t>
      </w:r>
      <w:hyperlink w:anchor="p790">
        <w:r>
          <w:rPr>
            <w:color w:val="2E5A80"/>
            <w:u w:val="single"/>
            <w:sz w:val="18"/>
          </w:rPr>
          <w:t xml:space="preserve">No. 790 (the nun)</w:t>
        </w:r>
      </w:hyperlink>
      <w:r>
        <w:rPr>
          <w:b w:val="0"/>
          <w:i w:val="0"/>
          <w:color w:val="6A6F75"/>
          <w:sz w:val="18"/>
        </w:rPr>
        <w:t xml:space="preserve">   ·   </w:t>
      </w:r>
      <w:r>
        <w:rPr>
          <w:b w:val="0"/>
          <w:i w:val="0"/>
          <w:color w:val="6A6F75"/>
          <w:sz w:val="18"/>
        </w:rPr>
        <w:t xml:space="preserve">Echo, Picking young herbs and years: </w:t>
      </w:r>
      <w:hyperlink w:anchor="p461">
        <w:r>
          <w:rPr>
            <w:color w:val="2E5A80"/>
            <w:u w:val="single"/>
            <w:sz w:val="18"/>
          </w:rPr>
          <w:t xml:space="preserve">No. 461</w:t>
        </w:r>
      </w:hyperlink>
      <w:r>
        <w:rPr>
          <w:b w:val="0"/>
          <w:i w:val="0"/>
          <w:color w:val="6A6F75"/>
          <w:sz w:val="18"/>
        </w:rPr>
        <w:t xml:space="preserve">, </w:t>
      </w:r>
      <w:hyperlink w:anchor="p462">
        <w:r>
          <w:rPr>
            <w:color w:val="2E5A80"/>
            <w:u w:val="single"/>
            <w:sz w:val="18"/>
          </w:rPr>
          <w:t xml:space="preserve">No. 462</w:t>
        </w:r>
      </w:hyperlink>
      <w:r>
        <w:rPr>
          <w:b w:val="0"/>
          <w:i w:val="0"/>
          <w:color w:val="6A6F75"/>
          <w:sz w:val="18"/>
        </w:rPr>
        <w:t xml:space="preserve">, </w:t>
      </w:r>
      <w:hyperlink w:anchor="p790">
        <w:r>
          <w:rPr>
            <w:color w:val="2E5A80"/>
            <w:u w:val="single"/>
            <w:sz w:val="18"/>
          </w:rPr>
          <w:t xml:space="preserve">No. 790</w:t>
        </w:r>
      </w:hyperlink>
    </w:p>
    <w:p>
      <w:pPr>
        <w:keepNext/>
        <w:spacing w:after="20" w:before="200"/>
      </w:pPr>
      <w:bookmarkStart w:id="845" w:name="p792"/>
      <w:r>
        <w:rPr>
          <w:b/>
          <w:i w:val="0"/>
          <w:color w:val="222B33"/>
          <w:sz w:val="22"/>
        </w:rPr>
        <w:t>No. 792</w:t>
      </w:r>
      <w:r>
        <w:rPr>
          <w:b w:val="0"/>
          <w:i w:val="0"/>
          <w:color w:val="6A6F75"/>
          <w:sz w:val="18"/>
        </w:rPr>
        <w:t xml:space="preserve">   Ukifune   独 solo</w:t>
      </w:r>
      <w:bookmarkEnd w:id="845"/>
    </w:p>
    <w:p>
      <w:pPr>
        <w:keepNext/>
        <w:spacing w:after="40"/>
      </w:pPr>
      <w:r>
        <w:rPr>
          <w:b/>
          <w:i w:val="0"/>
          <w:color w:val="6A6F75"/>
          <w:sz w:val="18"/>
        </w:rPr>
        <w:t xml:space="preserve">Context. </w:t>
      </w:r>
      <w:r>
        <w:rPr>
          <w:b w:val="0"/>
          <w:i w:val="0"/>
          <w:color w:val="6A6F75"/>
          <w:sz w:val="19"/>
        </w:rPr>
        <w:t>Ukifune smells the plum by her window; the scent recalls Niou.</w:t>
      </w:r>
    </w:p>
    <w:p>
      <w:pPr>
        <w:keepNext/>
        <w:spacing w:after="0"/>
      </w:pPr>
      <w:r>
        <w:rPr>
          <w:rFonts w:ascii="Noto Serif CJK JP" w:hAnsi="Noto Serif CJK JP" w:eastAsia="Noto Serif CJK JP"/>
          <w:b w:val="0"/>
          <w:i w:val="0"/>
          <w:color w:val="222B33"/>
          <w:sz w:val="26"/>
        </w:rPr>
        <w:t>袖触れし人こそ見えね花の香のそれかと匂ふ春のあけぼの</w:t>
      </w:r>
    </w:p>
    <w:p>
      <w:pPr>
        <w:keepNext/>
        <w:spacing w:after="60"/>
      </w:pPr>
      <w:r>
        <w:rPr>
          <w:rFonts w:ascii="Noto Serif CJK JP" w:hAnsi="Noto Serif CJK JP" w:eastAsia="Noto Serif CJK JP"/>
          <w:b w:val="0"/>
          <w:i w:val="0"/>
          <w:color w:val="6A6F75"/>
          <w:sz w:val="19"/>
        </w:rPr>
        <w:t>袖ふれし　／　人こそみえね　／　花の香の　／　それかとにほふ　／　春の明ほの</w:t>
      </w:r>
    </w:p>
    <w:p>
      <w:pPr>
        <w:keepNext/>
        <w:spacing w:after="60"/>
      </w:pPr>
      <w:r>
        <w:rPr>
          <w:b w:val="0"/>
          <w:i/>
          <w:color w:val="222B33"/>
          <w:sz w:val="21"/>
        </w:rPr>
        <w:t>The one whose sleeve</w:t>
        <w:br/>
      </w:r>
      <w:r>
        <w:rPr>
          <w:b w:val="0"/>
          <w:i/>
          <w:color w:val="222B33"/>
          <w:sz w:val="21"/>
        </w:rPr>
        <w:t>brushed it is not to be seen,</w:t>
        <w:br/>
      </w:r>
      <w:r>
        <w:rPr>
          <w:b w:val="0"/>
          <w:i/>
          <w:color w:val="222B33"/>
          <w:sz w:val="21"/>
        </w:rPr>
        <w:t>but the scent of the flowers</w:t>
        <w:br/>
      </w:r>
      <w:r>
        <w:rPr>
          <w:b w:val="0"/>
          <w:i/>
          <w:color w:val="222B33"/>
          <w:sz w:val="21"/>
        </w:rPr>
        <w:t>seems his</w:t>
        <w:br/>
      </w:r>
      <w:r>
        <w:rPr>
          <w:b w:val="0"/>
          <w:i/>
          <w:color w:val="222B33"/>
          <w:sz w:val="21"/>
        </w:rPr>
        <w:t>in the spring dawn.</w:t>
      </w:r>
    </w:p>
    <w:p>
      <w:pPr>
        <w:spacing w:after="40"/>
      </w:pPr>
      <w:r>
        <w:rPr>
          <w:b w:val="0"/>
          <w:i w:val="0"/>
          <w:color w:val="222B33"/>
          <w:sz w:val="19"/>
        </w:rPr>
        <w:t>The plum recalls Niou.</w:t>
      </w:r>
    </w:p>
    <w:p>
      <w:pPr>
        <w:keepNext/>
        <w:spacing w:after="20" w:before="200"/>
      </w:pPr>
      <w:bookmarkStart w:id="846" w:name="p793"/>
      <w:r>
        <w:rPr>
          <w:b/>
          <w:i w:val="0"/>
          <w:color w:val="222B33"/>
          <w:sz w:val="22"/>
        </w:rPr>
        <w:t>No. 793</w:t>
      </w:r>
      <w:r>
        <w:rPr>
          <w:b w:val="0"/>
          <w:i w:val="0"/>
          <w:color w:val="6A6F75"/>
          <w:sz w:val="18"/>
        </w:rPr>
        <w:t xml:space="preserve">   Kaoru   独 solo</w:t>
      </w:r>
      <w:bookmarkEnd w:id="846"/>
    </w:p>
    <w:p>
      <w:pPr>
        <w:keepNext/>
        <w:spacing w:after="40"/>
      </w:pPr>
      <w:r>
        <w:rPr>
          <w:b/>
          <w:i w:val="0"/>
          <w:color w:val="6A6F75"/>
          <w:sz w:val="18"/>
        </w:rPr>
        <w:t xml:space="preserve">Context. </w:t>
      </w:r>
      <w:r>
        <w:rPr>
          <w:b w:val="0"/>
          <w:i w:val="0"/>
          <w:color w:val="6A6F75"/>
          <w:sz w:val="19"/>
        </w:rPr>
        <w:t>Kaoru’s poem of grief at Uji, reported at Ono; he still believes Ukifune drowned.</w:t>
      </w:r>
    </w:p>
    <w:p>
      <w:pPr>
        <w:keepNext/>
        <w:spacing w:after="0"/>
      </w:pPr>
      <w:r>
        <w:rPr>
          <w:rFonts w:ascii="Noto Serif CJK JP" w:hAnsi="Noto Serif CJK JP" w:eastAsia="Noto Serif CJK JP"/>
          <w:b w:val="0"/>
          <w:i w:val="0"/>
          <w:color w:val="222B33"/>
          <w:sz w:val="26"/>
        </w:rPr>
        <w:t>見し人は影も止まらぬ水の上に落ち添ふ涙いとどせきあへず</w:t>
      </w:r>
    </w:p>
    <w:p>
      <w:pPr>
        <w:keepNext/>
        <w:spacing w:after="60"/>
      </w:pPr>
      <w:r>
        <w:rPr>
          <w:rFonts w:ascii="Noto Serif CJK JP" w:hAnsi="Noto Serif CJK JP" w:eastAsia="Noto Serif CJK JP"/>
          <w:b w:val="0"/>
          <w:i w:val="0"/>
          <w:color w:val="6A6F75"/>
          <w:sz w:val="19"/>
        </w:rPr>
        <w:t>みし人は　／　影もとまらぬ　／　水の上に　／　落そふ涙　／　いとゝせきあへす</w:t>
      </w:r>
    </w:p>
    <w:p>
      <w:pPr>
        <w:keepNext/>
        <w:spacing w:after="60"/>
      </w:pPr>
      <w:r>
        <w:rPr>
          <w:b w:val="0"/>
          <w:i/>
          <w:color w:val="222B33"/>
          <w:sz w:val="21"/>
        </w:rPr>
        <w:t>On the water where</w:t>
        <w:br/>
      </w:r>
      <w:r>
        <w:rPr>
          <w:b w:val="0"/>
          <w:i/>
          <w:color w:val="222B33"/>
          <w:sz w:val="21"/>
        </w:rPr>
        <w:t>no shadow of the one I knew remains,</w:t>
        <w:br/>
      </w:r>
      <w:r>
        <w:rPr>
          <w:b w:val="0"/>
          <w:i/>
          <w:color w:val="222B33"/>
          <w:sz w:val="21"/>
        </w:rPr>
        <w:t>the tears that fall to join it</w:t>
        <w:br/>
      </w:r>
      <w:r>
        <w:rPr>
          <w:b w:val="0"/>
          <w:i/>
          <w:color w:val="222B33"/>
          <w:sz w:val="21"/>
        </w:rPr>
        <w:t>are all the less</w:t>
        <w:br/>
      </w:r>
      <w:r>
        <w:rPr>
          <w:b w:val="0"/>
          <w:i/>
          <w:color w:val="222B33"/>
          <w:sz w:val="21"/>
        </w:rPr>
        <w:t>to be held back.</w:t>
      </w:r>
    </w:p>
    <w:p>
      <w:pPr>
        <w:spacing w:after="40"/>
      </w:pPr>
      <w:r>
        <w:rPr>
          <w:b w:val="0"/>
          <w:i w:val="0"/>
          <w:color w:val="222B33"/>
          <w:sz w:val="19"/>
        </w:rPr>
        <w:t>At Uji, before he learns she lives.</w:t>
      </w:r>
    </w:p>
    <w:p>
      <w:pPr>
        <w:keepNext/>
        <w:spacing w:after="20" w:before="200"/>
      </w:pPr>
      <w:bookmarkStart w:id="847" w:name="p794"/>
      <w:r>
        <w:rPr>
          <w:b/>
          <w:i w:val="0"/>
          <w:color w:val="222B33"/>
          <w:sz w:val="22"/>
        </w:rPr>
        <w:t>No. 794</w:t>
      </w:r>
      <w:r>
        <w:rPr>
          <w:b w:val="0"/>
          <w:i w:val="0"/>
          <w:color w:val="6A6F75"/>
          <w:sz w:val="18"/>
        </w:rPr>
        <w:t xml:space="preserve">   Ukifune   独 solo</w:t>
      </w:r>
      <w:bookmarkEnd w:id="847"/>
    </w:p>
    <w:p>
      <w:pPr>
        <w:keepNext/>
        <w:spacing w:after="40"/>
      </w:pPr>
      <w:r>
        <w:rPr>
          <w:b/>
          <w:i w:val="0"/>
          <w:color w:val="6A6F75"/>
          <w:sz w:val="18"/>
        </w:rPr>
        <w:t xml:space="preserve">Context. </w:t>
      </w:r>
      <w:r>
        <w:rPr>
          <w:b w:val="0"/>
          <w:i w:val="0"/>
          <w:color w:val="6A6F75"/>
          <w:sz w:val="19"/>
        </w:rPr>
        <w:t>The Ono nuns sew robes, ordered for Ukifune’s own memorial rites; she hears herself spoken of as dead.</w:t>
      </w:r>
    </w:p>
    <w:p>
      <w:pPr>
        <w:keepNext/>
        <w:spacing w:after="0"/>
      </w:pPr>
      <w:r>
        <w:rPr>
          <w:rFonts w:ascii="Noto Serif CJK JP" w:hAnsi="Noto Serif CJK JP" w:eastAsia="Noto Serif CJK JP"/>
          <w:b w:val="0"/>
          <w:i w:val="0"/>
          <w:color w:val="222B33"/>
          <w:sz w:val="26"/>
        </w:rPr>
        <w:t>尼衣変はれる身にやありし世の形見に袖をかけて偲ばむ</w:t>
      </w:r>
    </w:p>
    <w:p>
      <w:pPr>
        <w:keepNext/>
        <w:spacing w:after="60"/>
      </w:pPr>
      <w:r>
        <w:rPr>
          <w:rFonts w:ascii="Noto Serif CJK JP" w:hAnsi="Noto Serif CJK JP" w:eastAsia="Noto Serif CJK JP"/>
          <w:b w:val="0"/>
          <w:i w:val="0"/>
          <w:color w:val="6A6F75"/>
          <w:sz w:val="19"/>
        </w:rPr>
        <w:t>あま衣　／　かはれる身にや　／　ありしよの　／　かたみに袖を　／　かけてしのはん</w:t>
      </w:r>
    </w:p>
    <w:p>
      <w:pPr>
        <w:keepNext/>
        <w:spacing w:after="60"/>
      </w:pPr>
      <w:r>
        <w:rPr>
          <w:b w:val="0"/>
          <w:i/>
          <w:color w:val="222B33"/>
          <w:sz w:val="21"/>
        </w:rPr>
        <w:t>Changed now into one</w:t>
        <w:br/>
      </w:r>
      <w:r>
        <w:rPr>
          <w:b w:val="0"/>
          <w:i/>
          <w:color w:val="222B33"/>
          <w:sz w:val="21"/>
        </w:rPr>
        <w:t>in a nun’s robe, shall I</w:t>
        <w:br/>
      </w:r>
      <w:r>
        <w:rPr>
          <w:b w:val="0"/>
          <w:i/>
          <w:color w:val="222B33"/>
          <w:sz w:val="21"/>
        </w:rPr>
        <w:t>lay this sleeve</w:t>
        <w:br/>
      </w:r>
      <w:r>
        <w:rPr>
          <w:b w:val="0"/>
          <w:i/>
          <w:color w:val="222B33"/>
          <w:sz w:val="21"/>
        </w:rPr>
        <w:t>as a keepsake of the world</w:t>
        <w:br/>
      </w:r>
      <w:r>
        <w:rPr>
          <w:b w:val="0"/>
          <w:i/>
          <w:color w:val="222B33"/>
          <w:sz w:val="21"/>
        </w:rPr>
        <w:t>that was?</w:t>
      </w:r>
    </w:p>
    <w:p>
      <w:pPr>
        <w:spacing w:after="40"/>
      </w:pPr>
      <w:r>
        <w:rPr>
          <w:b w:val="0"/>
          <w:i w:val="0"/>
          <w:color w:val="222B33"/>
          <w:sz w:val="19"/>
        </w:rPr>
        <w:t>Robes sewn at Ono for her own memorial rites.</w:t>
      </w:r>
    </w:p>
    <w:p>
      <w:pPr>
        <w:pStyle w:val="Heading1"/>
      </w:pPr>
      <w:bookmarkStart w:id="848" w:name="ch54"/>
      <w:r>
        <w:t>Chapter 54 · Yume no Ukihashi 夢浮橋</w:t>
      </w:r>
      <w:bookmarkEnd w:id="848"/>
    </w:p>
    <w:p>
      <w:pPr>
        <w:keepNext/>
        <w:spacing w:after="20" w:before="200"/>
      </w:pPr>
      <w:bookmarkStart w:id="849" w:name="p795"/>
      <w:r>
        <w:rPr>
          <w:b/>
          <w:i w:val="0"/>
          <w:color w:val="222B33"/>
          <w:sz w:val="22"/>
        </w:rPr>
        <w:t>No. 795</w:t>
      </w:r>
      <w:r>
        <w:rPr>
          <w:b w:val="0"/>
          <w:i w:val="0"/>
          <w:color w:val="6A6F75"/>
          <w:sz w:val="18"/>
        </w:rPr>
        <w:t xml:space="preserve">   Kaoru → the Bishop of Yokawa   贈:独 sent / solo</w:t>
      </w:r>
      <w:bookmarkEnd w:id="849"/>
    </w:p>
    <w:p>
      <w:pPr>
        <w:keepNext/>
        <w:spacing w:after="40"/>
      </w:pPr>
      <w:r>
        <w:rPr>
          <w:b/>
          <w:i w:val="0"/>
          <w:color w:val="6A6F75"/>
          <w:sz w:val="18"/>
        </w:rPr>
        <w:t xml:space="preserve">Context. </w:t>
      </w:r>
      <w:r>
        <w:rPr>
          <w:b w:val="0"/>
          <w:i w:val="0"/>
          <w:color w:val="6A6F75"/>
          <w:sz w:val="19"/>
        </w:rPr>
        <w:t>Kaoru to the Bishop of Yokawa, asking to see Ukifune; the last poem of the tale.</w:t>
      </w:r>
    </w:p>
    <w:p>
      <w:pPr>
        <w:keepNext/>
        <w:spacing w:after="0"/>
      </w:pPr>
      <w:r>
        <w:rPr>
          <w:rFonts w:ascii="Noto Serif CJK JP" w:hAnsi="Noto Serif CJK JP" w:eastAsia="Noto Serif CJK JP"/>
          <w:b w:val="0"/>
          <w:i w:val="0"/>
          <w:color w:val="222B33"/>
          <w:sz w:val="26"/>
        </w:rPr>
        <w:t>法の師と尋ぬる道をしるべにて思はぬ山に踏み惑ふかな</w:t>
      </w:r>
    </w:p>
    <w:p>
      <w:pPr>
        <w:keepNext/>
        <w:spacing w:after="60"/>
      </w:pPr>
      <w:r>
        <w:rPr>
          <w:rFonts w:ascii="Noto Serif CJK JP" w:hAnsi="Noto Serif CJK JP" w:eastAsia="Noto Serif CJK JP"/>
          <w:b w:val="0"/>
          <w:i w:val="0"/>
          <w:color w:val="6A6F75"/>
          <w:sz w:val="19"/>
        </w:rPr>
        <w:t>のりのしと　／　たつぬるみちを　／　しるへにて　／　おもはぬやまに　／　ふみまとふかな</w:t>
      </w:r>
    </w:p>
    <w:p>
      <w:pPr>
        <w:keepNext/>
        <w:spacing w:after="60"/>
      </w:pPr>
      <w:r>
        <w:rPr>
          <w:b w:val="0"/>
          <w:i/>
          <w:color w:val="222B33"/>
          <w:sz w:val="21"/>
        </w:rPr>
        <w:t>Taking for my guide</w:t>
        <w:br/>
      </w:r>
      <w:r>
        <w:rPr>
          <w:b w:val="0"/>
          <w:i/>
          <w:color w:val="222B33"/>
          <w:sz w:val="21"/>
        </w:rPr>
        <w:t>the road on which I sought</w:t>
        <w:br/>
      </w:r>
      <w:r>
        <w:rPr>
          <w:b w:val="0"/>
          <w:i/>
          <w:color w:val="222B33"/>
          <w:sz w:val="21"/>
        </w:rPr>
        <w:t>a teacher of the Law,</w:t>
        <w:br/>
      </w:r>
      <w:r>
        <w:rPr>
          <w:b w:val="0"/>
          <w:i/>
          <w:color w:val="222B33"/>
          <w:sz w:val="21"/>
        </w:rPr>
        <w:t>I stray</w:t>
        <w:br/>
      </w:r>
      <w:r>
        <w:rPr>
          <w:b w:val="0"/>
          <w:i/>
          <w:color w:val="222B33"/>
          <w:sz w:val="21"/>
        </w:rPr>
        <w:t>in mountains I never thought of.</w:t>
      </w:r>
    </w:p>
    <w:p>
      <w:pPr>
        <w:spacing w:after="40"/>
      </w:pPr>
      <w:r>
        <w:rPr>
          <w:b w:val="0"/>
          <w:i w:val="0"/>
          <w:color w:val="222B33"/>
          <w:sz w:val="19"/>
        </w:rPr>
        <w:t>The last poem: mountains of love, not of the Law.</w:t>
      </w:r>
    </w:p>
    <w:p>
      <w:pPr>
        <w:spacing w:after="40"/>
      </w:pPr>
      <w:r>
        <w:rPr>
          <w:b w:val="0"/>
          <w:i w:val="0"/>
          <w:color w:val="6A6F75"/>
          <w:sz w:val="18"/>
        </w:rPr>
        <w:t xml:space="preserve">Echo, Guide and lost way: </w:t>
      </w:r>
      <w:hyperlink w:anchor="p30">
        <w:r>
          <w:rPr>
            <w:color w:val="2E5A80"/>
            <w:u w:val="single"/>
            <w:sz w:val="18"/>
          </w:rPr>
          <w:t xml:space="preserve">No. 30</w:t>
        </w:r>
      </w:hyperlink>
      <w:r>
        <w:rPr>
          <w:b w:val="0"/>
          <w:i w:val="0"/>
          <w:color w:val="6A6F75"/>
          <w:sz w:val="18"/>
        </w:rPr>
        <w:t xml:space="preserve">, </w:t>
      </w:r>
      <w:hyperlink w:anchor="p647">
        <w:r>
          <w:rPr>
            <w:color w:val="2E5A80"/>
            <w:u w:val="single"/>
            <w:sz w:val="18"/>
          </w:rPr>
          <w:t xml:space="preserve">No. 647</w:t>
        </w:r>
      </w:hyperlink>
      <w:r>
        <w:rPr>
          <w:b w:val="0"/>
          <w:i w:val="0"/>
          <w:color w:val="6A6F75"/>
          <w:sz w:val="18"/>
        </w:rPr>
        <w:t xml:space="preserve">, </w:t>
      </w:r>
      <w:hyperlink w:anchor="p661">
        <w:r>
          <w:rPr>
            <w:color w:val="2E5A80"/>
            <w:u w:val="single"/>
            <w:sz w:val="18"/>
          </w:rPr>
          <w:t xml:space="preserve">No. 661</w:t>
        </w:r>
      </w:hyperlink>
    </w:p>
    <w:p>
      <w:pPr>
        <w:sectPr>
          <w:pgSz w:w="12240" w:h="15840"/>
          <w:pgMar w:top="1247" w:right="1304" w:bottom="1247" w:left="1304" w:header="720" w:footer="720" w:gutter="0"/>
          <w:cols w:space="560" w:num="1"/>
          <w:docGrid w:linePitch="360"/>
        </w:sectPr>
      </w:pPr>
    </w:p>
    <w:p>
      <w:pPr>
        <w:pStyle w:val="Heading1"/>
        <w:pageBreakBefore w:val="0"/>
      </w:pPr>
      <w:bookmarkStart w:id="850" w:name="idx_first"/>
      <w:r>
        <w:t>Index of first lines</w:t>
      </w:r>
      <w:bookmarkEnd w:id="850"/>
    </w:p>
    <w:p>
      <w:pPr>
        <w:spacing w:after="120"/>
      </w:pPr>
      <w:r>
        <w:rPr>
          <w:b w:val="0"/>
          <w:i w:val="0"/>
          <w:color w:val="6A6F75"/>
          <w:sz w:val="18"/>
        </w:rPr>
        <w:t>English first lines in alphabetical order, each linked to its poem.</w:t>
      </w:r>
    </w:p>
    <w:p>
      <w:pPr>
        <w:spacing w:after="0" w:line="240" w:lineRule="auto"/>
      </w:pPr>
      <w:hyperlink w:anchor="p655">
        <w:r>
          <w:rPr>
            <w:color w:val="2E5A80"/>
            <w:u w:val="single"/>
            <w:sz w:val="18"/>
          </w:rPr>
          <w:t xml:space="preserve">A dawn that gathers</w:t>
        </w:r>
      </w:hyperlink>
      <w:r>
        <w:rPr>
          <w:b w:val="0"/>
          <w:i w:val="0"/>
          <w:color w:val="6A6F75"/>
          <w:sz w:val="16"/>
        </w:rPr>
        <w:t xml:space="preserve">  655</w:t>
      </w:r>
    </w:p>
    <w:p>
      <w:pPr>
        <w:spacing w:after="0" w:line="240" w:lineRule="auto"/>
      </w:pPr>
      <w:hyperlink w:anchor="p602">
        <w:r>
          <w:rPr>
            <w:color w:val="2E5A80"/>
            <w:u w:val="single"/>
            <w:sz w:val="18"/>
          </w:rPr>
          <w:t xml:space="preserve">A flower that falls</w:t>
        </w:r>
      </w:hyperlink>
      <w:r>
        <w:rPr>
          <w:b w:val="0"/>
          <w:i w:val="0"/>
          <w:color w:val="6A6F75"/>
          <w:sz w:val="16"/>
        </w:rPr>
        <w:t xml:space="preserve">  602</w:t>
      </w:r>
    </w:p>
    <w:p>
      <w:pPr>
        <w:spacing w:after="0" w:line="240" w:lineRule="auto"/>
      </w:pPr>
      <w:hyperlink w:anchor="p719">
        <w:r>
          <w:rPr>
            <w:color w:val="2E5A80"/>
            <w:u w:val="single"/>
            <w:sz w:val="18"/>
          </w:rPr>
          <w:t xml:space="preserve">A flower to be fragrant</w:t>
        </w:r>
      </w:hyperlink>
      <w:r>
        <w:rPr>
          <w:b w:val="0"/>
          <w:i w:val="0"/>
          <w:color w:val="6A6F75"/>
          <w:sz w:val="16"/>
        </w:rPr>
        <w:t xml:space="preserve">  719</w:t>
      </w:r>
    </w:p>
    <w:p>
      <w:pPr>
        <w:spacing w:after="0" w:line="240" w:lineRule="auto"/>
      </w:pPr>
      <w:hyperlink w:anchor="p544">
        <w:r>
          <w:rPr>
            <w:color w:val="2E5A80"/>
            <w:u w:val="single"/>
            <w:sz w:val="18"/>
          </w:rPr>
          <w:t xml:space="preserve">A keepsake that</w:t>
        </w:r>
      </w:hyperlink>
      <w:r>
        <w:rPr>
          <w:b w:val="0"/>
          <w:i w:val="0"/>
          <w:color w:val="6A6F75"/>
          <w:sz w:val="16"/>
        </w:rPr>
        <w:t xml:space="preserve">  544</w:t>
      </w:r>
    </w:p>
    <w:p>
      <w:pPr>
        <w:spacing w:after="0" w:line="240" w:lineRule="auto"/>
      </w:pPr>
      <w:hyperlink w:anchor="p192">
        <w:r>
          <w:rPr>
            <w:color w:val="2E5A80"/>
            <w:u w:val="single"/>
            <w:sz w:val="18"/>
          </w:rPr>
          <w:t xml:space="preserve">A love even the fisher</w:t>
        </w:r>
      </w:hyperlink>
      <w:r>
        <w:rPr>
          <w:b w:val="0"/>
          <w:i w:val="0"/>
          <w:color w:val="6A6F75"/>
          <w:sz w:val="16"/>
        </w:rPr>
        <w:t xml:space="preserve">  192</w:t>
      </w:r>
    </w:p>
    <w:p>
      <w:pPr>
        <w:spacing w:after="0" w:line="240" w:lineRule="auto"/>
      </w:pPr>
      <w:hyperlink w:anchor="p676">
        <w:r>
          <w:rPr>
            <w:color w:val="2E5A80"/>
            <w:u w:val="single"/>
            <w:sz w:val="18"/>
          </w:rPr>
          <w:t xml:space="preserve">A sad dawn</w:t>
        </w:r>
      </w:hyperlink>
      <w:r>
        <w:rPr>
          <w:b w:val="0"/>
          <w:i w:val="0"/>
          <w:color w:val="6A6F75"/>
          <w:sz w:val="16"/>
        </w:rPr>
        <w:t xml:space="preserve">  676</w:t>
      </w:r>
    </w:p>
    <w:p>
      <w:pPr>
        <w:spacing w:after="0" w:line="240" w:lineRule="auto"/>
      </w:pPr>
      <w:hyperlink w:anchor="p416">
        <w:r>
          <w:rPr>
            <w:color w:val="2E5A80"/>
            <w:u w:val="single"/>
            <w:sz w:val="18"/>
          </w:rPr>
          <w:t xml:space="preserve">A spring so bitterly</w:t>
        </w:r>
      </w:hyperlink>
      <w:r>
        <w:rPr>
          <w:b w:val="0"/>
          <w:i w:val="0"/>
          <w:color w:val="6A6F75"/>
          <w:sz w:val="16"/>
        </w:rPr>
        <w:t xml:space="preserve">  416</w:t>
      </w:r>
    </w:p>
    <w:p>
      <w:pPr>
        <w:spacing w:after="0" w:line="240" w:lineRule="auto"/>
      </w:pPr>
      <w:hyperlink w:anchor="p635">
        <w:r>
          <w:rPr>
            <w:color w:val="2E5A80"/>
            <w:u w:val="single"/>
            <w:sz w:val="18"/>
          </w:rPr>
          <w:t xml:space="preserve">A spring traveler</w:t>
        </w:r>
      </w:hyperlink>
      <w:r>
        <w:rPr>
          <w:b w:val="0"/>
          <w:i w:val="0"/>
          <w:color w:val="6A6F75"/>
          <w:sz w:val="16"/>
        </w:rPr>
        <w:t xml:space="preserve">  635</w:t>
      </w:r>
    </w:p>
    <w:p>
      <w:pPr>
        <w:spacing w:after="0" w:line="240" w:lineRule="auto"/>
      </w:pPr>
      <w:hyperlink w:anchor="p294">
        <w:r>
          <w:rPr>
            <w:color w:val="2E5A80"/>
            <w:u w:val="single"/>
            <w:sz w:val="18"/>
          </w:rPr>
          <w:t xml:space="preserve">A village beyond the river</w:t>
        </w:r>
      </w:hyperlink>
      <w:r>
        <w:rPr>
          <w:b w:val="0"/>
          <w:i w:val="0"/>
          <w:color w:val="6A6F75"/>
          <w:sz w:val="16"/>
        </w:rPr>
        <w:t xml:space="preserve">  294</w:t>
      </w:r>
    </w:p>
    <w:p>
      <w:pPr>
        <w:spacing w:after="0" w:line="240" w:lineRule="auto"/>
      </w:pPr>
      <w:hyperlink w:anchor="p298">
        <w:r>
          <w:rPr>
            <w:color w:val="2E5A80"/>
            <w:u w:val="single"/>
            <w:sz w:val="18"/>
          </w:rPr>
          <w:t xml:space="preserve">Abandoning its dwelling</w:t>
        </w:r>
      </w:hyperlink>
      <w:r>
        <w:rPr>
          <w:b w:val="0"/>
          <w:i w:val="0"/>
          <w:color w:val="6A6F75"/>
          <w:sz w:val="16"/>
        </w:rPr>
        <w:t xml:space="preserve">  298</w:t>
      </w:r>
    </w:p>
    <w:p>
      <w:pPr>
        <w:spacing w:after="0" w:line="240" w:lineRule="auto"/>
      </w:pPr>
      <w:hyperlink w:anchor="p755">
        <w:r>
          <w:rPr>
            <w:color w:val="2E5A80"/>
            <w:u w:val="single"/>
            <w:sz w:val="18"/>
          </w:rPr>
          <w:t xml:space="preserve">Add my voice</w:t>
        </w:r>
      </w:hyperlink>
      <w:r>
        <w:rPr>
          <w:b w:val="0"/>
          <w:i w:val="0"/>
          <w:color w:val="6A6F75"/>
          <w:sz w:val="16"/>
        </w:rPr>
        <w:t xml:space="preserve">  755</w:t>
      </w:r>
    </w:p>
    <w:p>
      <w:pPr>
        <w:spacing w:after="0" w:line="240" w:lineRule="auto"/>
      </w:pPr>
      <w:hyperlink w:anchor="p442">
        <w:r>
          <w:rPr>
            <w:color w:val="2E5A80"/>
            <w:u w:val="single"/>
            <w:sz w:val="18"/>
          </w:rPr>
          <w:t xml:space="preserve">After passing</w:t>
        </w:r>
      </w:hyperlink>
      <w:r>
        <w:rPr>
          <w:b w:val="0"/>
          <w:i w:val="0"/>
          <w:color w:val="6A6F75"/>
          <w:sz w:val="16"/>
        </w:rPr>
        <w:t xml:space="preserve">  442</w:t>
      </w:r>
    </w:p>
    <w:p>
      <w:pPr>
        <w:spacing w:after="0" w:line="240" w:lineRule="auto"/>
      </w:pPr>
      <w:hyperlink w:anchor="p211">
        <w:r>
          <w:rPr>
            <w:color w:val="2E5A80"/>
            <w:u w:val="single"/>
            <w:sz w:val="18"/>
          </w:rPr>
          <w:t xml:space="preserve">Always longing</w:t>
        </w:r>
      </w:hyperlink>
      <w:r>
        <w:rPr>
          <w:b w:val="0"/>
          <w:i w:val="0"/>
          <w:color w:val="6A6F75"/>
          <w:sz w:val="16"/>
        </w:rPr>
        <w:t xml:space="preserve">  211</w:t>
      </w:r>
    </w:p>
    <w:p>
      <w:pPr>
        <w:spacing w:after="0" w:line="240" w:lineRule="auto"/>
      </w:pPr>
      <w:hyperlink w:anchor="p528">
        <w:r>
          <w:rPr>
            <w:color w:val="2E5A80"/>
            <w:u w:val="single"/>
            <w:sz w:val="18"/>
          </w:rPr>
          <w:t xml:space="preserve">Am I alone to be</w:t>
        </w:r>
      </w:hyperlink>
      <w:r>
        <w:rPr>
          <w:b w:val="0"/>
          <w:i w:val="0"/>
          <w:color w:val="6A6F75"/>
          <w:sz w:val="16"/>
        </w:rPr>
        <w:t xml:space="preserve">  528</w:t>
      </w:r>
    </w:p>
    <w:p>
      <w:pPr>
        <w:spacing w:after="0" w:line="240" w:lineRule="auto"/>
      </w:pPr>
      <w:hyperlink w:anchor="p147">
        <w:r>
          <w:rPr>
            <w:color w:val="2E5A80"/>
            <w:u w:val="single"/>
            <w:sz w:val="18"/>
          </w:rPr>
          <w:t xml:space="preserve">Am I to spend my life</w:t>
        </w:r>
      </w:hyperlink>
      <w:r>
        <w:rPr>
          <w:b w:val="0"/>
          <w:i w:val="0"/>
          <w:color w:val="6A6F75"/>
          <w:sz w:val="16"/>
        </w:rPr>
        <w:t xml:space="preserve">  147</w:t>
      </w:r>
    </w:p>
    <w:p>
      <w:pPr>
        <w:spacing w:after="0" w:line="240" w:lineRule="auto"/>
      </w:pPr>
      <w:hyperlink w:anchor="p197">
        <w:r>
          <w:rPr>
            <w:color w:val="2E5A80"/>
            <w:u w:val="single"/>
            <w:sz w:val="18"/>
          </w:rPr>
          <w:t xml:space="preserve">Among the grief</w:t>
        </w:r>
      </w:hyperlink>
      <w:r>
        <w:rPr>
          <w:b w:val="0"/>
          <w:i w:val="0"/>
          <w:color w:val="6A6F75"/>
          <w:sz w:val="16"/>
        </w:rPr>
        <w:t xml:space="preserve">  197</w:t>
      </w:r>
    </w:p>
    <w:p>
      <w:pPr>
        <w:spacing w:after="0" w:line="240" w:lineRule="auto"/>
      </w:pPr>
      <w:hyperlink w:anchor="p15">
        <w:r>
          <w:rPr>
            <w:color w:val="2E5A80"/>
            <w:u w:val="single"/>
            <w:sz w:val="18"/>
          </w:rPr>
          <w:t xml:space="preserve">Among the mingled flowers</w:t>
        </w:r>
      </w:hyperlink>
      <w:r>
        <w:rPr>
          <w:b w:val="0"/>
          <w:i w:val="0"/>
          <w:color w:val="6A6F75"/>
          <w:sz w:val="16"/>
        </w:rPr>
        <w:t xml:space="preserve">  15</w:t>
      </w:r>
    </w:p>
    <w:p>
      <w:pPr>
        <w:spacing w:after="0" w:line="240" w:lineRule="auto"/>
      </w:pPr>
      <w:hyperlink w:anchor="p498">
        <w:r>
          <w:rPr>
            <w:color w:val="2E5A80"/>
            <w:u w:val="single"/>
            <w:sz w:val="18"/>
          </w:rPr>
          <w:t xml:space="preserve">And how do they hear it</w:t>
        </w:r>
      </w:hyperlink>
      <w:r>
        <w:rPr>
          <w:b w:val="0"/>
          <w:i w:val="0"/>
          <w:color w:val="6A6F75"/>
          <w:sz w:val="16"/>
        </w:rPr>
        <w:t xml:space="preserve">  498</w:t>
      </w:r>
    </w:p>
    <w:p>
      <w:pPr>
        <w:spacing w:after="0" w:line="240" w:lineRule="auto"/>
      </w:pPr>
      <w:hyperlink w:anchor="p93">
        <w:r>
          <w:rPr>
            <w:color w:val="2E5A80"/>
            <w:u w:val="single"/>
            <w:sz w:val="18"/>
          </w:rPr>
          <w:t xml:space="preserve">Another man’s wife, how tiresome!</w:t>
        </w:r>
      </w:hyperlink>
      <w:r>
        <w:rPr>
          <w:b w:val="0"/>
          <w:i w:val="0"/>
          <w:color w:val="6A6F75"/>
          <w:sz w:val="16"/>
        </w:rPr>
        <w:t xml:space="preserve">  93</w:t>
      </w:r>
    </w:p>
    <w:p>
      <w:pPr>
        <w:spacing w:after="0" w:line="240" w:lineRule="auto"/>
      </w:pPr>
      <w:hyperlink w:anchor="p200">
        <w:r>
          <w:rPr>
            <w:color w:val="2E5A80"/>
            <w:u w:val="single"/>
            <w:sz w:val="18"/>
          </w:rPr>
          <w:t xml:space="preserve">Are the first geese</w:t>
        </w:r>
      </w:hyperlink>
      <w:r>
        <w:rPr>
          <w:b w:val="0"/>
          <w:i w:val="0"/>
          <w:color w:val="6A6F75"/>
          <w:sz w:val="16"/>
        </w:rPr>
        <w:t xml:space="preserve">  200</w:t>
      </w:r>
    </w:p>
    <w:p>
      <w:pPr>
        <w:spacing w:after="0" w:line="240" w:lineRule="auto"/>
      </w:pPr>
      <w:hyperlink w:anchor="p730">
        <w:r>
          <w:rPr>
            <w:color w:val="2E5A80"/>
            <w:u w:val="single"/>
            <w:sz w:val="18"/>
          </w:rPr>
          <w:t xml:space="preserve">Are the weeds that bar</w:t>
        </w:r>
      </w:hyperlink>
      <w:r>
        <w:rPr>
          <w:b w:val="0"/>
          <w:i w:val="0"/>
          <w:color w:val="6A6F75"/>
          <w:sz w:val="16"/>
        </w:rPr>
        <w:t xml:space="preserve">  730</w:t>
      </w:r>
    </w:p>
    <w:p>
      <w:pPr>
        <w:spacing w:after="0" w:line="240" w:lineRule="auto"/>
      </w:pPr>
      <w:hyperlink w:anchor="p606">
        <w:r>
          <w:rPr>
            <w:color w:val="2E5A80"/>
            <w:u w:val="single"/>
            <w:sz w:val="18"/>
          </w:rPr>
          <w:t xml:space="preserve">Are there sleeves</w:t>
        </w:r>
      </w:hyperlink>
      <w:r>
        <w:rPr>
          <w:b w:val="0"/>
          <w:i w:val="0"/>
          <w:color w:val="6A6F75"/>
          <w:sz w:val="16"/>
        </w:rPr>
        <w:t xml:space="preserve">  606</w:t>
      </w:r>
    </w:p>
    <w:p>
      <w:pPr>
        <w:spacing w:after="0" w:line="240" w:lineRule="auto"/>
      </w:pPr>
      <w:hyperlink w:anchor="p236">
        <w:r>
          <w:rPr>
            <w:color w:val="2E5A80"/>
            <w:u w:val="single"/>
            <w:sz w:val="18"/>
          </w:rPr>
          <w:t xml:space="preserve">As a keepsake till we meet</w:t>
        </w:r>
      </w:hyperlink>
      <w:r>
        <w:rPr>
          <w:b w:val="0"/>
          <w:i w:val="0"/>
          <w:color w:val="6A6F75"/>
          <w:sz w:val="16"/>
        </w:rPr>
        <w:t xml:space="preserve">  236</w:t>
      </w:r>
    </w:p>
    <w:p>
      <w:pPr>
        <w:spacing w:after="0" w:line="240" w:lineRule="auto"/>
      </w:pPr>
      <w:hyperlink w:anchor="p763">
        <w:r>
          <w:rPr>
            <w:color w:val="2E5A80"/>
            <w:u w:val="single"/>
            <w:sz w:val="18"/>
          </w:rPr>
          <w:t xml:space="preserve">As flowers, indeed</w:t>
        </w:r>
      </w:hyperlink>
      <w:r>
        <w:rPr>
          <w:b w:val="0"/>
          <w:i w:val="0"/>
          <w:color w:val="6A6F75"/>
          <w:sz w:val="16"/>
        </w:rPr>
        <w:t xml:space="preserve">  763</w:t>
      </w:r>
    </w:p>
    <w:p>
      <w:pPr>
        <w:spacing w:after="0" w:line="240" w:lineRule="auto"/>
      </w:pPr>
      <w:hyperlink w:anchor="p697">
        <w:r>
          <w:rPr>
            <w:color w:val="2E5A80"/>
            <w:u w:val="single"/>
            <w:sz w:val="18"/>
          </w:rPr>
          <w:t xml:space="preserve">As I gaze, even the moon</w:t>
        </w:r>
      </w:hyperlink>
      <w:r>
        <w:rPr>
          <w:b w:val="0"/>
          <w:i w:val="0"/>
          <w:color w:val="6A6F75"/>
          <w:sz w:val="16"/>
        </w:rPr>
        <w:t xml:space="preserve">  697</w:t>
      </w:r>
    </w:p>
    <w:p>
      <w:pPr>
        <w:spacing w:after="0" w:line="240" w:lineRule="auto"/>
      </w:pPr>
      <w:hyperlink w:anchor="p36">
        <w:r>
          <w:rPr>
            <w:color w:val="2E5A80"/>
            <w:u w:val="single"/>
            <w:sz w:val="18"/>
          </w:rPr>
          <w:t xml:space="preserve">As I gaze, taking the clouds</w:t>
        </w:r>
      </w:hyperlink>
      <w:r>
        <w:rPr>
          <w:b w:val="0"/>
          <w:i w:val="0"/>
          <w:color w:val="6A6F75"/>
          <w:sz w:val="16"/>
        </w:rPr>
        <w:t xml:space="preserve">  36</w:t>
      </w:r>
    </w:p>
    <w:p>
      <w:pPr>
        <w:spacing w:after="0" w:line="240" w:lineRule="auto"/>
      </w:pPr>
      <w:hyperlink w:anchor="p208">
        <w:r>
          <w:rPr>
            <w:color w:val="2E5A80"/>
            <w:u w:val="single"/>
            <w:sz w:val="18"/>
          </w:rPr>
          <w:t xml:space="preserve">As often as the brushwood</w:t>
        </w:r>
      </w:hyperlink>
      <w:r>
        <w:rPr>
          <w:b w:val="0"/>
          <w:i w:val="0"/>
          <w:color w:val="6A6F75"/>
          <w:sz w:val="16"/>
        </w:rPr>
        <w:t xml:space="preserve">  208</w:t>
      </w:r>
    </w:p>
    <w:p>
      <w:pPr>
        <w:spacing w:after="0" w:line="240" w:lineRule="auto"/>
      </w:pPr>
      <w:hyperlink w:anchor="p23">
        <w:r>
          <w:rPr>
            <w:color w:val="2E5A80"/>
            <w:u w:val="single"/>
            <w:sz w:val="18"/>
          </w:rPr>
          <w:t xml:space="preserve">Ashamed of the name</w:t>
        </w:r>
      </w:hyperlink>
      <w:r>
        <w:rPr>
          <w:b w:val="0"/>
          <w:i w:val="0"/>
          <w:color w:val="6A6F75"/>
          <w:sz w:val="16"/>
        </w:rPr>
        <w:t xml:space="preserve">  23</w:t>
      </w:r>
    </w:p>
    <w:p>
      <w:pPr>
        <w:spacing w:after="0" w:line="240" w:lineRule="auto"/>
      </w:pPr>
      <w:hyperlink w:anchor="p169">
        <w:r>
          <w:rPr>
            <w:color w:val="2E5A80"/>
            <w:u w:val="single"/>
            <w:sz w:val="18"/>
          </w:rPr>
          <w:t xml:space="preserve">At a house gone to ruin</w:t>
        </w:r>
      </w:hyperlink>
      <w:r>
        <w:rPr>
          <w:b w:val="0"/>
          <w:i w:val="0"/>
          <w:color w:val="6A6F75"/>
          <w:sz w:val="16"/>
        </w:rPr>
        <w:t xml:space="preserve">  169</w:t>
      </w:r>
    </w:p>
    <w:p>
      <w:pPr>
        <w:spacing w:after="0" w:line="240" w:lineRule="auto"/>
      </w:pPr>
      <w:hyperlink w:anchor="p567">
        <w:r>
          <w:rPr>
            <w:color w:val="2E5A80"/>
            <w:u w:val="single"/>
            <w:sz w:val="18"/>
          </w:rPr>
          <w:t xml:space="preserve">At a house where the master</w:t>
        </w:r>
      </w:hyperlink>
      <w:r>
        <w:rPr>
          <w:b w:val="0"/>
          <w:i w:val="0"/>
          <w:color w:val="6A6F75"/>
          <w:sz w:val="16"/>
        </w:rPr>
        <w:t xml:space="preserve">  567</w:t>
      </w:r>
    </w:p>
    <w:p>
      <w:pPr>
        <w:spacing w:after="0" w:line="240" w:lineRule="auto"/>
      </w:pPr>
      <w:hyperlink w:anchor="p626">
        <w:r>
          <w:rPr>
            <w:color w:val="2E5A80"/>
            <w:u w:val="single"/>
            <w:sz w:val="18"/>
          </w:rPr>
          <w:t xml:space="preserve">At dawn I cannot see</w:t>
        </w:r>
      </w:hyperlink>
      <w:r>
        <w:rPr>
          <w:b w:val="0"/>
          <w:i w:val="0"/>
          <w:color w:val="6A6F75"/>
          <w:sz w:val="16"/>
        </w:rPr>
        <w:t xml:space="preserve">  626</w:t>
      </w:r>
    </w:p>
    <w:p>
      <w:pPr>
        <w:spacing w:after="0" w:line="240" w:lineRule="auto"/>
      </w:pPr>
      <w:hyperlink w:anchor="p210">
        <w:r>
          <w:rPr>
            <w:color w:val="2E5A80"/>
            <w:u w:val="single"/>
            <w:sz w:val="18"/>
          </w:rPr>
          <w:t xml:space="preserve">At dawn, when companion plovers</w:t>
        </w:r>
      </w:hyperlink>
      <w:r>
        <w:rPr>
          <w:b w:val="0"/>
          <w:i w:val="0"/>
          <w:color w:val="6A6F75"/>
          <w:sz w:val="16"/>
        </w:rPr>
        <w:t xml:space="preserve">  210</w:t>
      </w:r>
    </w:p>
    <w:p>
      <w:pPr>
        <w:spacing w:after="0" w:line="240" w:lineRule="auto"/>
      </w:pPr>
      <w:hyperlink w:anchor="p704">
        <w:r>
          <w:rPr>
            <w:color w:val="2E5A80"/>
            <w:u w:val="single"/>
            <w:sz w:val="18"/>
          </w:rPr>
          <w:t xml:space="preserve">At my house, where</w:t>
        </w:r>
      </w:hyperlink>
      <w:r>
        <w:rPr>
          <w:b w:val="0"/>
          <w:i w:val="0"/>
          <w:color w:val="6A6F75"/>
          <w:sz w:val="16"/>
        </w:rPr>
        <w:t xml:space="preserve">  704</w:t>
      </w:r>
    </w:p>
    <w:p>
      <w:pPr>
        <w:spacing w:after="0" w:line="240" w:lineRule="auto"/>
      </w:pPr>
      <w:hyperlink w:anchor="p693">
        <w:r>
          <w:rPr>
            <w:color w:val="2E5A80"/>
            <w:u w:val="single"/>
            <w:sz w:val="18"/>
          </w:rPr>
          <w:t xml:space="preserve">At Sleeve Bay, where</w:t>
        </w:r>
      </w:hyperlink>
      <w:r>
        <w:rPr>
          <w:b w:val="0"/>
          <w:i w:val="0"/>
          <w:color w:val="6A6F75"/>
          <w:sz w:val="16"/>
        </w:rPr>
        <w:t xml:space="preserve">  693</w:t>
      </w:r>
    </w:p>
    <w:p>
      <w:pPr>
        <w:spacing w:after="0" w:line="240" w:lineRule="auto"/>
      </w:pPr>
      <w:hyperlink w:anchor="p383">
        <w:r>
          <w:rPr>
            <w:color w:val="2E5A80"/>
            <w:u w:val="single"/>
            <w:sz w:val="18"/>
          </w:rPr>
          <w:t xml:space="preserve">At Suma Bay of Suruga Sea</w:t>
        </w:r>
      </w:hyperlink>
      <w:r>
        <w:rPr>
          <w:b w:val="0"/>
          <w:i w:val="0"/>
          <w:color w:val="6A6F75"/>
          <w:sz w:val="16"/>
        </w:rPr>
        <w:t xml:space="preserve">  383</w:t>
      </w:r>
    </w:p>
    <w:p>
      <w:pPr>
        <w:spacing w:after="0" w:line="240" w:lineRule="auto"/>
      </w:pPr>
      <w:hyperlink w:anchor="p618">
        <w:r>
          <w:rPr>
            <w:color w:val="2E5A80"/>
            <w:u w:val="single"/>
            <w:sz w:val="18"/>
          </w:rPr>
          <w:t xml:space="preserve">At Takekawa</w:t>
        </w:r>
      </w:hyperlink>
      <w:r>
        <w:rPr>
          <w:b w:val="0"/>
          <w:i w:val="0"/>
          <w:color w:val="6A6F75"/>
          <w:sz w:val="16"/>
        </w:rPr>
        <w:t xml:space="preserve">  618</w:t>
      </w:r>
    </w:p>
    <w:p>
      <w:pPr>
        <w:spacing w:after="0" w:line="240" w:lineRule="auto"/>
      </w:pPr>
      <w:hyperlink w:anchor="p600">
        <w:r>
          <w:rPr>
            <w:color w:val="2E5A80"/>
            <w:u w:val="single"/>
            <w:sz w:val="18"/>
          </w:rPr>
          <w:t xml:space="preserve">At Takekawa, hurrying</w:t>
        </w:r>
      </w:hyperlink>
      <w:r>
        <w:rPr>
          <w:b w:val="0"/>
          <w:i w:val="0"/>
          <w:color w:val="6A6F75"/>
          <w:sz w:val="16"/>
        </w:rPr>
        <w:t xml:space="preserve">  600</w:t>
      </w:r>
    </w:p>
    <w:p>
      <w:pPr>
        <w:spacing w:after="0" w:line="240" w:lineRule="auto"/>
      </w:pPr>
      <w:hyperlink w:anchor="p777">
        <w:r>
          <w:rPr>
            <w:color w:val="2E5A80"/>
            <w:u w:val="single"/>
            <w:sz w:val="18"/>
          </w:rPr>
          <w:t xml:space="preserve">At the bitter shallows</w:t>
        </w:r>
      </w:hyperlink>
      <w:r>
        <w:rPr>
          <w:b w:val="0"/>
          <w:i w:val="0"/>
          <w:color w:val="6A6F75"/>
          <w:sz w:val="16"/>
        </w:rPr>
        <w:t xml:space="preserve">  777</w:t>
      </w:r>
    </w:p>
    <w:p>
      <w:pPr>
        <w:spacing w:after="0" w:line="240" w:lineRule="auto"/>
      </w:pPr>
      <w:hyperlink w:anchor="p775">
        <w:r>
          <w:rPr>
            <w:color w:val="2E5A80"/>
            <w:u w:val="single"/>
            <w:sz w:val="18"/>
          </w:rPr>
          <w:t xml:space="preserve">At the cruel joint</w:t>
        </w:r>
      </w:hyperlink>
      <w:r>
        <w:rPr>
          <w:b w:val="0"/>
          <w:i w:val="0"/>
          <w:color w:val="6A6F75"/>
          <w:sz w:val="16"/>
        </w:rPr>
        <w:t xml:space="preserve">  775</w:t>
      </w:r>
    </w:p>
    <w:p>
      <w:pPr>
        <w:spacing w:after="0" w:line="240" w:lineRule="auto"/>
      </w:pPr>
      <w:hyperlink w:anchor="p786">
        <w:r>
          <w:rPr>
            <w:color w:val="2E5A80"/>
            <w:u w:val="single"/>
            <w:sz w:val="18"/>
          </w:rPr>
          <w:t xml:space="preserve">At the foot of the mountain</w:t>
        </w:r>
      </w:hyperlink>
      <w:r>
        <w:rPr>
          <w:b w:val="0"/>
          <w:i w:val="0"/>
          <w:color w:val="6A6F75"/>
          <w:sz w:val="16"/>
        </w:rPr>
        <w:t xml:space="preserve">  786</w:t>
      </w:r>
    </w:p>
    <w:p>
      <w:pPr>
        <w:spacing w:after="0" w:line="240" w:lineRule="auto"/>
      </w:pPr>
      <w:hyperlink w:anchor="p392">
        <w:r>
          <w:rPr>
            <w:color w:val="2E5A80"/>
            <w:u w:val="single"/>
            <w:sz w:val="18"/>
          </w:rPr>
          <w:t xml:space="preserve">At the procession</w:t>
        </w:r>
      </w:hyperlink>
      <w:r>
        <w:rPr>
          <w:b w:val="0"/>
          <w:i w:val="0"/>
          <w:color w:val="6A6F75"/>
          <w:sz w:val="16"/>
        </w:rPr>
        <w:t xml:space="preserve">  392</w:t>
      </w:r>
    </w:p>
    <w:p>
      <w:pPr>
        <w:spacing w:after="0" w:line="240" w:lineRule="auto"/>
      </w:pPr>
      <w:hyperlink w:anchor="p776">
        <w:r>
          <w:rPr>
            <w:color w:val="2E5A80"/>
            <w:u w:val="single"/>
            <w:sz w:val="18"/>
          </w:rPr>
          <w:t xml:space="preserve">At the sound of the flute</w:t>
        </w:r>
      </w:hyperlink>
      <w:r>
        <w:rPr>
          <w:b w:val="0"/>
          <w:i w:val="0"/>
          <w:color w:val="6A6F75"/>
          <w:sz w:val="16"/>
        </w:rPr>
        <w:t xml:space="preserve">  776</w:t>
      </w:r>
    </w:p>
    <w:p>
      <w:pPr>
        <w:spacing w:after="0" w:line="240" w:lineRule="auto"/>
      </w:pPr>
      <w:hyperlink w:anchor="p2">
        <w:r>
          <w:rPr>
            <w:color w:val="2E5A80"/>
            <w:u w:val="single"/>
            <w:sz w:val="18"/>
          </w:rPr>
          <w:t xml:space="preserve">At the sound of the wind</w:t>
        </w:r>
      </w:hyperlink>
      <w:r>
        <w:rPr>
          <w:b w:val="0"/>
          <w:i w:val="0"/>
          <w:color w:val="6A6F75"/>
          <w:sz w:val="16"/>
        </w:rPr>
        <w:t xml:space="preserve">  2</w:t>
      </w:r>
    </w:p>
    <w:p>
      <w:pPr>
        <w:spacing w:after="0" w:line="240" w:lineRule="auto"/>
      </w:pPr>
      <w:hyperlink w:anchor="p40">
        <w:r>
          <w:rPr>
            <w:color w:val="2E5A80"/>
            <w:u w:val="single"/>
            <w:sz w:val="18"/>
          </w:rPr>
          <w:t xml:space="preserve">At the wind’s faint hint</w:t>
        </w:r>
      </w:hyperlink>
      <w:r>
        <w:rPr>
          <w:b w:val="0"/>
          <w:i w:val="0"/>
          <w:color w:val="6A6F75"/>
          <w:sz w:val="16"/>
        </w:rPr>
        <w:t xml:space="preserve">  40</w:t>
      </w:r>
    </w:p>
    <w:p>
      <w:pPr>
        <w:spacing w:after="0" w:line="240" w:lineRule="auto"/>
      </w:pPr>
      <w:hyperlink w:anchor="p163">
        <w:r>
          <w:rPr>
            <w:color w:val="2E5A80"/>
            <w:u w:val="single"/>
            <w:sz w:val="18"/>
          </w:rPr>
          <w:t xml:space="preserve">At this island shore</w:t>
        </w:r>
      </w:hyperlink>
      <w:r>
        <w:rPr>
          <w:b w:val="0"/>
          <w:i w:val="0"/>
          <w:color w:val="6A6F75"/>
          <w:sz w:val="16"/>
        </w:rPr>
        <w:t xml:space="preserve">  163</w:t>
      </w:r>
    </w:p>
    <w:p>
      <w:pPr>
        <w:spacing w:after="0" w:line="240" w:lineRule="auto"/>
      </w:pPr>
      <w:hyperlink w:anchor="p133">
        <w:r>
          <w:rPr>
            <w:color w:val="2E5A80"/>
            <w:u w:val="single"/>
            <w:sz w:val="18"/>
          </w:rPr>
          <w:t xml:space="preserve">At this sacred fence</w:t>
        </w:r>
      </w:hyperlink>
      <w:r>
        <w:rPr>
          <w:b w:val="0"/>
          <w:i w:val="0"/>
          <w:color w:val="6A6F75"/>
          <w:sz w:val="16"/>
        </w:rPr>
        <w:t xml:space="preserve">  133</w:t>
      </w:r>
    </w:p>
    <w:p>
      <w:pPr>
        <w:spacing w:after="0" w:line="240" w:lineRule="auto"/>
      </w:pPr>
      <w:hyperlink w:anchor="p672">
        <w:r>
          <w:rPr>
            <w:color w:val="2E5A80"/>
            <w:u w:val="single"/>
            <w:sz w:val="18"/>
          </w:rPr>
          <w:t xml:space="preserve">Autumn ended</w:t>
        </w:r>
      </w:hyperlink>
      <w:r>
        <w:rPr>
          <w:b w:val="0"/>
          <w:i w:val="0"/>
          <w:color w:val="6A6F75"/>
          <w:sz w:val="16"/>
        </w:rPr>
        <w:t xml:space="preserve">  672</w:t>
      </w:r>
    </w:p>
    <w:p>
      <w:pPr>
        <w:spacing w:after="0" w:line="240" w:lineRule="auto"/>
      </w:pPr>
      <w:hyperlink w:anchor="p312">
        <w:r>
          <w:rPr>
            <w:color w:val="2E5A80"/>
            <w:u w:val="single"/>
            <w:sz w:val="18"/>
          </w:rPr>
          <w:t xml:space="preserve">Autumn over, bound fast</w:t>
        </w:r>
      </w:hyperlink>
      <w:r>
        <w:rPr>
          <w:b w:val="0"/>
          <w:i w:val="0"/>
          <w:color w:val="6A6F75"/>
          <w:sz w:val="16"/>
        </w:rPr>
        <w:t xml:space="preserve">  312</w:t>
      </w:r>
    </w:p>
    <w:p>
      <w:pPr>
        <w:spacing w:after="0" w:line="240" w:lineRule="auto"/>
      </w:pPr>
      <w:hyperlink w:anchor="p136">
        <w:r>
          <w:rPr>
            <w:color w:val="2E5A80"/>
            <w:u w:val="single"/>
            <w:sz w:val="18"/>
          </w:rPr>
          <w:t xml:space="preserve">Autumn partings</w:t>
        </w:r>
      </w:hyperlink>
      <w:r>
        <w:rPr>
          <w:b w:val="0"/>
          <w:i w:val="0"/>
          <w:color w:val="6A6F75"/>
          <w:sz w:val="16"/>
        </w:rPr>
        <w:t xml:space="preserve">  136</w:t>
      </w:r>
    </w:p>
    <w:p>
      <w:pPr>
        <w:spacing w:after="0" w:line="240" w:lineRule="auto"/>
      </w:pPr>
      <w:hyperlink w:anchor="p547">
        <w:r>
          <w:rPr>
            <w:color w:val="2E5A80"/>
            <w:u w:val="single"/>
            <w:sz w:val="18"/>
          </w:rPr>
          <w:t xml:space="preserve">Because the wet robe</w:t>
        </w:r>
      </w:hyperlink>
      <w:r>
        <w:rPr>
          <w:b w:val="0"/>
          <w:i w:val="0"/>
          <w:color w:val="6A6F75"/>
          <w:sz w:val="16"/>
        </w:rPr>
        <w:t xml:space="preserve">  547</w:t>
      </w:r>
    </w:p>
    <w:p>
      <w:pPr>
        <w:spacing w:after="0" w:line="240" w:lineRule="auto"/>
      </w:pPr>
      <w:hyperlink w:anchor="p79">
        <w:r>
          <w:rPr>
            <w:color w:val="2E5A80"/>
            <w:u w:val="single"/>
            <w:sz w:val="18"/>
          </w:rPr>
          <w:t xml:space="preserve">Because your heart</w:t>
        </w:r>
      </w:hyperlink>
      <w:r>
        <w:rPr>
          <w:b w:val="0"/>
          <w:i w:val="0"/>
          <w:color w:val="6A6F75"/>
          <w:sz w:val="16"/>
        </w:rPr>
        <w:t xml:space="preserve">  79</w:t>
      </w:r>
    </w:p>
    <w:p>
      <w:pPr>
        <w:spacing w:after="0" w:line="240" w:lineRule="auto"/>
      </w:pPr>
      <w:hyperlink w:anchor="p408">
        <w:r>
          <w:rPr>
            <w:color w:val="2E5A80"/>
            <w:u w:val="single"/>
            <w:sz w:val="18"/>
          </w:rPr>
          <w:t xml:space="preserve">Before I cross</w:t>
        </w:r>
      </w:hyperlink>
      <w:r>
        <w:rPr>
          <w:b w:val="0"/>
          <w:i w:val="0"/>
          <w:color w:val="6A6F75"/>
          <w:sz w:val="16"/>
        </w:rPr>
        <w:t xml:space="preserve">  408</w:t>
      </w:r>
    </w:p>
    <w:p>
      <w:pPr>
        <w:spacing w:after="0" w:line="240" w:lineRule="auto"/>
      </w:pPr>
      <w:hyperlink w:anchor="p19">
        <w:r>
          <w:rPr>
            <w:color w:val="2E5A80"/>
            <w:u w:val="single"/>
            <w:sz w:val="18"/>
          </w:rPr>
          <w:t xml:space="preserve">Before I have done</w:t>
        </w:r>
      </w:hyperlink>
      <w:r>
        <w:rPr>
          <w:b w:val="0"/>
          <w:i w:val="0"/>
          <w:color w:val="6A6F75"/>
          <w:sz w:val="16"/>
        </w:rPr>
        <w:t xml:space="preserve">  19</w:t>
      </w:r>
    </w:p>
    <w:p>
      <w:pPr>
        <w:spacing w:after="0" w:line="240" w:lineRule="auto"/>
      </w:pPr>
      <w:hyperlink w:anchor="p75">
        <w:r>
          <w:rPr>
            <w:color w:val="2E5A80"/>
            <w:u w:val="single"/>
            <w:sz w:val="18"/>
          </w:rPr>
          <w:t xml:space="preserve">Before I see a sign</w:t>
        </w:r>
      </w:hyperlink>
      <w:r>
        <w:rPr>
          <w:b w:val="0"/>
          <w:i w:val="0"/>
          <w:color w:val="6A6F75"/>
          <w:sz w:val="16"/>
        </w:rPr>
        <w:t xml:space="preserve">  75</w:t>
      </w:r>
    </w:p>
    <w:p>
      <w:pPr>
        <w:spacing w:after="0" w:line="240" w:lineRule="auto"/>
      </w:pPr>
      <w:hyperlink w:anchor="p46">
        <w:r>
          <w:rPr>
            <w:color w:val="2E5A80"/>
            <w:u w:val="single"/>
            <w:sz w:val="18"/>
          </w:rPr>
          <w:t xml:space="preserve">Before you know the future</w:t>
        </w:r>
      </w:hyperlink>
      <w:r>
        <w:rPr>
          <w:b w:val="0"/>
          <w:i w:val="0"/>
          <w:color w:val="6A6F75"/>
          <w:sz w:val="16"/>
        </w:rPr>
        <w:t xml:space="preserve">  46</w:t>
      </w:r>
    </w:p>
    <w:p>
      <w:pPr>
        <w:spacing w:after="0" w:line="240" w:lineRule="auto"/>
      </w:pPr>
      <w:hyperlink w:anchor="p24">
        <w:r>
          <w:rPr>
            <w:color w:val="2E5A80"/>
            <w:u w:val="single"/>
            <w:sz w:val="18"/>
          </w:rPr>
          <w:t xml:space="preserve">Beneath the tree where the cicada</w:t>
        </w:r>
      </w:hyperlink>
      <w:r>
        <w:rPr>
          <w:b w:val="0"/>
          <w:i w:val="0"/>
          <w:color w:val="6A6F75"/>
          <w:sz w:val="16"/>
        </w:rPr>
        <w:t xml:space="preserve">  24</w:t>
      </w:r>
    </w:p>
    <w:p>
      <w:pPr>
        <w:spacing w:after="0" w:line="240" w:lineRule="auto"/>
      </w:pPr>
      <w:hyperlink w:anchor="p82">
        <w:r>
          <w:rPr>
            <w:color w:val="2E5A80"/>
            <w:u w:val="single"/>
            <w:sz w:val="18"/>
          </w:rPr>
          <w:t xml:space="preserve">Between us, the robe</w:t>
        </w:r>
      </w:hyperlink>
      <w:r>
        <w:rPr>
          <w:b w:val="0"/>
          <w:i w:val="0"/>
          <w:color w:val="6A6F75"/>
          <w:sz w:val="16"/>
        </w:rPr>
        <w:t xml:space="preserve">  82</w:t>
      </w:r>
    </w:p>
    <w:p>
      <w:pPr>
        <w:spacing w:after="0" w:line="240" w:lineRule="auto"/>
      </w:pPr>
      <w:hyperlink w:anchor="p492">
        <w:r>
          <w:rPr>
            <w:color w:val="2E5A80"/>
            <w:u w:val="single"/>
            <w:sz w:val="18"/>
          </w:rPr>
          <w:t xml:space="preserve">Bitterly I regret</w:t>
        </w:r>
      </w:hyperlink>
      <w:r>
        <w:rPr>
          <w:b w:val="0"/>
          <w:i w:val="0"/>
          <w:color w:val="6A6F75"/>
          <w:sz w:val="16"/>
        </w:rPr>
        <w:t xml:space="preserve">  492</w:t>
      </w:r>
    </w:p>
    <w:p>
      <w:pPr>
        <w:spacing w:after="0" w:line="240" w:lineRule="auto"/>
      </w:pPr>
      <w:hyperlink w:anchor="p375">
        <w:r>
          <w:rPr>
            <w:color w:val="2E5A80"/>
            <w:u w:val="single"/>
            <w:sz w:val="18"/>
          </w:rPr>
          <w:t xml:space="preserve">Brought into the light</w:t>
        </w:r>
      </w:hyperlink>
      <w:r>
        <w:rPr>
          <w:b w:val="0"/>
          <w:i w:val="0"/>
          <w:color w:val="6A6F75"/>
          <w:sz w:val="16"/>
        </w:rPr>
        <w:t xml:space="preserve">  375</w:t>
      </w:r>
    </w:p>
    <w:p>
      <w:pPr>
        <w:spacing w:after="0" w:line="240" w:lineRule="auto"/>
      </w:pPr>
      <w:hyperlink w:anchor="p499">
        <w:r>
          <w:rPr>
            <w:color w:val="2E5A80"/>
            <w:u w:val="single"/>
            <w:sz w:val="18"/>
          </w:rPr>
          <w:t xml:space="preserve">Can I hear of the fisher’s</w:t>
        </w:r>
      </w:hyperlink>
      <w:r>
        <w:rPr>
          <w:b w:val="0"/>
          <w:i w:val="0"/>
          <w:color w:val="6A6F75"/>
          <w:sz w:val="16"/>
        </w:rPr>
        <w:t xml:space="preserve">  499</w:t>
      </w:r>
    </w:p>
    <w:p>
      <w:pPr>
        <w:spacing w:after="0" w:line="240" w:lineRule="auto"/>
      </w:pPr>
      <w:hyperlink w:anchor="p435">
        <w:r>
          <w:rPr>
            <w:color w:val="2E5A80"/>
            <w:u w:val="single"/>
            <w:sz w:val="18"/>
          </w:rPr>
          <w:t xml:space="preserve">Carrying home the scent</w:t>
        </w:r>
      </w:hyperlink>
      <w:r>
        <w:rPr>
          <w:b w:val="0"/>
          <w:i w:val="0"/>
          <w:color w:val="6A6F75"/>
          <w:sz w:val="16"/>
        </w:rPr>
        <w:t xml:space="preserve">  435</w:t>
      </w:r>
    </w:p>
    <w:p>
      <w:pPr>
        <w:spacing w:after="0" w:line="240" w:lineRule="auto"/>
      </w:pPr>
      <w:hyperlink w:anchor="p794">
        <w:r>
          <w:rPr>
            <w:color w:val="2E5A80"/>
            <w:u w:val="single"/>
            <w:sz w:val="18"/>
          </w:rPr>
          <w:t xml:space="preserve">Changed now into one</w:t>
        </w:r>
      </w:hyperlink>
      <w:r>
        <w:rPr>
          <w:b w:val="0"/>
          <w:i w:val="0"/>
          <w:color w:val="6A6F75"/>
          <w:sz w:val="16"/>
        </w:rPr>
        <w:t xml:space="preserve">  794</w:t>
      </w:r>
    </w:p>
    <w:p>
      <w:pPr>
        <w:spacing w:after="0" w:line="240" w:lineRule="auto"/>
      </w:pPr>
      <w:hyperlink w:anchor="p396">
        <w:r>
          <w:rPr>
            <w:color w:val="2E5A80"/>
            <w:u w:val="single"/>
            <w:sz w:val="18"/>
          </w:rPr>
          <w:t xml:space="preserve">Chinese robe</w:t>
        </w:r>
      </w:hyperlink>
      <w:r>
        <w:rPr>
          <w:b w:val="0"/>
          <w:i w:val="0"/>
          <w:color w:val="6A6F75"/>
          <w:sz w:val="16"/>
        </w:rPr>
        <w:t xml:space="preserve">  396</w:t>
      </w:r>
    </w:p>
    <w:p>
      <w:pPr>
        <w:spacing w:after="0" w:line="240" w:lineRule="auto"/>
      </w:pPr>
      <w:hyperlink w:anchor="p437">
        <w:r>
          <w:rPr>
            <w:color w:val="2E5A80"/>
            <w:u w:val="single"/>
            <w:sz w:val="18"/>
          </w:rPr>
          <w:t xml:space="preserve">Coldness is becoming</w:t>
        </w:r>
      </w:hyperlink>
      <w:r>
        <w:rPr>
          <w:b w:val="0"/>
          <w:i w:val="0"/>
          <w:color w:val="6A6F75"/>
          <w:sz w:val="16"/>
        </w:rPr>
        <w:t xml:space="preserve">  437</w:t>
      </w:r>
    </w:p>
    <w:p>
      <w:pPr>
        <w:spacing w:after="0" w:line="240" w:lineRule="auto"/>
      </w:pPr>
      <w:hyperlink w:anchor="p27">
        <w:r>
          <w:rPr>
            <w:color w:val="2E5A80"/>
            <w:u w:val="single"/>
            <w:sz w:val="18"/>
          </w:rPr>
          <w:t xml:space="preserve">Come close</w:t>
        </w:r>
      </w:hyperlink>
      <w:r>
        <w:rPr>
          <w:b w:val="0"/>
          <w:i w:val="0"/>
          <w:color w:val="6A6F75"/>
          <w:sz w:val="16"/>
        </w:rPr>
        <w:t xml:space="preserve">  27</w:t>
      </w:r>
    </w:p>
    <w:p>
      <w:pPr>
        <w:spacing w:after="0" w:line="240" w:lineRule="auto"/>
      </w:pPr>
      <w:hyperlink w:anchor="p296">
        <w:r>
          <w:rPr>
            <w:color w:val="2E5A80"/>
            <w:u w:val="single"/>
            <w:sz w:val="18"/>
          </w:rPr>
          <w:t xml:space="preserve">Come round again, so clear</w:t>
        </w:r>
      </w:hyperlink>
      <w:r>
        <w:rPr>
          <w:b w:val="0"/>
          <w:i w:val="0"/>
          <w:color w:val="6A6F75"/>
          <w:sz w:val="16"/>
        </w:rPr>
        <w:t xml:space="preserve">  296</w:t>
      </w:r>
    </w:p>
    <w:p>
      <w:pPr>
        <w:spacing w:after="0" w:line="240" w:lineRule="auto"/>
      </w:pPr>
      <w:hyperlink w:anchor="p634">
        <w:r>
          <w:rPr>
            <w:color w:val="2E5A80"/>
            <w:u w:val="single"/>
            <w:sz w:val="18"/>
          </w:rPr>
          <w:t xml:space="preserve">Coming to seek</w:t>
        </w:r>
      </w:hyperlink>
      <w:r>
        <w:rPr>
          <w:b w:val="0"/>
          <w:i w:val="0"/>
          <w:color w:val="6A6F75"/>
          <w:sz w:val="16"/>
        </w:rPr>
        <w:t xml:space="preserve">  634</w:t>
      </w:r>
    </w:p>
    <w:p>
      <w:pPr>
        <w:spacing w:after="0" w:line="240" w:lineRule="auto"/>
      </w:pPr>
      <w:hyperlink w:anchor="p193">
        <w:r>
          <w:rPr>
            <w:color w:val="2E5A80"/>
            <w:u w:val="single"/>
            <w:sz w:val="18"/>
          </w:rPr>
          <w:t xml:space="preserve">Compare them: the sleeves</w:t>
        </w:r>
      </w:hyperlink>
      <w:r>
        <w:rPr>
          <w:b w:val="0"/>
          <w:i w:val="0"/>
          <w:color w:val="6A6F75"/>
          <w:sz w:val="16"/>
        </w:rPr>
        <w:t xml:space="preserve">  193</w:t>
      </w:r>
    </w:p>
    <w:p>
      <w:pPr>
        <w:spacing w:after="0" w:line="240" w:lineRule="auto"/>
      </w:pPr>
      <w:hyperlink w:anchor="p322">
        <w:r>
          <w:rPr>
            <w:color w:val="2E5A80"/>
            <w:u w:val="single"/>
            <w:sz w:val="18"/>
          </w:rPr>
          <w:t xml:space="preserve">Could I have thought</w:t>
        </w:r>
      </w:hyperlink>
      <w:r>
        <w:rPr>
          <w:b w:val="0"/>
          <w:i w:val="0"/>
          <w:color w:val="6A6F75"/>
          <w:sz w:val="16"/>
        </w:rPr>
        <w:t xml:space="preserve">  322</w:t>
      </w:r>
    </w:p>
    <w:p>
      <w:pPr>
        <w:spacing w:after="0" w:line="240" w:lineRule="auto"/>
      </w:pPr>
      <w:hyperlink w:anchor="p495">
        <w:r>
          <w:rPr>
            <w:color w:val="2E5A80"/>
            <w:u w:val="single"/>
            <w:sz w:val="18"/>
          </w:rPr>
          <w:t xml:space="preserve">Could I last even</w:t>
        </w:r>
      </w:hyperlink>
      <w:r>
        <w:rPr>
          <w:b w:val="0"/>
          <w:i w:val="0"/>
          <w:color w:val="6A6F75"/>
          <w:sz w:val="16"/>
        </w:rPr>
        <w:t xml:space="preserve">  495</w:t>
      </w:r>
    </w:p>
    <w:p>
      <w:pPr>
        <w:spacing w:after="0" w:line="240" w:lineRule="auto"/>
      </w:pPr>
      <w:hyperlink w:anchor="p242">
        <w:r>
          <w:rPr>
            <w:color w:val="2E5A80"/>
            <w:u w:val="single"/>
            <w:sz w:val="18"/>
          </w:rPr>
          <w:t xml:space="preserve">Could it be any less</w:t>
        </w:r>
      </w:hyperlink>
      <w:r>
        <w:rPr>
          <w:b w:val="0"/>
          <w:i w:val="0"/>
          <w:color w:val="6A6F75"/>
          <w:sz w:val="16"/>
        </w:rPr>
        <w:t xml:space="preserve">  242</w:t>
      </w:r>
    </w:p>
    <w:p>
      <w:pPr>
        <w:spacing w:after="0" w:line="240" w:lineRule="auto"/>
      </w:pPr>
      <w:hyperlink w:anchor="p11">
        <w:r>
          <w:rPr>
            <w:color w:val="2E5A80"/>
            <w:u w:val="single"/>
            <w:sz w:val="18"/>
          </w:rPr>
          <w:t xml:space="preserve">Counting bitter joints</w:t>
        </w:r>
      </w:hyperlink>
      <w:r>
        <w:rPr>
          <w:b w:val="0"/>
          <w:i w:val="0"/>
          <w:color w:val="6A6F75"/>
          <w:sz w:val="16"/>
        </w:rPr>
        <w:t xml:space="preserve">  11</w:t>
      </w:r>
    </w:p>
    <w:p>
      <w:pPr>
        <w:spacing w:after="0" w:line="240" w:lineRule="auto"/>
      </w:pPr>
      <w:hyperlink w:anchor="p607">
        <w:r>
          <w:rPr>
            <w:color w:val="2E5A80"/>
            <w:u w:val="single"/>
            <w:sz w:val="18"/>
          </w:rPr>
          <w:t xml:space="preserve">Counting the days</w:t>
        </w:r>
      </w:hyperlink>
      <w:r>
        <w:rPr>
          <w:b w:val="0"/>
          <w:i w:val="0"/>
          <w:color w:val="6A6F75"/>
          <w:sz w:val="16"/>
        </w:rPr>
        <w:t xml:space="preserve">  607</w:t>
      </w:r>
    </w:p>
    <w:p>
      <w:pPr>
        <w:spacing w:after="0" w:line="240" w:lineRule="auto"/>
      </w:pPr>
      <w:hyperlink w:anchor="p576">
        <w:r>
          <w:rPr>
            <w:color w:val="2E5A80"/>
            <w:u w:val="single"/>
            <w:sz w:val="18"/>
          </w:rPr>
          <w:t xml:space="preserve">Cuckoo, I would send word</w:t>
        </w:r>
      </w:hyperlink>
      <w:r>
        <w:rPr>
          <w:b w:val="0"/>
          <w:i w:val="0"/>
          <w:color w:val="6A6F75"/>
          <w:sz w:val="16"/>
        </w:rPr>
        <w:t xml:space="preserve">  576</w:t>
      </w:r>
    </w:p>
    <w:p>
      <w:pPr>
        <w:spacing w:after="0" w:line="240" w:lineRule="auto"/>
      </w:pPr>
      <w:hyperlink w:anchor="p9">
        <w:r>
          <w:rPr>
            <w:color w:val="2E5A80"/>
            <w:u w:val="single"/>
            <w:sz w:val="18"/>
          </w:rPr>
          <w:t xml:space="preserve">Deep is the heart</w:t>
        </w:r>
      </w:hyperlink>
      <w:r>
        <w:rPr>
          <w:b w:val="0"/>
          <w:i w:val="0"/>
          <w:color w:val="6A6F75"/>
          <w:sz w:val="16"/>
        </w:rPr>
        <w:t xml:space="preserve">  9</w:t>
      </w:r>
    </w:p>
    <w:p>
      <w:pPr>
        <w:spacing w:after="0" w:line="240" w:lineRule="auto"/>
      </w:pPr>
      <w:hyperlink w:anchor="p32">
        <w:r>
          <w:rPr>
            <w:color w:val="2E5A80"/>
            <w:u w:val="single"/>
            <w:sz w:val="18"/>
          </w:rPr>
          <w:t xml:space="preserve">Did people of old</w:t>
        </w:r>
      </w:hyperlink>
      <w:r>
        <w:rPr>
          <w:b w:val="0"/>
          <w:i w:val="0"/>
          <w:color w:val="6A6F75"/>
          <w:sz w:val="16"/>
        </w:rPr>
        <w:t xml:space="preserve">  32</w:t>
      </w:r>
    </w:p>
    <w:p>
      <w:pPr>
        <w:spacing w:after="0" w:line="240" w:lineRule="auto"/>
      </w:pPr>
      <w:hyperlink w:anchor="p307">
        <w:r>
          <w:rPr>
            <w:color w:val="2E5A80"/>
            <w:u w:val="single"/>
            <w:sz w:val="18"/>
          </w:rPr>
          <w:t xml:space="preserve">Did the cormorant fires</w:t>
        </w:r>
      </w:hyperlink>
      <w:r>
        <w:rPr>
          <w:b w:val="0"/>
          <w:i w:val="0"/>
          <w:color w:val="6A6F75"/>
          <w:sz w:val="16"/>
        </w:rPr>
        <w:t xml:space="preserve">  307</w:t>
      </w:r>
    </w:p>
    <w:p>
      <w:pPr>
        <w:spacing w:after="0" w:line="240" w:lineRule="auto"/>
      </w:pPr>
      <w:hyperlink w:anchor="p274">
        <w:r>
          <w:rPr>
            <w:color w:val="2E5A80"/>
            <w:u w:val="single"/>
            <w:sz w:val="18"/>
          </w:rPr>
          <w:t xml:space="preserve">Did the gods forbid it</w:t>
        </w:r>
      </w:hyperlink>
      <w:r>
        <w:rPr>
          <w:b w:val="0"/>
          <w:i w:val="0"/>
          <w:color w:val="6A6F75"/>
          <w:sz w:val="16"/>
        </w:rPr>
        <w:t xml:space="preserve">  274</w:t>
      </w:r>
    </w:p>
    <w:p>
      <w:pPr>
        <w:spacing w:after="0" w:line="240" w:lineRule="auto"/>
      </w:pPr>
      <w:hyperlink w:anchor="p562">
        <w:r>
          <w:rPr>
            <w:color w:val="2E5A80"/>
            <w:u w:val="single"/>
            <w:sz w:val="18"/>
          </w:rPr>
          <w:t xml:space="preserve">Did the one now gone</w:t>
        </w:r>
      </w:hyperlink>
      <w:r>
        <w:rPr>
          <w:b w:val="0"/>
          <w:i w:val="0"/>
          <w:color w:val="6A6F75"/>
          <w:sz w:val="16"/>
        </w:rPr>
        <w:t xml:space="preserve">  562</w:t>
      </w:r>
    </w:p>
    <w:p>
      <w:pPr>
        <w:spacing w:after="0" w:line="240" w:lineRule="auto"/>
      </w:pPr>
      <w:hyperlink w:anchor="p449">
        <w:r>
          <w:rPr>
            <w:color w:val="2E5A80"/>
            <w:u w:val="single"/>
            <w:sz w:val="18"/>
          </w:rPr>
          <w:t xml:space="preserve">Did you think the young chrysanthemum</w:t>
        </w:r>
      </w:hyperlink>
      <w:r>
        <w:rPr>
          <w:b w:val="0"/>
          <w:i w:val="0"/>
          <w:color w:val="6A6F75"/>
          <w:sz w:val="16"/>
        </w:rPr>
        <w:t xml:space="preserve">  449</w:t>
      </w:r>
    </w:p>
    <w:p>
      <w:pPr>
        <w:spacing w:after="0" w:line="240" w:lineRule="auto"/>
      </w:pPr>
      <w:hyperlink w:anchor="p364">
        <w:r>
          <w:rPr>
            <w:color w:val="2E5A80"/>
            <w:u w:val="single"/>
            <w:sz w:val="18"/>
          </w:rPr>
          <w:t xml:space="preserve">Do even the butterflies</w:t>
        </w:r>
      </w:hyperlink>
      <w:r>
        <w:rPr>
          <w:b w:val="0"/>
          <w:i w:val="0"/>
          <w:color w:val="6A6F75"/>
          <w:sz w:val="16"/>
        </w:rPr>
        <w:t xml:space="preserve">  364</w:t>
      </w:r>
    </w:p>
    <w:p>
      <w:pPr>
        <w:spacing w:after="0" w:line="240" w:lineRule="auto"/>
      </w:pPr>
      <w:hyperlink w:anchor="p701">
        <w:r>
          <w:rPr>
            <w:color w:val="2E5A80"/>
            <w:u w:val="single"/>
            <w:sz w:val="18"/>
          </w:rPr>
          <w:t xml:space="preserve">Do I love it</w:t>
        </w:r>
      </w:hyperlink>
      <w:r>
        <w:rPr>
          <w:b w:val="0"/>
          <w:i w:val="0"/>
          <w:color w:val="6A6F75"/>
          <w:sz w:val="16"/>
        </w:rPr>
        <w:t xml:space="preserve">  701</w:t>
      </w:r>
    </w:p>
    <w:p>
      <w:pPr>
        <w:spacing w:after="0" w:line="240" w:lineRule="auto"/>
      </w:pPr>
      <w:hyperlink w:anchor="p769">
        <w:r>
          <w:rPr>
            <w:color w:val="2E5A80"/>
            <w:u w:val="single"/>
            <w:sz w:val="18"/>
          </w:rPr>
          <w:t xml:space="preserve">Do not bend in the wind</w:t>
        </w:r>
      </w:hyperlink>
      <w:r>
        <w:rPr>
          <w:b w:val="0"/>
          <w:i w:val="0"/>
          <w:color w:val="6A6F75"/>
          <w:sz w:val="16"/>
        </w:rPr>
        <w:t xml:space="preserve">  769</w:t>
      </w:r>
    </w:p>
    <w:p>
      <w:pPr>
        <w:spacing w:after="0" w:line="240" w:lineRule="auto"/>
      </w:pPr>
      <w:hyperlink w:anchor="p446">
        <w:r>
          <w:rPr>
            <w:color w:val="2E5A80"/>
            <w:u w:val="single"/>
            <w:sz w:val="18"/>
          </w:rPr>
          <w:t xml:space="preserve">Do not blame me</w:t>
        </w:r>
      </w:hyperlink>
      <w:r>
        <w:rPr>
          <w:b w:val="0"/>
          <w:i w:val="0"/>
          <w:color w:val="6A6F75"/>
          <w:sz w:val="16"/>
        </w:rPr>
        <w:t xml:space="preserve">  446</w:t>
      </w:r>
    </w:p>
    <w:p>
      <w:pPr>
        <w:spacing w:after="0" w:line="240" w:lineRule="auto"/>
      </w:pPr>
      <w:hyperlink w:anchor="p48">
        <w:r>
          <w:rPr>
            <w:color w:val="2E5A80"/>
            <w:u w:val="single"/>
            <w:sz w:val="18"/>
          </w:rPr>
          <w:t xml:space="preserve">Do not compare the dampness</w:t>
        </w:r>
      </w:hyperlink>
      <w:r>
        <w:rPr>
          <w:b w:val="0"/>
          <w:i w:val="0"/>
          <w:color w:val="6A6F75"/>
          <w:sz w:val="16"/>
        </w:rPr>
        <w:t xml:space="preserve">  48</w:t>
      </w:r>
    </w:p>
    <w:p>
      <w:pPr>
        <w:spacing w:after="0" w:line="240" w:lineRule="auto"/>
      </w:pPr>
      <w:hyperlink w:anchor="p772">
        <w:r>
          <w:rPr>
            <w:color w:val="2E5A80"/>
            <w:u w:val="single"/>
            <w:sz w:val="18"/>
          </w:rPr>
          <w:t xml:space="preserve">Do not complain</w:t>
        </w:r>
      </w:hyperlink>
      <w:r>
        <w:rPr>
          <w:b w:val="0"/>
          <w:i w:val="0"/>
          <w:color w:val="6A6F75"/>
          <w:sz w:val="16"/>
        </w:rPr>
        <w:t xml:space="preserve">  772</w:t>
      </w:r>
    </w:p>
    <w:p>
      <w:pPr>
        <w:spacing w:after="0" w:line="240" w:lineRule="auto"/>
      </w:pPr>
      <w:hyperlink w:anchor="p431">
        <w:r>
          <w:rPr>
            <w:color w:val="2E5A80"/>
            <w:u w:val="single"/>
            <w:sz w:val="18"/>
          </w:rPr>
          <w:t xml:space="preserve">Do not part</w:t>
        </w:r>
      </w:hyperlink>
      <w:r>
        <w:rPr>
          <w:b w:val="0"/>
          <w:i w:val="0"/>
          <w:color w:val="6A6F75"/>
          <w:sz w:val="16"/>
        </w:rPr>
        <w:t xml:space="preserve">  431</w:t>
      </w:r>
    </w:p>
    <w:p>
      <w:pPr>
        <w:spacing w:after="0" w:line="240" w:lineRule="auto"/>
      </w:pPr>
      <w:hyperlink w:anchor="p445">
        <w:r>
          <w:rPr>
            <w:color w:val="2E5A80"/>
            <w:u w:val="single"/>
            <w:sz w:val="18"/>
          </w:rPr>
          <w:t xml:space="preserve">Do not put all the blame</w:t>
        </w:r>
      </w:hyperlink>
      <w:r>
        <w:rPr>
          <w:b w:val="0"/>
          <w:i w:val="0"/>
          <w:color w:val="6A6F75"/>
          <w:sz w:val="16"/>
        </w:rPr>
        <w:t xml:space="preserve">  445</w:t>
      </w:r>
    </w:p>
    <w:p>
      <w:pPr>
        <w:spacing w:after="0" w:line="240" w:lineRule="auto"/>
      </w:pPr>
      <w:hyperlink w:anchor="p482">
        <w:r>
          <w:rPr>
            <w:color w:val="2E5A80"/>
            <w:u w:val="single"/>
            <w:sz w:val="18"/>
          </w:rPr>
          <w:t xml:space="preserve">Do not show it now</w:t>
        </w:r>
      </w:hyperlink>
      <w:r>
        <w:rPr>
          <w:b w:val="0"/>
          <w:i w:val="0"/>
          <w:color w:val="6A6F75"/>
          <w:sz w:val="16"/>
        </w:rPr>
        <w:t xml:space="preserve">  482</w:t>
      </w:r>
    </w:p>
    <w:p>
      <w:pPr>
        <w:spacing w:after="0" w:line="240" w:lineRule="auto"/>
      </w:pPr>
      <w:hyperlink w:anchor="p659">
        <w:r>
          <w:rPr>
            <w:color w:val="2E5A80"/>
            <w:u w:val="single"/>
            <w:sz w:val="18"/>
          </w:rPr>
          <w:t xml:space="preserve">Do you guard the great field</w:t>
        </w:r>
      </w:hyperlink>
      <w:r>
        <w:rPr>
          <w:b w:val="0"/>
          <w:i w:val="0"/>
          <w:color w:val="6A6F75"/>
          <w:sz w:val="16"/>
        </w:rPr>
        <w:t xml:space="preserve">  659</w:t>
      </w:r>
    </w:p>
    <w:p>
      <w:pPr>
        <w:spacing w:after="0" w:line="240" w:lineRule="auto"/>
      </w:pPr>
      <w:hyperlink w:anchor="p531">
        <w:r>
          <w:rPr>
            <w:color w:val="2E5A80"/>
            <w:u w:val="single"/>
            <w:sz w:val="18"/>
          </w:rPr>
          <w:t xml:space="preserve">Do you mean to make</w:t>
        </w:r>
      </w:hyperlink>
      <w:r>
        <w:rPr>
          <w:b w:val="0"/>
          <w:i w:val="0"/>
          <w:color w:val="6A6F75"/>
          <w:sz w:val="16"/>
        </w:rPr>
        <w:t xml:space="preserve">  531</w:t>
      </w:r>
    </w:p>
    <w:p>
      <w:pPr>
        <w:spacing w:after="0" w:line="240" w:lineRule="auto"/>
      </w:pPr>
      <w:hyperlink w:anchor="p617">
        <w:r>
          <w:rPr>
            <w:color w:val="2E5A80"/>
            <w:u w:val="single"/>
            <w:sz w:val="18"/>
          </w:rPr>
          <w:t xml:space="preserve">Do you remember</w:t>
        </w:r>
      </w:hyperlink>
      <w:r>
        <w:rPr>
          <w:b w:val="0"/>
          <w:i w:val="0"/>
          <w:color w:val="6A6F75"/>
          <w:sz w:val="16"/>
        </w:rPr>
        <w:t xml:space="preserve">  617</w:t>
      </w:r>
    </w:p>
    <w:p>
      <w:pPr>
        <w:spacing w:after="0" w:line="240" w:lineRule="auto"/>
      </w:pPr>
      <w:hyperlink w:anchor="p497">
        <w:r>
          <w:rPr>
            <w:color w:val="2E5A80"/>
            <w:u w:val="single"/>
            <w:sz w:val="18"/>
          </w:rPr>
          <w:t xml:space="preserve">Do you rise and go</w:t>
        </w:r>
      </w:hyperlink>
      <w:r>
        <w:rPr>
          <w:b w:val="0"/>
          <w:i w:val="0"/>
          <w:color w:val="6A6F75"/>
          <w:sz w:val="16"/>
        </w:rPr>
        <w:t xml:space="preserve">  497</w:t>
      </w:r>
    </w:p>
    <w:p>
      <w:pPr>
        <w:spacing w:after="0" w:line="240" w:lineRule="auto"/>
      </w:pPr>
      <w:hyperlink w:anchor="p458">
        <w:r>
          <w:rPr>
            <w:color w:val="2E5A80"/>
            <w:u w:val="single"/>
            <w:sz w:val="18"/>
          </w:rPr>
          <w:t xml:space="preserve">Do you see them as common</w:t>
        </w:r>
      </w:hyperlink>
      <w:r>
        <w:rPr>
          <w:b w:val="0"/>
          <w:i w:val="0"/>
          <w:color w:val="6A6F75"/>
          <w:sz w:val="16"/>
        </w:rPr>
        <w:t xml:space="preserve">  458</w:t>
      </w:r>
    </w:p>
    <w:p>
      <w:pPr>
        <w:spacing w:after="0" w:line="240" w:lineRule="auto"/>
      </w:pPr>
      <w:hyperlink w:anchor="p157">
        <w:r>
          <w:rPr>
            <w:color w:val="2E5A80"/>
            <w:u w:val="single"/>
            <w:sz w:val="18"/>
          </w:rPr>
          <w:t xml:space="preserve">Do you take my tears</w:t>
        </w:r>
      </w:hyperlink>
      <w:r>
        <w:rPr>
          <w:b w:val="0"/>
          <w:i w:val="0"/>
          <w:color w:val="6A6F75"/>
          <w:sz w:val="16"/>
        </w:rPr>
        <w:t xml:space="preserve">  157</w:t>
      </w:r>
    </w:p>
    <w:p>
      <w:pPr>
        <w:spacing w:after="0" w:line="240" w:lineRule="auto"/>
      </w:pPr>
      <w:hyperlink w:anchor="p663">
        <w:r>
          <w:rPr>
            <w:color w:val="2E5A80"/>
            <w:u w:val="single"/>
            <w:sz w:val="18"/>
          </w:rPr>
          <w:t xml:space="preserve">Do you think it</w:t>
        </w:r>
      </w:hyperlink>
      <w:r>
        <w:rPr>
          <w:b w:val="0"/>
          <w:i w:val="0"/>
          <w:color w:val="6A6F75"/>
          <w:sz w:val="16"/>
        </w:rPr>
        <w:t xml:space="preserve">  663</w:t>
      </w:r>
    </w:p>
    <w:p>
      <w:pPr>
        <w:spacing w:after="0" w:line="240" w:lineRule="auto"/>
      </w:pPr>
      <w:hyperlink w:anchor="p756">
        <w:r>
          <w:rPr>
            <w:color w:val="2E5A80"/>
            <w:u w:val="single"/>
            <w:sz w:val="18"/>
          </w:rPr>
          <w:t xml:space="preserve">Do you too weep</w:t>
        </w:r>
      </w:hyperlink>
      <w:r>
        <w:rPr>
          <w:b w:val="0"/>
          <w:i w:val="0"/>
          <w:color w:val="6A6F75"/>
          <w:sz w:val="16"/>
        </w:rPr>
        <w:t xml:space="preserve">  756</w:t>
      </w:r>
    </w:p>
    <w:p>
      <w:pPr>
        <w:spacing w:after="0" w:line="240" w:lineRule="auto"/>
      </w:pPr>
      <w:hyperlink w:anchor="p773">
        <w:r>
          <w:rPr>
            <w:color w:val="2E5A80"/>
            <w:u w:val="single"/>
            <w:sz w:val="18"/>
          </w:rPr>
          <w:t xml:space="preserve">Does one not touched</w:t>
        </w:r>
      </w:hyperlink>
      <w:r>
        <w:rPr>
          <w:b w:val="0"/>
          <w:i w:val="0"/>
          <w:color w:val="6A6F75"/>
          <w:sz w:val="16"/>
        </w:rPr>
        <w:t xml:space="preserve">  773</w:t>
      </w:r>
    </w:p>
    <w:p>
      <w:pPr>
        <w:spacing w:after="0" w:line="240" w:lineRule="auto"/>
      </w:pPr>
      <w:hyperlink w:anchor="p154">
        <w:r>
          <w:rPr>
            <w:color w:val="2E5A80"/>
            <w:u w:val="single"/>
            <w:sz w:val="18"/>
          </w:rPr>
          <w:t xml:space="preserve">Does the mist divide</w:t>
        </w:r>
      </w:hyperlink>
      <w:r>
        <w:rPr>
          <w:b w:val="0"/>
          <w:i w:val="0"/>
          <w:color w:val="6A6F75"/>
          <w:sz w:val="16"/>
        </w:rPr>
        <w:t xml:space="preserve">  154</w:t>
      </w:r>
    </w:p>
    <w:p>
      <w:pPr>
        <w:spacing w:after="0" w:line="240" w:lineRule="auto"/>
      </w:pPr>
      <w:hyperlink w:anchor="p359">
        <w:r>
          <w:rPr>
            <w:color w:val="2E5A80"/>
            <w:u w:val="single"/>
            <w:sz w:val="18"/>
          </w:rPr>
          <w:t xml:space="preserve">Does the spring pond</w:t>
        </w:r>
      </w:hyperlink>
      <w:r>
        <w:rPr>
          <w:b w:val="0"/>
          <w:i w:val="0"/>
          <w:color w:val="6A6F75"/>
          <w:sz w:val="16"/>
        </w:rPr>
        <w:t xml:space="preserve">  359</w:t>
      </w:r>
    </w:p>
    <w:p>
      <w:pPr>
        <w:spacing w:after="0" w:line="240" w:lineRule="auto"/>
      </w:pPr>
      <w:hyperlink w:anchor="p628">
        <w:r>
          <w:rPr>
            <w:color w:val="2E5A80"/>
            <w:u w:val="single"/>
            <w:sz w:val="18"/>
          </w:rPr>
          <w:t xml:space="preserve">Drawing from the heart</w:t>
        </w:r>
      </w:hyperlink>
      <w:r>
        <w:rPr>
          <w:b w:val="0"/>
          <w:i w:val="0"/>
          <w:color w:val="6A6F75"/>
          <w:sz w:val="16"/>
        </w:rPr>
        <w:t xml:space="preserve">  628</w:t>
      </w:r>
    </w:p>
    <w:p>
      <w:pPr>
        <w:spacing w:after="0" w:line="240" w:lineRule="auto"/>
      </w:pPr>
      <w:hyperlink w:anchor="p462">
        <w:r>
          <w:rPr>
            <w:color w:val="2E5A80"/>
            <w:u w:val="single"/>
            <w:sz w:val="18"/>
          </w:rPr>
          <w:t xml:space="preserve">Drawn by the long years</w:t>
        </w:r>
      </w:hyperlink>
      <w:r>
        <w:rPr>
          <w:b w:val="0"/>
          <w:i w:val="0"/>
          <w:color w:val="6A6F75"/>
          <w:sz w:val="16"/>
        </w:rPr>
        <w:t xml:space="preserve">  462</w:t>
      </w:r>
    </w:p>
    <w:p>
      <w:pPr>
        <w:spacing w:after="0" w:line="240" w:lineRule="auto"/>
      </w:pPr>
      <w:hyperlink w:anchor="p231">
        <w:r>
          <w:rPr>
            <w:color w:val="2E5A80"/>
            <w:u w:val="single"/>
            <w:sz w:val="18"/>
          </w:rPr>
          <w:t xml:space="preserve">Drenched, I weep at once</w:t>
        </w:r>
      </w:hyperlink>
      <w:r>
        <w:rPr>
          <w:b w:val="0"/>
          <w:i w:val="0"/>
          <w:color w:val="6A6F75"/>
          <w:sz w:val="16"/>
        </w:rPr>
        <w:t xml:space="preserve">  231</w:t>
      </w:r>
    </w:p>
    <w:p>
      <w:pPr>
        <w:spacing w:after="0" w:line="240" w:lineRule="auto"/>
      </w:pPr>
      <w:hyperlink w:anchor="p216">
        <w:r>
          <w:rPr>
            <w:color w:val="2E5A80"/>
            <w:u w:val="single"/>
            <w:sz w:val="18"/>
          </w:rPr>
          <w:t xml:space="preserve">Drifted onto the plain</w:t>
        </w:r>
      </w:hyperlink>
      <w:r>
        <w:rPr>
          <w:b w:val="0"/>
          <w:i w:val="0"/>
          <w:color w:val="6A6F75"/>
          <w:sz w:val="16"/>
        </w:rPr>
        <w:t xml:space="preserve">  216</w:t>
      </w:r>
    </w:p>
    <w:p>
      <w:pPr>
        <w:spacing w:after="0" w:line="240" w:lineRule="auto"/>
      </w:pPr>
      <w:hyperlink w:anchor="p427">
        <w:r>
          <w:rPr>
            <w:color w:val="2E5A80"/>
            <w:u w:val="single"/>
            <w:sz w:val="18"/>
          </w:rPr>
          <w:t xml:space="preserve">Even a boatman tossed</w:t>
        </w:r>
      </w:hyperlink>
      <w:r>
        <w:rPr>
          <w:b w:val="0"/>
          <w:i w:val="0"/>
          <w:color w:val="6A6F75"/>
          <w:sz w:val="16"/>
        </w:rPr>
        <w:t xml:space="preserve">  427</w:t>
      </w:r>
    </w:p>
    <w:p>
      <w:pPr>
        <w:spacing w:after="0" w:line="240" w:lineRule="auto"/>
      </w:pPr>
      <w:hyperlink w:anchor="p7">
        <w:r>
          <w:rPr>
            <w:color w:val="2E5A80"/>
            <w:u w:val="single"/>
            <w:sz w:val="18"/>
          </w:rPr>
          <w:t xml:space="preserve">Even above the clouds</w:t>
        </w:r>
      </w:hyperlink>
      <w:r>
        <w:rPr>
          <w:b w:val="0"/>
          <w:i w:val="0"/>
          <w:color w:val="6A6F75"/>
          <w:sz w:val="16"/>
        </w:rPr>
        <w:t xml:space="preserve">  7</w:t>
      </w:r>
    </w:p>
    <w:p>
      <w:pPr>
        <w:spacing w:after="0" w:line="240" w:lineRule="auto"/>
      </w:pPr>
      <w:hyperlink w:anchor="p389">
        <w:r>
          <w:rPr>
            <w:color w:val="2E5A80"/>
            <w:u w:val="single"/>
            <w:sz w:val="18"/>
          </w:rPr>
          <w:t xml:space="preserve">Even at evening, when the wind</w:t>
        </w:r>
      </w:hyperlink>
      <w:r>
        <w:rPr>
          <w:b w:val="0"/>
          <w:i w:val="0"/>
          <w:color w:val="6A6F75"/>
          <w:sz w:val="16"/>
        </w:rPr>
        <w:t xml:space="preserve">  389</w:t>
      </w:r>
    </w:p>
    <w:p>
      <w:pPr>
        <w:spacing w:after="0" w:line="240" w:lineRule="auto"/>
      </w:pPr>
      <w:hyperlink w:anchor="p203">
        <w:r>
          <w:rPr>
            <w:color w:val="2E5A80"/>
            <w:u w:val="single"/>
            <w:sz w:val="18"/>
          </w:rPr>
          <w:t xml:space="preserve">Even geese that leave</w:t>
        </w:r>
      </w:hyperlink>
      <w:r>
        <w:rPr>
          <w:b w:val="0"/>
          <w:i w:val="0"/>
          <w:color w:val="6A6F75"/>
          <w:sz w:val="16"/>
        </w:rPr>
        <w:t xml:space="preserve">  203</w:t>
      </w:r>
    </w:p>
    <w:p>
      <w:pPr>
        <w:spacing w:after="0" w:line="240" w:lineRule="auto"/>
      </w:pPr>
      <w:hyperlink w:anchor="p477">
        <w:r>
          <w:rPr>
            <w:color w:val="2E5A80"/>
            <w:u w:val="single"/>
            <w:sz w:val="18"/>
          </w:rPr>
          <w:t xml:space="preserve">Even he who left the world</w:t>
        </w:r>
      </w:hyperlink>
      <w:r>
        <w:rPr>
          <w:b w:val="0"/>
          <w:i w:val="0"/>
          <w:color w:val="6A6F75"/>
          <w:sz w:val="16"/>
        </w:rPr>
        <w:t xml:space="preserve">  477</w:t>
      </w:r>
    </w:p>
    <w:p>
      <w:pPr>
        <w:spacing w:after="0" w:line="240" w:lineRule="auto"/>
      </w:pPr>
      <w:hyperlink w:anchor="p760">
        <w:r>
          <w:rPr>
            <w:color w:val="2E5A80"/>
            <w:u w:val="single"/>
            <w:sz w:val="18"/>
          </w:rPr>
          <w:t xml:space="preserve">Even I, wretched</w:t>
        </w:r>
      </w:hyperlink>
      <w:r>
        <w:rPr>
          <w:b w:val="0"/>
          <w:i w:val="0"/>
          <w:color w:val="6A6F75"/>
          <w:sz w:val="16"/>
        </w:rPr>
        <w:t xml:space="preserve">  760</w:t>
      </w:r>
    </w:p>
    <w:p>
      <w:pPr>
        <w:spacing w:after="0" w:line="240" w:lineRule="auto"/>
      </w:pPr>
      <w:hyperlink w:anchor="p321">
        <w:r>
          <w:rPr>
            <w:color w:val="2E5A80"/>
            <w:u w:val="single"/>
            <w:sz w:val="18"/>
          </w:rPr>
          <w:t xml:space="preserve">Even if I let my heart</w:t>
        </w:r>
      </w:hyperlink>
      <w:r>
        <w:rPr>
          <w:b w:val="0"/>
          <w:i w:val="0"/>
          <w:color w:val="6A6F75"/>
          <w:sz w:val="16"/>
        </w:rPr>
        <w:t xml:space="preserve">  321</w:t>
      </w:r>
    </w:p>
    <w:p>
      <w:pPr>
        <w:spacing w:after="0" w:line="240" w:lineRule="auto"/>
      </w:pPr>
      <w:hyperlink w:anchor="p300">
        <w:r>
          <w:rPr>
            <w:color w:val="2E5A80"/>
            <w:u w:val="single"/>
            <w:sz w:val="18"/>
          </w:rPr>
          <w:t xml:space="preserve">Even if I must seek you</w:t>
        </w:r>
      </w:hyperlink>
      <w:r>
        <w:rPr>
          <w:b w:val="0"/>
          <w:i w:val="0"/>
          <w:color w:val="6A6F75"/>
          <w:sz w:val="16"/>
        </w:rPr>
        <w:t xml:space="preserve">  300</w:t>
      </w:r>
    </w:p>
    <w:p>
      <w:pPr>
        <w:spacing w:after="0" w:line="240" w:lineRule="auto"/>
      </w:pPr>
      <w:hyperlink w:anchor="p412">
        <w:r>
          <w:rPr>
            <w:color w:val="2E5A80"/>
            <w:u w:val="single"/>
            <w:sz w:val="18"/>
          </w:rPr>
          <w:t xml:space="preserve">Even if now I leave</w:t>
        </w:r>
      </w:hyperlink>
      <w:r>
        <w:rPr>
          <w:b w:val="0"/>
          <w:i w:val="0"/>
          <w:color w:val="6A6F75"/>
          <w:sz w:val="16"/>
        </w:rPr>
        <w:t xml:space="preserve">  412</w:t>
      </w:r>
    </w:p>
    <w:p>
      <w:pPr>
        <w:spacing w:after="0" w:line="240" w:lineRule="auto"/>
      </w:pPr>
      <w:hyperlink w:anchor="p66">
        <w:r>
          <w:rPr>
            <w:color w:val="2E5A80"/>
            <w:u w:val="single"/>
            <w:sz w:val="18"/>
          </w:rPr>
          <w:t xml:space="preserve">Even in the bewilderment</w:t>
        </w:r>
      </w:hyperlink>
      <w:r>
        <w:rPr>
          <w:b w:val="0"/>
          <w:i w:val="0"/>
          <w:color w:val="6A6F75"/>
          <w:sz w:val="16"/>
        </w:rPr>
        <w:t xml:space="preserve">  66</w:t>
      </w:r>
    </w:p>
    <w:p>
      <w:pPr>
        <w:spacing w:after="0" w:line="240" w:lineRule="auto"/>
      </w:pPr>
      <w:hyperlink w:anchor="p705">
        <w:r>
          <w:rPr>
            <w:color w:val="2E5A80"/>
            <w:u w:val="single"/>
            <w:sz w:val="18"/>
          </w:rPr>
          <w:t xml:space="preserve">Even in the pine shade</w:t>
        </w:r>
      </w:hyperlink>
      <w:r>
        <w:rPr>
          <w:b w:val="0"/>
          <w:i w:val="0"/>
          <w:color w:val="6A6F75"/>
          <w:sz w:val="16"/>
        </w:rPr>
        <w:t xml:space="preserve">  705</w:t>
      </w:r>
    </w:p>
    <w:p>
      <w:pPr>
        <w:spacing w:after="0" w:line="240" w:lineRule="auto"/>
      </w:pPr>
      <w:hyperlink w:anchor="p277">
        <w:r>
          <w:rPr>
            <w:color w:val="2E5A80"/>
            <w:u w:val="single"/>
            <w:sz w:val="18"/>
          </w:rPr>
          <w:t xml:space="preserve">Even more than at the time</w:t>
        </w:r>
      </w:hyperlink>
      <w:r>
        <w:rPr>
          <w:b w:val="0"/>
          <w:i w:val="0"/>
          <w:color w:val="6A6F75"/>
          <w:sz w:val="16"/>
        </w:rPr>
        <w:t xml:space="preserve">  277</w:t>
      </w:r>
    </w:p>
    <w:p>
      <w:pPr>
        <w:spacing w:after="0" w:line="240" w:lineRule="auto"/>
      </w:pPr>
      <w:hyperlink w:anchor="p457">
        <w:r>
          <w:rPr>
            <w:color w:val="2E5A80"/>
            <w:u w:val="single"/>
            <w:sz w:val="18"/>
          </w:rPr>
          <w:t xml:space="preserve">Even one of the village</w:t>
        </w:r>
      </w:hyperlink>
      <w:r>
        <w:rPr>
          <w:b w:val="0"/>
          <w:i w:val="0"/>
          <w:color w:val="6A6F75"/>
          <w:sz w:val="16"/>
        </w:rPr>
        <w:t xml:space="preserve">  457</w:t>
      </w:r>
    </w:p>
    <w:p>
      <w:pPr>
        <w:spacing w:after="0" w:line="240" w:lineRule="auto"/>
      </w:pPr>
      <w:hyperlink w:anchor="p725">
        <w:r>
          <w:rPr>
            <w:color w:val="2E5A80"/>
            <w:u w:val="single"/>
            <w:sz w:val="18"/>
          </w:rPr>
          <w:t xml:space="preserve">Even over the bush clover</w:t>
        </w:r>
      </w:hyperlink>
      <w:r>
        <w:rPr>
          <w:b w:val="0"/>
          <w:i w:val="0"/>
          <w:color w:val="6A6F75"/>
          <w:sz w:val="16"/>
        </w:rPr>
        <w:t xml:space="preserve">  725</w:t>
      </w:r>
    </w:p>
    <w:p>
      <w:pPr>
        <w:spacing w:after="0" w:line="240" w:lineRule="auto"/>
      </w:pPr>
      <w:hyperlink w:anchor="p682">
        <w:r>
          <w:rPr>
            <w:color w:val="2E5A80"/>
            <w:u w:val="single"/>
            <w:sz w:val="18"/>
          </w:rPr>
          <w:t xml:space="preserve">Even remembering</w:t>
        </w:r>
      </w:hyperlink>
      <w:r>
        <w:rPr>
          <w:b w:val="0"/>
          <w:i w:val="0"/>
          <w:color w:val="6A6F75"/>
          <w:sz w:val="16"/>
        </w:rPr>
        <w:t xml:space="preserve">  682</w:t>
      </w:r>
    </w:p>
    <w:p>
      <w:pPr>
        <w:spacing w:after="0" w:line="240" w:lineRule="auto"/>
      </w:pPr>
      <w:hyperlink w:anchor="p404">
        <w:r>
          <w:rPr>
            <w:color w:val="2E5A80"/>
            <w:u w:val="single"/>
            <w:sz w:val="18"/>
          </w:rPr>
          <w:t xml:space="preserve">Even seeing the light</w:t>
        </w:r>
      </w:hyperlink>
      <w:r>
        <w:rPr>
          <w:b w:val="0"/>
          <w:i w:val="0"/>
          <w:color w:val="6A6F75"/>
          <w:sz w:val="16"/>
        </w:rPr>
        <w:t xml:space="preserve">  404</w:t>
      </w:r>
    </w:p>
    <w:p>
      <w:pPr>
        <w:spacing w:after="0" w:line="240" w:lineRule="auto"/>
      </w:pPr>
      <w:hyperlink w:anchor="p728">
        <w:r>
          <w:rPr>
            <w:color w:val="2E5A80"/>
            <w:u w:val="single"/>
            <w:sz w:val="18"/>
          </w:rPr>
          <w:t xml:space="preserve">Even seeking a place</w:t>
        </w:r>
      </w:hyperlink>
      <w:r>
        <w:rPr>
          <w:b w:val="0"/>
          <w:i w:val="0"/>
          <w:color w:val="6A6F75"/>
          <w:sz w:val="16"/>
        </w:rPr>
        <w:t xml:space="preserve">  728</w:t>
      </w:r>
    </w:p>
    <w:p>
      <w:pPr>
        <w:spacing w:after="0" w:line="240" w:lineRule="auto"/>
      </w:pPr>
      <w:hyperlink w:anchor="p560">
        <w:r>
          <w:rPr>
            <w:color w:val="2E5A80"/>
            <w:u w:val="single"/>
            <w:sz w:val="18"/>
          </w:rPr>
          <w:t xml:space="preserve">Even that autumn long ago</w:t>
        </w:r>
      </w:hyperlink>
      <w:r>
        <w:rPr>
          <w:b w:val="0"/>
          <w:i w:val="0"/>
          <w:color w:val="6A6F75"/>
          <w:sz w:val="16"/>
        </w:rPr>
        <w:t xml:space="preserve">  560</w:t>
      </w:r>
    </w:p>
    <w:p>
      <w:pPr>
        <w:spacing w:after="0" w:line="240" w:lineRule="auto"/>
      </w:pPr>
      <w:hyperlink w:anchor="p43">
        <w:r>
          <w:rPr>
            <w:color w:val="2E5A80"/>
            <w:u w:val="single"/>
            <w:sz w:val="18"/>
          </w:rPr>
          <w:t xml:space="preserve">Even the cicada’s wings</w:t>
        </w:r>
      </w:hyperlink>
      <w:r>
        <w:rPr>
          <w:b w:val="0"/>
          <w:i w:val="0"/>
          <w:color w:val="6A6F75"/>
          <w:sz w:val="16"/>
        </w:rPr>
        <w:t xml:space="preserve">  43</w:t>
      </w:r>
    </w:p>
    <w:p>
      <w:pPr>
        <w:spacing w:after="0" w:line="240" w:lineRule="auto"/>
      </w:pPr>
      <w:hyperlink w:anchor="p177">
        <w:r>
          <w:rPr>
            <w:color w:val="2E5A80"/>
            <w:u w:val="single"/>
            <w:sz w:val="18"/>
          </w:rPr>
          <w:t xml:space="preserve">Even the foam that floats</w:t>
        </w:r>
      </w:hyperlink>
      <w:r>
        <w:rPr>
          <w:b w:val="0"/>
          <w:i w:val="0"/>
          <w:color w:val="6A6F75"/>
          <w:sz w:val="16"/>
        </w:rPr>
        <w:t xml:space="preserve">  177</w:t>
      </w:r>
    </w:p>
    <w:p>
      <w:pPr>
        <w:spacing w:after="0" w:line="240" w:lineRule="auto"/>
      </w:pPr>
      <w:hyperlink w:anchor="p123">
        <w:r>
          <w:rPr>
            <w:color w:val="2E5A80"/>
            <w:u w:val="single"/>
            <w:sz w:val="18"/>
          </w:rPr>
          <w:t xml:space="preserve">Even the heavens where she</w:t>
        </w:r>
      </w:hyperlink>
      <w:r>
        <w:rPr>
          <w:b w:val="0"/>
          <w:i w:val="0"/>
          <w:color w:val="6A6F75"/>
          <w:sz w:val="16"/>
        </w:rPr>
        <w:t xml:space="preserve">  123</w:t>
      </w:r>
    </w:p>
    <w:p>
      <w:pPr>
        <w:spacing w:after="0" w:line="240" w:lineRule="auto"/>
      </w:pPr>
      <w:hyperlink w:anchor="p406">
        <w:r>
          <w:rPr>
            <w:color w:val="2E5A80"/>
            <w:u w:val="single"/>
            <w:sz w:val="18"/>
          </w:rPr>
          <w:t xml:space="preserve">Even the hollyhock</w:t>
        </w:r>
      </w:hyperlink>
      <w:r>
        <w:rPr>
          <w:b w:val="0"/>
          <w:i w:val="0"/>
          <w:color w:val="6A6F75"/>
          <w:sz w:val="16"/>
        </w:rPr>
        <w:t xml:space="preserve">  406</w:t>
      </w:r>
    </w:p>
    <w:p>
      <w:pPr>
        <w:spacing w:after="0" w:line="240" w:lineRule="auto"/>
      </w:pPr>
      <w:hyperlink w:anchor="p372">
        <w:r>
          <w:rPr>
            <w:color w:val="2E5A80"/>
            <w:u w:val="single"/>
            <w:sz w:val="18"/>
          </w:rPr>
          <w:t xml:space="preserve">Even the longing of an insect</w:t>
        </w:r>
      </w:hyperlink>
      <w:r>
        <w:rPr>
          <w:b w:val="0"/>
          <w:i w:val="0"/>
          <w:color w:val="6A6F75"/>
          <w:sz w:val="16"/>
        </w:rPr>
        <w:t xml:space="preserve">  372</w:t>
      </w:r>
    </w:p>
    <w:p>
      <w:pPr>
        <w:spacing w:after="0" w:line="240" w:lineRule="auto"/>
      </w:pPr>
      <w:hyperlink w:anchor="p717">
        <w:r>
          <w:rPr>
            <w:color w:val="2E5A80"/>
            <w:u w:val="single"/>
            <w:sz w:val="18"/>
          </w:rPr>
          <w:t xml:space="preserve">Even the look</w:t>
        </w:r>
      </w:hyperlink>
      <w:r>
        <w:rPr>
          <w:b w:val="0"/>
          <w:i w:val="0"/>
          <w:color w:val="6A6F75"/>
          <w:sz w:val="16"/>
        </w:rPr>
        <w:t xml:space="preserve">  717</w:t>
      </w:r>
    </w:p>
    <w:p>
      <w:pPr>
        <w:spacing w:after="0" w:line="240" w:lineRule="auto"/>
      </w:pPr>
      <w:hyperlink w:anchor="p386">
        <w:r>
          <w:rPr>
            <w:color w:val="2E5A80"/>
            <w:u w:val="single"/>
            <w:sz w:val="18"/>
          </w:rPr>
          <w:t xml:space="preserve">Even the ordinary</w:t>
        </w:r>
      </w:hyperlink>
      <w:r>
        <w:rPr>
          <w:b w:val="0"/>
          <w:i w:val="0"/>
          <w:color w:val="6A6F75"/>
          <w:sz w:val="16"/>
        </w:rPr>
        <w:t xml:space="preserve">  386</w:t>
      </w:r>
    </w:p>
    <w:p>
      <w:pPr>
        <w:spacing w:after="0" w:line="240" w:lineRule="auto"/>
      </w:pPr>
      <w:hyperlink w:anchor="p668">
        <w:r>
          <w:rPr>
            <w:color w:val="2E5A80"/>
            <w:u w:val="single"/>
            <w:sz w:val="18"/>
          </w:rPr>
          <w:t xml:space="preserve">Even the place beneath</w:t>
        </w:r>
      </w:hyperlink>
      <w:r>
        <w:rPr>
          <w:b w:val="0"/>
          <w:i w:val="0"/>
          <w:color w:val="6A6F75"/>
          <w:sz w:val="16"/>
        </w:rPr>
        <w:t xml:space="preserve">  668</w:t>
      </w:r>
    </w:p>
    <w:p>
      <w:pPr>
        <w:spacing w:after="0" w:line="240" w:lineRule="auto"/>
      </w:pPr>
      <w:hyperlink w:anchor="p501">
        <w:r>
          <w:rPr>
            <w:color w:val="2E5A80"/>
            <w:u w:val="single"/>
            <w:sz w:val="18"/>
          </w:rPr>
          <w:t xml:space="preserve">Even the smoke</w:t>
        </w:r>
      </w:hyperlink>
      <w:r>
        <w:rPr>
          <w:b w:val="0"/>
          <w:i w:val="0"/>
          <w:color w:val="6A6F75"/>
          <w:sz w:val="16"/>
        </w:rPr>
        <w:t xml:space="preserve">  501</w:t>
      </w:r>
    </w:p>
    <w:p>
      <w:pPr>
        <w:spacing w:after="0" w:line="240" w:lineRule="auto"/>
      </w:pPr>
      <w:hyperlink w:anchor="p221">
        <w:r>
          <w:rPr>
            <w:color w:val="2E5A80"/>
            <w:u w:val="single"/>
            <w:sz w:val="18"/>
          </w:rPr>
          <w:t xml:space="preserve">Even the sorrow of Awaji Isle</w:t>
        </w:r>
      </w:hyperlink>
      <w:r>
        <w:rPr>
          <w:b w:val="0"/>
          <w:i w:val="0"/>
          <w:color w:val="6A6F75"/>
          <w:sz w:val="16"/>
        </w:rPr>
        <w:t xml:space="preserve">  221</w:t>
      </w:r>
    </w:p>
    <w:p>
      <w:pPr>
        <w:spacing w:after="0" w:line="240" w:lineRule="auto"/>
      </w:pPr>
      <w:hyperlink w:anchor="p733">
        <w:r>
          <w:rPr>
            <w:color w:val="2E5A80"/>
            <w:u w:val="single"/>
            <w:sz w:val="18"/>
          </w:rPr>
          <w:t xml:space="preserve">Even the village name</w:t>
        </w:r>
      </w:hyperlink>
      <w:r>
        <w:rPr>
          <w:b w:val="0"/>
          <w:i w:val="0"/>
          <w:color w:val="6A6F75"/>
          <w:sz w:val="16"/>
        </w:rPr>
        <w:t xml:space="preserve">  733</w:t>
      </w:r>
    </w:p>
    <w:p>
      <w:pPr>
        <w:spacing w:after="0" w:line="240" w:lineRule="auto"/>
      </w:pPr>
      <w:hyperlink w:anchor="p524">
        <w:r>
          <w:rPr>
            <w:color w:val="2E5A80"/>
            <w:u w:val="single"/>
            <w:sz w:val="18"/>
          </w:rPr>
          <w:t xml:space="preserve">Even to a dwelling</w:t>
        </w:r>
      </w:hyperlink>
      <w:r>
        <w:rPr>
          <w:b w:val="0"/>
          <w:i w:val="0"/>
          <w:color w:val="6A6F75"/>
          <w:sz w:val="16"/>
        </w:rPr>
        <w:t xml:space="preserve">  524</w:t>
      </w:r>
    </w:p>
    <w:p>
      <w:pPr>
        <w:spacing w:after="0" w:line="240" w:lineRule="auto"/>
      </w:pPr>
      <w:hyperlink w:anchor="p333">
        <w:r>
          <w:rPr>
            <w:color w:val="2E5A80"/>
            <w:u w:val="single"/>
            <w:sz w:val="18"/>
          </w:rPr>
          <w:t xml:space="preserve">Even to the dwelling</w:t>
        </w:r>
      </w:hyperlink>
      <w:r>
        <w:rPr>
          <w:b w:val="0"/>
          <w:i w:val="0"/>
          <w:color w:val="6A6F75"/>
          <w:sz w:val="16"/>
        </w:rPr>
        <w:t xml:space="preserve">  333</w:t>
      </w:r>
    </w:p>
    <w:p>
      <w:pPr>
        <w:spacing w:after="0" w:line="240" w:lineRule="auto"/>
      </w:pPr>
      <w:hyperlink w:anchor="p448">
        <w:r>
          <w:rPr>
            <w:color w:val="2E5A80"/>
            <w:u w:val="single"/>
            <w:sz w:val="18"/>
          </w:rPr>
          <w:t xml:space="preserve">Even wearing it</w:t>
        </w:r>
      </w:hyperlink>
      <w:r>
        <w:rPr>
          <w:b w:val="0"/>
          <w:i w:val="0"/>
          <w:color w:val="6A6F75"/>
          <w:sz w:val="16"/>
        </w:rPr>
        <w:t xml:space="preserve">  448</w:t>
      </w:r>
    </w:p>
    <w:p>
      <w:pPr>
        <w:spacing w:after="0" w:line="240" w:lineRule="auto"/>
      </w:pPr>
      <w:hyperlink w:anchor="p597">
        <w:r>
          <w:rPr>
            <w:color w:val="2E5A80"/>
            <w:u w:val="single"/>
            <w:sz w:val="18"/>
          </w:rPr>
          <w:t xml:space="preserve">Everyone moves</w:t>
        </w:r>
      </w:hyperlink>
      <w:r>
        <w:rPr>
          <w:b w:val="0"/>
          <w:i w:val="0"/>
          <w:color w:val="6A6F75"/>
          <w:sz w:val="16"/>
        </w:rPr>
        <w:t xml:space="preserve">  597</w:t>
      </w:r>
    </w:p>
    <w:p>
      <w:pPr>
        <w:spacing w:after="0" w:line="240" w:lineRule="auto"/>
      </w:pPr>
      <w:hyperlink w:anchor="p604">
        <w:r>
          <w:rPr>
            <w:color w:val="2E5A80"/>
            <w:u w:val="single"/>
            <w:sz w:val="18"/>
          </w:rPr>
          <w:t xml:space="preserve">Fall by design</w:t>
        </w:r>
      </w:hyperlink>
      <w:r>
        <w:rPr>
          <w:b w:val="0"/>
          <w:i w:val="0"/>
          <w:color w:val="6A6F75"/>
          <w:sz w:val="16"/>
        </w:rPr>
        <w:t xml:space="preserve">  604</w:t>
      </w:r>
    </w:p>
    <w:p>
      <w:pPr>
        <w:spacing w:after="0" w:line="240" w:lineRule="auto"/>
      </w:pPr>
      <w:hyperlink w:anchor="p220">
        <w:r>
          <w:rPr>
            <w:color w:val="2E5A80"/>
            <w:u w:val="single"/>
            <w:sz w:val="18"/>
          </w:rPr>
          <w:t xml:space="preserve">Far away I think of you</w:t>
        </w:r>
      </w:hyperlink>
      <w:r>
        <w:rPr>
          <w:b w:val="0"/>
          <w:i w:val="0"/>
          <w:color w:val="6A6F75"/>
          <w:sz w:val="16"/>
        </w:rPr>
        <w:t xml:space="preserve">  220</w:t>
      </w:r>
    </w:p>
    <w:p>
      <w:pPr>
        <w:spacing w:after="0" w:line="240" w:lineRule="auto"/>
      </w:pPr>
      <w:hyperlink w:anchor="p85">
        <w:r>
          <w:rPr>
            <w:color w:val="2E5A80"/>
            <w:u w:val="single"/>
            <w:sz w:val="18"/>
          </w:rPr>
          <w:t xml:space="preserve">Far away is the waving</w:t>
        </w:r>
      </w:hyperlink>
      <w:r>
        <w:rPr>
          <w:b w:val="0"/>
          <w:i w:val="0"/>
          <w:color w:val="6A6F75"/>
          <w:sz w:val="16"/>
        </w:rPr>
        <w:t xml:space="preserve">  85</w:t>
      </w:r>
    </w:p>
    <w:p>
      <w:pPr>
        <w:spacing w:after="0" w:line="240" w:lineRule="auto"/>
      </w:pPr>
      <w:hyperlink w:anchor="p538">
        <w:r>
          <w:rPr>
            <w:color w:val="2E5A80"/>
            <w:u w:val="single"/>
            <w:sz w:val="18"/>
          </w:rPr>
          <w:t xml:space="preserve">Far from the village</w:t>
        </w:r>
      </w:hyperlink>
      <w:r>
        <w:rPr>
          <w:b w:val="0"/>
          <w:i w:val="0"/>
          <w:color w:val="6A6F75"/>
          <w:sz w:val="16"/>
        </w:rPr>
        <w:t xml:space="preserve">  538</w:t>
      </w:r>
    </w:p>
    <w:p>
      <w:pPr>
        <w:spacing w:after="0" w:line="240" w:lineRule="auto"/>
      </w:pPr>
      <w:hyperlink w:anchor="p98">
        <w:r>
          <w:rPr>
            <w:color w:val="2E5A80"/>
            <w:u w:val="single"/>
            <w:sz w:val="18"/>
          </w:rPr>
          <w:t xml:space="preserve">Fearing I’d be blamed</w:t>
        </w:r>
      </w:hyperlink>
      <w:r>
        <w:rPr>
          <w:b w:val="0"/>
          <w:i w:val="0"/>
          <w:color w:val="6A6F75"/>
          <w:sz w:val="16"/>
        </w:rPr>
        <w:t xml:space="preserve">  98</w:t>
      </w:r>
    </w:p>
    <w:p>
      <w:pPr>
        <w:spacing w:after="0" w:line="240" w:lineRule="auto"/>
      </w:pPr>
      <w:hyperlink w:anchor="p10">
        <w:r>
          <w:rPr>
            <w:color w:val="2E5A80"/>
            <w:u w:val="single"/>
            <w:sz w:val="18"/>
          </w:rPr>
          <w:t xml:space="preserve">Folding my fingers</w:t>
        </w:r>
      </w:hyperlink>
      <w:r>
        <w:rPr>
          <w:b w:val="0"/>
          <w:i w:val="0"/>
          <w:color w:val="6A6F75"/>
          <w:sz w:val="16"/>
        </w:rPr>
        <w:t xml:space="preserve">  10</w:t>
      </w:r>
    </w:p>
    <w:p>
      <w:pPr>
        <w:spacing w:after="0" w:line="240" w:lineRule="auto"/>
      </w:pPr>
      <w:hyperlink w:anchor="p601">
        <w:r>
          <w:rPr>
            <w:color w:val="2E5A80"/>
            <w:u w:val="single"/>
            <w:sz w:val="18"/>
          </w:rPr>
          <w:t xml:space="preserve">For the cherry’s sake</w:t>
        </w:r>
      </w:hyperlink>
      <w:r>
        <w:rPr>
          <w:b w:val="0"/>
          <w:i w:val="0"/>
          <w:color w:val="6A6F75"/>
          <w:sz w:val="16"/>
        </w:rPr>
        <w:t xml:space="preserve">  601</w:t>
      </w:r>
    </w:p>
    <w:p>
      <w:pPr>
        <w:spacing w:after="0" w:line="240" w:lineRule="auto"/>
      </w:pPr>
      <w:hyperlink w:anchor="p13">
        <w:r>
          <w:rPr>
            <w:color w:val="2E5A80"/>
            <w:u w:val="single"/>
            <w:sz w:val="18"/>
          </w:rPr>
          <w:t xml:space="preserve">For the flute’s notes</w:t>
        </w:r>
      </w:hyperlink>
      <w:r>
        <w:rPr>
          <w:b w:val="0"/>
          <w:i w:val="0"/>
          <w:color w:val="6A6F75"/>
          <w:sz w:val="16"/>
        </w:rPr>
        <w:t xml:space="preserve">  13</w:t>
      </w:r>
    </w:p>
    <w:p>
      <w:pPr>
        <w:spacing w:after="0" w:line="240" w:lineRule="auto"/>
      </w:pPr>
      <w:hyperlink w:anchor="p161">
        <w:r>
          <w:rPr>
            <w:color w:val="2E5A80"/>
            <w:u w:val="single"/>
            <w:sz w:val="18"/>
          </w:rPr>
          <w:t xml:space="preserve">For the world’s common sorrows</w:t>
        </w:r>
      </w:hyperlink>
      <w:r>
        <w:rPr>
          <w:b w:val="0"/>
          <w:i w:val="0"/>
          <w:color w:val="6A6F75"/>
          <w:sz w:val="16"/>
        </w:rPr>
        <w:t xml:space="preserve">  161</w:t>
      </w:r>
    </w:p>
    <w:p>
      <w:pPr>
        <w:spacing w:after="0" w:line="240" w:lineRule="auto"/>
      </w:pPr>
      <w:hyperlink w:anchor="p549">
        <w:r>
          <w:rPr>
            <w:color w:val="2E5A80"/>
            <w:u w:val="single"/>
            <w:sz w:val="18"/>
          </w:rPr>
          <w:t xml:space="preserve">For what reason</w:t>
        </w:r>
      </w:hyperlink>
      <w:r>
        <w:rPr>
          <w:b w:val="0"/>
          <w:i w:val="0"/>
          <w:color w:val="6A6F75"/>
          <w:sz w:val="16"/>
        </w:rPr>
        <w:t xml:space="preserve">  549</w:t>
      </w:r>
    </w:p>
    <w:p>
      <w:pPr>
        <w:spacing w:after="0" w:line="240" w:lineRule="auto"/>
      </w:pPr>
      <w:hyperlink w:anchor="p650">
        <w:r>
          <w:rPr>
            <w:color w:val="2E5A80"/>
            <w:u w:val="single"/>
            <w:sz w:val="18"/>
          </w:rPr>
          <w:t xml:space="preserve">For whom shall we pick</w:t>
        </w:r>
      </w:hyperlink>
      <w:r>
        <w:rPr>
          <w:b w:val="0"/>
          <w:i w:val="0"/>
          <w:color w:val="6A6F75"/>
          <w:sz w:val="16"/>
        </w:rPr>
        <w:t xml:space="preserve">  650</w:t>
      </w:r>
    </w:p>
    <w:p>
      <w:pPr>
        <w:spacing w:after="0" w:line="240" w:lineRule="auto"/>
      </w:pPr>
      <w:hyperlink w:anchor="p253">
        <w:r>
          <w:rPr>
            <w:color w:val="2E5A80"/>
            <w:u w:val="single"/>
            <w:sz w:val="18"/>
          </w:rPr>
          <w:t xml:space="preserve">For whose sake</w:t>
        </w:r>
      </w:hyperlink>
      <w:r>
        <w:rPr>
          <w:b w:val="0"/>
          <w:i w:val="0"/>
          <w:color w:val="6A6F75"/>
          <w:sz w:val="16"/>
        </w:rPr>
        <w:t xml:space="preserve">  253</w:t>
      </w:r>
    </w:p>
    <w:p>
      <w:pPr>
        <w:spacing w:after="0" w:line="240" w:lineRule="auto"/>
      </w:pPr>
      <w:hyperlink w:anchor="p684">
        <w:r>
          <w:rPr>
            <w:color w:val="2E5A80"/>
            <w:u w:val="single"/>
            <w:sz w:val="18"/>
          </w:rPr>
          <w:t xml:space="preserve">For your sake I picked</w:t>
        </w:r>
      </w:hyperlink>
      <w:r>
        <w:rPr>
          <w:b w:val="0"/>
          <w:i w:val="0"/>
          <w:color w:val="6A6F75"/>
          <w:sz w:val="16"/>
        </w:rPr>
        <w:t xml:space="preserve">  684</w:t>
      </w:r>
    </w:p>
    <w:p>
      <w:pPr>
        <w:spacing w:after="0" w:line="240" w:lineRule="auto"/>
      </w:pPr>
      <w:hyperlink w:anchor="p466">
        <w:r>
          <w:rPr>
            <w:color w:val="2E5A80"/>
            <w:u w:val="single"/>
            <w:sz w:val="18"/>
          </w:rPr>
          <w:t xml:space="preserve">Frail, I shall vanish</w:t>
        </w:r>
      </w:hyperlink>
      <w:r>
        <w:rPr>
          <w:b w:val="0"/>
          <w:i w:val="0"/>
          <w:color w:val="6A6F75"/>
          <w:sz w:val="16"/>
        </w:rPr>
        <w:t xml:space="preserve">  466</w:t>
      </w:r>
    </w:p>
    <w:p>
      <w:pPr>
        <w:spacing w:after="0" w:line="240" w:lineRule="auto"/>
      </w:pPr>
      <w:hyperlink w:anchor="p791">
        <w:r>
          <w:rPr>
            <w:color w:val="2E5A80"/>
            <w:u w:val="single"/>
            <w:sz w:val="18"/>
          </w:rPr>
          <w:t xml:space="preserve">From now on</w:t>
        </w:r>
      </w:hyperlink>
      <w:r>
        <w:rPr>
          <w:b w:val="0"/>
          <w:i w:val="0"/>
          <w:color w:val="6A6F75"/>
          <w:sz w:val="16"/>
        </w:rPr>
        <w:t xml:space="preserve">  791</w:t>
      </w:r>
    </w:p>
    <w:p>
      <w:pPr>
        <w:spacing w:after="0" w:line="240" w:lineRule="auto"/>
      </w:pPr>
      <w:hyperlink w:anchor="p599">
        <w:r>
          <w:rPr>
            <w:color w:val="2E5A80"/>
            <w:u w:val="single"/>
            <w:sz w:val="18"/>
          </w:rPr>
          <w:t xml:space="preserve">From one joint of song</w:t>
        </w:r>
      </w:hyperlink>
      <w:r>
        <w:rPr>
          <w:b w:val="0"/>
          <w:i w:val="0"/>
          <w:color w:val="6A6F75"/>
          <w:sz w:val="16"/>
        </w:rPr>
        <w:t xml:space="preserve">  599</w:t>
      </w:r>
    </w:p>
    <w:p>
      <w:pPr>
        <w:spacing w:after="0" w:line="240" w:lineRule="auto"/>
      </w:pPr>
      <w:hyperlink w:anchor="p596">
        <w:r>
          <w:rPr>
            <w:color w:val="2E5A80"/>
            <w:u w:val="single"/>
            <w:sz w:val="18"/>
          </w:rPr>
          <w:t xml:space="preserve">From outside</w:t>
        </w:r>
      </w:hyperlink>
      <w:r>
        <w:rPr>
          <w:b w:val="0"/>
          <w:i w:val="0"/>
          <w:color w:val="6A6F75"/>
          <w:sz w:val="16"/>
        </w:rPr>
        <w:t xml:space="preserve">  596</w:t>
      </w:r>
    </w:p>
    <w:p>
      <w:pPr>
        <w:spacing w:after="0" w:line="240" w:lineRule="auto"/>
      </w:pPr>
      <w:hyperlink w:anchor="p572">
        <w:r>
          <w:rPr>
            <w:color w:val="2E5A80"/>
            <w:u w:val="single"/>
            <w:sz w:val="18"/>
          </w:rPr>
          <w:t xml:space="preserve">From today</w:t>
        </w:r>
      </w:hyperlink>
      <w:r>
        <w:rPr>
          <w:b w:val="0"/>
          <w:i w:val="0"/>
          <w:color w:val="6A6F75"/>
          <w:sz w:val="16"/>
        </w:rPr>
        <w:t xml:space="preserve">  572</w:t>
      </w:r>
    </w:p>
    <w:p>
      <w:pPr>
        <w:spacing w:after="0" w:line="240" w:lineRule="auto"/>
      </w:pPr>
      <w:hyperlink w:anchor="p327">
        <w:r>
          <w:rPr>
            <w:color w:val="2E5A80"/>
            <w:u w:val="single"/>
            <w:sz w:val="18"/>
          </w:rPr>
          <w:t xml:space="preserve">Frost and ice</w:t>
        </w:r>
      </w:hyperlink>
      <w:r>
        <w:rPr>
          <w:b w:val="0"/>
          <w:i w:val="0"/>
          <w:color w:val="6A6F75"/>
          <w:sz w:val="16"/>
        </w:rPr>
        <w:t xml:space="preserve">  327</w:t>
      </w:r>
    </w:p>
    <w:p>
      <w:pPr>
        <w:spacing w:after="0" w:line="240" w:lineRule="auto"/>
      </w:pPr>
      <w:hyperlink w:anchor="p198">
        <w:r>
          <w:rPr>
            <w:color w:val="2E5A80"/>
            <w:u w:val="single"/>
            <w:sz w:val="18"/>
          </w:rPr>
          <w:t xml:space="preserve">Gazing at the fern of longing</w:t>
        </w:r>
      </w:hyperlink>
      <w:r>
        <w:rPr>
          <w:b w:val="0"/>
          <w:i w:val="0"/>
          <w:color w:val="6A6F75"/>
          <w:sz w:val="16"/>
        </w:rPr>
        <w:t xml:space="preserve">  198</w:t>
      </w:r>
    </w:p>
    <w:p>
      <w:pPr>
        <w:spacing w:after="0" w:line="240" w:lineRule="auto"/>
      </w:pPr>
      <w:hyperlink w:anchor="p789">
        <w:r>
          <w:rPr>
            <w:color w:val="2E5A80"/>
            <w:u w:val="single"/>
            <w:sz w:val="18"/>
          </w:rPr>
          <w:t xml:space="preserve">Gazing even on the snow</w:t>
        </w:r>
      </w:hyperlink>
      <w:r>
        <w:rPr>
          <w:b w:val="0"/>
          <w:i w:val="0"/>
          <w:color w:val="6A6F75"/>
          <w:sz w:val="16"/>
        </w:rPr>
        <w:t xml:space="preserve">  789</w:t>
      </w:r>
    </w:p>
    <w:p>
      <w:pPr>
        <w:spacing w:after="0" w:line="240" w:lineRule="auto"/>
      </w:pPr>
      <w:hyperlink w:anchor="p260">
        <w:r>
          <w:rPr>
            <w:color w:val="2E5A80"/>
            <w:u w:val="single"/>
            <w:sz w:val="18"/>
          </w:rPr>
          <w:t xml:space="preserve">Giving myself wholly</w:t>
        </w:r>
      </w:hyperlink>
      <w:r>
        <w:rPr>
          <w:b w:val="0"/>
          <w:i w:val="0"/>
          <w:color w:val="6A6F75"/>
          <w:sz w:val="16"/>
        </w:rPr>
        <w:t xml:space="preserve">  260</w:t>
      </w:r>
    </w:p>
    <w:p>
      <w:pPr>
        <w:spacing w:after="0" w:line="240" w:lineRule="auto"/>
      </w:pPr>
      <w:hyperlink w:anchor="p137">
        <w:r>
          <w:rPr>
            <w:color w:val="2E5A80"/>
            <w:u w:val="single"/>
            <w:sz w:val="18"/>
          </w:rPr>
          <w:t xml:space="preserve">Gods of this land</w:t>
        </w:r>
      </w:hyperlink>
      <w:r>
        <w:rPr>
          <w:b w:val="0"/>
          <w:i w:val="0"/>
          <w:color w:val="6A6F75"/>
          <w:sz w:val="16"/>
        </w:rPr>
        <w:t xml:space="preserve">  137</w:t>
      </w:r>
    </w:p>
    <w:p>
      <w:pPr>
        <w:spacing w:after="0" w:line="240" w:lineRule="auto"/>
      </w:pPr>
      <w:hyperlink w:anchor="p26">
        <w:r>
          <w:rPr>
            <w:color w:val="2E5A80"/>
            <w:u w:val="single"/>
            <w:sz w:val="18"/>
          </w:rPr>
          <w:t xml:space="preserve">Guessing, I take it</w:t>
        </w:r>
      </w:hyperlink>
      <w:r>
        <w:rPr>
          <w:b w:val="0"/>
          <w:i w:val="0"/>
          <w:color w:val="6A6F75"/>
          <w:sz w:val="16"/>
        </w:rPr>
        <w:t xml:space="preserve">  26</w:t>
      </w:r>
    </w:p>
    <w:p>
      <w:pPr>
        <w:spacing w:after="0" w:line="240" w:lineRule="auto"/>
      </w:pPr>
      <w:hyperlink w:anchor="p726">
        <w:r>
          <w:rPr>
            <w:color w:val="2E5A80"/>
            <w:u w:val="single"/>
            <w:sz w:val="18"/>
          </w:rPr>
          <w:t xml:space="preserve">Had I known it</w:t>
        </w:r>
      </w:hyperlink>
      <w:r>
        <w:rPr>
          <w:b w:val="0"/>
          <w:i w:val="0"/>
          <w:color w:val="6A6F75"/>
          <w:sz w:val="16"/>
        </w:rPr>
        <w:t xml:space="preserve">  726</w:t>
      </w:r>
    </w:p>
    <w:p>
      <w:pPr>
        <w:spacing w:after="0" w:line="240" w:lineRule="auto"/>
      </w:pPr>
      <w:hyperlink w:anchor="p219">
        <w:r>
          <w:rPr>
            <w:color w:val="2E5A80"/>
            <w:u w:val="single"/>
            <w:sz w:val="18"/>
          </w:rPr>
          <w:t xml:space="preserve">Had I not been helped</w:t>
        </w:r>
      </w:hyperlink>
      <w:r>
        <w:rPr>
          <w:b w:val="0"/>
          <w:i w:val="0"/>
          <w:color w:val="6A6F75"/>
          <w:sz w:val="16"/>
        </w:rPr>
        <w:t xml:space="preserve">  219</w:t>
      </w:r>
    </w:p>
    <w:p>
      <w:pPr>
        <w:spacing w:after="0" w:line="240" w:lineRule="auto"/>
      </w:pPr>
      <w:hyperlink w:anchor="p39">
        <w:r>
          <w:rPr>
            <w:color w:val="2E5A80"/>
            <w:u w:val="single"/>
            <w:sz w:val="18"/>
          </w:rPr>
          <w:t xml:space="preserve">Had I not bound, however faintly</w:t>
        </w:r>
      </w:hyperlink>
      <w:r>
        <w:rPr>
          <w:b w:val="0"/>
          <w:i w:val="0"/>
          <w:color w:val="6A6F75"/>
          <w:sz w:val="16"/>
        </w:rPr>
        <w:t xml:space="preserve">  39</w:t>
      </w:r>
    </w:p>
    <w:p>
      <w:pPr>
        <w:spacing w:after="0" w:line="240" w:lineRule="auto"/>
      </w:pPr>
      <w:hyperlink w:anchor="p345">
        <w:r>
          <w:rPr>
            <w:color w:val="2E5A80"/>
            <w:u w:val="single"/>
            <w:sz w:val="18"/>
          </w:rPr>
          <w:t xml:space="preserve">Had I not come seeking</w:t>
        </w:r>
      </w:hyperlink>
      <w:r>
        <w:rPr>
          <w:b w:val="0"/>
          <w:i w:val="0"/>
          <w:color w:val="6A6F75"/>
          <w:sz w:val="16"/>
        </w:rPr>
        <w:t xml:space="preserve">  345</w:t>
      </w:r>
    </w:p>
    <w:p>
      <w:pPr>
        <w:spacing w:after="0" w:line="240" w:lineRule="auto"/>
      </w:pPr>
      <w:hyperlink w:anchor="p101">
        <w:r>
          <w:rPr>
            <w:color w:val="2E5A80"/>
            <w:u w:val="single"/>
            <w:sz w:val="18"/>
          </w:rPr>
          <w:t xml:space="preserve">Had I seen the flower’s form</w:t>
        </w:r>
      </w:hyperlink>
      <w:r>
        <w:rPr>
          <w:b w:val="0"/>
          <w:i w:val="0"/>
          <w:color w:val="6A6F75"/>
          <w:sz w:val="16"/>
        </w:rPr>
        <w:t xml:space="preserve">  101</w:t>
      </w:r>
    </w:p>
    <w:p>
      <w:pPr>
        <w:spacing w:after="0" w:line="240" w:lineRule="auto"/>
      </w:pPr>
      <w:hyperlink w:anchor="p473">
        <w:r>
          <w:rPr>
            <w:color w:val="2E5A80"/>
            <w:u w:val="single"/>
            <w:sz w:val="18"/>
          </w:rPr>
          <w:t xml:space="preserve">Has autumn come</w:t>
        </w:r>
      </w:hyperlink>
      <w:r>
        <w:rPr>
          <w:b w:val="0"/>
          <w:i w:val="0"/>
          <w:color w:val="6A6F75"/>
          <w:sz w:val="16"/>
        </w:rPr>
        <w:t xml:space="preserve">  473</w:t>
      </w:r>
    </w:p>
    <w:p>
      <w:pPr>
        <w:spacing w:after="0" w:line="240" w:lineRule="auto"/>
      </w:pPr>
      <w:hyperlink w:anchor="p143">
        <w:r>
          <w:rPr>
            <w:color w:val="2E5A80"/>
            <w:u w:val="single"/>
            <w:sz w:val="18"/>
          </w:rPr>
          <w:t xml:space="preserve">Has the pine withered</w:t>
        </w:r>
      </w:hyperlink>
      <w:r>
        <w:rPr>
          <w:b w:val="0"/>
          <w:i w:val="0"/>
          <w:color w:val="6A6F75"/>
          <w:sz w:val="16"/>
        </w:rPr>
        <w:t xml:space="preserve">  143</w:t>
      </w:r>
    </w:p>
    <w:p>
      <w:pPr>
        <w:spacing w:after="0" w:line="240" w:lineRule="auto"/>
      </w:pPr>
      <w:hyperlink w:anchor="p241">
        <w:r>
          <w:rPr>
            <w:color w:val="2E5A80"/>
            <w:u w:val="single"/>
            <w:sz w:val="18"/>
          </w:rPr>
          <w:t xml:space="preserve">Having become one</w:t>
        </w:r>
      </w:hyperlink>
      <w:r>
        <w:rPr>
          <w:b w:val="0"/>
          <w:i w:val="0"/>
          <w:color w:val="6A6F75"/>
          <w:sz w:val="16"/>
        </w:rPr>
        <w:t xml:space="preserve">  241</w:t>
      </w:r>
    </w:p>
    <w:p>
      <w:pPr>
        <w:spacing w:after="0" w:line="240" w:lineRule="auto"/>
      </w:pPr>
      <w:hyperlink w:anchor="p54">
        <w:r>
          <w:rPr>
            <w:color w:val="2E5A80"/>
            <w:u w:val="single"/>
            <w:sz w:val="18"/>
          </w:rPr>
          <w:t xml:space="preserve">Having glimpsed faintly at dusk</w:t>
        </w:r>
      </w:hyperlink>
      <w:r>
        <w:rPr>
          <w:b w:val="0"/>
          <w:i w:val="0"/>
          <w:color w:val="6A6F75"/>
          <w:sz w:val="16"/>
        </w:rPr>
        <w:t xml:space="preserve">  54</w:t>
      </w:r>
    </w:p>
    <w:p>
      <w:pPr>
        <w:spacing w:after="0" w:line="240" w:lineRule="auto"/>
      </w:pPr>
      <w:hyperlink w:anchor="p206">
        <w:r>
          <w:rPr>
            <w:color w:val="2E5A80"/>
            <w:u w:val="single"/>
            <w:sz w:val="18"/>
          </w:rPr>
          <w:t xml:space="preserve">Held back by the sound</w:t>
        </w:r>
      </w:hyperlink>
      <w:r>
        <w:rPr>
          <w:b w:val="0"/>
          <w:i w:val="0"/>
          <w:color w:val="6A6F75"/>
          <w:sz w:val="16"/>
        </w:rPr>
        <w:t xml:space="preserve">  206</w:t>
      </w:r>
    </w:p>
    <w:p>
      <w:pPr>
        <w:spacing w:after="0" w:line="240" w:lineRule="auto"/>
      </w:pPr>
      <w:hyperlink w:anchor="p128">
        <w:r>
          <w:rPr>
            <w:color w:val="2E5A80"/>
            <w:u w:val="single"/>
            <w:sz w:val="18"/>
          </w:rPr>
          <w:t xml:space="preserve">Her departed soul</w:t>
        </w:r>
      </w:hyperlink>
      <w:r>
        <w:rPr>
          <w:b w:val="0"/>
          <w:i w:val="0"/>
          <w:color w:val="6A6F75"/>
          <w:sz w:val="16"/>
        </w:rPr>
        <w:t xml:space="preserve">  128</w:t>
      </w:r>
    </w:p>
    <w:p>
      <w:pPr>
        <w:spacing w:after="0" w:line="240" w:lineRule="auto"/>
      </w:pPr>
      <w:hyperlink w:anchor="p56">
        <w:r>
          <w:rPr>
            <w:color w:val="2E5A80"/>
            <w:u w:val="single"/>
            <w:sz w:val="18"/>
          </w:rPr>
          <w:t xml:space="preserve">Her image does not leave me</w:t>
        </w:r>
      </w:hyperlink>
      <w:r>
        <w:rPr>
          <w:b w:val="0"/>
          <w:i w:val="0"/>
          <w:color w:val="6A6F75"/>
          <w:sz w:val="16"/>
        </w:rPr>
        <w:t xml:space="preserve">  56</w:t>
      </w:r>
    </w:p>
    <w:p>
      <w:pPr>
        <w:spacing w:after="0" w:line="240" w:lineRule="auto"/>
      </w:pPr>
      <w:hyperlink w:anchor="p509">
        <w:r>
          <w:rPr>
            <w:color w:val="2E5A80"/>
            <w:u w:val="single"/>
            <w:sz w:val="18"/>
          </w:rPr>
          <w:t xml:space="preserve">How bitter! For whom</w:t>
        </w:r>
      </w:hyperlink>
      <w:r>
        <w:rPr>
          <w:b w:val="0"/>
          <w:i w:val="0"/>
          <w:color w:val="6A6F75"/>
          <w:sz w:val="16"/>
        </w:rPr>
        <w:t xml:space="preserve">  509</w:t>
      </w:r>
    </w:p>
    <w:p>
      <w:pPr>
        <w:spacing w:after="0" w:line="240" w:lineRule="auto"/>
      </w:pPr>
      <w:hyperlink w:anchor="p397">
        <w:r>
          <w:rPr>
            <w:color w:val="2E5A80"/>
            <w:u w:val="single"/>
            <w:sz w:val="18"/>
          </w:rPr>
          <w:t xml:space="preserve">How bitter! the heart</w:t>
        </w:r>
      </w:hyperlink>
      <w:r>
        <w:rPr>
          <w:b w:val="0"/>
          <w:i w:val="0"/>
          <w:color w:val="6A6F75"/>
          <w:sz w:val="16"/>
        </w:rPr>
        <w:t xml:space="preserve">  397</w:t>
      </w:r>
    </w:p>
    <w:p>
      <w:pPr>
        <w:spacing w:after="0" w:line="240" w:lineRule="auto"/>
      </w:pPr>
      <w:hyperlink w:anchor="p556">
        <w:r>
          <w:rPr>
            <w:color w:val="2E5A80"/>
            <w:u w:val="single"/>
            <w:sz w:val="18"/>
          </w:rPr>
          <w:t xml:space="preserve">How brief the time</w:t>
        </w:r>
      </w:hyperlink>
      <w:r>
        <w:rPr>
          <w:b w:val="0"/>
          <w:i w:val="0"/>
          <w:color w:val="6A6F75"/>
          <w:sz w:val="16"/>
        </w:rPr>
        <w:t xml:space="preserve">  556</w:t>
      </w:r>
    </w:p>
    <w:p>
      <w:pPr>
        <w:spacing w:after="0" w:line="240" w:lineRule="auto"/>
      </w:pPr>
      <w:hyperlink w:anchor="p368">
        <w:r>
          <w:rPr>
            <w:color w:val="2E5A80"/>
            <w:u w:val="single"/>
            <w:sz w:val="18"/>
          </w:rPr>
          <w:t xml:space="preserve">How could I now</w:t>
        </w:r>
      </w:hyperlink>
      <w:r>
        <w:rPr>
          <w:b w:val="0"/>
          <w:i w:val="0"/>
          <w:color w:val="6A6F75"/>
          <w:sz w:val="16"/>
        </w:rPr>
        <w:t xml:space="preserve">  368</w:t>
      </w:r>
    </w:p>
    <w:p>
      <w:pPr>
        <w:spacing w:after="0" w:line="240" w:lineRule="auto"/>
      </w:pPr>
      <w:hyperlink w:anchor="p480">
        <w:r>
          <w:rPr>
            <w:color w:val="2E5A80"/>
            <w:u w:val="single"/>
            <w:sz w:val="18"/>
          </w:rPr>
          <w:t xml:space="preserve">How could the bird</w:t>
        </w:r>
      </w:hyperlink>
      <w:r>
        <w:rPr>
          <w:b w:val="0"/>
          <w:i w:val="0"/>
          <w:color w:val="6A6F75"/>
          <w:sz w:val="16"/>
        </w:rPr>
        <w:t xml:space="preserve">  480</w:t>
      </w:r>
    </w:p>
    <w:p>
      <w:pPr>
        <w:spacing w:after="0" w:line="240" w:lineRule="auto"/>
      </w:pPr>
      <w:hyperlink w:anchor="p227">
        <w:r>
          <w:rPr>
            <w:color w:val="2E5A80"/>
            <w:u w:val="single"/>
            <w:sz w:val="18"/>
          </w:rPr>
          <w:t xml:space="preserve">“How deep your feelings?”</w:t>
        </w:r>
      </w:hyperlink>
      <w:r>
        <w:rPr>
          <w:b w:val="0"/>
          <w:i w:val="0"/>
          <w:color w:val="6A6F75"/>
          <w:sz w:val="16"/>
        </w:rPr>
        <w:t xml:space="preserve">  227</w:t>
      </w:r>
    </w:p>
    <w:p>
      <w:pPr>
        <w:spacing w:after="0" w:line="240" w:lineRule="auto"/>
      </w:pPr>
      <w:hyperlink w:anchor="p444">
        <w:r>
          <w:rPr>
            <w:color w:val="2E5A80"/>
            <w:u w:val="single"/>
            <w:sz w:val="18"/>
          </w:rPr>
          <w:t xml:space="preserve">How did the rough fence</w:t>
        </w:r>
      </w:hyperlink>
      <w:r>
        <w:rPr>
          <w:b w:val="0"/>
          <w:i w:val="0"/>
          <w:color w:val="6A6F75"/>
          <w:sz w:val="16"/>
        </w:rPr>
        <w:t xml:space="preserve">  444</w:t>
      </w:r>
    </w:p>
    <w:p>
      <w:pPr>
        <w:spacing w:after="0" w:line="240" w:lineRule="auto"/>
      </w:pPr>
      <w:hyperlink w:anchor="p536">
        <w:r>
          <w:rPr>
            <w:color w:val="2E5A80"/>
            <w:u w:val="single"/>
            <w:sz w:val="18"/>
          </w:rPr>
          <w:t xml:space="preserve">How do you know of sorrow</w:t>
        </w:r>
      </w:hyperlink>
      <w:r>
        <w:rPr>
          <w:b w:val="0"/>
          <w:i w:val="0"/>
          <w:color w:val="6A6F75"/>
          <w:sz w:val="16"/>
        </w:rPr>
        <w:t xml:space="preserve">  536</w:t>
      </w:r>
    </w:p>
    <w:p>
      <w:pPr>
        <w:spacing w:after="0" w:line="240" w:lineRule="auto"/>
      </w:pPr>
      <w:hyperlink w:anchor="p463">
        <w:r>
          <w:rPr>
            <w:color w:val="2E5A80"/>
            <w:u w:val="single"/>
            <w:sz w:val="18"/>
          </w:rPr>
          <w:t xml:space="preserve">How far ahead</w:t>
        </w:r>
      </w:hyperlink>
      <w:r>
        <w:rPr>
          <w:b w:val="0"/>
          <w:i w:val="0"/>
          <w:color w:val="6A6F75"/>
          <w:sz w:val="16"/>
        </w:rPr>
        <w:t xml:space="preserve">  463</w:t>
      </w:r>
    </w:p>
    <w:p>
      <w:pPr>
        <w:spacing w:after="0" w:line="240" w:lineRule="auto"/>
      </w:pPr>
      <w:hyperlink w:anchor="p688">
        <w:r>
          <w:rPr>
            <w:color w:val="2E5A80"/>
            <w:u w:val="single"/>
            <w:sz w:val="18"/>
          </w:rPr>
          <w:t xml:space="preserve">How fleeting: the time</w:t>
        </w:r>
      </w:hyperlink>
      <w:r>
        <w:rPr>
          <w:b w:val="0"/>
          <w:i w:val="0"/>
          <w:color w:val="6A6F75"/>
          <w:sz w:val="16"/>
        </w:rPr>
        <w:t xml:space="preserve">  688</w:t>
      </w:r>
    </w:p>
    <w:p>
      <w:pPr>
        <w:spacing w:after="0" w:line="240" w:lineRule="auto"/>
      </w:pPr>
      <w:hyperlink w:anchor="p112">
        <w:r>
          <w:rPr>
            <w:color w:val="2E5A80"/>
            <w:u w:val="single"/>
            <w:sz w:val="18"/>
          </w:rPr>
          <w:t xml:space="preserve">How futile! Because of the heartvine</w:t>
        </w:r>
      </w:hyperlink>
      <w:r>
        <w:rPr>
          <w:b w:val="0"/>
          <w:i w:val="0"/>
          <w:color w:val="6A6F75"/>
          <w:sz w:val="16"/>
        </w:rPr>
        <w:t xml:space="preserve">  112</w:t>
      </w:r>
    </w:p>
    <w:p>
      <w:pPr>
        <w:spacing w:after="0" w:line="240" w:lineRule="auto"/>
      </w:pPr>
      <w:hyperlink w:anchor="p226">
        <w:r>
          <w:rPr>
            <w:color w:val="2E5A80"/>
            <w:u w:val="single"/>
            <w:sz w:val="18"/>
          </w:rPr>
          <w:t xml:space="preserve">How gloomy it is</w:t>
        </w:r>
      </w:hyperlink>
      <w:r>
        <w:rPr>
          <w:b w:val="0"/>
          <w:i w:val="0"/>
          <w:color w:val="6A6F75"/>
          <w:sz w:val="16"/>
        </w:rPr>
        <w:t xml:space="preserve">  226</w:t>
      </w:r>
    </w:p>
    <w:p>
      <w:pPr>
        <w:spacing w:after="0" w:line="240" w:lineRule="auto"/>
      </w:pPr>
      <w:hyperlink w:anchor="p232">
        <w:r>
          <w:rPr>
            <w:color w:val="2E5A80"/>
            <w:u w:val="single"/>
            <w:sz w:val="18"/>
          </w:rPr>
          <w:t xml:space="preserve">How guilelessly I trusted</w:t>
        </w:r>
      </w:hyperlink>
      <w:r>
        <w:rPr>
          <w:b w:val="0"/>
          <w:i w:val="0"/>
          <w:color w:val="6A6F75"/>
          <w:sz w:val="16"/>
        </w:rPr>
        <w:t xml:space="preserve">  232</w:t>
      </w:r>
    </w:p>
    <w:p>
      <w:pPr>
        <w:spacing w:after="0" w:line="240" w:lineRule="auto"/>
      </w:pPr>
      <w:hyperlink w:anchor="p638">
        <w:r>
          <w:rPr>
            <w:color w:val="2E5A80"/>
            <w:u w:val="single"/>
            <w:sz w:val="18"/>
          </w:rPr>
          <w:t xml:space="preserve">How is it in the autumn</w:t>
        </w:r>
      </w:hyperlink>
      <w:r>
        <w:rPr>
          <w:b w:val="0"/>
          <w:i w:val="0"/>
          <w:color w:val="6A6F75"/>
          <w:sz w:val="16"/>
        </w:rPr>
        <w:t xml:space="preserve">  638</w:t>
      </w:r>
    </w:p>
    <w:p>
      <w:pPr>
        <w:spacing w:after="0" w:line="240" w:lineRule="auto"/>
      </w:pPr>
      <w:hyperlink w:anchor="p746">
        <w:r>
          <w:rPr>
            <w:color w:val="2E5A80"/>
            <w:u w:val="single"/>
            <w:sz w:val="18"/>
          </w:rPr>
          <w:t xml:space="preserve">How is it with</w:t>
        </w:r>
      </w:hyperlink>
      <w:r>
        <w:rPr>
          <w:b w:val="0"/>
          <w:i w:val="0"/>
          <w:color w:val="6A6F75"/>
          <w:sz w:val="16"/>
        </w:rPr>
        <w:t xml:space="preserve">  746</w:t>
      </w:r>
    </w:p>
    <w:p>
      <w:pPr>
        <w:spacing w:after="0" w:line="240" w:lineRule="auto"/>
      </w:pPr>
      <w:hyperlink w:anchor="p189">
        <w:r>
          <w:rPr>
            <w:color w:val="2E5A80"/>
            <w:u w:val="single"/>
            <w:sz w:val="18"/>
          </w:rPr>
          <w:t xml:space="preserve">How is it with the reed hut</w:t>
        </w:r>
      </w:hyperlink>
      <w:r>
        <w:rPr>
          <w:b w:val="0"/>
          <w:i w:val="0"/>
          <w:color w:val="6A6F75"/>
          <w:sz w:val="16"/>
        </w:rPr>
        <w:t xml:space="preserve">  189</w:t>
      </w:r>
    </w:p>
    <w:p>
      <w:pPr>
        <w:spacing w:after="0" w:line="240" w:lineRule="auto"/>
      </w:pPr>
      <w:hyperlink w:anchor="p287">
        <w:r>
          <w:rPr>
            <w:color w:val="2E5A80"/>
            <w:u w:val="single"/>
            <w:sz w:val="18"/>
          </w:rPr>
          <w:t xml:space="preserve">How many times</w:t>
        </w:r>
      </w:hyperlink>
      <w:r>
        <w:rPr>
          <w:b w:val="0"/>
          <w:i w:val="0"/>
          <w:color w:val="6A6F75"/>
          <w:sz w:val="16"/>
        </w:rPr>
        <w:t xml:space="preserve">  287</w:t>
      </w:r>
    </w:p>
    <w:p>
      <w:pPr>
        <w:spacing w:after="0" w:line="240" w:lineRule="auto"/>
      </w:pPr>
      <w:hyperlink w:anchor="p72">
        <w:r>
          <w:rPr>
            <w:color w:val="2E5A80"/>
            <w:u w:val="single"/>
            <w:sz w:val="18"/>
          </w:rPr>
          <w:t xml:space="preserve">How many times have I lost</w:t>
        </w:r>
      </w:hyperlink>
      <w:r>
        <w:rPr>
          <w:b w:val="0"/>
          <w:i w:val="0"/>
          <w:color w:val="6A6F75"/>
          <w:sz w:val="16"/>
        </w:rPr>
        <w:t xml:space="preserve">  72</w:t>
      </w:r>
    </w:p>
    <w:p>
      <w:pPr>
        <w:spacing w:after="0" w:line="240" w:lineRule="auto"/>
      </w:pPr>
      <w:hyperlink w:anchor="p182">
        <w:r>
          <w:rPr>
            <w:color w:val="2E5A80"/>
            <w:u w:val="single"/>
            <w:sz w:val="18"/>
          </w:rPr>
          <w:t xml:space="preserve">How must his spirit</w:t>
        </w:r>
      </w:hyperlink>
      <w:r>
        <w:rPr>
          <w:b w:val="0"/>
          <w:i w:val="0"/>
          <w:color w:val="6A6F75"/>
          <w:sz w:val="16"/>
        </w:rPr>
        <w:t xml:space="preserve">  182</w:t>
      </w:r>
    </w:p>
    <w:p>
      <w:pPr>
        <w:spacing w:after="0" w:line="240" w:lineRule="auto"/>
      </w:pPr>
      <w:hyperlink w:anchor="p218">
        <w:r>
          <w:rPr>
            <w:color w:val="2E5A80"/>
            <w:u w:val="single"/>
            <w:sz w:val="18"/>
          </w:rPr>
          <w:t xml:space="preserve">How must the bay wind blow?</w:t>
        </w:r>
      </w:hyperlink>
      <w:r>
        <w:rPr>
          <w:b w:val="0"/>
          <w:i w:val="0"/>
          <w:color w:val="6A6F75"/>
          <w:sz w:val="16"/>
        </w:rPr>
        <w:t xml:space="preserve">  218</w:t>
      </w:r>
    </w:p>
    <w:p>
      <w:pPr>
        <w:spacing w:after="0" w:line="240" w:lineRule="auto"/>
      </w:pPr>
      <w:hyperlink w:anchor="p356">
        <w:r>
          <w:rPr>
            <w:color w:val="2E5A80"/>
            <w:u w:val="single"/>
            <w:sz w:val="18"/>
          </w:rPr>
          <w:t xml:space="preserve">How rare a thing: the warbler</w:t>
        </w:r>
      </w:hyperlink>
      <w:r>
        <w:rPr>
          <w:b w:val="0"/>
          <w:i w:val="0"/>
          <w:color w:val="6A6F75"/>
          <w:sz w:val="16"/>
        </w:rPr>
        <w:t xml:space="preserve">  356</w:t>
      </w:r>
    </w:p>
    <w:p>
      <w:pPr>
        <w:spacing w:after="0" w:line="240" w:lineRule="auto"/>
      </w:pPr>
      <w:hyperlink w:anchor="p715">
        <w:r>
          <w:rPr>
            <w:color w:val="2E5A80"/>
            <w:u w:val="single"/>
            <w:sz w:val="18"/>
          </w:rPr>
          <w:t xml:space="preserve">How sad that you</w:t>
        </w:r>
      </w:hyperlink>
      <w:r>
        <w:rPr>
          <w:b w:val="0"/>
          <w:i w:val="0"/>
          <w:color w:val="6A6F75"/>
          <w:sz w:val="16"/>
        </w:rPr>
        <w:t xml:space="preserve">  715</w:t>
      </w:r>
    </w:p>
    <w:p>
      <w:pPr>
        <w:spacing w:after="0" w:line="240" w:lineRule="auto"/>
      </w:pPr>
      <w:hyperlink w:anchor="p264">
        <w:r>
          <w:rPr>
            <w:color w:val="2E5A80"/>
            <w:u w:val="single"/>
            <w:sz w:val="18"/>
          </w:rPr>
          <w:t xml:space="preserve">How sad to live on</w:t>
        </w:r>
      </w:hyperlink>
      <w:r>
        <w:rPr>
          <w:b w:val="0"/>
          <w:i w:val="0"/>
          <w:color w:val="6A6F75"/>
          <w:sz w:val="16"/>
        </w:rPr>
        <w:t xml:space="preserve">  264</w:t>
      </w:r>
    </w:p>
    <w:p>
      <w:pPr>
        <w:spacing w:after="0" w:line="240" w:lineRule="auto"/>
      </w:pPr>
      <w:hyperlink w:anchor="p130">
        <w:r>
          <w:rPr>
            <w:color w:val="2E5A80"/>
            <w:u w:val="single"/>
            <w:sz w:val="18"/>
          </w:rPr>
          <w:t xml:space="preserve">How senselessly we kept apart</w:t>
        </w:r>
      </w:hyperlink>
      <w:r>
        <w:rPr>
          <w:b w:val="0"/>
          <w:i w:val="0"/>
          <w:color w:val="6A6F75"/>
          <w:sz w:val="16"/>
        </w:rPr>
        <w:t xml:space="preserve">  130</w:t>
      </w:r>
    </w:p>
    <w:p>
      <w:pPr>
        <w:spacing w:after="0" w:line="240" w:lineRule="auto"/>
      </w:pPr>
      <w:hyperlink w:anchor="p609">
        <w:r>
          <w:rPr>
            <w:color w:val="2E5A80"/>
            <w:u w:val="single"/>
            <w:sz w:val="18"/>
          </w:rPr>
          <w:t xml:space="preserve">How unreasonable</w:t>
        </w:r>
      </w:hyperlink>
      <w:r>
        <w:rPr>
          <w:b w:val="0"/>
          <w:i w:val="0"/>
          <w:color w:val="6A6F75"/>
          <w:sz w:val="16"/>
        </w:rPr>
        <w:t xml:space="preserve">  609</w:t>
      </w:r>
    </w:p>
    <w:p>
      <w:pPr>
        <w:spacing w:after="0" w:line="240" w:lineRule="auto"/>
      </w:pPr>
      <w:hyperlink w:anchor="p500">
        <w:r>
          <w:rPr>
            <w:color w:val="2E5A80"/>
            <w:u w:val="single"/>
            <w:sz w:val="18"/>
          </w:rPr>
          <w:t xml:space="preserve">How was it you fell</w:t>
        </w:r>
      </w:hyperlink>
      <w:r>
        <w:rPr>
          <w:b w:val="0"/>
          <w:i w:val="0"/>
          <w:color w:val="6A6F75"/>
          <w:sz w:val="16"/>
        </w:rPr>
        <w:t xml:space="preserve">  500</w:t>
      </w:r>
    </w:p>
    <w:p>
      <w:pPr>
        <w:spacing w:after="0" w:line="240" w:lineRule="auto"/>
      </w:pPr>
      <w:hyperlink w:anchor="p727">
        <w:r>
          <w:rPr>
            <w:color w:val="2E5A80"/>
            <w:u w:val="single"/>
            <w:sz w:val="18"/>
          </w:rPr>
          <w:t xml:space="preserve">How wholly glad</w:t>
        </w:r>
      </w:hyperlink>
      <w:r>
        <w:rPr>
          <w:b w:val="0"/>
          <w:i w:val="0"/>
          <w:color w:val="6A6F75"/>
          <w:sz w:val="16"/>
        </w:rPr>
        <w:t xml:space="preserve">  727</w:t>
      </w:r>
    </w:p>
    <w:p>
      <w:pPr>
        <w:spacing w:after="0" w:line="240" w:lineRule="auto"/>
      </w:pPr>
      <w:hyperlink w:anchor="p100">
        <w:r>
          <w:rPr>
            <w:color w:val="2E5A80"/>
            <w:u w:val="single"/>
            <w:sz w:val="18"/>
          </w:rPr>
          <w:t xml:space="preserve">I am lost in darkness</w:t>
        </w:r>
      </w:hyperlink>
      <w:r>
        <w:rPr>
          <w:b w:val="0"/>
          <w:i w:val="0"/>
          <w:color w:val="6A6F75"/>
          <w:sz w:val="16"/>
        </w:rPr>
        <w:t xml:space="preserve">  100</w:t>
      </w:r>
    </w:p>
    <w:p>
      <w:pPr>
        <w:spacing w:after="0" w:line="240" w:lineRule="auto"/>
      </w:pPr>
      <w:hyperlink w:anchor="p97">
        <w:r>
          <w:rPr>
            <w:color w:val="2E5A80"/>
            <w:u w:val="single"/>
            <w:sz w:val="18"/>
          </w:rPr>
          <w:t xml:space="preserve">I am not troubled</w:t>
        </w:r>
      </w:hyperlink>
      <w:r>
        <w:rPr>
          <w:b w:val="0"/>
          <w:i w:val="0"/>
          <w:color w:val="6A6F75"/>
          <w:sz w:val="16"/>
        </w:rPr>
        <w:t xml:space="preserve">  97</w:t>
      </w:r>
    </w:p>
    <w:p>
      <w:pPr>
        <w:spacing w:after="0" w:line="240" w:lineRule="auto"/>
      </w:pPr>
      <w:hyperlink w:anchor="p349">
        <w:r>
          <w:rPr>
            <w:color w:val="2E5A80"/>
            <w:u w:val="single"/>
            <w:sz w:val="18"/>
          </w:rPr>
          <w:t xml:space="preserve">I am the one who has</w:t>
        </w:r>
      </w:hyperlink>
      <w:r>
        <w:rPr>
          <w:b w:val="0"/>
          <w:i w:val="0"/>
          <w:color w:val="6A6F75"/>
          <w:sz w:val="16"/>
        </w:rPr>
        <w:t xml:space="preserve">  349</w:t>
      </w:r>
    </w:p>
    <w:p>
      <w:pPr>
        <w:spacing w:after="0" w:line="240" w:lineRule="auto"/>
      </w:pPr>
      <w:hyperlink w:anchor="p771">
        <w:r>
          <w:rPr>
            <w:color w:val="2E5A80"/>
            <w:u w:val="single"/>
            <w:sz w:val="18"/>
          </w:rPr>
          <w:t xml:space="preserve">I came seeking</w:t>
        </w:r>
      </w:hyperlink>
      <w:r>
        <w:rPr>
          <w:b w:val="0"/>
          <w:i w:val="0"/>
          <w:color w:val="6A6F75"/>
          <w:sz w:val="16"/>
        </w:rPr>
        <w:t xml:space="preserve">  771</w:t>
      </w:r>
    </w:p>
    <w:p>
      <w:pPr>
        <w:spacing w:after="0" w:line="240" w:lineRule="auto"/>
      </w:pPr>
      <w:hyperlink w:anchor="p658">
        <w:r>
          <w:rPr>
            <w:color w:val="2E5A80"/>
            <w:u w:val="single"/>
            <w:sz w:val="18"/>
          </w:rPr>
          <w:t xml:space="preserve">I cannot tell</w:t>
        </w:r>
      </w:hyperlink>
      <w:r>
        <w:rPr>
          <w:b w:val="0"/>
          <w:i w:val="0"/>
          <w:color w:val="6A6F75"/>
          <w:sz w:val="16"/>
        </w:rPr>
        <w:t xml:space="preserve">  658</w:t>
      </w:r>
    </w:p>
    <w:p>
      <w:pPr>
        <w:spacing w:after="0" w:line="240" w:lineRule="auto"/>
      </w:pPr>
      <w:hyperlink w:anchor="p118">
        <w:r>
          <w:rPr>
            <w:color w:val="2E5A80"/>
            <w:u w:val="single"/>
            <w:sz w:val="18"/>
          </w:rPr>
          <w:t xml:space="preserve">I cannot tell which</w:t>
        </w:r>
      </w:hyperlink>
      <w:r>
        <w:rPr>
          <w:b w:val="0"/>
          <w:i w:val="0"/>
          <w:color w:val="6A6F75"/>
          <w:sz w:val="16"/>
        </w:rPr>
        <w:t xml:space="preserve">  118</w:t>
      </w:r>
    </w:p>
    <w:p>
      <w:pPr>
        <w:spacing w:after="0" w:line="240" w:lineRule="auto"/>
      </w:pPr>
      <w:hyperlink w:anchor="p205">
        <w:r>
          <w:rPr>
            <w:color w:val="2E5A80"/>
            <w:u w:val="single"/>
            <w:sz w:val="18"/>
          </w:rPr>
          <w:t xml:space="preserve">I cannot think of it</w:t>
        </w:r>
      </w:hyperlink>
      <w:r>
        <w:rPr>
          <w:b w:val="0"/>
          <w:i w:val="0"/>
          <w:color w:val="6A6F75"/>
          <w:sz w:val="16"/>
        </w:rPr>
        <w:t xml:space="preserve">  205</w:t>
      </w:r>
    </w:p>
    <w:p>
      <w:pPr>
        <w:spacing w:after="0" w:line="240" w:lineRule="auto"/>
      </w:pPr>
      <w:hyperlink w:anchor="p402">
        <w:r>
          <w:rPr>
            <w:color w:val="2E5A80"/>
            <w:u w:val="single"/>
            <w:sz w:val="18"/>
          </w:rPr>
          <w:t xml:space="preserve">I did not know you had wandered</w:t>
        </w:r>
      </w:hyperlink>
      <w:r>
        <w:rPr>
          <w:b w:val="0"/>
          <w:i w:val="0"/>
          <w:color w:val="6A6F75"/>
          <w:sz w:val="16"/>
        </w:rPr>
        <w:t xml:space="preserve">  402</w:t>
      </w:r>
    </w:p>
    <w:p>
      <w:pPr>
        <w:spacing w:after="0" w:line="240" w:lineRule="auto"/>
      </w:pPr>
      <w:hyperlink w:anchor="p535">
        <w:r>
          <w:rPr>
            <w:color w:val="2E5A80"/>
            <w:u w:val="single"/>
            <w:sz w:val="18"/>
          </w:rPr>
          <w:t xml:space="preserve">I did part</w:t>
        </w:r>
      </w:hyperlink>
      <w:r>
        <w:rPr>
          <w:b w:val="0"/>
          <w:i w:val="0"/>
          <w:color w:val="6A6F75"/>
          <w:sz w:val="16"/>
        </w:rPr>
        <w:t xml:space="preserve">  535</w:t>
      </w:r>
    </w:p>
    <w:p>
      <w:pPr>
        <w:spacing w:after="0" w:line="240" w:lineRule="auto"/>
      </w:pPr>
      <w:hyperlink w:anchor="p52">
        <w:r>
          <w:rPr>
            <w:color w:val="2E5A80"/>
            <w:u w:val="single"/>
            <w:sz w:val="18"/>
          </w:rPr>
          <w:t xml:space="preserve">I feel I have found</w:t>
        </w:r>
      </w:hyperlink>
      <w:r>
        <w:rPr>
          <w:b w:val="0"/>
          <w:i w:val="0"/>
          <w:color w:val="6A6F75"/>
          <w:sz w:val="16"/>
        </w:rPr>
        <w:t xml:space="preserve">  52</w:t>
      </w:r>
    </w:p>
    <w:p>
      <w:pPr>
        <w:spacing w:after="0" w:line="240" w:lineRule="auto"/>
      </w:pPr>
      <w:hyperlink w:anchor="p105">
        <w:r>
          <w:rPr>
            <w:color w:val="2E5A80"/>
            <w:u w:val="single"/>
            <w:sz w:val="18"/>
          </w:rPr>
          <w:t xml:space="preserve">I feel what the world</w:t>
        </w:r>
      </w:hyperlink>
      <w:r>
        <w:rPr>
          <w:b w:val="0"/>
          <w:i w:val="0"/>
          <w:color w:val="6A6F75"/>
          <w:sz w:val="16"/>
        </w:rPr>
        <w:t xml:space="preserve">  105</w:t>
      </w:r>
    </w:p>
    <w:p>
      <w:pPr>
        <w:spacing w:after="0" w:line="240" w:lineRule="auto"/>
      </w:pPr>
      <w:hyperlink w:anchor="p38">
        <w:r>
          <w:rPr>
            <w:color w:val="2E5A80"/>
            <w:u w:val="single"/>
            <w:sz w:val="18"/>
          </w:rPr>
          <w:t xml:space="preserve">I had learned the world</w:t>
        </w:r>
      </w:hyperlink>
      <w:r>
        <w:rPr>
          <w:b w:val="0"/>
          <w:i w:val="0"/>
          <w:color w:val="6A6F75"/>
          <w:sz w:val="16"/>
        </w:rPr>
        <w:t xml:space="preserve">  38</w:t>
      </w:r>
    </w:p>
    <w:p>
      <w:pPr>
        <w:spacing w:after="0" w:line="240" w:lineRule="auto"/>
      </w:pPr>
      <w:hyperlink w:anchor="p202">
        <w:r>
          <w:rPr>
            <w:color w:val="2E5A80"/>
            <w:u w:val="single"/>
            <w:sz w:val="18"/>
          </w:rPr>
          <w:t xml:space="preserve">I had thought of them</w:t>
        </w:r>
      </w:hyperlink>
      <w:r>
        <w:rPr>
          <w:b w:val="0"/>
          <w:i w:val="0"/>
          <w:color w:val="6A6F75"/>
          <w:sz w:val="16"/>
        </w:rPr>
        <w:t xml:space="preserve">  202</w:t>
      </w:r>
    </w:p>
    <w:p>
      <w:pPr>
        <w:spacing w:after="0" w:line="240" w:lineRule="auto"/>
      </w:pPr>
      <w:hyperlink w:anchor="p551">
        <w:r>
          <w:rPr>
            <w:color w:val="2E5A80"/>
            <w:u w:val="single"/>
            <w:sz w:val="18"/>
          </w:rPr>
          <w:t xml:space="preserve">I have felt the sorrow</w:t>
        </w:r>
      </w:hyperlink>
      <w:r>
        <w:rPr>
          <w:b w:val="0"/>
          <w:i w:val="0"/>
          <w:color w:val="6A6F75"/>
          <w:sz w:val="16"/>
        </w:rPr>
        <w:t xml:space="preserve">  551</w:t>
      </w:r>
    </w:p>
    <w:p>
      <w:pPr>
        <w:spacing w:after="0" w:line="240" w:lineRule="auto"/>
      </w:pPr>
      <w:hyperlink w:anchor="p574">
        <w:r>
          <w:rPr>
            <w:color w:val="2E5A80"/>
            <w:u w:val="single"/>
            <w:sz w:val="18"/>
          </w:rPr>
          <w:t xml:space="preserve">I have mostly</w:t>
        </w:r>
      </w:hyperlink>
      <w:r>
        <w:rPr>
          <w:b w:val="0"/>
          <w:i w:val="0"/>
          <w:color w:val="6A6F75"/>
          <w:sz w:val="16"/>
        </w:rPr>
        <w:t xml:space="preserve">  574</w:t>
      </w:r>
    </w:p>
    <w:p>
      <w:pPr>
        <w:spacing w:after="0" w:line="240" w:lineRule="auto"/>
      </w:pPr>
      <w:hyperlink w:anchor="p471">
        <w:r>
          <w:rPr>
            <w:color w:val="2E5A80"/>
            <w:u w:val="single"/>
            <w:sz w:val="18"/>
          </w:rPr>
          <w:t xml:space="preserve">I have not forgotten</w:t>
        </w:r>
      </w:hyperlink>
      <w:r>
        <w:rPr>
          <w:b w:val="0"/>
          <w:i w:val="0"/>
          <w:color w:val="6A6F75"/>
          <w:sz w:val="16"/>
        </w:rPr>
        <w:t xml:space="preserve">  471</w:t>
      </w:r>
    </w:p>
    <w:p>
      <w:pPr>
        <w:spacing w:after="0" w:line="240" w:lineRule="auto"/>
      </w:pPr>
      <w:hyperlink w:anchor="p696">
        <w:r>
          <w:rPr>
            <w:color w:val="2E5A80"/>
            <w:u w:val="single"/>
            <w:sz w:val="18"/>
          </w:rPr>
          <w:t xml:space="preserve">I have not forgotten</w:t>
        </w:r>
      </w:hyperlink>
      <w:r>
        <w:rPr>
          <w:b w:val="0"/>
          <w:i w:val="0"/>
          <w:color w:val="6A6F75"/>
          <w:sz w:val="16"/>
        </w:rPr>
        <w:t xml:space="preserve">  696</w:t>
      </w:r>
    </w:p>
    <w:p>
      <w:pPr>
        <w:spacing w:after="0" w:line="240" w:lineRule="auto"/>
      </w:pPr>
      <w:hyperlink w:anchor="p632">
        <w:r>
          <w:rPr>
            <w:color w:val="2E5A80"/>
            <w:u w:val="single"/>
            <w:sz w:val="18"/>
          </w:rPr>
          <w:t xml:space="preserve">I hear voices</w:t>
        </w:r>
      </w:hyperlink>
      <w:r>
        <w:rPr>
          <w:b w:val="0"/>
          <w:i w:val="0"/>
          <w:color w:val="6A6F75"/>
          <w:sz w:val="16"/>
        </w:rPr>
        <w:t xml:space="preserve">  632</w:t>
      </w:r>
    </w:p>
    <w:p>
      <w:pPr>
        <w:spacing w:after="0" w:line="240" w:lineRule="auto"/>
      </w:pPr>
      <w:hyperlink w:anchor="p784">
        <w:r>
          <w:rPr>
            <w:color w:val="2E5A80"/>
            <w:u w:val="single"/>
            <w:sz w:val="18"/>
          </w:rPr>
          <w:t xml:space="preserve">I hurry</w:t>
        </w:r>
      </w:hyperlink>
      <w:r>
        <w:rPr>
          <w:b w:val="0"/>
          <w:i w:val="0"/>
          <w:color w:val="6A6F75"/>
          <w:sz w:val="16"/>
        </w:rPr>
        <w:t xml:space="preserve">  784</w:t>
      </w:r>
    </w:p>
    <w:p>
      <w:pPr>
        <w:spacing w:after="0" w:line="240" w:lineRule="auto"/>
      </w:pPr>
      <w:hyperlink w:anchor="p346">
        <w:r>
          <w:rPr>
            <w:color w:val="2E5A80"/>
            <w:u w:val="single"/>
            <w:sz w:val="18"/>
          </w:rPr>
          <w:t xml:space="preserve">I know nothing</w:t>
        </w:r>
      </w:hyperlink>
      <w:r>
        <w:rPr>
          <w:b w:val="0"/>
          <w:i w:val="0"/>
          <w:color w:val="6A6F75"/>
          <w:sz w:val="16"/>
        </w:rPr>
        <w:t xml:space="preserve">  346</w:t>
      </w:r>
    </w:p>
    <w:p>
      <w:pPr>
        <w:spacing w:after="0" w:line="240" w:lineRule="auto"/>
      </w:pPr>
      <w:hyperlink w:anchor="p74">
        <w:r>
          <w:rPr>
            <w:color w:val="2E5A80"/>
            <w:u w:val="single"/>
            <w:sz w:val="18"/>
          </w:rPr>
          <w:t xml:space="preserve">I know that not speaking</w:t>
        </w:r>
      </w:hyperlink>
      <w:r>
        <w:rPr>
          <w:b w:val="0"/>
          <w:i w:val="0"/>
          <w:color w:val="6A6F75"/>
          <w:sz w:val="16"/>
        </w:rPr>
        <w:t xml:space="preserve">  74</w:t>
      </w:r>
    </w:p>
    <w:p>
      <w:pPr>
        <w:spacing w:after="0" w:line="240" w:lineRule="auto"/>
      </w:pPr>
      <w:hyperlink w:anchor="p522">
        <w:r>
          <w:rPr>
            <w:color w:val="2E5A80"/>
            <w:u w:val="single"/>
            <w:sz w:val="18"/>
          </w:rPr>
          <w:t xml:space="preserve">I learned how bitter</w:t>
        </w:r>
      </w:hyperlink>
      <w:r>
        <w:rPr>
          <w:b w:val="0"/>
          <w:i w:val="0"/>
          <w:color w:val="6A6F75"/>
          <w:sz w:val="16"/>
        </w:rPr>
        <w:t xml:space="preserve">  522</w:t>
      </w:r>
    </w:p>
    <w:p>
      <w:pPr>
        <w:spacing w:after="0" w:line="240" w:lineRule="auto"/>
      </w:pPr>
      <w:hyperlink w:anchor="p181">
        <w:r>
          <w:rPr>
            <w:color w:val="2E5A80"/>
            <w:u w:val="single"/>
            <w:sz w:val="18"/>
          </w:rPr>
          <w:t xml:space="preserve">I leave the bitter world</w:t>
        </w:r>
      </w:hyperlink>
      <w:r>
        <w:rPr>
          <w:b w:val="0"/>
          <w:i w:val="0"/>
          <w:color w:val="6A6F75"/>
          <w:sz w:val="16"/>
        </w:rPr>
        <w:t xml:space="preserve">  181</w:t>
      </w:r>
    </w:p>
    <w:p>
      <w:pPr>
        <w:spacing w:after="0" w:line="240" w:lineRule="auto"/>
      </w:pPr>
      <w:hyperlink w:anchor="p781">
        <w:r>
          <w:rPr>
            <w:color w:val="2E5A80"/>
            <w:u w:val="single"/>
            <w:sz w:val="18"/>
          </w:rPr>
          <w:t xml:space="preserve">I live on</w:t>
        </w:r>
      </w:hyperlink>
      <w:r>
        <w:rPr>
          <w:b w:val="0"/>
          <w:i w:val="0"/>
          <w:color w:val="6A6F75"/>
          <w:sz w:val="16"/>
        </w:rPr>
        <w:t xml:space="preserve">  781</w:t>
      </w:r>
    </w:p>
    <w:p>
      <w:pPr>
        <w:spacing w:after="0" w:line="240" w:lineRule="auto"/>
      </w:pPr>
      <w:hyperlink w:anchor="p707">
        <w:r>
          <w:rPr>
            <w:color w:val="2E5A80"/>
            <w:u w:val="single"/>
            <w:sz w:val="18"/>
          </w:rPr>
          <w:t xml:space="preserve">I might have heard it</w:t>
        </w:r>
      </w:hyperlink>
      <w:r>
        <w:rPr>
          <w:b w:val="0"/>
          <w:i w:val="0"/>
          <w:color w:val="6A6F75"/>
          <w:sz w:val="16"/>
        </w:rPr>
        <w:t xml:space="preserve">  707</w:t>
      </w:r>
    </w:p>
    <w:p>
      <w:pPr>
        <w:spacing w:after="0" w:line="240" w:lineRule="auto"/>
      </w:pPr>
      <w:hyperlink w:anchor="p440">
        <w:r>
          <w:rPr>
            <w:color w:val="2E5A80"/>
            <w:u w:val="single"/>
            <w:sz w:val="18"/>
          </w:rPr>
          <w:t xml:space="preserve">I might rather be confused</w:t>
        </w:r>
      </w:hyperlink>
      <w:r>
        <w:rPr>
          <w:b w:val="0"/>
          <w:i w:val="0"/>
          <w:color w:val="6A6F75"/>
          <w:sz w:val="16"/>
        </w:rPr>
        <w:t xml:space="preserve">  440</w:t>
      </w:r>
    </w:p>
    <w:p>
      <w:pPr>
        <w:spacing w:after="0" w:line="240" w:lineRule="auto"/>
      </w:pPr>
      <w:hyperlink w:anchor="p494">
        <w:r>
          <w:rPr>
            <w:color w:val="2E5A80"/>
            <w:u w:val="single"/>
            <w:sz w:val="18"/>
          </w:rPr>
          <w:t xml:space="preserve">I myself am become</w:t>
        </w:r>
      </w:hyperlink>
      <w:r>
        <w:rPr>
          <w:b w:val="0"/>
          <w:i w:val="0"/>
          <w:color w:val="6A6F75"/>
          <w:sz w:val="16"/>
        </w:rPr>
        <w:t xml:space="preserve">  494</w:t>
      </w:r>
    </w:p>
    <w:p>
      <w:pPr>
        <w:spacing w:after="0" w:line="240" w:lineRule="auto"/>
      </w:pPr>
      <w:hyperlink w:anchor="p588">
        <w:r>
          <w:rPr>
            <w:color w:val="2E5A80"/>
            <w:u w:val="single"/>
            <w:sz w:val="18"/>
          </w:rPr>
          <w:t xml:space="preserve">I prayed for the flower</w:t>
        </w:r>
      </w:hyperlink>
      <w:r>
        <w:rPr>
          <w:b w:val="0"/>
          <w:i w:val="0"/>
          <w:color w:val="6A6F75"/>
          <w:sz w:val="16"/>
        </w:rPr>
        <w:t xml:space="preserve">  588</w:t>
      </w:r>
    </w:p>
    <w:p>
      <w:pPr>
        <w:spacing w:after="0" w:line="240" w:lineRule="auto"/>
      </w:pPr>
      <w:hyperlink w:anchor="p708">
        <w:r>
          <w:rPr>
            <w:color w:val="2E5A80"/>
            <w:u w:val="single"/>
            <w:sz w:val="18"/>
          </w:rPr>
          <w:t xml:space="preserve">I regret the name</w:t>
        </w:r>
      </w:hyperlink>
      <w:r>
        <w:rPr>
          <w:b w:val="0"/>
          <w:i w:val="0"/>
          <w:color w:val="6A6F75"/>
          <w:sz w:val="16"/>
        </w:rPr>
        <w:t xml:space="preserve">  708</w:t>
      </w:r>
    </w:p>
    <w:p>
      <w:pPr>
        <w:spacing w:after="0" w:line="240" w:lineRule="auto"/>
      </w:pPr>
      <w:hyperlink w:anchor="p410">
        <w:r>
          <w:rPr>
            <w:color w:val="2E5A80"/>
            <w:u w:val="single"/>
            <w:sz w:val="18"/>
          </w:rPr>
          <w:t xml:space="preserve">I saw it as the flame</w:t>
        </w:r>
      </w:hyperlink>
      <w:r>
        <w:rPr>
          <w:b w:val="0"/>
          <w:i w:val="0"/>
          <w:color w:val="6A6F75"/>
          <w:sz w:val="16"/>
        </w:rPr>
        <w:t xml:space="preserve">  410</w:t>
      </w:r>
    </w:p>
    <w:p>
      <w:pPr>
        <w:spacing w:after="0" w:line="240" w:lineRule="auto"/>
      </w:pPr>
      <w:hyperlink w:anchor="p766">
        <w:r>
          <w:rPr>
            <w:color w:val="2E5A80"/>
            <w:u w:val="single"/>
            <w:sz w:val="18"/>
          </w:rPr>
          <w:t xml:space="preserve">I see it there</w:t>
        </w:r>
      </w:hyperlink>
      <w:r>
        <w:rPr>
          <w:b w:val="0"/>
          <w:i w:val="0"/>
          <w:color w:val="6A6F75"/>
          <w:sz w:val="16"/>
        </w:rPr>
        <w:t xml:space="preserve">  766</w:t>
      </w:r>
    </w:p>
    <w:p>
      <w:pPr>
        <w:spacing w:after="0" w:line="240" w:lineRule="auto"/>
      </w:pPr>
      <w:hyperlink w:anchor="p424">
        <w:r>
          <w:rPr>
            <w:color w:val="2E5A80"/>
            <w:u w:val="single"/>
            <w:sz w:val="18"/>
          </w:rPr>
          <w:t xml:space="preserve">I see no sign</w:t>
        </w:r>
      </w:hyperlink>
      <w:r>
        <w:rPr>
          <w:b w:val="0"/>
          <w:i w:val="0"/>
          <w:color w:val="6A6F75"/>
          <w:sz w:val="16"/>
        </w:rPr>
        <w:t xml:space="preserve">  424</w:t>
      </w:r>
    </w:p>
    <w:p>
      <w:pPr>
        <w:spacing w:after="0" w:line="240" w:lineRule="auto"/>
      </w:pPr>
      <w:hyperlink w:anchor="p579">
        <w:r>
          <w:rPr>
            <w:color w:val="2E5A80"/>
            <w:u w:val="single"/>
            <w:sz w:val="18"/>
          </w:rPr>
          <w:t xml:space="preserve">I see the Weaver’s</w:t>
        </w:r>
      </w:hyperlink>
      <w:r>
        <w:rPr>
          <w:b w:val="0"/>
          <w:i w:val="0"/>
          <w:color w:val="6A6F75"/>
          <w:sz w:val="16"/>
        </w:rPr>
        <w:t xml:space="preserve">  579</w:t>
      </w:r>
    </w:p>
    <w:p>
      <w:pPr>
        <w:spacing w:after="0" w:line="240" w:lineRule="auto"/>
      </w:pPr>
      <w:hyperlink w:anchor="p164">
        <w:r>
          <w:rPr>
            <w:color w:val="2E5A80"/>
            <w:u w:val="single"/>
            <w:sz w:val="18"/>
          </w:rPr>
          <w:t xml:space="preserve">I see your glow</w:t>
        </w:r>
      </w:hyperlink>
      <w:r>
        <w:rPr>
          <w:b w:val="0"/>
          <w:i w:val="0"/>
          <w:color w:val="6A6F75"/>
          <w:sz w:val="16"/>
        </w:rPr>
        <w:t xml:space="preserve">  164</w:t>
      </w:r>
    </w:p>
    <w:p>
      <w:pPr>
        <w:spacing w:after="0" w:line="240" w:lineRule="auto"/>
      </w:pPr>
      <w:hyperlink w:anchor="p429">
        <w:r>
          <w:rPr>
            <w:color w:val="2E5A80"/>
            <w:u w:val="single"/>
            <w:sz w:val="18"/>
          </w:rPr>
          <w:t xml:space="preserve">I set my heart</w:t>
        </w:r>
      </w:hyperlink>
      <w:r>
        <w:rPr>
          <w:b w:val="0"/>
          <w:i w:val="0"/>
          <w:color w:val="6A6F75"/>
          <w:sz w:val="16"/>
        </w:rPr>
        <w:t xml:space="preserve">  429</w:t>
      </w:r>
    </w:p>
    <w:p>
      <w:pPr>
        <w:spacing w:after="0" w:line="240" w:lineRule="auto"/>
      </w:pPr>
      <w:hyperlink w:anchor="p737">
        <w:r>
          <w:rPr>
            <w:color w:val="2E5A80"/>
            <w:u w:val="single"/>
            <w:sz w:val="18"/>
          </w:rPr>
          <w:t xml:space="preserve">I shall be lost</w:t>
        </w:r>
      </w:hyperlink>
      <w:r>
        <w:rPr>
          <w:b w:val="0"/>
          <w:i w:val="0"/>
          <w:color w:val="6A6F75"/>
          <w:sz w:val="16"/>
        </w:rPr>
        <w:t xml:space="preserve">  737</w:t>
      </w:r>
    </w:p>
    <w:p>
      <w:pPr>
        <w:spacing w:after="0" w:line="240" w:lineRule="auto"/>
      </w:pPr>
      <w:hyperlink w:anchor="p441">
        <w:r>
          <w:rPr>
            <w:color w:val="2E5A80"/>
            <w:u w:val="single"/>
            <w:sz w:val="18"/>
          </w:rPr>
          <w:t xml:space="preserve">I shall lay the blame</w:t>
        </w:r>
      </w:hyperlink>
      <w:r>
        <w:rPr>
          <w:b w:val="0"/>
          <w:i w:val="0"/>
          <w:color w:val="6A6F75"/>
          <w:sz w:val="16"/>
        </w:rPr>
        <w:t xml:space="preserve">  441</w:t>
      </w:r>
    </w:p>
    <w:p>
      <w:pPr>
        <w:spacing w:after="0" w:line="240" w:lineRule="auto"/>
      </w:pPr>
      <w:hyperlink w:anchor="p702">
        <w:r>
          <w:rPr>
            <w:color w:val="2E5A80"/>
            <w:u w:val="single"/>
            <w:sz w:val="18"/>
          </w:rPr>
          <w:t xml:space="preserve">I should have seen it</w:t>
        </w:r>
      </w:hyperlink>
      <w:r>
        <w:rPr>
          <w:b w:val="0"/>
          <w:i w:val="0"/>
          <w:color w:val="6A6F75"/>
          <w:sz w:val="16"/>
        </w:rPr>
        <w:t xml:space="preserve">  702</w:t>
      </w:r>
    </w:p>
    <w:p>
      <w:pPr>
        <w:spacing w:after="0" w:line="240" w:lineRule="auto"/>
      </w:pPr>
      <w:hyperlink w:anchor="p787">
        <w:r>
          <w:rPr>
            <w:color w:val="2E5A80"/>
            <w:u w:val="single"/>
            <w:sz w:val="18"/>
          </w:rPr>
          <w:t xml:space="preserve">I think there is</w:t>
        </w:r>
      </w:hyperlink>
      <w:r>
        <w:rPr>
          <w:b w:val="0"/>
          <w:i w:val="0"/>
          <w:color w:val="6A6F75"/>
          <w:sz w:val="16"/>
        </w:rPr>
        <w:t xml:space="preserve">  787</w:t>
      </w:r>
    </w:p>
    <w:p>
      <w:pPr>
        <w:spacing w:after="0" w:line="240" w:lineRule="auto"/>
      </w:pPr>
      <w:hyperlink w:anchor="p656">
        <w:r>
          <w:rPr>
            <w:color w:val="2E5A80"/>
            <w:u w:val="single"/>
            <w:sz w:val="18"/>
          </w:rPr>
          <w:t xml:space="preserve">I thought it a mountain</w:t>
        </w:r>
      </w:hyperlink>
      <w:r>
        <w:rPr>
          <w:b w:val="0"/>
          <w:i w:val="0"/>
          <w:color w:val="6A6F75"/>
          <w:sz w:val="16"/>
        </w:rPr>
        <w:t xml:space="preserve">  656</w:t>
      </w:r>
    </w:p>
    <w:p>
      <w:pPr>
        <w:spacing w:after="0" w:line="240" w:lineRule="auto"/>
      </w:pPr>
      <w:hyperlink w:anchor="p42">
        <w:r>
          <w:rPr>
            <w:color w:val="2E5A80"/>
            <w:u w:val="single"/>
            <w:sz w:val="18"/>
          </w:rPr>
          <w:t xml:space="preserve">I thought it only a keepsake</w:t>
        </w:r>
      </w:hyperlink>
      <w:r>
        <w:rPr>
          <w:b w:val="0"/>
          <w:i w:val="0"/>
          <w:color w:val="6A6F75"/>
          <w:sz w:val="16"/>
        </w:rPr>
        <w:t xml:space="preserve">  42</w:t>
      </w:r>
    </w:p>
    <w:p>
      <w:pPr>
        <w:spacing w:after="0" w:line="240" w:lineRule="auto"/>
      </w:pPr>
      <w:hyperlink w:anchor="p379">
        <w:r>
          <w:rPr>
            <w:color w:val="2E5A80"/>
            <w:u w:val="single"/>
            <w:sz w:val="18"/>
          </w:rPr>
          <w:t xml:space="preserve">I too have sought</w:t>
        </w:r>
      </w:hyperlink>
      <w:r>
        <w:rPr>
          <w:b w:val="0"/>
          <w:i w:val="0"/>
          <w:color w:val="6A6F75"/>
          <w:sz w:val="16"/>
        </w:rPr>
        <w:t xml:space="preserve">  379</w:t>
      </w:r>
    </w:p>
    <w:p>
      <w:pPr>
        <w:spacing w:after="0" w:line="240" w:lineRule="auto"/>
      </w:pPr>
      <w:hyperlink w:anchor="p712">
        <w:r>
          <w:rPr>
            <w:color w:val="2E5A80"/>
            <w:u w:val="single"/>
            <w:sz w:val="18"/>
          </w:rPr>
          <w:t xml:space="preserve">I trusted the robe</w:t>
        </w:r>
      </w:hyperlink>
      <w:r>
        <w:rPr>
          <w:b w:val="0"/>
          <w:i w:val="0"/>
          <w:color w:val="6A6F75"/>
          <w:sz w:val="16"/>
        </w:rPr>
        <w:t xml:space="preserve">  712</w:t>
      </w:r>
    </w:p>
    <w:p>
      <w:pPr>
        <w:spacing w:after="0" w:line="240" w:lineRule="auto"/>
      </w:pPr>
      <w:hyperlink w:anchor="p272">
        <w:r>
          <w:rPr>
            <w:color w:val="2E5A80"/>
            <w:u w:val="single"/>
            <w:sz w:val="18"/>
          </w:rPr>
          <w:t xml:space="preserve">I trusted this road</w:t>
        </w:r>
      </w:hyperlink>
      <w:r>
        <w:rPr>
          <w:b w:val="0"/>
          <w:i w:val="0"/>
          <w:color w:val="6A6F75"/>
          <w:sz w:val="16"/>
        </w:rPr>
        <w:t xml:space="preserve">  272</w:t>
      </w:r>
    </w:p>
    <w:p>
      <w:pPr>
        <w:spacing w:after="0" w:line="240" w:lineRule="auto"/>
      </w:pPr>
      <w:hyperlink w:anchor="p139">
        <w:r>
          <w:rPr>
            <w:color w:val="2E5A80"/>
            <w:u w:val="single"/>
            <w:sz w:val="18"/>
          </w:rPr>
          <w:t xml:space="preserve">I try not to think</w:t>
        </w:r>
      </w:hyperlink>
      <w:r>
        <w:rPr>
          <w:b w:val="0"/>
          <w:i w:val="0"/>
          <w:color w:val="6A6F75"/>
          <w:sz w:val="16"/>
        </w:rPr>
        <w:t xml:space="preserve">  139</w:t>
      </w:r>
    </w:p>
    <w:p>
      <w:pPr>
        <w:spacing w:after="0" w:line="240" w:lineRule="auto"/>
      </w:pPr>
      <w:hyperlink w:anchor="p107">
        <w:r>
          <w:rPr>
            <w:color w:val="2E5A80"/>
            <w:u w:val="single"/>
            <w:sz w:val="18"/>
          </w:rPr>
          <w:t xml:space="preserve">I wander lost</w:t>
        </w:r>
      </w:hyperlink>
      <w:r>
        <w:rPr>
          <w:b w:val="0"/>
          <w:i w:val="0"/>
          <w:color w:val="6A6F75"/>
          <w:sz w:val="16"/>
        </w:rPr>
        <w:t xml:space="preserve">  107</w:t>
      </w:r>
    </w:p>
    <w:p>
      <w:pPr>
        <w:spacing w:after="0" w:line="240" w:lineRule="auto"/>
      </w:pPr>
      <w:hyperlink w:anchor="p261">
        <w:r>
          <w:rPr>
            <w:color w:val="2E5A80"/>
            <w:u w:val="single"/>
            <w:sz w:val="18"/>
          </w:rPr>
          <w:t xml:space="preserve">I who am nothing</w:t>
        </w:r>
      </w:hyperlink>
      <w:r>
        <w:rPr>
          <w:b w:val="0"/>
          <w:i w:val="0"/>
          <w:color w:val="6A6F75"/>
          <w:sz w:val="16"/>
        </w:rPr>
        <w:t xml:space="preserve">  261</w:t>
      </w:r>
    </w:p>
    <w:p>
      <w:pPr>
        <w:spacing w:after="0" w:line="240" w:lineRule="auto"/>
      </w:pPr>
      <w:hyperlink w:anchor="p581">
        <w:r>
          <w:rPr>
            <w:color w:val="2E5A80"/>
            <w:u w:val="single"/>
            <w:sz w:val="18"/>
          </w:rPr>
          <w:t xml:space="preserve">I who long for her</w:t>
        </w:r>
      </w:hyperlink>
      <w:r>
        <w:rPr>
          <w:b w:val="0"/>
          <w:i w:val="0"/>
          <w:color w:val="6A6F75"/>
          <w:sz w:val="16"/>
        </w:rPr>
        <w:t xml:space="preserve">  581</w:t>
      </w:r>
    </w:p>
    <w:p>
      <w:pPr>
        <w:spacing w:after="0" w:line="240" w:lineRule="auto"/>
      </w:pPr>
      <w:hyperlink w:anchor="p268">
        <w:r>
          <w:rPr>
            <w:color w:val="2E5A80"/>
            <w:u w:val="single"/>
            <w:sz w:val="18"/>
          </w:rPr>
          <w:t xml:space="preserve">I will be the one</w:t>
        </w:r>
      </w:hyperlink>
      <w:r>
        <w:rPr>
          <w:b w:val="0"/>
          <w:i w:val="0"/>
          <w:color w:val="6A6F75"/>
          <w:sz w:val="16"/>
        </w:rPr>
        <w:t xml:space="preserve">  268</w:t>
      </w:r>
    </w:p>
    <w:p>
      <w:pPr>
        <w:spacing w:after="0" w:line="240" w:lineRule="auto"/>
      </w:pPr>
      <w:hyperlink w:anchor="p774">
        <w:r>
          <w:rPr>
            <w:color w:val="2E5A80"/>
            <w:u w:val="single"/>
            <w:sz w:val="18"/>
          </w:rPr>
          <w:t xml:space="preserve">I will gaze at the moon</w:t>
        </w:r>
      </w:hyperlink>
      <w:r>
        <w:rPr>
          <w:b w:val="0"/>
          <w:i w:val="0"/>
          <w:color w:val="6A6F75"/>
          <w:sz w:val="16"/>
        </w:rPr>
        <w:t xml:space="preserve">  774</w:t>
      </w:r>
    </w:p>
    <w:p>
      <w:pPr>
        <w:spacing w:after="0" w:line="240" w:lineRule="auto"/>
      </w:pPr>
      <w:hyperlink w:anchor="p142">
        <w:r>
          <w:rPr>
            <w:color w:val="2E5A80"/>
            <w:u w:val="single"/>
            <w:sz w:val="18"/>
          </w:rPr>
          <w:t xml:space="preserve">I will gaze toward</w:t>
        </w:r>
      </w:hyperlink>
      <w:r>
        <w:rPr>
          <w:b w:val="0"/>
          <w:i w:val="0"/>
          <w:color w:val="6A6F75"/>
          <w:sz w:val="16"/>
        </w:rPr>
        <w:t xml:space="preserve">  142</w:t>
      </w:r>
    </w:p>
    <w:p>
      <w:pPr>
        <w:spacing w:after="0" w:line="240" w:lineRule="auto"/>
      </w:pPr>
      <w:hyperlink w:anchor="p304">
        <w:r>
          <w:rPr>
            <w:color w:val="2E5A80"/>
            <w:u w:val="single"/>
            <w:sz w:val="18"/>
          </w:rPr>
          <w:t xml:space="preserve">I will go and see</w:t>
        </w:r>
      </w:hyperlink>
      <w:r>
        <w:rPr>
          <w:b w:val="0"/>
          <w:i w:val="0"/>
          <w:color w:val="6A6F75"/>
          <w:sz w:val="16"/>
        </w:rPr>
        <w:t xml:space="preserve">  304</w:t>
      </w:r>
    </w:p>
    <w:p>
      <w:pPr>
        <w:spacing w:after="0" w:line="240" w:lineRule="auto"/>
      </w:pPr>
      <w:hyperlink w:anchor="p51">
        <w:r>
          <w:rPr>
            <w:color w:val="2E5A80"/>
            <w:u w:val="single"/>
            <w:sz w:val="18"/>
          </w:rPr>
          <w:t xml:space="preserve">I will go and tell the palace folk</w:t>
        </w:r>
      </w:hyperlink>
      <w:r>
        <w:rPr>
          <w:b w:val="0"/>
          <w:i w:val="0"/>
          <w:color w:val="6A6F75"/>
          <w:sz w:val="16"/>
        </w:rPr>
        <w:t xml:space="preserve">  51</w:t>
      </w:r>
    </w:p>
    <w:p>
      <w:pPr>
        <w:spacing w:after="0" w:line="240" w:lineRule="auto"/>
      </w:pPr>
      <w:hyperlink w:anchor="p246">
        <w:r>
          <w:rPr>
            <w:color w:val="2E5A80"/>
            <w:u w:val="single"/>
            <w:sz w:val="18"/>
          </w:rPr>
          <w:t xml:space="preserve">I wish I could show you</w:t>
        </w:r>
      </w:hyperlink>
      <w:r>
        <w:rPr>
          <w:b w:val="0"/>
          <w:i w:val="0"/>
          <w:color w:val="6A6F75"/>
          <w:sz w:val="16"/>
        </w:rPr>
        <w:t xml:space="preserve">  246</w:t>
      </w:r>
    </w:p>
    <w:p>
      <w:pPr>
        <w:spacing w:after="0" w:line="240" w:lineRule="auto"/>
      </w:pPr>
      <w:hyperlink w:anchor="p196">
        <w:r>
          <w:rPr>
            <w:color w:val="2E5A80"/>
            <w:u w:val="single"/>
            <w:sz w:val="18"/>
          </w:rPr>
          <w:t xml:space="preserve">I wish I had boarded</w:t>
        </w:r>
      </w:hyperlink>
      <w:r>
        <w:rPr>
          <w:b w:val="0"/>
          <w:i w:val="0"/>
          <w:color w:val="6A6F75"/>
          <w:sz w:val="16"/>
        </w:rPr>
        <w:t xml:space="preserve">  196</w:t>
      </w:r>
    </w:p>
    <w:p>
      <w:pPr>
        <w:spacing w:after="0" w:line="240" w:lineRule="auto"/>
      </w:pPr>
      <w:hyperlink w:anchor="p657">
        <w:r>
          <w:rPr>
            <w:color w:val="2E5A80"/>
            <w:u w:val="single"/>
            <w:sz w:val="18"/>
          </w:rPr>
          <w:t xml:space="preserve">I would ask</w:t>
        </w:r>
      </w:hyperlink>
      <w:r>
        <w:rPr>
          <w:b w:val="0"/>
          <w:i w:val="0"/>
          <w:color w:val="6A6F75"/>
          <w:sz w:val="16"/>
        </w:rPr>
        <w:t xml:space="preserve">  657</w:t>
      </w:r>
    </w:p>
    <w:p>
      <w:pPr>
        <w:spacing w:after="0" w:line="240" w:lineRule="auto"/>
      </w:pPr>
      <w:hyperlink w:anchor="p365">
        <w:r>
          <w:rPr>
            <w:color w:val="2E5A80"/>
            <w:u w:val="single"/>
            <w:sz w:val="18"/>
          </w:rPr>
          <w:t xml:space="preserve">I would have let the butterflies</w:t>
        </w:r>
      </w:hyperlink>
      <w:r>
        <w:rPr>
          <w:b w:val="0"/>
          <w:i w:val="0"/>
          <w:color w:val="6A6F75"/>
          <w:sz w:val="16"/>
        </w:rPr>
        <w:t xml:space="preserve">  365</w:t>
      </w:r>
    </w:p>
    <w:p>
      <w:pPr>
        <w:spacing w:after="0" w:line="240" w:lineRule="auto"/>
      </w:pPr>
      <w:hyperlink w:anchor="p736">
        <w:r>
          <w:rPr>
            <w:color w:val="2E5A80"/>
            <w:u w:val="single"/>
            <w:sz w:val="18"/>
          </w:rPr>
          <w:t xml:space="preserve">I would not grieve</w:t>
        </w:r>
      </w:hyperlink>
      <w:r>
        <w:rPr>
          <w:b w:val="0"/>
          <w:i w:val="0"/>
          <w:color w:val="6A6F75"/>
          <w:sz w:val="16"/>
        </w:rPr>
        <w:t xml:space="preserve">  736</w:t>
      </w:r>
    </w:p>
    <w:p>
      <w:pPr>
        <w:spacing w:after="0" w:line="240" w:lineRule="auto"/>
      </w:pPr>
      <w:hyperlink w:anchor="p673">
        <w:r>
          <w:rPr>
            <w:color w:val="2E5A80"/>
            <w:u w:val="single"/>
            <w:sz w:val="18"/>
          </w:rPr>
          <w:t xml:space="preserve">I would not think</w:t>
        </w:r>
      </w:hyperlink>
      <w:r>
        <w:rPr>
          <w:b w:val="0"/>
          <w:i w:val="0"/>
          <w:color w:val="6A6F75"/>
          <w:sz w:val="16"/>
        </w:rPr>
        <w:t xml:space="preserve">  673</w:t>
      </w:r>
    </w:p>
    <w:p>
      <w:pPr>
        <w:spacing w:after="0" w:line="240" w:lineRule="auto"/>
      </w:pPr>
      <w:hyperlink w:anchor="p256">
        <w:r>
          <w:rPr>
            <w:color w:val="2E5A80"/>
            <w:u w:val="single"/>
            <w:sz w:val="18"/>
          </w:rPr>
          <w:t xml:space="preserve">If even the water rail</w:t>
        </w:r>
      </w:hyperlink>
      <w:r>
        <w:rPr>
          <w:b w:val="0"/>
          <w:i w:val="0"/>
          <w:color w:val="6A6F75"/>
          <w:sz w:val="16"/>
        </w:rPr>
        <w:t xml:space="preserve">  256</w:t>
      </w:r>
    </w:p>
    <w:p>
      <w:pPr>
        <w:spacing w:after="0" w:line="240" w:lineRule="auto"/>
      </w:pPr>
      <w:hyperlink w:anchor="p340">
        <w:r>
          <w:rPr>
            <w:color w:val="2E5A80"/>
            <w:u w:val="single"/>
            <w:sz w:val="18"/>
          </w:rPr>
          <w:t xml:space="preserve">If ever my heart</w:t>
        </w:r>
      </w:hyperlink>
      <w:r>
        <w:rPr>
          <w:b w:val="0"/>
          <w:i w:val="0"/>
          <w:color w:val="6A6F75"/>
          <w:sz w:val="16"/>
        </w:rPr>
        <w:t xml:space="preserve">  340</w:t>
      </w:r>
    </w:p>
    <w:p>
      <w:pPr>
        <w:spacing w:after="0" w:line="240" w:lineRule="auto"/>
      </w:pPr>
      <w:hyperlink w:anchor="p380">
        <w:r>
          <w:rPr>
            <w:color w:val="2E5A80"/>
            <w:u w:val="single"/>
            <w:sz w:val="18"/>
          </w:rPr>
          <w:t xml:space="preserve">If he saw the color</w:t>
        </w:r>
      </w:hyperlink>
      <w:r>
        <w:rPr>
          <w:b w:val="0"/>
          <w:i w:val="0"/>
          <w:color w:val="6A6F75"/>
          <w:sz w:val="16"/>
        </w:rPr>
        <w:t xml:space="preserve">  380</w:t>
      </w:r>
    </w:p>
    <w:p>
      <w:pPr>
        <w:spacing w:after="0" w:line="240" w:lineRule="auto"/>
      </w:pPr>
      <w:hyperlink w:anchor="p310">
        <w:r>
          <w:rPr>
            <w:color w:val="2E5A80"/>
            <w:u w:val="single"/>
            <w:sz w:val="18"/>
          </w:rPr>
          <w:t xml:space="preserve">If I ask only</w:t>
        </w:r>
      </w:hyperlink>
      <w:r>
        <w:rPr>
          <w:b w:val="0"/>
          <w:i w:val="0"/>
          <w:color w:val="6A6F75"/>
          <w:sz w:val="16"/>
        </w:rPr>
        <w:t xml:space="preserve">  310</w:t>
      </w:r>
    </w:p>
    <w:p>
      <w:pPr>
        <w:spacing w:after="0" w:line="240" w:lineRule="auto"/>
      </w:pPr>
      <w:hyperlink w:anchor="p645">
        <w:r>
          <w:rPr>
            <w:color w:val="2E5A80"/>
            <w:u w:val="single"/>
            <w:sz w:val="18"/>
          </w:rPr>
          <w:t xml:space="preserve">If I could think</w:t>
        </w:r>
      </w:hyperlink>
      <w:r>
        <w:rPr>
          <w:b w:val="0"/>
          <w:i w:val="0"/>
          <w:color w:val="6A6F75"/>
          <w:sz w:val="16"/>
        </w:rPr>
        <w:t xml:space="preserve">  645</w:t>
      </w:r>
    </w:p>
    <w:p>
      <w:pPr>
        <w:spacing w:after="0" w:line="240" w:lineRule="auto"/>
      </w:pPr>
      <w:hyperlink w:anchor="p714">
        <w:r>
          <w:rPr>
            <w:color w:val="2E5A80"/>
            <w:u w:val="single"/>
            <w:sz w:val="18"/>
          </w:rPr>
          <w:t xml:space="preserve">If I did not recall</w:t>
        </w:r>
      </w:hyperlink>
      <w:r>
        <w:rPr>
          <w:b w:val="0"/>
          <w:i w:val="0"/>
          <w:color w:val="6A6F75"/>
          <w:sz w:val="16"/>
        </w:rPr>
        <w:t xml:space="preserve">  714</w:t>
      </w:r>
    </w:p>
    <w:p>
      <w:pPr>
        <w:spacing w:after="0" w:line="240" w:lineRule="auto"/>
      </w:pPr>
      <w:hyperlink w:anchor="p753">
        <w:r>
          <w:rPr>
            <w:color w:val="2E5A80"/>
            <w:u w:val="single"/>
            <w:sz w:val="18"/>
          </w:rPr>
          <w:t xml:space="preserve">If I do not leave</w:t>
        </w:r>
      </w:hyperlink>
      <w:r>
        <w:rPr>
          <w:b w:val="0"/>
          <w:i w:val="0"/>
          <w:color w:val="6A6F75"/>
          <w:sz w:val="16"/>
        </w:rPr>
        <w:t xml:space="preserve">  753</w:t>
      </w:r>
    </w:p>
    <w:p>
      <w:pPr>
        <w:spacing w:after="0" w:line="240" w:lineRule="auto"/>
      </w:pPr>
      <w:hyperlink w:anchor="p426">
        <w:r>
          <w:rPr>
            <w:color w:val="2E5A80"/>
            <w:u w:val="single"/>
            <w:sz w:val="18"/>
          </w:rPr>
          <w:t xml:space="preserve">If I drift on the sea road</w:t>
        </w:r>
      </w:hyperlink>
      <w:r>
        <w:rPr>
          <w:b w:val="0"/>
          <w:i w:val="0"/>
          <w:color w:val="6A6F75"/>
          <w:sz w:val="16"/>
        </w:rPr>
        <w:t xml:space="preserve">  426</w:t>
      </w:r>
    </w:p>
    <w:p>
      <w:pPr>
        <w:spacing w:after="0" w:line="240" w:lineRule="auto"/>
      </w:pPr>
      <w:hyperlink w:anchor="p631">
        <w:r>
          <w:rPr>
            <w:color w:val="2E5A80"/>
            <w:u w:val="single"/>
            <w:sz w:val="18"/>
          </w:rPr>
          <w:t xml:space="preserve">If I live, I might</w:t>
        </w:r>
      </w:hyperlink>
      <w:r>
        <w:rPr>
          <w:b w:val="0"/>
          <w:i w:val="0"/>
          <w:color w:val="6A6F75"/>
          <w:sz w:val="16"/>
        </w:rPr>
        <w:t xml:space="preserve">  631</w:t>
      </w:r>
    </w:p>
    <w:p>
      <w:pPr>
        <w:spacing w:after="0" w:line="240" w:lineRule="auto"/>
      </w:pPr>
      <w:hyperlink w:anchor="p91">
        <w:r>
          <w:rPr>
            <w:color w:val="2E5A80"/>
            <w:u w:val="single"/>
            <w:sz w:val="18"/>
          </w:rPr>
          <w:t xml:space="preserve">If I part the bamboo grass</w:t>
        </w:r>
      </w:hyperlink>
      <w:r>
        <w:rPr>
          <w:b w:val="0"/>
          <w:i w:val="0"/>
          <w:color w:val="6A6F75"/>
          <w:sz w:val="16"/>
        </w:rPr>
        <w:t xml:space="preserve">  91</w:t>
      </w:r>
    </w:p>
    <w:p>
      <w:pPr>
        <w:spacing w:after="0" w:line="240" w:lineRule="auto"/>
      </w:pPr>
      <w:hyperlink w:anchor="p594">
        <w:r>
          <w:rPr>
            <w:color w:val="2E5A80"/>
            <w:u w:val="single"/>
            <w:sz w:val="18"/>
          </w:rPr>
          <w:t xml:space="preserve">If I seek out</w:t>
        </w:r>
      </w:hyperlink>
      <w:r>
        <w:rPr>
          <w:b w:val="0"/>
          <w:i w:val="0"/>
          <w:color w:val="6A6F75"/>
          <w:sz w:val="16"/>
        </w:rPr>
        <w:t xml:space="preserve">  594</w:t>
      </w:r>
    </w:p>
    <w:p>
      <w:pPr>
        <w:spacing w:after="0" w:line="240" w:lineRule="auto"/>
      </w:pPr>
      <w:hyperlink w:anchor="p691">
        <w:r>
          <w:rPr>
            <w:color w:val="2E5A80"/>
            <w:u w:val="single"/>
            <w:sz w:val="18"/>
          </w:rPr>
          <w:t xml:space="preserve">If I threw myself</w:t>
        </w:r>
      </w:hyperlink>
      <w:r>
        <w:rPr>
          <w:b w:val="0"/>
          <w:i w:val="0"/>
          <w:color w:val="6A6F75"/>
          <w:sz w:val="16"/>
        </w:rPr>
        <w:t xml:space="preserve">  691</w:t>
      </w:r>
    </w:p>
    <w:p>
      <w:pPr>
        <w:spacing w:after="0" w:line="240" w:lineRule="auto"/>
      </w:pPr>
      <w:hyperlink w:anchor="p758">
        <w:r>
          <w:rPr>
            <w:color w:val="2E5A80"/>
            <w:u w:val="single"/>
            <w:sz w:val="18"/>
          </w:rPr>
          <w:t xml:space="preserve">If I too</w:t>
        </w:r>
      </w:hyperlink>
      <w:r>
        <w:rPr>
          <w:b w:val="0"/>
          <w:i w:val="0"/>
          <w:color w:val="6A6F75"/>
          <w:sz w:val="16"/>
        </w:rPr>
        <w:t xml:space="preserve">  758</w:t>
      </w:r>
    </w:p>
    <w:p>
      <w:pPr>
        <w:spacing w:after="0" w:line="240" w:lineRule="auto"/>
      </w:pPr>
      <w:hyperlink w:anchor="p550">
        <w:r>
          <w:rPr>
            <w:color w:val="2E5A80"/>
            <w:u w:val="single"/>
            <w:sz w:val="18"/>
          </w:rPr>
          <w:t xml:space="preserve">If I were anyone</w:t>
        </w:r>
      </w:hyperlink>
      <w:r>
        <w:rPr>
          <w:b w:val="0"/>
          <w:i w:val="0"/>
          <w:color w:val="6A6F75"/>
          <w:sz w:val="16"/>
        </w:rPr>
        <w:t xml:space="preserve">  550</w:t>
      </w:r>
    </w:p>
    <w:p>
      <w:pPr>
        <w:spacing w:after="0" w:line="240" w:lineRule="auto"/>
      </w:pPr>
      <w:hyperlink w:anchor="p592">
        <w:r>
          <w:rPr>
            <w:color w:val="2E5A80"/>
            <w:u w:val="single"/>
            <w:sz w:val="18"/>
          </w:rPr>
          <w:t xml:space="preserve">If I were one</w:t>
        </w:r>
      </w:hyperlink>
      <w:r>
        <w:rPr>
          <w:b w:val="0"/>
          <w:i w:val="0"/>
          <w:color w:val="6A6F75"/>
          <w:sz w:val="16"/>
        </w:rPr>
        <w:t xml:space="preserve">  592</w:t>
      </w:r>
    </w:p>
    <w:p>
      <w:pPr>
        <w:spacing w:after="0" w:line="240" w:lineRule="auto"/>
      </w:pPr>
      <w:hyperlink w:anchor="p403">
        <w:r>
          <w:rPr>
            <w:color w:val="2E5A80"/>
            <w:u w:val="single"/>
            <w:sz w:val="18"/>
          </w:rPr>
          <w:t xml:space="preserve">If I were worth anything</w:t>
        </w:r>
      </w:hyperlink>
      <w:r>
        <w:rPr>
          <w:b w:val="0"/>
          <w:i w:val="0"/>
          <w:color w:val="6A6F75"/>
          <w:sz w:val="16"/>
        </w:rPr>
        <w:t xml:space="preserve">  403</w:t>
      </w:r>
    </w:p>
    <w:p>
      <w:pPr>
        <w:spacing w:after="0" w:line="240" w:lineRule="auto"/>
      </w:pPr>
      <w:hyperlink w:anchor="p103">
        <w:r>
          <w:rPr>
            <w:color w:val="2E5A80"/>
            <w:u w:val="single"/>
            <w:sz w:val="18"/>
          </w:rPr>
          <w:t xml:space="preserve">If I, wretched, should vanish</w:t>
        </w:r>
      </w:hyperlink>
      <w:r>
        <w:rPr>
          <w:b w:val="0"/>
          <w:i w:val="0"/>
          <w:color w:val="6A6F75"/>
          <w:sz w:val="16"/>
        </w:rPr>
        <w:t xml:space="preserve">  103</w:t>
      </w:r>
    </w:p>
    <w:p>
      <w:pPr>
        <w:spacing w:after="0" w:line="240" w:lineRule="auto"/>
      </w:pPr>
      <w:hyperlink w:anchor="p385">
        <w:r>
          <w:rPr>
            <w:color w:val="2E5A80"/>
            <w:u w:val="single"/>
            <w:sz w:val="18"/>
          </w:rPr>
          <w:t xml:space="preserve">If it becomes smoke</w:t>
        </w:r>
      </w:hyperlink>
      <w:r>
        <w:rPr>
          <w:b w:val="0"/>
          <w:i w:val="0"/>
          <w:color w:val="6A6F75"/>
          <w:sz w:val="16"/>
        </w:rPr>
        <w:t xml:space="preserve">  385</w:t>
      </w:r>
    </w:p>
    <w:p>
      <w:pPr>
        <w:spacing w:after="0" w:line="240" w:lineRule="auto"/>
      </w:pPr>
      <w:hyperlink w:anchor="p510">
        <w:r>
          <w:rPr>
            <w:color w:val="2E5A80"/>
            <w:u w:val="single"/>
            <w:sz w:val="18"/>
          </w:rPr>
          <w:t xml:space="preserve">If it is to be so</w:t>
        </w:r>
      </w:hyperlink>
      <w:r>
        <w:rPr>
          <w:b w:val="0"/>
          <w:i w:val="0"/>
          <w:color w:val="6A6F75"/>
          <w:sz w:val="16"/>
        </w:rPr>
        <w:t xml:space="preserve">  510</w:t>
      </w:r>
    </w:p>
    <w:p>
      <w:pPr>
        <w:spacing w:after="0" w:line="240" w:lineRule="auto"/>
      </w:pPr>
      <w:hyperlink w:anchor="p699">
        <w:r>
          <w:rPr>
            <w:color w:val="2E5A80"/>
            <w:u w:val="single"/>
            <w:sz w:val="18"/>
          </w:rPr>
          <w:t xml:space="preserve">If it were a flower</w:t>
        </w:r>
      </w:hyperlink>
      <w:r>
        <w:rPr>
          <w:b w:val="0"/>
          <w:i w:val="0"/>
          <w:color w:val="6A6F75"/>
          <w:sz w:val="16"/>
        </w:rPr>
        <w:t xml:space="preserve">  699</w:t>
      </w:r>
    </w:p>
    <w:p>
      <w:pPr>
        <w:spacing w:after="0" w:line="240" w:lineRule="auto"/>
      </w:pPr>
      <w:hyperlink w:anchor="p615">
        <w:r>
          <w:rPr>
            <w:color w:val="2E5A80"/>
            <w:u w:val="single"/>
            <w:sz w:val="18"/>
          </w:rPr>
          <w:t xml:space="preserve">If it were something</w:t>
        </w:r>
      </w:hyperlink>
      <w:r>
        <w:rPr>
          <w:b w:val="0"/>
          <w:i w:val="0"/>
          <w:color w:val="6A6F75"/>
          <w:sz w:val="16"/>
        </w:rPr>
        <w:t xml:space="preserve">  615</w:t>
      </w:r>
    </w:p>
    <w:p>
      <w:pPr>
        <w:spacing w:after="0" w:line="240" w:lineRule="auto"/>
      </w:pPr>
      <w:hyperlink w:anchor="p108">
        <w:r>
          <w:rPr>
            <w:color w:val="2E5A80"/>
            <w:u w:val="single"/>
            <w:sz w:val="18"/>
          </w:rPr>
          <w:t xml:space="preserve">If it were the place</w:t>
        </w:r>
      </w:hyperlink>
      <w:r>
        <w:rPr>
          <w:b w:val="0"/>
          <w:i w:val="0"/>
          <w:color w:val="6A6F75"/>
          <w:sz w:val="16"/>
        </w:rPr>
        <w:t xml:space="preserve">  108</w:t>
      </w:r>
    </w:p>
    <w:p>
      <w:pPr>
        <w:spacing w:after="0" w:line="240" w:lineRule="auto"/>
      </w:pPr>
      <w:hyperlink w:anchor="p341">
        <w:r>
          <w:rPr>
            <w:color w:val="2E5A80"/>
            <w:u w:val="single"/>
            <w:sz w:val="18"/>
          </w:rPr>
          <w:t xml:space="preserve">If my long prayers</w:t>
        </w:r>
      </w:hyperlink>
      <w:r>
        <w:rPr>
          <w:b w:val="0"/>
          <w:i w:val="0"/>
          <w:color w:val="6A6F75"/>
          <w:sz w:val="16"/>
        </w:rPr>
        <w:t xml:space="preserve">  341</w:t>
      </w:r>
    </w:p>
    <w:p>
      <w:pPr>
        <w:spacing w:after="0" w:line="240" w:lineRule="auto"/>
      </w:pPr>
      <w:hyperlink w:anchor="p434">
        <w:r>
          <w:rPr>
            <w:color w:val="2E5A80"/>
            <w:u w:val="single"/>
            <w:sz w:val="18"/>
          </w:rPr>
          <w:t xml:space="preserve">If only the haze</w:t>
        </w:r>
      </w:hyperlink>
      <w:r>
        <w:rPr>
          <w:b w:val="0"/>
          <w:i w:val="0"/>
          <w:color w:val="6A6F75"/>
          <w:sz w:val="16"/>
        </w:rPr>
        <w:t xml:space="preserve">  434</w:t>
      </w:r>
    </w:p>
    <w:p>
      <w:pPr>
        <w:spacing w:after="0" w:line="240" w:lineRule="auto"/>
      </w:pPr>
      <w:hyperlink w:anchor="p18">
        <w:r>
          <w:rPr>
            <w:color w:val="2E5A80"/>
            <w:u w:val="single"/>
            <w:sz w:val="18"/>
          </w:rPr>
          <w:t xml:space="preserve">If ours were a bond</w:t>
        </w:r>
      </w:hyperlink>
      <w:r>
        <w:rPr>
          <w:b w:val="0"/>
          <w:i w:val="0"/>
          <w:color w:val="6A6F75"/>
          <w:sz w:val="16"/>
        </w:rPr>
        <w:t xml:space="preserve">  18</w:t>
      </w:r>
    </w:p>
    <w:p>
      <w:pPr>
        <w:spacing w:after="0" w:line="240" w:lineRule="auto"/>
      </w:pPr>
      <w:hyperlink w:anchor="p723">
        <w:r>
          <w:rPr>
            <w:color w:val="2E5A80"/>
            <w:u w:val="single"/>
            <w:sz w:val="18"/>
          </w:rPr>
          <w:t xml:space="preserve">If she is a likeness</w:t>
        </w:r>
      </w:hyperlink>
      <w:r>
        <w:rPr>
          <w:b w:val="0"/>
          <w:i w:val="0"/>
          <w:color w:val="6A6F75"/>
          <w:sz w:val="16"/>
        </w:rPr>
        <w:t xml:space="preserve">  723</w:t>
      </w:r>
    </w:p>
    <w:p>
      <w:pPr>
        <w:spacing w:after="0" w:line="240" w:lineRule="auto"/>
      </w:pPr>
      <w:hyperlink w:anchor="p504">
        <w:r>
          <w:rPr>
            <w:color w:val="2E5A80"/>
            <w:u w:val="single"/>
            <w:sz w:val="18"/>
          </w:rPr>
          <w:t xml:space="preserve">If someone asks</w:t>
        </w:r>
      </w:hyperlink>
      <w:r>
        <w:rPr>
          <w:b w:val="0"/>
          <w:i w:val="0"/>
          <w:color w:val="6A6F75"/>
          <w:sz w:val="16"/>
        </w:rPr>
        <w:t xml:space="preserve">  504</w:t>
      </w:r>
    </w:p>
    <w:p>
      <w:pPr>
        <w:spacing w:after="0" w:line="240" w:lineRule="auto"/>
      </w:pPr>
      <w:hyperlink w:anchor="p106">
        <w:r>
          <w:rPr>
            <w:color w:val="2E5A80"/>
            <w:u w:val="single"/>
            <w:sz w:val="18"/>
          </w:rPr>
          <w:t xml:space="preserve">If the flowers at my house</w:t>
        </w:r>
      </w:hyperlink>
      <w:r>
        <w:rPr>
          <w:b w:val="0"/>
          <w:i w:val="0"/>
          <w:color w:val="6A6F75"/>
          <w:sz w:val="16"/>
        </w:rPr>
        <w:t xml:space="preserve">  106</w:t>
      </w:r>
    </w:p>
    <w:p>
      <w:pPr>
        <w:spacing w:after="0" w:line="240" w:lineRule="auto"/>
      </w:pPr>
      <w:hyperlink w:anchor="p138">
        <w:r>
          <w:rPr>
            <w:color w:val="2E5A80"/>
            <w:u w:val="single"/>
            <w:sz w:val="18"/>
          </w:rPr>
          <w:t xml:space="preserve">If the gods of the land</w:t>
        </w:r>
      </w:hyperlink>
      <w:r>
        <w:rPr>
          <w:b w:val="0"/>
          <w:i w:val="0"/>
          <w:color w:val="6A6F75"/>
          <w:sz w:val="16"/>
        </w:rPr>
        <w:t xml:space="preserve">  138</w:t>
      </w:r>
    </w:p>
    <w:p>
      <w:pPr>
        <w:spacing w:after="0" w:line="240" w:lineRule="auto"/>
      </w:pPr>
      <w:hyperlink w:anchor="p148">
        <w:r>
          <w:rPr>
            <w:color w:val="2E5A80"/>
            <w:u w:val="single"/>
            <w:sz w:val="18"/>
          </w:rPr>
          <w:t xml:space="preserve">If the hardness of meeting</w:t>
        </w:r>
      </w:hyperlink>
      <w:r>
        <w:rPr>
          <w:b w:val="0"/>
          <w:i w:val="0"/>
          <w:color w:val="6A6F75"/>
          <w:sz w:val="16"/>
        </w:rPr>
        <w:t xml:space="preserve">  148</w:t>
      </w:r>
    </w:p>
    <w:p>
      <w:pPr>
        <w:spacing w:after="0" w:line="240" w:lineRule="auto"/>
      </w:pPr>
      <w:hyperlink w:anchor="p419">
        <w:r>
          <w:rPr>
            <w:color w:val="2E5A80"/>
            <w:u w:val="single"/>
            <w:sz w:val="18"/>
          </w:rPr>
          <w:t xml:space="preserve">If the haze divides you</w:t>
        </w:r>
      </w:hyperlink>
      <w:r>
        <w:rPr>
          <w:b w:val="0"/>
          <w:i w:val="0"/>
          <w:color w:val="6A6F75"/>
          <w:sz w:val="16"/>
        </w:rPr>
        <w:t xml:space="preserve">  419</w:t>
      </w:r>
    </w:p>
    <w:p>
      <w:pPr>
        <w:spacing w:after="0" w:line="240" w:lineRule="auto"/>
      </w:pPr>
      <w:hyperlink w:anchor="p67">
        <w:r>
          <w:rPr>
            <w:color w:val="2E5A80"/>
            <w:u w:val="single"/>
            <w:sz w:val="18"/>
          </w:rPr>
          <w:t xml:space="preserve">If the misty fence</w:t>
        </w:r>
      </w:hyperlink>
      <w:r>
        <w:rPr>
          <w:b w:val="0"/>
          <w:i w:val="0"/>
          <w:color w:val="6A6F75"/>
          <w:sz w:val="16"/>
        </w:rPr>
        <w:t xml:space="preserve">  67</w:t>
      </w:r>
    </w:p>
    <w:p>
      <w:pPr>
        <w:spacing w:after="0" w:line="240" w:lineRule="auto"/>
      </w:pPr>
      <w:hyperlink w:anchor="p519">
        <w:r>
          <w:rPr>
            <w:color w:val="2E5A80"/>
            <w:u w:val="single"/>
            <w:sz w:val="18"/>
          </w:rPr>
          <w:t xml:space="preserve">If the wind is to blow</w:t>
        </w:r>
      </w:hyperlink>
      <w:r>
        <w:rPr>
          <w:b w:val="0"/>
          <w:i w:val="0"/>
          <w:color w:val="6A6F75"/>
          <w:sz w:val="16"/>
        </w:rPr>
        <w:t xml:space="preserve">  519</w:t>
      </w:r>
    </w:p>
    <w:p>
      <w:pPr>
        <w:spacing w:after="0" w:line="240" w:lineRule="auto"/>
      </w:pPr>
      <w:hyperlink w:anchor="p303">
        <w:r>
          <w:rPr>
            <w:color w:val="2E5A80"/>
            <w:u w:val="single"/>
            <w:sz w:val="18"/>
          </w:rPr>
          <w:t xml:space="preserve">If there were no one far away</w:t>
        </w:r>
      </w:hyperlink>
      <w:r>
        <w:rPr>
          <w:b w:val="0"/>
          <w:i w:val="0"/>
          <w:color w:val="6A6F75"/>
          <w:sz w:val="16"/>
        </w:rPr>
        <w:t xml:space="preserve">  303</w:t>
      </w:r>
    </w:p>
    <w:p>
      <w:pPr>
        <w:spacing w:after="0" w:line="240" w:lineRule="auto"/>
      </w:pPr>
      <w:hyperlink w:anchor="p649">
        <w:r>
          <w:rPr>
            <w:color w:val="2E5A80"/>
            <w:u w:val="single"/>
            <w:sz w:val="18"/>
          </w:rPr>
          <w:t xml:space="preserve">If these were bracken</w:t>
        </w:r>
      </w:hyperlink>
      <w:r>
        <w:rPr>
          <w:b w:val="0"/>
          <w:i w:val="0"/>
          <w:color w:val="6A6F75"/>
          <w:sz w:val="16"/>
        </w:rPr>
        <w:t xml:space="preserve">  649</w:t>
      </w:r>
    </w:p>
    <w:p>
      <w:pPr>
        <w:spacing w:after="0" w:line="240" w:lineRule="auto"/>
      </w:pPr>
      <w:hyperlink w:anchor="p468">
        <w:r>
          <w:rPr>
            <w:color w:val="2E5A80"/>
            <w:u w:val="single"/>
            <w:sz w:val="18"/>
          </w:rPr>
          <w:t xml:space="preserve">If you are anxious</w:t>
        </w:r>
      </w:hyperlink>
      <w:r>
        <w:rPr>
          <w:b w:val="0"/>
          <w:i w:val="0"/>
          <w:color w:val="6A6F75"/>
          <w:sz w:val="16"/>
        </w:rPr>
        <w:t xml:space="preserve">  468</w:t>
      </w:r>
    </w:p>
    <w:p>
      <w:pPr>
        <w:spacing w:after="0" w:line="240" w:lineRule="auto"/>
      </w:pPr>
      <w:hyperlink w:anchor="p388">
        <w:r>
          <w:rPr>
            <w:color w:val="2E5A80"/>
            <w:u w:val="single"/>
            <w:sz w:val="18"/>
          </w:rPr>
          <w:t xml:space="preserve">If you bent to the dew</w:t>
        </w:r>
      </w:hyperlink>
      <w:r>
        <w:rPr>
          <w:b w:val="0"/>
          <w:i w:val="0"/>
          <w:color w:val="6A6F75"/>
          <w:sz w:val="16"/>
        </w:rPr>
        <w:t xml:space="preserve">  388</w:t>
      </w:r>
    </w:p>
    <w:p>
      <w:pPr>
        <w:spacing w:after="0" w:line="240" w:lineRule="auto"/>
      </w:pPr>
      <w:hyperlink w:anchor="p90">
        <w:r>
          <w:rPr>
            <w:color w:val="2E5A80"/>
            <w:u w:val="single"/>
            <w:sz w:val="18"/>
          </w:rPr>
          <w:t xml:space="preserve">If you come, I’ll cut</w:t>
        </w:r>
      </w:hyperlink>
      <w:r>
        <w:rPr>
          <w:b w:val="0"/>
          <w:i w:val="0"/>
          <w:color w:val="6A6F75"/>
          <w:sz w:val="16"/>
        </w:rPr>
        <w:t xml:space="preserve">  90</w:t>
      </w:r>
    </w:p>
    <w:p>
      <w:pPr>
        <w:spacing w:after="0" w:line="240" w:lineRule="auto"/>
      </w:pPr>
      <w:hyperlink w:anchor="p533">
        <w:r>
          <w:rPr>
            <w:color w:val="2E5A80"/>
            <w:u w:val="single"/>
            <w:sz w:val="18"/>
          </w:rPr>
          <w:t xml:space="preserve">If you dam it</w:t>
        </w:r>
      </w:hyperlink>
      <w:r>
        <w:rPr>
          <w:b w:val="0"/>
          <w:i w:val="0"/>
          <w:color w:val="6A6F75"/>
          <w:sz w:val="16"/>
        </w:rPr>
        <w:t xml:space="preserve">  533</w:t>
      </w:r>
    </w:p>
    <w:p>
      <w:pPr>
        <w:spacing w:after="0" w:line="240" w:lineRule="auto"/>
      </w:pPr>
      <w:hyperlink w:anchor="p765">
        <w:r>
          <w:rPr>
            <w:color w:val="2E5A80"/>
            <w:u w:val="single"/>
            <w:sz w:val="18"/>
          </w:rPr>
          <w:t xml:space="preserve">If you lend me lodging</w:t>
        </w:r>
      </w:hyperlink>
      <w:r>
        <w:rPr>
          <w:b w:val="0"/>
          <w:i w:val="0"/>
          <w:color w:val="6A6F75"/>
          <w:sz w:val="16"/>
        </w:rPr>
        <w:t xml:space="preserve">  765</w:t>
      </w:r>
    </w:p>
    <w:p>
      <w:pPr>
        <w:spacing w:after="0" w:line="240" w:lineRule="auto"/>
      </w:pPr>
      <w:hyperlink w:anchor="p370">
        <w:r>
          <w:rPr>
            <w:color w:val="2E5A80"/>
            <w:u w:val="single"/>
            <w:sz w:val="18"/>
          </w:rPr>
          <w:t xml:space="preserve">If you liken me</w:t>
        </w:r>
      </w:hyperlink>
      <w:r>
        <w:rPr>
          <w:b w:val="0"/>
          <w:i w:val="0"/>
          <w:color w:val="6A6F75"/>
          <w:sz w:val="16"/>
        </w:rPr>
        <w:t xml:space="preserve">  370</w:t>
      </w:r>
    </w:p>
    <w:p>
      <w:pPr>
        <w:spacing w:after="0" w:line="240" w:lineRule="auto"/>
      </w:pPr>
      <w:hyperlink w:anchor="p683">
        <w:r>
          <w:rPr>
            <w:color w:val="2E5A80"/>
            <w:u w:val="single"/>
            <w:sz w:val="18"/>
          </w:rPr>
          <w:t xml:space="preserve">If you think</w:t>
        </w:r>
      </w:hyperlink>
      <w:r>
        <w:rPr>
          <w:b w:val="0"/>
          <w:i w:val="0"/>
          <w:color w:val="6A6F75"/>
          <w:sz w:val="16"/>
        </w:rPr>
        <w:t xml:space="preserve">  683</w:t>
      </w:r>
    </w:p>
    <w:p>
      <w:pPr>
        <w:spacing w:after="0" w:line="240" w:lineRule="auto"/>
      </w:pPr>
      <w:hyperlink w:anchor="p257">
        <w:r>
          <w:rPr>
            <w:color w:val="2E5A80"/>
            <w:u w:val="single"/>
            <w:sz w:val="18"/>
          </w:rPr>
          <w:t xml:space="preserve">If you wake to every</w:t>
        </w:r>
      </w:hyperlink>
      <w:r>
        <w:rPr>
          <w:b w:val="0"/>
          <w:i w:val="0"/>
          <w:color w:val="6A6F75"/>
          <w:sz w:val="16"/>
        </w:rPr>
        <w:t xml:space="preserve">  257</w:t>
      </w:r>
    </w:p>
    <w:p>
      <w:pPr>
        <w:spacing w:after="0" w:line="240" w:lineRule="auto"/>
      </w:pPr>
      <w:hyperlink w:anchor="p593">
        <w:r>
          <w:rPr>
            <w:color w:val="2E5A80"/>
            <w:u w:val="single"/>
            <w:sz w:val="18"/>
          </w:rPr>
          <w:t xml:space="preserve">If your sleeve</w:t>
        </w:r>
      </w:hyperlink>
      <w:r>
        <w:rPr>
          <w:b w:val="0"/>
          <w:i w:val="0"/>
          <w:color w:val="6A6F75"/>
          <w:sz w:val="16"/>
        </w:rPr>
        <w:t xml:space="preserve">  593</w:t>
      </w:r>
    </w:p>
    <w:p>
      <w:pPr>
        <w:spacing w:after="0" w:line="240" w:lineRule="auto"/>
      </w:pPr>
      <w:hyperlink w:anchor="p173">
        <w:r>
          <w:rPr>
            <w:color w:val="2E5A80"/>
            <w:u w:val="single"/>
            <w:sz w:val="18"/>
          </w:rPr>
          <w:t xml:space="preserve">If, though we part</w:t>
        </w:r>
      </w:hyperlink>
      <w:r>
        <w:rPr>
          <w:b w:val="0"/>
          <w:i w:val="0"/>
          <w:color w:val="6A6F75"/>
          <w:sz w:val="16"/>
        </w:rPr>
        <w:t xml:space="preserve">  173</w:t>
      </w:r>
    </w:p>
    <w:p>
      <w:pPr>
        <w:spacing w:after="0" w:line="240" w:lineRule="auto"/>
      </w:pPr>
      <w:hyperlink w:anchor="p400">
        <w:r>
          <w:rPr>
            <w:color w:val="2E5A80"/>
            <w:u w:val="single"/>
            <w:sz w:val="18"/>
          </w:rPr>
          <w:t xml:space="preserve">If, traced to its source</w:t>
        </w:r>
      </w:hyperlink>
      <w:r>
        <w:rPr>
          <w:b w:val="0"/>
          <w:i w:val="0"/>
          <w:color w:val="6A6F75"/>
          <w:sz w:val="16"/>
        </w:rPr>
        <w:t xml:space="preserve">  400</w:t>
      </w:r>
    </w:p>
    <w:p>
      <w:pPr>
        <w:spacing w:after="0" w:line="240" w:lineRule="auto"/>
      </w:pPr>
      <w:hyperlink w:anchor="p207">
        <w:r>
          <w:rPr>
            <w:color w:val="2E5A80"/>
            <w:u w:val="single"/>
            <w:sz w:val="18"/>
          </w:rPr>
          <w:t xml:space="preserve">If, with feeling</w:t>
        </w:r>
      </w:hyperlink>
      <w:r>
        <w:rPr>
          <w:b w:val="0"/>
          <w:i w:val="0"/>
          <w:color w:val="6A6F75"/>
          <w:sz w:val="16"/>
        </w:rPr>
        <w:t xml:space="preserve">  207</w:t>
      </w:r>
    </w:p>
    <w:p>
      <w:pPr>
        <w:spacing w:after="0" w:line="240" w:lineRule="auto"/>
      </w:pPr>
      <w:hyperlink w:anchor="p557">
        <w:r>
          <w:rPr>
            <w:color w:val="2E5A80"/>
            <w:u w:val="single"/>
            <w:sz w:val="18"/>
          </w:rPr>
          <w:t xml:space="preserve">In a world of dew</w:t>
        </w:r>
      </w:hyperlink>
      <w:r>
        <w:rPr>
          <w:b w:val="0"/>
          <w:i w:val="0"/>
          <w:color w:val="6A6F75"/>
          <w:sz w:val="16"/>
        </w:rPr>
        <w:t xml:space="preserve">  557</w:t>
      </w:r>
    </w:p>
    <w:p>
      <w:pPr>
        <w:spacing w:after="0" w:line="240" w:lineRule="auto"/>
      </w:pPr>
      <w:hyperlink w:anchor="p234">
        <w:r>
          <w:rPr>
            <w:color w:val="2E5A80"/>
            <w:u w:val="single"/>
            <w:sz w:val="18"/>
          </w:rPr>
          <w:t xml:space="preserve">In all the gathered thoughts</w:t>
        </w:r>
      </w:hyperlink>
      <w:r>
        <w:rPr>
          <w:b w:val="0"/>
          <w:i w:val="0"/>
          <w:color w:val="6A6F75"/>
          <w:sz w:val="16"/>
        </w:rPr>
        <w:t xml:space="preserve">  234</w:t>
      </w:r>
    </w:p>
    <w:p>
      <w:pPr>
        <w:spacing w:after="0" w:line="240" w:lineRule="auto"/>
      </w:pPr>
      <w:hyperlink w:anchor="p415">
        <w:r>
          <w:rPr>
            <w:color w:val="2E5A80"/>
            <w:u w:val="single"/>
            <w:sz w:val="18"/>
          </w:rPr>
          <w:t xml:space="preserve">In any case the water</w:t>
        </w:r>
      </w:hyperlink>
      <w:r>
        <w:rPr>
          <w:b w:val="0"/>
          <w:i w:val="0"/>
          <w:color w:val="6A6F75"/>
          <w:sz w:val="16"/>
        </w:rPr>
        <w:t xml:space="preserve">  415</w:t>
      </w:r>
    </w:p>
    <w:p>
      <w:pPr>
        <w:spacing w:after="0" w:line="240" w:lineRule="auto"/>
      </w:pPr>
      <w:hyperlink w:anchor="p186">
        <w:r>
          <w:rPr>
            <w:color w:val="2E5A80"/>
            <w:u w:val="single"/>
            <w:sz w:val="18"/>
          </w:rPr>
          <w:t xml:space="preserve">In exchange for a life</w:t>
        </w:r>
      </w:hyperlink>
      <w:r>
        <w:rPr>
          <w:b w:val="0"/>
          <w:i w:val="0"/>
          <w:color w:val="6A6F75"/>
          <w:sz w:val="16"/>
        </w:rPr>
        <w:t xml:space="preserve">  186</w:t>
      </w:r>
    </w:p>
    <w:p>
      <w:pPr>
        <w:spacing w:after="0" w:line="240" w:lineRule="auto"/>
      </w:pPr>
      <w:hyperlink w:anchor="p779">
        <w:r>
          <w:rPr>
            <w:color w:val="2E5A80"/>
            <w:u w:val="single"/>
            <w:sz w:val="18"/>
          </w:rPr>
          <w:t xml:space="preserve">In my heart I do not</w:t>
        </w:r>
      </w:hyperlink>
      <w:r>
        <w:rPr>
          <w:b w:val="0"/>
          <w:i w:val="0"/>
          <w:color w:val="6A6F75"/>
          <w:sz w:val="16"/>
        </w:rPr>
        <w:t xml:space="preserve">  779</w:t>
      </w:r>
    </w:p>
    <w:p>
      <w:pPr>
        <w:spacing w:after="0" w:line="240" w:lineRule="auto"/>
      </w:pPr>
      <w:hyperlink w:anchor="p564">
        <w:r>
          <w:rPr>
            <w:color w:val="2E5A80"/>
            <w:u w:val="single"/>
            <w:sz w:val="18"/>
          </w:rPr>
          <w:t xml:space="preserve">In my house there is</w:t>
        </w:r>
      </w:hyperlink>
      <w:r>
        <w:rPr>
          <w:b w:val="0"/>
          <w:i w:val="0"/>
          <w:color w:val="6A6F75"/>
          <w:sz w:val="16"/>
        </w:rPr>
        <w:t xml:space="preserve">  564</w:t>
      </w:r>
    </w:p>
    <w:p>
      <w:pPr>
        <w:spacing w:after="0" w:line="240" w:lineRule="auto"/>
      </w:pPr>
      <w:hyperlink w:anchor="p598">
        <w:r>
          <w:rPr>
            <w:color w:val="2E5A80"/>
            <w:u w:val="single"/>
            <w:sz w:val="18"/>
          </w:rPr>
          <w:t xml:space="preserve">In season, perhaps</w:t>
        </w:r>
      </w:hyperlink>
      <w:r>
        <w:rPr>
          <w:b w:val="0"/>
          <w:i w:val="0"/>
          <w:color w:val="6A6F75"/>
          <w:sz w:val="16"/>
        </w:rPr>
        <w:t xml:space="preserve">  598</w:t>
      </w:r>
    </w:p>
    <w:p>
      <w:pPr>
        <w:spacing w:after="0" w:line="240" w:lineRule="auto"/>
      </w:pPr>
      <w:hyperlink w:anchor="p179">
        <w:r>
          <w:rPr>
            <w:color w:val="2E5A80"/>
            <w:u w:val="single"/>
            <w:sz w:val="18"/>
          </w:rPr>
          <w:t xml:space="preserve">In that parting</w:t>
        </w:r>
      </w:hyperlink>
      <w:r>
        <w:rPr>
          <w:b w:val="0"/>
          <w:i w:val="0"/>
          <w:color w:val="6A6F75"/>
          <w:sz w:val="16"/>
        </w:rPr>
        <w:t xml:space="preserve">  179</w:t>
      </w:r>
    </w:p>
    <w:p>
      <w:pPr>
        <w:spacing w:after="0" w:line="240" w:lineRule="auto"/>
      </w:pPr>
      <w:hyperlink w:anchor="p334">
        <w:r>
          <w:rPr>
            <w:color w:val="2E5A80"/>
            <w:u w:val="single"/>
            <w:sz w:val="18"/>
          </w:rPr>
          <w:t xml:space="preserve">In the bamboo flute</w:t>
        </w:r>
      </w:hyperlink>
      <w:r>
        <w:rPr>
          <w:b w:val="0"/>
          <w:i w:val="0"/>
          <w:color w:val="6A6F75"/>
          <w:sz w:val="16"/>
        </w:rPr>
        <w:t xml:space="preserve">  334</w:t>
      </w:r>
    </w:p>
    <w:p>
      <w:pPr>
        <w:spacing w:after="0" w:line="240" w:lineRule="auto"/>
      </w:pPr>
      <w:hyperlink w:anchor="p353">
        <w:r>
          <w:rPr>
            <w:color w:val="2E5A80"/>
            <w:u w:val="single"/>
            <w:sz w:val="18"/>
          </w:rPr>
          <w:t xml:space="preserve">In the cloudless mirror</w:t>
        </w:r>
      </w:hyperlink>
      <w:r>
        <w:rPr>
          <w:b w:val="0"/>
          <w:i w:val="0"/>
          <w:color w:val="6A6F75"/>
          <w:sz w:val="16"/>
        </w:rPr>
        <w:t xml:space="preserve">  353</w:t>
      </w:r>
    </w:p>
    <w:p>
      <w:pPr>
        <w:spacing w:after="0" w:line="240" w:lineRule="auto"/>
      </w:pPr>
      <w:hyperlink w:anchor="p259">
        <w:r>
          <w:rPr>
            <w:color w:val="2E5A80"/>
            <w:u w:val="single"/>
            <w:sz w:val="18"/>
          </w:rPr>
          <w:t xml:space="preserve">In the confusion</w:t>
        </w:r>
      </w:hyperlink>
      <w:r>
        <w:rPr>
          <w:b w:val="0"/>
          <w:i w:val="0"/>
          <w:color w:val="6A6F75"/>
          <w:sz w:val="16"/>
        </w:rPr>
        <w:t xml:space="preserve">  259</w:t>
      </w:r>
    </w:p>
    <w:p>
      <w:pPr>
        <w:spacing w:after="0" w:line="240" w:lineRule="auto"/>
      </w:pPr>
      <w:hyperlink w:anchor="p490">
        <w:r>
          <w:rPr>
            <w:color w:val="2E5A80"/>
            <w:u w:val="single"/>
            <w:sz w:val="18"/>
          </w:rPr>
          <w:t xml:space="preserve">In the dawn dark</w:t>
        </w:r>
      </w:hyperlink>
      <w:r>
        <w:rPr>
          <w:b w:val="0"/>
          <w:i w:val="0"/>
          <w:color w:val="6A6F75"/>
          <w:sz w:val="16"/>
        </w:rPr>
        <w:t xml:space="preserve">  490</w:t>
      </w:r>
    </w:p>
    <w:p>
      <w:pPr>
        <w:spacing w:after="0" w:line="240" w:lineRule="auto"/>
      </w:pPr>
      <w:hyperlink w:anchor="p675">
        <w:r>
          <w:rPr>
            <w:color w:val="2E5A80"/>
            <w:u w:val="single"/>
            <w:sz w:val="18"/>
          </w:rPr>
          <w:t xml:space="preserve">In the deep mountain village</w:t>
        </w:r>
      </w:hyperlink>
      <w:r>
        <w:rPr>
          <w:b w:val="0"/>
          <w:i w:val="0"/>
          <w:color w:val="6A6F75"/>
          <w:sz w:val="16"/>
        </w:rPr>
        <w:t xml:space="preserve">  675</w:t>
      </w:r>
    </w:p>
    <w:p>
      <w:pPr>
        <w:spacing w:after="0" w:line="240" w:lineRule="auto"/>
      </w:pPr>
      <w:hyperlink w:anchor="p678">
        <w:r>
          <w:rPr>
            <w:color w:val="2E5A80"/>
            <w:u w:val="single"/>
            <w:sz w:val="18"/>
          </w:rPr>
          <w:t xml:space="preserve">In the deep mountains</w:t>
        </w:r>
      </w:hyperlink>
      <w:r>
        <w:rPr>
          <w:b w:val="0"/>
          <w:i w:val="0"/>
          <w:color w:val="6A6F75"/>
          <w:sz w:val="16"/>
        </w:rPr>
        <w:t xml:space="preserve">  678</w:t>
      </w:r>
    </w:p>
    <w:p>
      <w:pPr>
        <w:spacing w:after="0" w:line="240" w:lineRule="auto"/>
      </w:pPr>
      <w:hyperlink w:anchor="p516">
        <w:r>
          <w:rPr>
            <w:color w:val="2E5A80"/>
            <w:u w:val="single"/>
            <w:sz w:val="18"/>
          </w:rPr>
          <w:t xml:space="preserve">In the depths of night</w:t>
        </w:r>
      </w:hyperlink>
      <w:r>
        <w:rPr>
          <w:b w:val="0"/>
          <w:i w:val="0"/>
          <w:color w:val="6A6F75"/>
          <w:sz w:val="16"/>
        </w:rPr>
        <w:t xml:space="preserve">  516</w:t>
      </w:r>
    </w:p>
    <w:p>
      <w:pPr>
        <w:spacing w:after="0" w:line="240" w:lineRule="auto"/>
      </w:pPr>
      <w:hyperlink w:anchor="p526">
        <w:r>
          <w:rPr>
            <w:color w:val="2E5A80"/>
            <w:u w:val="single"/>
            <w:sz w:val="18"/>
          </w:rPr>
          <w:t xml:space="preserve">In the evening mist</w:t>
        </w:r>
      </w:hyperlink>
      <w:r>
        <w:rPr>
          <w:b w:val="0"/>
          <w:i w:val="0"/>
          <w:color w:val="6A6F75"/>
          <w:sz w:val="16"/>
        </w:rPr>
        <w:t xml:space="preserve">  526</w:t>
      </w:r>
    </w:p>
    <w:p>
      <w:pPr>
        <w:spacing w:after="0" w:line="240" w:lineRule="auto"/>
      </w:pPr>
      <w:hyperlink w:anchor="p110">
        <w:r>
          <w:rPr>
            <w:color w:val="2E5A80"/>
            <w:u w:val="single"/>
            <w:sz w:val="18"/>
          </w:rPr>
          <w:t xml:space="preserve">In the fathomless depths</w:t>
        </w:r>
      </w:hyperlink>
      <w:r>
        <w:rPr>
          <w:b w:val="0"/>
          <w:i w:val="0"/>
          <w:color w:val="6A6F75"/>
          <w:sz w:val="16"/>
        </w:rPr>
        <w:t xml:space="preserve">  110</w:t>
      </w:r>
    </w:p>
    <w:p>
      <w:pPr>
        <w:spacing w:after="0" w:line="240" w:lineRule="auto"/>
      </w:pPr>
      <w:hyperlink w:anchor="p517">
        <w:r>
          <w:rPr>
            <w:color w:val="2E5A80"/>
            <w:u w:val="single"/>
            <w:sz w:val="18"/>
          </w:rPr>
          <w:t xml:space="preserve">In the house of weeds</w:t>
        </w:r>
      </w:hyperlink>
      <w:r>
        <w:rPr>
          <w:b w:val="0"/>
          <w:i w:val="0"/>
          <w:color w:val="6A6F75"/>
          <w:sz w:val="16"/>
        </w:rPr>
        <w:t xml:space="preserve">  517</w:t>
      </w:r>
    </w:p>
    <w:p>
      <w:pPr>
        <w:spacing w:after="0" w:line="240" w:lineRule="auto"/>
      </w:pPr>
      <w:hyperlink w:anchor="p387">
        <w:r>
          <w:rPr>
            <w:color w:val="2E5A80"/>
            <w:u w:val="single"/>
            <w:sz w:val="18"/>
          </w:rPr>
          <w:t xml:space="preserve">In the look of the wind</w:t>
        </w:r>
      </w:hyperlink>
      <w:r>
        <w:rPr>
          <w:b w:val="0"/>
          <w:i w:val="0"/>
          <w:color w:val="6A6F75"/>
          <w:sz w:val="16"/>
        </w:rPr>
        <w:t xml:space="preserve">  387</w:t>
      </w:r>
    </w:p>
    <w:p>
      <w:pPr>
        <w:spacing w:after="0" w:line="240" w:lineRule="auto"/>
      </w:pPr>
      <w:hyperlink w:anchor="p324">
        <w:r>
          <w:rPr>
            <w:color w:val="2E5A80"/>
            <w:u w:val="single"/>
            <w:sz w:val="18"/>
          </w:rPr>
          <w:t xml:space="preserve">In the middle of the night</w:t>
        </w:r>
      </w:hyperlink>
      <w:r>
        <w:rPr>
          <w:b w:val="0"/>
          <w:i w:val="0"/>
          <w:color w:val="6A6F75"/>
          <w:sz w:val="16"/>
        </w:rPr>
        <w:t xml:space="preserve">  324</w:t>
      </w:r>
    </w:p>
    <w:p>
      <w:pPr>
        <w:spacing w:after="0" w:line="240" w:lineRule="auto"/>
      </w:pPr>
      <w:hyperlink w:anchor="p352">
        <w:r>
          <w:rPr>
            <w:color w:val="2E5A80"/>
            <w:u w:val="single"/>
            <w:sz w:val="18"/>
          </w:rPr>
          <w:t xml:space="preserve">In the mirror of the pond</w:t>
        </w:r>
      </w:hyperlink>
      <w:r>
        <w:rPr>
          <w:b w:val="0"/>
          <w:i w:val="0"/>
          <w:color w:val="6A6F75"/>
          <w:sz w:val="16"/>
        </w:rPr>
        <w:t xml:space="preserve">  352</w:t>
      </w:r>
    </w:p>
    <w:p>
      <w:pPr>
        <w:spacing w:after="0" w:line="240" w:lineRule="auto"/>
      </w:pPr>
      <w:hyperlink w:anchor="p639">
        <w:r>
          <w:rPr>
            <w:color w:val="2E5A80"/>
            <w:u w:val="single"/>
            <w:sz w:val="18"/>
          </w:rPr>
          <w:t xml:space="preserve">In the mountain village</w:t>
        </w:r>
      </w:hyperlink>
      <w:r>
        <w:rPr>
          <w:b w:val="0"/>
          <w:i w:val="0"/>
          <w:color w:val="6A6F75"/>
          <w:sz w:val="16"/>
        </w:rPr>
        <w:t xml:space="preserve">  639</w:t>
      </w:r>
    </w:p>
    <w:p>
      <w:pPr>
        <w:spacing w:after="0" w:line="240" w:lineRule="auto"/>
      </w:pPr>
      <w:hyperlink w:anchor="p689">
        <w:r>
          <w:rPr>
            <w:color w:val="2E5A80"/>
            <w:u w:val="single"/>
            <w:sz w:val="18"/>
          </w:rPr>
          <w:t xml:space="preserve">In the mountain village</w:t>
        </w:r>
      </w:hyperlink>
      <w:r>
        <w:rPr>
          <w:b w:val="0"/>
          <w:i w:val="0"/>
          <w:color w:val="6A6F75"/>
          <w:sz w:val="16"/>
        </w:rPr>
        <w:t xml:space="preserve">  689</w:t>
      </w:r>
    </w:p>
    <w:p>
      <w:pPr>
        <w:spacing w:after="0" w:line="240" w:lineRule="auto"/>
      </w:pPr>
      <w:hyperlink w:anchor="p575">
        <w:r>
          <w:rPr>
            <w:color w:val="2E5A80"/>
            <w:u w:val="single"/>
            <w:sz w:val="18"/>
          </w:rPr>
          <w:t xml:space="preserve">In the passing rain</w:t>
        </w:r>
      </w:hyperlink>
      <w:r>
        <w:rPr>
          <w:b w:val="0"/>
          <w:i w:val="0"/>
          <w:color w:val="6A6F75"/>
          <w:sz w:val="16"/>
        </w:rPr>
        <w:t xml:space="preserve">  575</w:t>
      </w:r>
    </w:p>
    <w:p>
      <w:pPr>
        <w:spacing w:after="0" w:line="240" w:lineRule="auto"/>
      </w:pPr>
      <w:hyperlink w:anchor="p391">
        <w:r>
          <w:rPr>
            <w:color w:val="2E5A80"/>
            <w:u w:val="single"/>
            <w:sz w:val="18"/>
          </w:rPr>
          <w:t xml:space="preserve">In the pine wood</w:t>
        </w:r>
      </w:hyperlink>
      <w:r>
        <w:rPr>
          <w:b w:val="0"/>
          <w:i w:val="0"/>
          <w:color w:val="6A6F75"/>
          <w:sz w:val="16"/>
        </w:rPr>
        <w:t xml:space="preserve">  391</w:t>
      </w:r>
    </w:p>
    <w:p>
      <w:pPr>
        <w:spacing w:after="0" w:line="240" w:lineRule="auto"/>
      </w:pPr>
      <w:hyperlink w:anchor="p254">
        <w:r>
          <w:rPr>
            <w:color w:val="2E5A80"/>
            <w:u w:val="single"/>
            <w:sz w:val="18"/>
          </w:rPr>
          <w:t xml:space="preserve">In the shade of the seaweed</w:t>
        </w:r>
      </w:hyperlink>
      <w:r>
        <w:rPr>
          <w:b w:val="0"/>
          <w:i w:val="0"/>
          <w:color w:val="6A6F75"/>
          <w:sz w:val="16"/>
        </w:rPr>
        <w:t xml:space="preserve">  254</w:t>
      </w:r>
    </w:p>
    <w:p>
      <w:pPr>
        <w:spacing w:after="0" w:line="240" w:lineRule="auto"/>
      </w:pPr>
      <w:hyperlink w:anchor="p643">
        <w:r>
          <w:rPr>
            <w:color w:val="2E5A80"/>
            <w:u w:val="single"/>
            <w:sz w:val="18"/>
          </w:rPr>
          <w:t xml:space="preserve">In the sky</w:t>
        </w:r>
      </w:hyperlink>
      <w:r>
        <w:rPr>
          <w:b w:val="0"/>
          <w:i w:val="0"/>
          <w:color w:val="6A6F75"/>
          <w:sz w:val="16"/>
        </w:rPr>
        <w:t xml:space="preserve">  643</w:t>
      </w:r>
    </w:p>
    <w:p>
      <w:pPr>
        <w:spacing w:after="0" w:line="240" w:lineRule="auto"/>
      </w:pPr>
      <w:hyperlink w:anchor="p263">
        <w:r>
          <w:rPr>
            <w:color w:val="2E5A80"/>
            <w:u w:val="single"/>
            <w:sz w:val="18"/>
          </w:rPr>
          <w:t xml:space="preserve">In the sky where sleet falls</w:t>
        </w:r>
      </w:hyperlink>
      <w:r>
        <w:rPr>
          <w:b w:val="0"/>
          <w:i w:val="0"/>
          <w:color w:val="6A6F75"/>
          <w:sz w:val="16"/>
        </w:rPr>
        <w:t xml:space="preserve">  263</w:t>
      </w:r>
    </w:p>
    <w:p>
      <w:pPr>
        <w:spacing w:after="0" w:line="240" w:lineRule="auto"/>
      </w:pPr>
      <w:hyperlink w:anchor="p319">
        <w:r>
          <w:rPr>
            <w:color w:val="2E5A80"/>
            <w:u w:val="single"/>
            <w:sz w:val="18"/>
          </w:rPr>
          <w:t xml:space="preserve">In the snowfall that gathers</w:t>
        </w:r>
      </w:hyperlink>
      <w:r>
        <w:rPr>
          <w:b w:val="0"/>
          <w:i w:val="0"/>
          <w:color w:val="6A6F75"/>
          <w:sz w:val="16"/>
        </w:rPr>
        <w:t xml:space="preserve">  319</w:t>
      </w:r>
    </w:p>
    <w:p>
      <w:pPr>
        <w:spacing w:after="0" w:line="240" w:lineRule="auto"/>
      </w:pPr>
      <w:hyperlink w:anchor="p409">
        <w:r>
          <w:rPr>
            <w:color w:val="2E5A80"/>
            <w:u w:val="single"/>
            <w:sz w:val="18"/>
          </w:rPr>
          <w:t xml:space="preserve">In the snowfall, when even</w:t>
        </w:r>
      </w:hyperlink>
      <w:r>
        <w:rPr>
          <w:b w:val="0"/>
          <w:i w:val="0"/>
          <w:color w:val="6A6F75"/>
          <w:sz w:val="16"/>
        </w:rPr>
        <w:t xml:space="preserve">  409</w:t>
      </w:r>
    </w:p>
    <w:p>
      <w:pPr>
        <w:spacing w:after="0" w:line="240" w:lineRule="auto"/>
      </w:pPr>
      <w:hyperlink w:anchor="p421">
        <w:r>
          <w:rPr>
            <w:color w:val="2E5A80"/>
            <w:u w:val="single"/>
            <w:sz w:val="18"/>
          </w:rPr>
          <w:t xml:space="preserve">In the spring rain</w:t>
        </w:r>
      </w:hyperlink>
      <w:r>
        <w:rPr>
          <w:b w:val="0"/>
          <w:i w:val="0"/>
          <w:color w:val="6A6F75"/>
          <w:sz w:val="16"/>
        </w:rPr>
        <w:t xml:space="preserve">  421</w:t>
      </w:r>
    </w:p>
    <w:p>
      <w:pPr>
        <w:spacing w:after="0" w:line="240" w:lineRule="auto"/>
      </w:pPr>
      <w:hyperlink w:anchor="p292">
        <w:r>
          <w:rPr>
            <w:color w:val="2E5A80"/>
            <w:u w:val="single"/>
            <w:sz w:val="18"/>
          </w:rPr>
          <w:t xml:space="preserve">In the tuning of the koto</w:t>
        </w:r>
      </w:hyperlink>
      <w:r>
        <w:rPr>
          <w:b w:val="0"/>
          <w:i w:val="0"/>
          <w:color w:val="6A6F75"/>
          <w:sz w:val="16"/>
        </w:rPr>
        <w:t xml:space="preserve">  292</w:t>
      </w:r>
    </w:p>
    <w:p>
      <w:pPr>
        <w:spacing w:after="0" w:line="240" w:lineRule="auto"/>
      </w:pPr>
      <w:hyperlink w:anchor="p439">
        <w:r>
          <w:rPr>
            <w:color w:val="2E5A80"/>
            <w:u w:val="single"/>
            <w:sz w:val="18"/>
          </w:rPr>
          <w:t xml:space="preserve">In the twilight</w:t>
        </w:r>
      </w:hyperlink>
      <w:r>
        <w:rPr>
          <w:b w:val="0"/>
          <w:i w:val="0"/>
          <w:color w:val="6A6F75"/>
          <w:sz w:val="16"/>
        </w:rPr>
        <w:t xml:space="preserve">  439</w:t>
      </w:r>
    </w:p>
    <w:p>
      <w:pPr>
        <w:spacing w:after="0" w:line="240" w:lineRule="auto"/>
      </w:pPr>
      <w:hyperlink w:anchor="p212">
        <w:r>
          <w:rPr>
            <w:color w:val="2E5A80"/>
            <w:u w:val="single"/>
            <w:sz w:val="18"/>
          </w:rPr>
          <w:t xml:space="preserve">In what spring shall I go</w:t>
        </w:r>
      </w:hyperlink>
      <w:r>
        <w:rPr>
          <w:b w:val="0"/>
          <w:i w:val="0"/>
          <w:color w:val="6A6F75"/>
          <w:sz w:val="16"/>
        </w:rPr>
        <w:t xml:space="preserve">  212</w:t>
      </w:r>
    </w:p>
    <w:p>
      <w:pPr>
        <w:spacing w:after="0" w:line="240" w:lineRule="auto"/>
      </w:pPr>
      <w:hyperlink w:anchor="p637">
        <w:r>
          <w:rPr>
            <w:color w:val="2E5A80"/>
            <w:u w:val="single"/>
            <w:sz w:val="18"/>
          </w:rPr>
          <w:t xml:space="preserve">In what world</w:t>
        </w:r>
      </w:hyperlink>
      <w:r>
        <w:rPr>
          <w:b w:val="0"/>
          <w:i w:val="0"/>
          <w:color w:val="6A6F75"/>
          <w:sz w:val="16"/>
        </w:rPr>
        <w:t xml:space="preserve">  637</w:t>
      </w:r>
    </w:p>
    <w:p>
      <w:pPr>
        <w:spacing w:after="0" w:line="240" w:lineRule="auto"/>
      </w:pPr>
      <w:hyperlink w:anchor="p573">
        <w:r>
          <w:rPr>
            <w:color w:val="2E5A80"/>
            <w:u w:val="single"/>
            <w:sz w:val="18"/>
          </w:rPr>
          <w:t xml:space="preserve">Indeed weeds may settle</w:t>
        </w:r>
      </w:hyperlink>
      <w:r>
        <w:rPr>
          <w:b w:val="0"/>
          <w:i w:val="0"/>
          <w:color w:val="6A6F75"/>
          <w:sz w:val="16"/>
        </w:rPr>
        <w:t xml:space="preserve">  573</w:t>
      </w:r>
    </w:p>
    <w:p>
      <w:pPr>
        <w:spacing w:after="0" w:line="240" w:lineRule="auto"/>
      </w:pPr>
      <w:hyperlink w:anchor="p491">
        <w:r>
          <w:rPr>
            <w:color w:val="2E5A80"/>
            <w:u w:val="single"/>
            <w:sz w:val="18"/>
          </w:rPr>
          <w:t xml:space="preserve">Into the dawn-dark sky</w:t>
        </w:r>
      </w:hyperlink>
      <w:r>
        <w:rPr>
          <w:b w:val="0"/>
          <w:i w:val="0"/>
          <w:color w:val="6A6F75"/>
          <w:sz w:val="16"/>
        </w:rPr>
        <w:t xml:space="preserve">  491</w:t>
      </w:r>
    </w:p>
    <w:p>
      <w:pPr>
        <w:spacing w:after="0" w:line="240" w:lineRule="auto"/>
      </w:pPr>
      <w:hyperlink w:anchor="p8">
        <w:r>
          <w:rPr>
            <w:color w:val="2E5A80"/>
            <w:u w:val="single"/>
            <w:sz w:val="18"/>
          </w:rPr>
          <w:t xml:space="preserve">Into the first cord</w:t>
        </w:r>
      </w:hyperlink>
      <w:r>
        <w:rPr>
          <w:b w:val="0"/>
          <w:i w:val="0"/>
          <w:color w:val="6A6F75"/>
          <w:sz w:val="16"/>
        </w:rPr>
        <w:t xml:space="preserve">  8</w:t>
      </w:r>
    </w:p>
    <w:p>
      <w:pPr>
        <w:spacing w:after="0" w:line="240" w:lineRule="auto"/>
      </w:pPr>
      <w:hyperlink w:anchor="p748">
        <w:r>
          <w:rPr>
            <w:color w:val="2E5A80"/>
            <w:u w:val="single"/>
            <w:sz w:val="18"/>
          </w:rPr>
          <w:t xml:space="preserve">Into the rain clouds</w:t>
        </w:r>
      </w:hyperlink>
      <w:r>
        <w:rPr>
          <w:b w:val="0"/>
          <w:i w:val="0"/>
          <w:color w:val="6A6F75"/>
          <w:sz w:val="16"/>
        </w:rPr>
        <w:t xml:space="preserve">  748</w:t>
      </w:r>
    </w:p>
    <w:p>
      <w:pPr>
        <w:spacing w:after="0" w:line="240" w:lineRule="auto"/>
      </w:pPr>
      <w:hyperlink w:anchor="p686">
        <w:r>
          <w:rPr>
            <w:color w:val="2E5A80"/>
            <w:u w:val="single"/>
            <w:sz w:val="18"/>
          </w:rPr>
          <w:t xml:space="preserve">Is it a flower</w:t>
        </w:r>
      </w:hyperlink>
      <w:r>
        <w:rPr>
          <w:b w:val="0"/>
          <w:i w:val="0"/>
          <w:color w:val="6A6F75"/>
          <w:sz w:val="16"/>
        </w:rPr>
        <w:t xml:space="preserve">  686</w:t>
      </w:r>
    </w:p>
    <w:p>
      <w:pPr>
        <w:spacing w:after="0" w:line="240" w:lineRule="auto"/>
      </w:pPr>
      <w:hyperlink w:anchor="p116">
        <w:r>
          <w:rPr>
            <w:color w:val="2E5A80"/>
            <w:u w:val="single"/>
            <w:sz w:val="18"/>
          </w:rPr>
          <w:t xml:space="preserve">Is it because it’s shallow</w:t>
        </w:r>
      </w:hyperlink>
      <w:r>
        <w:rPr>
          <w:b w:val="0"/>
          <w:i w:val="0"/>
          <w:color w:val="6A6F75"/>
          <w:sz w:val="16"/>
        </w:rPr>
        <w:t xml:space="preserve">  116</w:t>
      </w:r>
    </w:p>
    <w:p>
      <w:pPr>
        <w:spacing w:after="0" w:line="240" w:lineRule="auto"/>
      </w:pPr>
      <w:hyperlink w:anchor="p308">
        <w:r>
          <w:rPr>
            <w:color w:val="2E5A80"/>
            <w:u w:val="single"/>
            <w:sz w:val="18"/>
          </w:rPr>
          <w:t xml:space="preserve">Is it because they do not know</w:t>
        </w:r>
      </w:hyperlink>
      <w:r>
        <w:rPr>
          <w:b w:val="0"/>
          <w:i w:val="0"/>
          <w:color w:val="6A6F75"/>
          <w:sz w:val="16"/>
        </w:rPr>
        <w:t xml:space="preserve">  308</w:t>
      </w:r>
    </w:p>
    <w:p>
      <w:pPr>
        <w:spacing w:after="0" w:line="240" w:lineRule="auto"/>
      </w:pPr>
      <w:hyperlink w:anchor="p374">
        <w:r>
          <w:rPr>
            <w:color w:val="2E5A80"/>
            <w:u w:val="single"/>
            <w:sz w:val="18"/>
          </w:rPr>
          <w:t xml:space="preserve">Is it to be today too</w:t>
        </w:r>
      </w:hyperlink>
      <w:r>
        <w:rPr>
          <w:b w:val="0"/>
          <w:i w:val="0"/>
          <w:color w:val="6A6F75"/>
          <w:sz w:val="16"/>
        </w:rPr>
        <w:t xml:space="preserve">  374</w:t>
      </w:r>
    </w:p>
    <w:p>
      <w:pPr>
        <w:spacing w:after="0" w:line="240" w:lineRule="auto"/>
      </w:pPr>
      <w:hyperlink w:anchor="p55">
        <w:r>
          <w:rPr>
            <w:color w:val="2E5A80"/>
            <w:u w:val="single"/>
            <w:sz w:val="18"/>
          </w:rPr>
          <w:t xml:space="preserve">Is it true that the flower’s side</w:t>
        </w:r>
      </w:hyperlink>
      <w:r>
        <w:rPr>
          <w:b w:val="0"/>
          <w:i w:val="0"/>
          <w:color w:val="6A6F75"/>
          <w:sz w:val="16"/>
        </w:rPr>
        <w:t xml:space="preserve">  55</w:t>
      </w:r>
    </w:p>
    <w:p>
      <w:pPr>
        <w:spacing w:after="0" w:line="240" w:lineRule="auto"/>
      </w:pPr>
      <w:hyperlink w:anchor="p694">
        <w:r>
          <w:rPr>
            <w:color w:val="2E5A80"/>
            <w:u w:val="single"/>
            <w:sz w:val="18"/>
          </w:rPr>
          <w:t xml:space="preserve">Is it unlike</w:t>
        </w:r>
      </w:hyperlink>
      <w:r>
        <w:rPr>
          <w:b w:val="0"/>
          <w:i w:val="0"/>
          <w:color w:val="6A6F75"/>
          <w:sz w:val="16"/>
        </w:rPr>
        <w:t xml:space="preserve">  694</w:t>
      </w:r>
    </w:p>
    <w:p>
      <w:pPr>
        <w:spacing w:after="0" w:line="240" w:lineRule="auto"/>
      </w:pPr>
      <w:hyperlink w:anchor="p548">
        <w:r>
          <w:rPr>
            <w:color w:val="2E5A80"/>
            <w:u w:val="single"/>
            <w:sz w:val="18"/>
          </w:rPr>
          <w:t xml:space="preserve">Is there a bond</w:t>
        </w:r>
      </w:hyperlink>
      <w:r>
        <w:rPr>
          <w:b w:val="0"/>
          <w:i w:val="0"/>
          <w:color w:val="6A6F75"/>
          <w:sz w:val="16"/>
        </w:rPr>
        <w:t xml:space="preserve">  548</w:t>
      </w:r>
    </w:p>
    <w:p>
      <w:pPr>
        <w:spacing w:after="0" w:line="240" w:lineRule="auto"/>
      </w:pPr>
      <w:hyperlink w:anchor="p249">
        <w:r>
          <w:rPr>
            <w:color w:val="2E5A80"/>
            <w:u w:val="single"/>
            <w:sz w:val="18"/>
          </w:rPr>
          <w:t xml:space="preserve">Is your regret at this sudden parting</w:t>
        </w:r>
      </w:hyperlink>
      <w:r>
        <w:rPr>
          <w:b w:val="0"/>
          <w:i w:val="0"/>
          <w:color w:val="6A6F75"/>
          <w:sz w:val="16"/>
        </w:rPr>
        <w:t xml:space="preserve">  249</w:t>
      </w:r>
    </w:p>
    <w:p>
      <w:pPr>
        <w:spacing w:after="0" w:line="240" w:lineRule="auto"/>
      </w:pPr>
      <w:hyperlink w:anchor="p721">
        <w:r>
          <w:rPr>
            <w:color w:val="2E5A80"/>
            <w:u w:val="single"/>
            <w:sz w:val="18"/>
          </w:rPr>
          <w:t xml:space="preserve">It does not seem</w:t>
        </w:r>
      </w:hyperlink>
      <w:r>
        <w:rPr>
          <w:b w:val="0"/>
          <w:i w:val="0"/>
          <w:color w:val="6A6F75"/>
          <w:sz w:val="16"/>
        </w:rPr>
        <w:t xml:space="preserve">  721</w:t>
      </w:r>
    </w:p>
    <w:p>
      <w:pPr>
        <w:spacing w:after="0" w:line="240" w:lineRule="auto"/>
      </w:pPr>
      <w:hyperlink w:anchor="p152">
        <w:r>
          <w:rPr>
            <w:color w:val="2E5A80"/>
            <w:u w:val="single"/>
            <w:sz w:val="18"/>
          </w:rPr>
          <w:t xml:space="preserve">It is awesome to speak of</w:t>
        </w:r>
      </w:hyperlink>
      <w:r>
        <w:rPr>
          <w:b w:val="0"/>
          <w:i w:val="0"/>
          <w:color w:val="6A6F75"/>
          <w:sz w:val="16"/>
        </w:rPr>
        <w:t xml:space="preserve">  152</w:t>
      </w:r>
    </w:p>
    <w:p>
      <w:pPr>
        <w:spacing w:after="0" w:line="240" w:lineRule="auto"/>
      </w:pPr>
      <w:hyperlink w:anchor="p395">
        <w:r>
          <w:rPr>
            <w:color w:val="2E5A80"/>
            <w:u w:val="single"/>
            <w:sz w:val="18"/>
          </w:rPr>
          <w:t xml:space="preserve">It is myself I resent</w:t>
        </w:r>
      </w:hyperlink>
      <w:r>
        <w:rPr>
          <w:b w:val="0"/>
          <w:i w:val="0"/>
          <w:color w:val="6A6F75"/>
          <w:sz w:val="16"/>
        </w:rPr>
        <w:t xml:space="preserve">  395</w:t>
      </w:r>
    </w:p>
    <w:p>
      <w:pPr>
        <w:spacing w:after="0" w:line="240" w:lineRule="auto"/>
      </w:pPr>
      <w:hyperlink w:anchor="p734">
        <w:r>
          <w:rPr>
            <w:color w:val="2E5A80"/>
            <w:u w:val="single"/>
            <w:sz w:val="18"/>
          </w:rPr>
          <w:t xml:space="preserve">It is not yet old</w:t>
        </w:r>
      </w:hyperlink>
      <w:r>
        <w:rPr>
          <w:b w:val="0"/>
          <w:i w:val="0"/>
          <w:color w:val="6A6F75"/>
          <w:sz w:val="16"/>
        </w:rPr>
        <w:t xml:space="preserve">  734</w:t>
      </w:r>
    </w:p>
    <w:p>
      <w:pPr>
        <w:spacing w:after="0" w:line="240" w:lineRule="auto"/>
      </w:pPr>
      <w:hyperlink w:anchor="p237">
        <w:r>
          <w:rPr>
            <w:color w:val="2E5A80"/>
            <w:u w:val="single"/>
            <w:sz w:val="18"/>
          </w:rPr>
          <w:t xml:space="preserve">It is sad to leave you</w:t>
        </w:r>
      </w:hyperlink>
      <w:r>
        <w:rPr>
          <w:b w:val="0"/>
          <w:i w:val="0"/>
          <w:color w:val="6A6F75"/>
          <w:sz w:val="16"/>
        </w:rPr>
        <w:t xml:space="preserve">  237</w:t>
      </w:r>
    </w:p>
    <w:p>
      <w:pPr>
        <w:spacing w:after="0" w:line="240" w:lineRule="auto"/>
      </w:pPr>
      <w:hyperlink w:anchor="p295">
        <w:r>
          <w:rPr>
            <w:color w:val="2E5A80"/>
            <w:u w:val="single"/>
            <w:sz w:val="18"/>
          </w:rPr>
          <w:t xml:space="preserve">Its name only is near</w:t>
        </w:r>
      </w:hyperlink>
      <w:r>
        <w:rPr>
          <w:b w:val="0"/>
          <w:i w:val="0"/>
          <w:color w:val="6A6F75"/>
          <w:sz w:val="16"/>
        </w:rPr>
        <w:t xml:space="preserve">  295</w:t>
      </w:r>
    </w:p>
    <w:p>
      <w:pPr>
        <w:spacing w:after="0" w:line="240" w:lineRule="auto"/>
      </w:pPr>
      <w:hyperlink w:anchor="p505">
        <w:r>
          <w:rPr>
            <w:color w:val="2E5A80"/>
            <w:u w:val="single"/>
            <w:sz w:val="18"/>
          </w:rPr>
          <w:t xml:space="preserve">Its time come</w:t>
        </w:r>
      </w:hyperlink>
      <w:r>
        <w:rPr>
          <w:b w:val="0"/>
          <w:i w:val="0"/>
          <w:color w:val="6A6F75"/>
          <w:sz w:val="16"/>
        </w:rPr>
        <w:t xml:space="preserve">  505</w:t>
      </w:r>
    </w:p>
    <w:p>
      <w:pPr>
        <w:spacing w:after="0" w:line="240" w:lineRule="auto"/>
      </w:pPr>
      <w:hyperlink w:anchor="p95">
        <w:r>
          <w:rPr>
            <w:color w:val="2E5A80"/>
            <w:u w:val="single"/>
            <w:sz w:val="18"/>
          </w:rPr>
          <w:t xml:space="preserve">Knowing full well nothing is hidden</w:t>
        </w:r>
      </w:hyperlink>
      <w:r>
        <w:rPr>
          <w:b w:val="0"/>
          <w:i w:val="0"/>
          <w:color w:val="6A6F75"/>
          <w:sz w:val="16"/>
        </w:rPr>
        <w:t xml:space="preserve">  95</w:t>
      </w:r>
    </w:p>
    <w:p>
      <w:pPr>
        <w:spacing w:after="0" w:line="240" w:lineRule="auto"/>
      </w:pPr>
      <w:hyperlink w:anchor="p747">
        <w:r>
          <w:rPr>
            <w:color w:val="2E5A80"/>
            <w:u w:val="single"/>
            <w:sz w:val="18"/>
          </w:rPr>
          <w:t xml:space="preserve">Knowing in myself</w:t>
        </w:r>
      </w:hyperlink>
      <w:r>
        <w:rPr>
          <w:b w:val="0"/>
          <w:i w:val="0"/>
          <w:color w:val="6A6F75"/>
          <w:sz w:val="16"/>
        </w:rPr>
        <w:t xml:space="preserve">  747</w:t>
      </w:r>
    </w:p>
    <w:p>
      <w:pPr>
        <w:spacing w:after="0" w:line="240" w:lineRule="auto"/>
      </w:pPr>
      <w:hyperlink w:anchor="p69">
        <w:r>
          <w:rPr>
            <w:color w:val="2E5A80"/>
            <w:u w:val="single"/>
            <w:sz w:val="18"/>
          </w:rPr>
          <w:t xml:space="preserve">Knowing no cause</w:t>
        </w:r>
      </w:hyperlink>
      <w:r>
        <w:rPr>
          <w:b w:val="0"/>
          <w:i w:val="0"/>
          <w:color w:val="6A6F75"/>
          <w:sz w:val="16"/>
        </w:rPr>
        <w:t xml:space="preserve">  69</w:t>
      </w:r>
    </w:p>
    <w:p>
      <w:pPr>
        <w:spacing w:after="0" w:line="240" w:lineRule="auto"/>
      </w:pPr>
      <w:hyperlink w:anchor="p21">
        <w:r>
          <w:rPr>
            <w:color w:val="2E5A80"/>
            <w:u w:val="single"/>
            <w:sz w:val="18"/>
          </w:rPr>
          <w:t xml:space="preserve">Lamenting whether there will be</w:t>
        </w:r>
      </w:hyperlink>
      <w:r>
        <w:rPr>
          <w:b w:val="0"/>
          <w:i w:val="0"/>
          <w:color w:val="6A6F75"/>
          <w:sz w:val="16"/>
        </w:rPr>
        <w:t xml:space="preserve">  21</w:t>
      </w:r>
    </w:p>
    <w:p>
      <w:pPr>
        <w:spacing w:after="0" w:line="240" w:lineRule="auto"/>
      </w:pPr>
      <w:hyperlink w:anchor="p245">
        <w:r>
          <w:rPr>
            <w:color w:val="2E5A80"/>
            <w:u w:val="single"/>
            <w:sz w:val="18"/>
          </w:rPr>
          <w:t xml:space="preserve">Lamenting, I think of her</w:t>
        </w:r>
      </w:hyperlink>
      <w:r>
        <w:rPr>
          <w:b w:val="0"/>
          <w:i w:val="0"/>
          <w:color w:val="6A6F75"/>
          <w:sz w:val="16"/>
        </w:rPr>
        <w:t xml:space="preserve">  245</w:t>
      </w:r>
    </w:p>
    <w:p>
      <w:pPr>
        <w:spacing w:after="0" w:line="240" w:lineRule="auto"/>
      </w:pPr>
      <w:hyperlink w:anchor="p461">
        <w:r>
          <w:rPr>
            <w:color w:val="2E5A80"/>
            <w:u w:val="single"/>
            <w:sz w:val="18"/>
          </w:rPr>
          <w:t xml:space="preserve">Leading the little pines</w:t>
        </w:r>
      </w:hyperlink>
      <w:r>
        <w:rPr>
          <w:b w:val="0"/>
          <w:i w:val="0"/>
          <w:color w:val="6A6F75"/>
          <w:sz w:val="16"/>
        </w:rPr>
        <w:t xml:space="preserve">  461</w:t>
      </w:r>
    </w:p>
    <w:p>
      <w:pPr>
        <w:spacing w:after="0" w:line="240" w:lineRule="auto"/>
      </w:pPr>
      <w:hyperlink w:anchor="p532">
        <w:r>
          <w:rPr>
            <w:color w:val="2E5A80"/>
            <w:u w:val="single"/>
            <w:sz w:val="18"/>
          </w:rPr>
          <w:t xml:space="preserve">Leaving my soul</w:t>
        </w:r>
      </w:hyperlink>
      <w:r>
        <w:rPr>
          <w:b w:val="0"/>
          <w:i w:val="0"/>
          <w:color w:val="6A6F75"/>
          <w:sz w:val="16"/>
        </w:rPr>
        <w:t xml:space="preserve">  532</w:t>
      </w:r>
    </w:p>
    <w:p>
      <w:pPr>
        <w:spacing w:after="0" w:line="240" w:lineRule="auto"/>
      </w:pPr>
      <w:hyperlink w:anchor="p150">
        <w:r>
          <w:rPr>
            <w:color w:val="2E5A80"/>
            <w:u w:val="single"/>
            <w:sz w:val="18"/>
          </w:rPr>
          <w:t xml:space="preserve">Leaving you as dew</w:t>
        </w:r>
      </w:hyperlink>
      <w:r>
        <w:rPr>
          <w:b w:val="0"/>
          <w:i w:val="0"/>
          <w:color w:val="6A6F75"/>
          <w:sz w:val="16"/>
        </w:rPr>
        <w:t xml:space="preserve">  150</w:t>
      </w:r>
    </w:p>
    <w:p>
      <w:pPr>
        <w:spacing w:after="0" w:line="240" w:lineRule="auto"/>
      </w:pPr>
      <w:hyperlink w:anchor="p420">
        <w:r>
          <w:rPr>
            <w:color w:val="2E5A80"/>
            <w:u w:val="single"/>
            <w:sz w:val="18"/>
          </w:rPr>
          <w:t xml:space="preserve">Let the wind send at least</w:t>
        </w:r>
      </w:hyperlink>
      <w:r>
        <w:rPr>
          <w:b w:val="0"/>
          <w:i w:val="0"/>
          <w:color w:val="6A6F75"/>
          <w:sz w:val="16"/>
        </w:rPr>
        <w:t xml:space="preserve">  420</w:t>
      </w:r>
    </w:p>
    <w:p>
      <w:pPr>
        <w:spacing w:after="0" w:line="240" w:lineRule="auto"/>
      </w:pPr>
      <w:hyperlink w:anchor="p496">
        <w:r>
          <w:rPr>
            <w:color w:val="2E5A80"/>
            <w:u w:val="single"/>
            <w:sz w:val="18"/>
          </w:rPr>
          <w:t xml:space="preserve">Let us pledge</w:t>
        </w:r>
      </w:hyperlink>
      <w:r>
        <w:rPr>
          <w:b w:val="0"/>
          <w:i w:val="0"/>
          <w:color w:val="6A6F75"/>
          <w:sz w:val="16"/>
        </w:rPr>
        <w:t xml:space="preserve">  496</w:t>
      </w:r>
    </w:p>
    <w:p>
      <w:pPr>
        <w:spacing w:after="0" w:line="240" w:lineRule="auto"/>
      </w:pPr>
      <w:hyperlink w:anchor="p614">
        <w:r>
          <w:rPr>
            <w:color w:val="2E5A80"/>
            <w:u w:val="single"/>
            <w:sz w:val="18"/>
          </w:rPr>
          <w:t xml:space="preserve">Life and death</w:t>
        </w:r>
      </w:hyperlink>
      <w:r>
        <w:rPr>
          <w:b w:val="0"/>
          <w:i w:val="0"/>
          <w:color w:val="6A6F75"/>
          <w:sz w:val="16"/>
        </w:rPr>
        <w:t xml:space="preserve">  614</w:t>
      </w:r>
    </w:p>
    <w:p>
      <w:pPr>
        <w:spacing w:after="0" w:line="240" w:lineRule="auto"/>
      </w:pPr>
      <w:hyperlink w:anchor="p464">
        <w:r>
          <w:rPr>
            <w:color w:val="2E5A80"/>
            <w:u w:val="single"/>
            <w:sz w:val="18"/>
          </w:rPr>
          <w:t xml:space="preserve">Life itself may end</w:t>
        </w:r>
      </w:hyperlink>
      <w:r>
        <w:rPr>
          <w:b w:val="0"/>
          <w:i w:val="0"/>
          <w:color w:val="6A6F75"/>
          <w:sz w:val="16"/>
        </w:rPr>
        <w:t xml:space="preserve">  464</w:t>
      </w:r>
    </w:p>
    <w:p>
      <w:pPr>
        <w:spacing w:after="0" w:line="240" w:lineRule="auto"/>
      </w:pPr>
      <w:hyperlink w:anchor="p337">
        <w:r>
          <w:rPr>
            <w:color w:val="2E5A80"/>
            <w:u w:val="single"/>
            <w:sz w:val="18"/>
          </w:rPr>
          <w:t xml:space="preserve">Light are the autumn leaves</w:t>
        </w:r>
      </w:hyperlink>
      <w:r>
        <w:rPr>
          <w:b w:val="0"/>
          <w:i w:val="0"/>
          <w:color w:val="6A6F75"/>
          <w:sz w:val="16"/>
        </w:rPr>
        <w:t xml:space="preserve">  337</w:t>
      </w:r>
    </w:p>
    <w:p>
      <w:pPr>
        <w:spacing w:after="0" w:line="240" w:lineRule="auto"/>
      </w:pPr>
      <w:hyperlink w:anchor="p25">
        <w:r>
          <w:rPr>
            <w:color w:val="2E5A80"/>
            <w:u w:val="single"/>
            <w:sz w:val="18"/>
          </w:rPr>
          <w:t xml:space="preserve">Like dew on a cicada’s wings</w:t>
        </w:r>
      </w:hyperlink>
      <w:r>
        <w:rPr>
          <w:b w:val="0"/>
          <w:i w:val="0"/>
          <w:color w:val="6A6F75"/>
          <w:sz w:val="16"/>
        </w:rPr>
        <w:t xml:space="preserve">  25</w:t>
      </w:r>
    </w:p>
    <w:p>
      <w:pPr>
        <w:spacing w:after="0" w:line="240" w:lineRule="auto"/>
      </w:pPr>
      <w:hyperlink w:anchor="p159">
        <w:r>
          <w:rPr>
            <w:color w:val="2E5A80"/>
            <w:u w:val="single"/>
            <w:sz w:val="18"/>
          </w:rPr>
          <w:t xml:space="preserve">Living on is bitter</w:t>
        </w:r>
      </w:hyperlink>
      <w:r>
        <w:rPr>
          <w:b w:val="0"/>
          <w:i w:val="0"/>
          <w:color w:val="6A6F75"/>
          <w:sz w:val="16"/>
        </w:rPr>
        <w:t xml:space="preserve">  159</w:t>
      </w:r>
    </w:p>
    <w:p>
      <w:pPr>
        <w:spacing w:after="0" w:line="240" w:lineRule="auto"/>
      </w:pPr>
      <w:hyperlink w:anchor="p695">
        <w:r>
          <w:rPr>
            <w:color w:val="2E5A80"/>
            <w:u w:val="single"/>
            <w:sz w:val="18"/>
          </w:rPr>
          <w:t xml:space="preserve">Living on, I met</w:t>
        </w:r>
      </w:hyperlink>
      <w:r>
        <w:rPr>
          <w:b w:val="0"/>
          <w:i w:val="0"/>
          <w:color w:val="6A6F75"/>
          <w:sz w:val="16"/>
        </w:rPr>
        <w:t xml:space="preserve">  695</w:t>
      </w:r>
    </w:p>
    <w:p>
      <w:pPr>
        <w:spacing w:after="0" w:line="240" w:lineRule="auto"/>
      </w:pPr>
      <w:hyperlink w:anchor="p513">
        <w:r>
          <w:rPr>
            <w:color w:val="2E5A80"/>
            <w:u w:val="single"/>
            <w:sz w:val="18"/>
          </w:rPr>
          <w:t xml:space="preserve">Longing for a place</w:t>
        </w:r>
      </w:hyperlink>
      <w:r>
        <w:rPr>
          <w:b w:val="0"/>
          <w:i w:val="0"/>
          <w:color w:val="6A6F75"/>
          <w:sz w:val="16"/>
        </w:rPr>
        <w:t xml:space="preserve">  513</w:t>
      </w:r>
    </w:p>
    <w:p>
      <w:pPr>
        <w:spacing w:after="0" w:line="240" w:lineRule="auto"/>
      </w:pPr>
      <w:hyperlink w:anchor="p559">
        <w:r>
          <w:rPr>
            <w:color w:val="2E5A80"/>
            <w:u w:val="single"/>
            <w:sz w:val="18"/>
          </w:rPr>
          <w:t xml:space="preserve">Longing for that autumn</w:t>
        </w:r>
      </w:hyperlink>
      <w:r>
        <w:rPr>
          <w:b w:val="0"/>
          <w:i w:val="0"/>
          <w:color w:val="6A6F75"/>
          <w:sz w:val="16"/>
        </w:rPr>
        <w:t xml:space="preserve">  559</w:t>
      </w:r>
    </w:p>
    <w:p>
      <w:pPr>
        <w:spacing w:after="0" w:line="240" w:lineRule="auto"/>
      </w:pPr>
      <w:hyperlink w:anchor="p168">
        <w:r>
          <w:rPr>
            <w:color w:val="2E5A80"/>
            <w:u w:val="single"/>
            <w:sz w:val="18"/>
          </w:rPr>
          <w:t xml:space="preserve">Longing for the fragrance</w:t>
        </w:r>
      </w:hyperlink>
      <w:r>
        <w:rPr>
          <w:b w:val="0"/>
          <w:i w:val="0"/>
          <w:color w:val="6A6F75"/>
          <w:sz w:val="16"/>
        </w:rPr>
        <w:t xml:space="preserve">  168</w:t>
      </w:r>
    </w:p>
    <w:p>
      <w:pPr>
        <w:spacing w:after="0" w:line="240" w:lineRule="auto"/>
      </w:pPr>
      <w:hyperlink w:anchor="p289">
        <w:r>
          <w:rPr>
            <w:color w:val="2E5A80"/>
            <w:u w:val="single"/>
            <w:sz w:val="18"/>
          </w:rPr>
          <w:t xml:space="preserve">Longing for the friends</w:t>
        </w:r>
      </w:hyperlink>
      <w:r>
        <w:rPr>
          <w:b w:val="0"/>
          <w:i w:val="0"/>
          <w:color w:val="6A6F75"/>
          <w:sz w:val="16"/>
        </w:rPr>
        <w:t xml:space="preserve">  289</w:t>
      </w:r>
    </w:p>
    <w:p>
      <w:pPr>
        <w:spacing w:after="0" w:line="240" w:lineRule="auto"/>
      </w:pPr>
      <w:hyperlink w:anchor="p681">
        <w:r>
          <w:rPr>
            <w:color w:val="2E5A80"/>
            <w:u w:val="single"/>
            <w:sz w:val="18"/>
          </w:rPr>
          <w:t xml:space="preserve">Longing to death</w:t>
        </w:r>
      </w:hyperlink>
      <w:r>
        <w:rPr>
          <w:b w:val="0"/>
          <w:i w:val="0"/>
          <w:color w:val="6A6F75"/>
          <w:sz w:val="16"/>
        </w:rPr>
        <w:t xml:space="preserve">  681</w:t>
      </w:r>
    </w:p>
    <w:p>
      <w:pPr>
        <w:spacing w:after="0" w:line="240" w:lineRule="auto"/>
      </w:pPr>
      <w:hyperlink w:anchor="p214">
        <w:r>
          <w:rPr>
            <w:color w:val="2E5A80"/>
            <w:u w:val="single"/>
            <w:sz w:val="18"/>
          </w:rPr>
          <w:t xml:space="preserve">Look into the sky, cranes</w:t>
        </w:r>
      </w:hyperlink>
      <w:r>
        <w:rPr>
          <w:b w:val="0"/>
          <w:i w:val="0"/>
          <w:color w:val="6A6F75"/>
          <w:sz w:val="16"/>
        </w:rPr>
        <w:t xml:space="preserve">  214</w:t>
      </w:r>
    </w:p>
    <w:p>
      <w:pPr>
        <w:spacing w:after="0" w:line="240" w:lineRule="auto"/>
      </w:pPr>
      <w:hyperlink w:anchor="p611">
        <w:r>
          <w:rPr>
            <w:color w:val="2E5A80"/>
            <w:u w:val="single"/>
            <w:sz w:val="18"/>
          </w:rPr>
          <w:t xml:space="preserve">Looking at the flowers</w:t>
        </w:r>
      </w:hyperlink>
      <w:r>
        <w:rPr>
          <w:b w:val="0"/>
          <w:i w:val="0"/>
          <w:color w:val="6A6F75"/>
          <w:sz w:val="16"/>
        </w:rPr>
        <w:t xml:space="preserve">  611</w:t>
      </w:r>
    </w:p>
    <w:p>
      <w:pPr>
        <w:spacing w:after="0" w:line="240" w:lineRule="auto"/>
      </w:pPr>
      <w:hyperlink w:anchor="p224">
        <w:r>
          <w:rPr>
            <w:color w:val="2E5A80"/>
            <w:u w:val="single"/>
            <w:sz w:val="18"/>
          </w:rPr>
          <w:t xml:space="preserve">Lost in thought beneath clouds</w:t>
        </w:r>
      </w:hyperlink>
      <w:r>
        <w:rPr>
          <w:b w:val="0"/>
          <w:i w:val="0"/>
          <w:color w:val="6A6F75"/>
          <w:sz w:val="16"/>
        </w:rPr>
        <w:t xml:space="preserve">  224</w:t>
      </w:r>
    </w:p>
    <w:p>
      <w:pPr>
        <w:spacing w:after="0" w:line="240" w:lineRule="auto"/>
      </w:pPr>
      <w:hyperlink w:anchor="p191">
        <w:r>
          <w:rPr>
            <w:color w:val="2E5A80"/>
            <w:u w:val="single"/>
            <w:sz w:val="18"/>
          </w:rPr>
          <w:t xml:space="preserve">Making brine-dripping her task</w:t>
        </w:r>
      </w:hyperlink>
      <w:r>
        <w:rPr>
          <w:b w:val="0"/>
          <w:i w:val="0"/>
          <w:color w:val="6A6F75"/>
          <w:sz w:val="16"/>
        </w:rPr>
        <w:t xml:space="preserve">  191</w:t>
      </w:r>
    </w:p>
    <w:p>
      <w:pPr>
        <w:spacing w:after="0" w:line="240" w:lineRule="auto"/>
      </w:pPr>
      <w:hyperlink w:anchor="p131">
        <w:r>
          <w:rPr>
            <w:color w:val="2E5A80"/>
            <w:u w:val="single"/>
            <w:sz w:val="18"/>
          </w:rPr>
          <w:t xml:space="preserve">Many years on this day</w:t>
        </w:r>
      </w:hyperlink>
      <w:r>
        <w:rPr>
          <w:b w:val="0"/>
          <w:i w:val="0"/>
          <w:color w:val="6A6F75"/>
          <w:sz w:val="16"/>
        </w:rPr>
        <w:t xml:space="preserve">  131</w:t>
      </w:r>
    </w:p>
    <w:p>
      <w:pPr>
        <w:spacing w:after="0" w:line="240" w:lineRule="auto"/>
      </w:pPr>
      <w:hyperlink w:anchor="p460">
        <w:r>
          <w:rPr>
            <w:color w:val="2E5A80"/>
            <w:u w:val="single"/>
            <w:sz w:val="18"/>
          </w:rPr>
          <w:t xml:space="preserve">May I see it worn</w:t>
        </w:r>
      </w:hyperlink>
      <w:r>
        <w:rPr>
          <w:b w:val="0"/>
          <w:i w:val="0"/>
          <w:color w:val="6A6F75"/>
          <w:sz w:val="16"/>
        </w:rPr>
        <w:t xml:space="preserve">  460</w:t>
      </w:r>
    </w:p>
    <w:p>
      <w:pPr>
        <w:spacing w:after="0" w:line="240" w:lineRule="auto"/>
      </w:pPr>
      <w:hyperlink w:anchor="p502">
        <w:r>
          <w:rPr>
            <w:color w:val="2E5A80"/>
            <w:u w:val="single"/>
            <w:sz w:val="18"/>
          </w:rPr>
          <w:t xml:space="preserve">Might I not rise with you</w:t>
        </w:r>
      </w:hyperlink>
      <w:r>
        <w:rPr>
          <w:b w:val="0"/>
          <w:i w:val="0"/>
          <w:color w:val="6A6F75"/>
          <w:sz w:val="16"/>
        </w:rPr>
        <w:t xml:space="preserve">  502</w:t>
      </w:r>
    </w:p>
    <w:p>
      <w:pPr>
        <w:spacing w:after="0" w:line="240" w:lineRule="auto"/>
      </w:pPr>
      <w:hyperlink w:anchor="p543">
        <w:r>
          <w:rPr>
            <w:color w:val="2E5A80"/>
            <w:u w:val="single"/>
            <w:sz w:val="18"/>
          </w:rPr>
          <w:t xml:space="preserve">Mingle with the smoke</w:t>
        </w:r>
      </w:hyperlink>
      <w:r>
        <w:rPr>
          <w:b w:val="0"/>
          <w:i w:val="0"/>
          <w:color w:val="6A6F75"/>
          <w:sz w:val="16"/>
        </w:rPr>
        <w:t xml:space="preserve">  543</w:t>
      </w:r>
    </w:p>
    <w:p>
      <w:pPr>
        <w:spacing w:after="0" w:line="240" w:lineRule="auto"/>
      </w:pPr>
      <w:hyperlink w:anchor="p228">
        <w:r>
          <w:rPr>
            <w:color w:val="2E5A80"/>
            <w:u w:val="single"/>
            <w:sz w:val="18"/>
          </w:rPr>
          <w:t xml:space="preserve">Moon-dun horse of an autumn night</w:t>
        </w:r>
      </w:hyperlink>
      <w:r>
        <w:rPr>
          <w:b w:val="0"/>
          <w:i w:val="0"/>
          <w:color w:val="6A6F75"/>
          <w:sz w:val="16"/>
        </w:rPr>
        <w:t xml:space="preserve">  228</w:t>
      </w:r>
    </w:p>
    <w:p>
      <w:pPr>
        <w:spacing w:after="0" w:line="240" w:lineRule="auto"/>
      </w:pPr>
      <w:hyperlink w:anchor="p744">
        <w:r>
          <w:rPr>
            <w:color w:val="2E5A80"/>
            <w:u w:val="single"/>
            <w:sz w:val="18"/>
          </w:rPr>
          <w:t xml:space="preserve">More than the snow</w:t>
        </w:r>
      </w:hyperlink>
      <w:r>
        <w:rPr>
          <w:b w:val="0"/>
          <w:i w:val="0"/>
          <w:color w:val="6A6F75"/>
          <w:sz w:val="16"/>
        </w:rPr>
        <w:t xml:space="preserve">  744</w:t>
      </w:r>
    </w:p>
    <w:p>
      <w:pPr>
        <w:spacing w:after="0" w:line="240" w:lineRule="auto"/>
      </w:pPr>
      <w:hyperlink w:anchor="p630">
        <w:r>
          <w:rPr>
            <w:color w:val="2E5A80"/>
            <w:u w:val="single"/>
            <w:sz w:val="18"/>
          </w:rPr>
          <w:t xml:space="preserve">More than you</w:t>
        </w:r>
      </w:hyperlink>
      <w:r>
        <w:rPr>
          <w:b w:val="0"/>
          <w:i w:val="0"/>
          <w:color w:val="6A6F75"/>
          <w:sz w:val="16"/>
        </w:rPr>
        <w:t xml:space="preserve">  630</w:t>
      </w:r>
    </w:p>
    <w:p>
      <w:pPr>
        <w:spacing w:after="0" w:line="240" w:lineRule="auto"/>
      </w:pPr>
      <w:hyperlink w:anchor="p50">
        <w:r>
          <w:rPr>
            <w:color w:val="2E5A80"/>
            <w:u w:val="single"/>
            <w:sz w:val="18"/>
          </w:rPr>
          <w:t xml:space="preserve">Mountain water that suddenly</w:t>
        </w:r>
      </w:hyperlink>
      <w:r>
        <w:rPr>
          <w:b w:val="0"/>
          <w:i w:val="0"/>
          <w:color w:val="6A6F75"/>
          <w:sz w:val="16"/>
        </w:rPr>
        <w:t xml:space="preserve">  50</w:t>
      </w:r>
    </w:p>
    <w:p>
      <w:pPr>
        <w:spacing w:after="0" w:line="240" w:lineRule="auto"/>
      </w:pPr>
      <w:hyperlink w:anchor="p323">
        <w:r>
          <w:rPr>
            <w:color w:val="2E5A80"/>
            <w:u w:val="single"/>
            <w:sz w:val="18"/>
          </w:rPr>
          <w:t xml:space="preserve">Mourning robes of wisteria</w:t>
        </w:r>
      </w:hyperlink>
      <w:r>
        <w:rPr>
          <w:b w:val="0"/>
          <w:i w:val="0"/>
          <w:color w:val="6A6F75"/>
          <w:sz w:val="16"/>
        </w:rPr>
        <w:t xml:space="preserve">  323</w:t>
      </w:r>
    </w:p>
    <w:p>
      <w:pPr>
        <w:spacing w:after="0" w:line="240" w:lineRule="auto"/>
      </w:pPr>
      <w:hyperlink w:anchor="p568">
        <w:r>
          <w:rPr>
            <w:color w:val="2E5A80"/>
            <w:u w:val="single"/>
            <w:sz w:val="18"/>
          </w:rPr>
          <w:t xml:space="preserve">Must I let it go</w:t>
        </w:r>
      </w:hyperlink>
      <w:r>
        <w:rPr>
          <w:b w:val="0"/>
          <w:i w:val="0"/>
          <w:color w:val="6A6F75"/>
          <w:sz w:val="16"/>
        </w:rPr>
        <w:t xml:space="preserve">  568</w:t>
      </w:r>
    </w:p>
    <w:p>
      <w:pPr>
        <w:spacing w:after="0" w:line="240" w:lineRule="auto"/>
      </w:pPr>
      <w:hyperlink w:anchor="p325">
        <w:r>
          <w:rPr>
            <w:color w:val="2E5A80"/>
            <w:u w:val="single"/>
            <w:sz w:val="18"/>
          </w:rPr>
          <w:t xml:space="preserve">Must my sleeves</w:t>
        </w:r>
      </w:hyperlink>
      <w:r>
        <w:rPr>
          <w:b w:val="0"/>
          <w:i w:val="0"/>
          <w:color w:val="6A6F75"/>
          <w:sz w:val="16"/>
        </w:rPr>
        <w:t xml:space="preserve">  325</w:t>
      </w:r>
    </w:p>
    <w:p>
      <w:pPr>
        <w:spacing w:after="0" w:line="240" w:lineRule="auto"/>
      </w:pPr>
      <w:hyperlink w:anchor="p785">
        <w:r>
          <w:rPr>
            <w:color w:val="2E5A80"/>
            <w:u w:val="single"/>
            <w:sz w:val="18"/>
          </w:rPr>
          <w:t xml:space="preserve">My heart has left</w:t>
        </w:r>
      </w:hyperlink>
      <w:r>
        <w:rPr>
          <w:b w:val="0"/>
          <w:i w:val="0"/>
          <w:color w:val="6A6F75"/>
          <w:sz w:val="16"/>
        </w:rPr>
        <w:t xml:space="preserve">  785</w:t>
      </w:r>
    </w:p>
    <w:p>
      <w:pPr>
        <w:spacing w:after="0" w:line="240" w:lineRule="auto"/>
      </w:pPr>
      <w:hyperlink w:anchor="p759">
        <w:r>
          <w:rPr>
            <w:color w:val="2E5A80"/>
            <w:u w:val="single"/>
            <w:sz w:val="18"/>
          </w:rPr>
          <w:t xml:space="preserve">My heart that knows</w:t>
        </w:r>
      </w:hyperlink>
      <w:r>
        <w:rPr>
          <w:b w:val="0"/>
          <w:i w:val="0"/>
          <w:color w:val="6A6F75"/>
          <w:sz w:val="16"/>
        </w:rPr>
        <w:t xml:space="preserve">  759</w:t>
      </w:r>
    </w:p>
    <w:p>
      <w:pPr>
        <w:spacing w:after="0" w:line="240" w:lineRule="auto"/>
      </w:pPr>
      <w:hyperlink w:anchor="p623">
        <w:r>
          <w:rPr>
            <w:color w:val="2E5A80"/>
            <w:u w:val="single"/>
            <w:sz w:val="18"/>
          </w:rPr>
          <w:t xml:space="preserve">My heart that shuns the world</w:t>
        </w:r>
      </w:hyperlink>
      <w:r>
        <w:rPr>
          <w:b w:val="0"/>
          <w:i w:val="0"/>
          <w:color w:val="6A6F75"/>
          <w:sz w:val="16"/>
        </w:rPr>
        <w:t xml:space="preserve">  623</w:t>
      </w:r>
    </w:p>
    <w:p>
      <w:pPr>
        <w:spacing w:after="0" w:line="240" w:lineRule="auto"/>
      </w:pPr>
      <w:hyperlink w:anchor="p316">
        <w:r>
          <w:rPr>
            <w:color w:val="2E5A80"/>
            <w:u w:val="single"/>
            <w:sz w:val="18"/>
          </w:rPr>
          <w:t xml:space="preserve">My heart, never cured</w:t>
        </w:r>
      </w:hyperlink>
      <w:r>
        <w:rPr>
          <w:b w:val="0"/>
          <w:i w:val="0"/>
          <w:color w:val="6A6F75"/>
          <w:sz w:val="16"/>
        </w:rPr>
        <w:t xml:space="preserve">  316</w:t>
      </w:r>
    </w:p>
    <w:p>
      <w:pPr>
        <w:spacing w:after="0" w:line="240" w:lineRule="auto"/>
      </w:pPr>
      <w:hyperlink w:anchor="p422">
        <w:r>
          <w:rPr>
            <w:color w:val="2E5A80"/>
            <w:u w:val="single"/>
            <w:sz w:val="18"/>
          </w:rPr>
          <w:t xml:space="preserve">My sleeves wet</w:t>
        </w:r>
      </w:hyperlink>
      <w:r>
        <w:rPr>
          <w:b w:val="0"/>
          <w:i w:val="0"/>
          <w:color w:val="6A6F75"/>
          <w:sz w:val="16"/>
        </w:rPr>
        <w:t xml:space="preserve">  422</w:t>
      </w:r>
    </w:p>
    <w:p>
      <w:pPr>
        <w:spacing w:after="0" w:line="240" w:lineRule="auto"/>
      </w:pPr>
      <w:hyperlink w:anchor="p117">
        <w:r>
          <w:rPr>
            <w:color w:val="2E5A80"/>
            <w:u w:val="single"/>
            <w:sz w:val="18"/>
          </w:rPr>
          <w:t xml:space="preserve">My soul, in grief</w:t>
        </w:r>
      </w:hyperlink>
      <w:r>
        <w:rPr>
          <w:b w:val="0"/>
          <w:i w:val="0"/>
          <w:color w:val="6A6F75"/>
          <w:sz w:val="16"/>
        </w:rPr>
        <w:t xml:space="preserve">  117</w:t>
      </w:r>
    </w:p>
    <w:p>
      <w:pPr>
        <w:spacing w:after="0" w:line="240" w:lineRule="auto"/>
      </w:pPr>
      <w:hyperlink w:anchor="p271">
        <w:r>
          <w:rPr>
            <w:color w:val="2E5A80"/>
            <w:u w:val="single"/>
            <w:sz w:val="18"/>
          </w:rPr>
          <w:t xml:space="preserve">My tears I cannot stop</w:t>
        </w:r>
      </w:hyperlink>
      <w:r>
        <w:rPr>
          <w:b w:val="0"/>
          <w:i w:val="0"/>
          <w:color w:val="6A6F75"/>
          <w:sz w:val="16"/>
        </w:rPr>
        <w:t xml:space="preserve">  271</w:t>
      </w:r>
    </w:p>
    <w:p>
      <w:pPr>
        <w:spacing w:after="0" w:line="240" w:lineRule="auto"/>
      </w:pPr>
      <w:hyperlink w:anchor="p624">
        <w:r>
          <w:rPr>
            <w:color w:val="2E5A80"/>
            <w:u w:val="single"/>
            <w:sz w:val="18"/>
          </w:rPr>
          <w:t xml:space="preserve">My tracks broken off</w:t>
        </w:r>
      </w:hyperlink>
      <w:r>
        <w:rPr>
          <w:b w:val="0"/>
          <w:i w:val="0"/>
          <w:color w:val="6A6F75"/>
          <w:sz w:val="16"/>
        </w:rPr>
        <w:t xml:space="preserve">  624</w:t>
      </w:r>
    </w:p>
    <w:p>
      <w:pPr>
        <w:spacing w:after="0" w:line="240" w:lineRule="auto"/>
      </w:pPr>
      <w:hyperlink w:anchor="p262">
        <w:r>
          <w:rPr>
            <w:color w:val="2E5A80"/>
            <w:u w:val="single"/>
            <w:sz w:val="18"/>
          </w:rPr>
          <w:t xml:space="preserve">My travel robe, wet</w:t>
        </w:r>
      </w:hyperlink>
      <w:r>
        <w:rPr>
          <w:b w:val="0"/>
          <w:i w:val="0"/>
          <w:color w:val="6A6F75"/>
          <w:sz w:val="16"/>
        </w:rPr>
        <w:t xml:space="preserve">  262</w:t>
      </w:r>
    </w:p>
    <w:p>
      <w:pPr>
        <w:spacing w:after="0" w:line="240" w:lineRule="auto"/>
      </w:pPr>
      <w:hyperlink w:anchor="p31">
        <w:r>
          <w:rPr>
            <w:color w:val="2E5A80"/>
            <w:u w:val="single"/>
            <w:sz w:val="18"/>
          </w:rPr>
          <w:t xml:space="preserve">My wretchedness shows me</w:t>
        </w:r>
      </w:hyperlink>
      <w:r>
        <w:rPr>
          <w:b w:val="0"/>
          <w:i w:val="0"/>
          <w:color w:val="6A6F75"/>
          <w:sz w:val="16"/>
        </w:rPr>
        <w:t xml:space="preserve">  31</w:t>
      </w:r>
    </w:p>
    <w:p>
      <w:pPr>
        <w:spacing w:after="0" w:line="240" w:lineRule="auto"/>
      </w:pPr>
      <w:hyperlink w:anchor="p174">
        <w:r>
          <w:rPr>
            <w:color w:val="2E5A80"/>
            <w:u w:val="single"/>
            <w:sz w:val="18"/>
          </w:rPr>
          <w:t xml:space="preserve">Narrow though my sleeve is</w:t>
        </w:r>
      </w:hyperlink>
      <w:r>
        <w:rPr>
          <w:b w:val="0"/>
          <w:i w:val="0"/>
          <w:color w:val="6A6F75"/>
          <w:sz w:val="16"/>
        </w:rPr>
        <w:t xml:space="preserve">  174</w:t>
      </w:r>
    </w:p>
    <w:p>
      <w:pPr>
        <w:spacing w:after="0" w:line="240" w:lineRule="auto"/>
      </w:pPr>
      <w:hyperlink w:anchor="p478">
        <w:r>
          <w:rPr>
            <w:color w:val="2E5A80"/>
            <w:u w:val="single"/>
            <w:sz w:val="18"/>
          </w:rPr>
          <w:t xml:space="preserve">Near is the dawn</w:t>
        </w:r>
      </w:hyperlink>
      <w:r>
        <w:rPr>
          <w:b w:val="0"/>
          <w:i w:val="0"/>
          <w:color w:val="6A6F75"/>
          <w:sz w:val="16"/>
        </w:rPr>
        <w:t xml:space="preserve">  478</w:t>
      </w:r>
    </w:p>
    <w:p>
      <w:pPr>
        <w:spacing w:after="0" w:line="240" w:lineRule="auto"/>
      </w:pPr>
      <w:hyperlink w:anchor="p757">
        <w:r>
          <w:rPr>
            <w:color w:val="2E5A80"/>
            <w:u w:val="single"/>
            <w:sz w:val="18"/>
          </w:rPr>
          <w:t xml:space="preserve">Near where orange blossoms</w:t>
        </w:r>
      </w:hyperlink>
      <w:r>
        <w:rPr>
          <w:b w:val="0"/>
          <w:i w:val="0"/>
          <w:color w:val="6A6F75"/>
          <w:sz w:val="16"/>
        </w:rPr>
        <w:t xml:space="preserve">  757</w:t>
      </w:r>
    </w:p>
    <w:p>
      <w:pPr>
        <w:spacing w:after="0" w:line="240" w:lineRule="auto"/>
      </w:pPr>
      <w:hyperlink w:anchor="p514">
        <w:r>
          <w:rPr>
            <w:color w:val="2E5A80"/>
            <w:u w:val="single"/>
            <w:sz w:val="18"/>
          </w:rPr>
          <w:t xml:space="preserve">Never forgetting</w:t>
        </w:r>
      </w:hyperlink>
      <w:r>
        <w:rPr>
          <w:b w:val="0"/>
          <w:i w:val="0"/>
          <w:color w:val="6A6F75"/>
          <w:sz w:val="16"/>
        </w:rPr>
        <w:t xml:space="preserve">  514</w:t>
      </w:r>
    </w:p>
    <w:p>
      <w:pPr>
        <w:spacing w:after="0" w:line="240" w:lineRule="auto"/>
      </w:pPr>
      <w:hyperlink w:anchor="p92">
        <w:r>
          <w:rPr>
            <w:color w:val="2E5A80"/>
            <w:u w:val="single"/>
            <w:sz w:val="18"/>
          </w:rPr>
          <w:t xml:space="preserve">No one stands wet</w:t>
        </w:r>
      </w:hyperlink>
      <w:r>
        <w:rPr>
          <w:b w:val="0"/>
          <w:i w:val="0"/>
          <w:color w:val="6A6F75"/>
          <w:sz w:val="16"/>
        </w:rPr>
        <w:t xml:space="preserve">  92</w:t>
      </w:r>
    </w:p>
    <w:p>
      <w:pPr>
        <w:spacing w:after="0" w:line="240" w:lineRule="auto"/>
      </w:pPr>
      <w:hyperlink w:anchor="p508">
        <w:r>
          <w:rPr>
            <w:color w:val="2E5A80"/>
            <w:u w:val="single"/>
            <w:sz w:val="18"/>
          </w:rPr>
          <w:t xml:space="preserve">Nor could the dead man</w:t>
        </w:r>
      </w:hyperlink>
      <w:r>
        <w:rPr>
          <w:b w:val="0"/>
          <w:i w:val="0"/>
          <w:color w:val="6A6F75"/>
          <w:sz w:val="16"/>
        </w:rPr>
        <w:t xml:space="preserve">  508</w:t>
      </w:r>
    </w:p>
    <w:p>
      <w:pPr>
        <w:spacing w:after="0" w:line="240" w:lineRule="auto"/>
      </w:pPr>
      <w:hyperlink w:anchor="p80">
        <w:r>
          <w:rPr>
            <w:color w:val="2E5A80"/>
            <w:u w:val="single"/>
            <w:sz w:val="18"/>
          </w:rPr>
          <w:t xml:space="preserve">Not a color dear to me</w:t>
        </w:r>
      </w:hyperlink>
      <w:r>
        <w:rPr>
          <w:b w:val="0"/>
          <w:i w:val="0"/>
          <w:color w:val="6A6F75"/>
          <w:sz w:val="16"/>
        </w:rPr>
        <w:t xml:space="preserve">  80</w:t>
      </w:r>
    </w:p>
    <w:p>
      <w:pPr>
        <w:spacing w:after="0" w:line="240" w:lineRule="auto"/>
      </w:pPr>
      <w:hyperlink w:anchor="p20">
        <w:r>
          <w:rPr>
            <w:color w:val="2E5A80"/>
            <w:u w:val="single"/>
            <w:sz w:val="18"/>
          </w:rPr>
          <w:t xml:space="preserve">Not done with lamenting</w:t>
        </w:r>
      </w:hyperlink>
      <w:r>
        <w:rPr>
          <w:b w:val="0"/>
          <w:i w:val="0"/>
          <w:color w:val="6A6F75"/>
          <w:sz w:val="16"/>
        </w:rPr>
        <w:t xml:space="preserve">  20</w:t>
      </w:r>
    </w:p>
    <w:p>
      <w:pPr>
        <w:spacing w:after="0" w:line="240" w:lineRule="auto"/>
      </w:pPr>
      <w:hyperlink w:anchor="p452">
        <w:r>
          <w:rPr>
            <w:color w:val="2E5A80"/>
            <w:u w:val="single"/>
            <w:sz w:val="18"/>
          </w:rPr>
          <w:t xml:space="preserve">Not even the shadow</w:t>
        </w:r>
      </w:hyperlink>
      <w:r>
        <w:rPr>
          <w:b w:val="0"/>
          <w:i w:val="0"/>
          <w:color w:val="6A6F75"/>
          <w:sz w:val="16"/>
        </w:rPr>
        <w:t xml:space="preserve">  452</w:t>
      </w:r>
    </w:p>
    <w:p>
      <w:pPr>
        <w:spacing w:after="0" w:line="240" w:lineRule="auto"/>
      </w:pPr>
      <w:hyperlink w:anchor="p29">
        <w:r>
          <w:rPr>
            <w:color w:val="2E5A80"/>
            <w:u w:val="single"/>
            <w:sz w:val="18"/>
          </w:rPr>
          <w:t xml:space="preserve">Not even waiting</w:t>
        </w:r>
      </w:hyperlink>
      <w:r>
        <w:rPr>
          <w:b w:val="0"/>
          <w:i w:val="0"/>
          <w:color w:val="6A6F75"/>
          <w:sz w:val="16"/>
        </w:rPr>
        <w:t xml:space="preserve">  29</w:t>
      </w:r>
    </w:p>
    <w:p>
      <w:pPr>
        <w:spacing w:after="0" w:line="240" w:lineRule="auto"/>
      </w:pPr>
      <w:hyperlink w:anchor="p750">
        <w:r>
          <w:rPr>
            <w:color w:val="2E5A80"/>
            <w:u w:val="single"/>
            <w:sz w:val="18"/>
          </w:rPr>
          <w:t xml:space="preserve">Not knowing it was</w:t>
        </w:r>
      </w:hyperlink>
      <w:r>
        <w:rPr>
          <w:b w:val="0"/>
          <w:i w:val="0"/>
          <w:color w:val="6A6F75"/>
          <w:sz w:val="16"/>
        </w:rPr>
        <w:t xml:space="preserve">  750</w:t>
      </w:r>
    </w:p>
    <w:p>
      <w:pPr>
        <w:spacing w:after="0" w:line="240" w:lineRule="auto"/>
      </w:pPr>
      <w:hyperlink w:anchor="p185">
        <w:r>
          <w:rPr>
            <w:color w:val="2E5A80"/>
            <w:u w:val="single"/>
            <w:sz w:val="18"/>
          </w:rPr>
          <w:t xml:space="preserve">Not knowing partings</w:t>
        </w:r>
      </w:hyperlink>
      <w:r>
        <w:rPr>
          <w:b w:val="0"/>
          <w:i w:val="0"/>
          <w:color w:val="6A6F75"/>
          <w:sz w:val="16"/>
        </w:rPr>
        <w:t xml:space="preserve">  185</w:t>
      </w:r>
    </w:p>
    <w:p>
      <w:pPr>
        <w:spacing w:after="0" w:line="240" w:lineRule="auto"/>
      </w:pPr>
      <w:hyperlink w:anchor="p22">
        <w:r>
          <w:rPr>
            <w:color w:val="2E5A80"/>
            <w:u w:val="single"/>
            <w:sz w:val="18"/>
          </w:rPr>
          <w:t xml:space="preserve">Not knowing the heart</w:t>
        </w:r>
      </w:hyperlink>
      <w:r>
        <w:rPr>
          <w:b w:val="0"/>
          <w:i w:val="0"/>
          <w:color w:val="6A6F75"/>
          <w:sz w:val="16"/>
        </w:rPr>
        <w:t xml:space="preserve">  22</w:t>
      </w:r>
    </w:p>
    <w:p>
      <w:pPr>
        <w:spacing w:after="0" w:line="240" w:lineRule="auto"/>
      </w:pPr>
      <w:hyperlink w:anchor="p33">
        <w:r>
          <w:rPr>
            <w:color w:val="2E5A80"/>
            <w:u w:val="single"/>
            <w:sz w:val="18"/>
          </w:rPr>
          <w:t xml:space="preserve">Not knowing the heart</w:t>
        </w:r>
      </w:hyperlink>
      <w:r>
        <w:rPr>
          <w:b w:val="0"/>
          <w:i w:val="0"/>
          <w:color w:val="6A6F75"/>
          <w:sz w:val="16"/>
        </w:rPr>
        <w:t xml:space="preserve">  33</w:t>
      </w:r>
    </w:p>
    <w:p>
      <w:pPr>
        <w:spacing w:after="0" w:line="240" w:lineRule="auto"/>
      </w:pPr>
      <w:hyperlink w:anchor="p65">
        <w:r>
          <w:rPr>
            <w:color w:val="2E5A80"/>
            <w:u w:val="single"/>
            <w:sz w:val="18"/>
          </w:rPr>
          <w:t xml:space="preserve">Not knowing the heart</w:t>
        </w:r>
      </w:hyperlink>
      <w:r>
        <w:rPr>
          <w:b w:val="0"/>
          <w:i w:val="0"/>
          <w:color w:val="6A6F75"/>
          <w:sz w:val="16"/>
        </w:rPr>
        <w:t xml:space="preserve">  65</w:t>
      </w:r>
    </w:p>
    <w:p>
      <w:pPr>
        <w:spacing w:after="0" w:line="240" w:lineRule="auto"/>
      </w:pPr>
      <w:hyperlink w:anchor="p587">
        <w:r>
          <w:rPr>
            <w:color w:val="2E5A80"/>
            <w:u w:val="single"/>
            <w:sz w:val="18"/>
          </w:rPr>
          <w:t xml:space="preserve">Not knowing whether</w:t>
        </w:r>
      </w:hyperlink>
      <w:r>
        <w:rPr>
          <w:b w:val="0"/>
          <w:i w:val="0"/>
          <w:color w:val="6A6F75"/>
          <w:sz w:val="16"/>
        </w:rPr>
        <w:t xml:space="preserve">  587</w:t>
      </w:r>
    </w:p>
    <w:p>
      <w:pPr>
        <w:spacing w:after="0" w:line="240" w:lineRule="auto"/>
      </w:pPr>
      <w:hyperlink w:anchor="p401">
        <w:r>
          <w:rPr>
            <w:color w:val="2E5A80"/>
            <w:u w:val="single"/>
            <w:sz w:val="18"/>
          </w:rPr>
          <w:t xml:space="preserve">Not seeking the deep path</w:t>
        </w:r>
      </w:hyperlink>
      <w:r>
        <w:rPr>
          <w:b w:val="0"/>
          <w:i w:val="0"/>
          <w:color w:val="6A6F75"/>
          <w:sz w:val="16"/>
        </w:rPr>
        <w:t xml:space="preserve">  401</w:t>
      </w:r>
    </w:p>
    <w:p>
      <w:pPr>
        <w:spacing w:after="0" w:line="240" w:lineRule="auto"/>
      </w:pPr>
      <w:hyperlink w:anchor="p58">
        <w:r>
          <w:rPr>
            <w:color w:val="2E5A80"/>
            <w:u w:val="single"/>
            <w:sz w:val="18"/>
          </w:rPr>
          <w:t xml:space="preserve">Not shallow as Asaka Hill</w:t>
        </w:r>
      </w:hyperlink>
      <w:r>
        <w:rPr>
          <w:b w:val="0"/>
          <w:i w:val="0"/>
          <w:color w:val="6A6F75"/>
          <w:sz w:val="16"/>
        </w:rPr>
        <w:t xml:space="preserve">  58</w:t>
      </w:r>
    </w:p>
    <w:p>
      <w:pPr>
        <w:spacing w:after="0" w:line="240" w:lineRule="auto"/>
      </w:pPr>
      <w:hyperlink w:anchor="p515">
        <w:r>
          <w:rPr>
            <w:color w:val="2E5A80"/>
            <w:u w:val="single"/>
            <w:sz w:val="18"/>
          </w:rPr>
          <w:t xml:space="preserve">Not speaking out</w:t>
        </w:r>
      </w:hyperlink>
      <w:r>
        <w:rPr>
          <w:b w:val="0"/>
          <w:i w:val="0"/>
          <w:color w:val="6A6F75"/>
          <w:sz w:val="16"/>
        </w:rPr>
        <w:t xml:space="preserve">  515</w:t>
      </w:r>
    </w:p>
    <w:p>
      <w:pPr>
        <w:spacing w:after="0" w:line="240" w:lineRule="auto"/>
      </w:pPr>
      <w:hyperlink w:anchor="p680">
        <w:r>
          <w:rPr>
            <w:color w:val="2E5A80"/>
            <w:u w:val="single"/>
            <w:sz w:val="18"/>
          </w:rPr>
          <w:t xml:space="preserve">Not to be left behind</w:t>
        </w:r>
      </w:hyperlink>
      <w:r>
        <w:rPr>
          <w:b w:val="0"/>
          <w:i w:val="0"/>
          <w:color w:val="6A6F75"/>
          <w:sz w:val="16"/>
        </w:rPr>
        <w:t xml:space="preserve">  680</w:t>
      </w:r>
    </w:p>
    <w:p>
      <w:pPr>
        <w:spacing w:after="0" w:line="240" w:lineRule="auto"/>
      </w:pPr>
      <w:hyperlink w:anchor="p146">
        <w:r>
          <w:rPr>
            <w:color w:val="2E5A80"/>
            <w:u w:val="single"/>
            <w:sz w:val="18"/>
          </w:rPr>
          <w:t xml:space="preserve">Of my own will</w:t>
        </w:r>
      </w:hyperlink>
      <w:r>
        <w:rPr>
          <w:b w:val="0"/>
          <w:i w:val="0"/>
          <w:color w:val="6A6F75"/>
          <w:sz w:val="16"/>
        </w:rPr>
        <w:t xml:space="preserve">  146</w:t>
      </w:r>
    </w:p>
    <w:p>
      <w:pPr>
        <w:spacing w:after="0" w:line="240" w:lineRule="auto"/>
      </w:pPr>
      <w:hyperlink w:anchor="p320">
        <w:r>
          <w:rPr>
            <w:color w:val="2E5A80"/>
            <w:u w:val="single"/>
            <w:sz w:val="18"/>
          </w:rPr>
          <w:t xml:space="preserve">On a winter night of fitful waking</w:t>
        </w:r>
      </w:hyperlink>
      <w:r>
        <w:rPr>
          <w:b w:val="0"/>
          <w:i w:val="0"/>
          <w:color w:val="6A6F75"/>
          <w:sz w:val="16"/>
        </w:rPr>
        <w:t xml:space="preserve">  320</w:t>
      </w:r>
    </w:p>
    <w:p>
      <w:pPr>
        <w:spacing w:after="0" w:line="240" w:lineRule="auto"/>
      </w:pPr>
      <w:hyperlink w:anchor="p17">
        <w:r>
          <w:rPr>
            <w:color w:val="2E5A80"/>
            <w:u w:val="single"/>
            <w:sz w:val="18"/>
          </w:rPr>
          <w:t xml:space="preserve">On an evening when the spider</w:t>
        </w:r>
      </w:hyperlink>
      <w:r>
        <w:rPr>
          <w:b w:val="0"/>
          <w:i w:val="0"/>
          <w:color w:val="6A6F75"/>
          <w:sz w:val="16"/>
        </w:rPr>
        <w:t xml:space="preserve">  17</w:t>
      </w:r>
    </w:p>
    <w:p>
      <w:pPr>
        <w:spacing w:after="0" w:line="240" w:lineRule="auto"/>
      </w:pPr>
      <w:hyperlink w:anchor="p698">
        <w:r>
          <w:rPr>
            <w:color w:val="2E5A80"/>
            <w:u w:val="single"/>
            <w:sz w:val="18"/>
          </w:rPr>
          <w:t xml:space="preserve">On Grebe Lake</w:t>
        </w:r>
      </w:hyperlink>
      <w:r>
        <w:rPr>
          <w:b w:val="0"/>
          <w:i w:val="0"/>
          <w:color w:val="6A6F75"/>
          <w:sz w:val="16"/>
        </w:rPr>
        <w:t xml:space="preserve">  698</w:t>
      </w:r>
    </w:p>
    <w:p>
      <w:pPr>
        <w:spacing w:after="0" w:line="240" w:lineRule="auto"/>
      </w:pPr>
      <w:hyperlink w:anchor="p646">
        <w:r>
          <w:rPr>
            <w:color w:val="2E5A80"/>
            <w:u w:val="single"/>
            <w:sz w:val="18"/>
          </w:rPr>
          <w:t xml:space="preserve">On the bridge path</w:t>
        </w:r>
      </w:hyperlink>
      <w:r>
        <w:rPr>
          <w:b w:val="0"/>
          <w:i w:val="0"/>
          <w:color w:val="6A6F75"/>
          <w:sz w:val="16"/>
        </w:rPr>
        <w:t xml:space="preserve">  646</w:t>
      </w:r>
    </w:p>
    <w:p>
      <w:pPr>
        <w:spacing w:after="0" w:line="240" w:lineRule="auto"/>
      </w:pPr>
      <w:hyperlink w:anchor="p540">
        <w:r>
          <w:rPr>
            <w:color w:val="2E5A80"/>
            <w:u w:val="single"/>
            <w:sz w:val="18"/>
          </w:rPr>
          <w:t xml:space="preserve">On the pond water</w:t>
        </w:r>
      </w:hyperlink>
      <w:r>
        <w:rPr>
          <w:b w:val="0"/>
          <w:i w:val="0"/>
          <w:color w:val="6A6F75"/>
          <w:sz w:val="16"/>
        </w:rPr>
        <w:t xml:space="preserve">  540</w:t>
      </w:r>
    </w:p>
    <w:p>
      <w:pPr>
        <w:spacing w:after="0" w:line="240" w:lineRule="auto"/>
      </w:pPr>
      <w:hyperlink w:anchor="p283">
        <w:r>
          <w:rPr>
            <w:color w:val="2E5A80"/>
            <w:u w:val="single"/>
            <w:sz w:val="18"/>
          </w:rPr>
          <w:t xml:space="preserve">On the road of parting</w:t>
        </w:r>
      </w:hyperlink>
      <w:r>
        <w:rPr>
          <w:b w:val="0"/>
          <w:i w:val="0"/>
          <w:color w:val="6A6F75"/>
          <w:sz w:val="16"/>
        </w:rPr>
        <w:t xml:space="preserve">  283</w:t>
      </w:r>
    </w:p>
    <w:p>
      <w:pPr>
        <w:spacing w:after="0" w:line="240" w:lineRule="auto"/>
      </w:pPr>
      <w:hyperlink w:anchor="p671">
        <w:r>
          <w:rPr>
            <w:color w:val="2E5A80"/>
            <w:u w:val="single"/>
            <w:sz w:val="18"/>
          </w:rPr>
          <w:t xml:space="preserve">On the rock wall</w:t>
        </w:r>
      </w:hyperlink>
      <w:r>
        <w:rPr>
          <w:b w:val="0"/>
          <w:i w:val="0"/>
          <w:color w:val="6A6F75"/>
          <w:sz w:val="16"/>
        </w:rPr>
        <w:t xml:space="preserve">  671</w:t>
      </w:r>
    </w:p>
    <w:p>
      <w:pPr>
        <w:spacing w:after="0" w:line="240" w:lineRule="auto"/>
      </w:pPr>
      <w:hyperlink w:anchor="p709">
        <w:r>
          <w:rPr>
            <w:color w:val="2E5A80"/>
            <w:u w:val="single"/>
            <w:sz w:val="18"/>
          </w:rPr>
          <w:t xml:space="preserve">On the surface</w:t>
        </w:r>
      </w:hyperlink>
      <w:r>
        <w:rPr>
          <w:b w:val="0"/>
          <w:i w:val="0"/>
          <w:color w:val="6A6F75"/>
          <w:sz w:val="16"/>
        </w:rPr>
        <w:t xml:space="preserve">  709</w:t>
      </w:r>
    </w:p>
    <w:p>
      <w:pPr>
        <w:spacing w:after="0" w:line="240" w:lineRule="auto"/>
      </w:pPr>
      <w:hyperlink w:anchor="p793">
        <w:r>
          <w:rPr>
            <w:color w:val="2E5A80"/>
            <w:u w:val="single"/>
            <w:sz w:val="18"/>
          </w:rPr>
          <w:t xml:space="preserve">On the water where</w:t>
        </w:r>
      </w:hyperlink>
      <w:r>
        <w:rPr>
          <w:b w:val="0"/>
          <w:i w:val="0"/>
          <w:color w:val="6A6F75"/>
          <w:sz w:val="16"/>
        </w:rPr>
        <w:t xml:space="preserve">  793</w:t>
      </w:r>
    </w:p>
    <w:p>
      <w:pPr>
        <w:spacing w:after="0" w:line="240" w:lineRule="auto"/>
      </w:pPr>
      <w:hyperlink w:anchor="p654">
        <w:r>
          <w:rPr>
            <w:color w:val="2E5A80"/>
            <w:u w:val="single"/>
            <w:sz w:val="18"/>
          </w:rPr>
          <w:t xml:space="preserve">On this frail cord of tears</w:t>
        </w:r>
      </w:hyperlink>
      <w:r>
        <w:rPr>
          <w:b w:val="0"/>
          <w:i w:val="0"/>
          <w:color w:val="6A6F75"/>
          <w:sz w:val="16"/>
        </w:rPr>
        <w:t xml:space="preserve">  654</w:t>
      </w:r>
    </w:p>
    <w:p>
      <w:pPr>
        <w:spacing w:after="0" w:line="240" w:lineRule="auto"/>
      </w:pPr>
      <w:hyperlink w:anchor="p209">
        <w:r>
          <w:rPr>
            <w:color w:val="2E5A80"/>
            <w:u w:val="single"/>
            <w:sz w:val="18"/>
          </w:rPr>
          <w:t xml:space="preserve">On which path of the clouds</w:t>
        </w:r>
      </w:hyperlink>
      <w:r>
        <w:rPr>
          <w:b w:val="0"/>
          <w:i w:val="0"/>
          <w:color w:val="6A6F75"/>
          <w:sz w:val="16"/>
        </w:rPr>
        <w:t xml:space="preserve">  209</w:t>
      </w:r>
    </w:p>
    <w:p>
      <w:pPr>
        <w:spacing w:after="0" w:line="240" w:lineRule="auto"/>
      </w:pPr>
      <w:hyperlink w:anchor="p201">
        <w:r>
          <w:rPr>
            <w:color w:val="2E5A80"/>
            <w:u w:val="single"/>
            <w:sz w:val="18"/>
          </w:rPr>
          <w:t xml:space="preserve">One after another</w:t>
        </w:r>
      </w:hyperlink>
      <w:r>
        <w:rPr>
          <w:b w:val="0"/>
          <w:i w:val="0"/>
          <w:color w:val="6A6F75"/>
          <w:sz w:val="16"/>
        </w:rPr>
        <w:t xml:space="preserve">  201</w:t>
      </w:r>
    </w:p>
    <w:p>
      <w:pPr>
        <w:spacing w:after="0" w:line="240" w:lineRule="auto"/>
      </w:pPr>
      <w:hyperlink w:anchor="p84">
        <w:r>
          <w:rPr>
            <w:color w:val="2E5A80"/>
            <w:u w:val="single"/>
            <w:sz w:val="18"/>
          </w:rPr>
          <w:t xml:space="preserve">One too troubled</w:t>
        </w:r>
      </w:hyperlink>
      <w:r>
        <w:rPr>
          <w:b w:val="0"/>
          <w:i w:val="0"/>
          <w:color w:val="6A6F75"/>
          <w:sz w:val="16"/>
        </w:rPr>
        <w:t xml:space="preserve">  84</w:t>
      </w:r>
    </w:p>
    <w:p>
      <w:pPr>
        <w:spacing w:after="0" w:line="240" w:lineRule="auto"/>
      </w:pPr>
      <w:hyperlink w:anchor="p225">
        <w:r>
          <w:rPr>
            <w:color w:val="2E5A80"/>
            <w:u w:val="single"/>
            <w:sz w:val="18"/>
          </w:rPr>
          <w:t xml:space="preserve">One who gazes at the same sky</w:t>
        </w:r>
      </w:hyperlink>
      <w:r>
        <w:rPr>
          <w:b w:val="0"/>
          <w:i w:val="0"/>
          <w:color w:val="6A6F75"/>
          <w:sz w:val="16"/>
        </w:rPr>
        <w:t xml:space="preserve">  225</w:t>
      </w:r>
    </w:p>
    <w:p>
      <w:pPr>
        <w:spacing w:after="0" w:line="240" w:lineRule="auto"/>
      </w:pPr>
      <w:hyperlink w:anchor="p780">
        <w:r>
          <w:rPr>
            <w:color w:val="2E5A80"/>
            <w:u w:val="single"/>
            <w:sz w:val="18"/>
          </w:rPr>
          <w:t xml:space="preserve">One who has sorrows</w:t>
        </w:r>
      </w:hyperlink>
      <w:r>
        <w:rPr>
          <w:b w:val="0"/>
          <w:i w:val="0"/>
          <w:color w:val="6A6F75"/>
          <w:sz w:val="16"/>
        </w:rPr>
        <w:t xml:space="preserve">  780</w:t>
      </w:r>
    </w:p>
    <w:p>
      <w:pPr>
        <w:spacing w:after="0" w:line="240" w:lineRule="auto"/>
      </w:pPr>
      <w:hyperlink w:anchor="p87">
        <w:r>
          <w:rPr>
            <w:color w:val="2E5A80"/>
            <w:u w:val="single"/>
            <w:sz w:val="18"/>
          </w:rPr>
          <w:t xml:space="preserve">One who sees him grieves</w:t>
        </w:r>
      </w:hyperlink>
      <w:r>
        <w:rPr>
          <w:b w:val="0"/>
          <w:i w:val="0"/>
          <w:color w:val="6A6F75"/>
          <w:sz w:val="16"/>
        </w:rPr>
        <w:t xml:space="preserve">  87</w:t>
      </w:r>
    </w:p>
    <w:p>
      <w:pPr>
        <w:spacing w:after="0" w:line="240" w:lineRule="auto"/>
      </w:pPr>
      <w:hyperlink w:anchor="p78">
        <w:r>
          <w:rPr>
            <w:color w:val="2E5A80"/>
            <w:u w:val="single"/>
            <w:sz w:val="18"/>
          </w:rPr>
          <w:t xml:space="preserve">One who sees the snow</w:t>
        </w:r>
      </w:hyperlink>
      <w:r>
        <w:rPr>
          <w:b w:val="0"/>
          <w:i w:val="0"/>
          <w:color w:val="6A6F75"/>
          <w:sz w:val="16"/>
        </w:rPr>
        <w:t xml:space="preserve">  78</w:t>
      </w:r>
    </w:p>
    <w:p>
      <w:pPr>
        <w:spacing w:after="0" w:line="240" w:lineRule="auto"/>
      </w:pPr>
      <w:hyperlink w:anchor="p470">
        <w:r>
          <w:rPr>
            <w:color w:val="2E5A80"/>
            <w:u w:val="single"/>
            <w:sz w:val="18"/>
          </w:rPr>
          <w:t xml:space="preserve">Only tears, a spring</w:t>
        </w:r>
      </w:hyperlink>
      <w:r>
        <w:rPr>
          <w:b w:val="0"/>
          <w:i w:val="0"/>
          <w:color w:val="6A6F75"/>
          <w:sz w:val="16"/>
        </w:rPr>
        <w:t xml:space="preserve">  470</w:t>
      </w:r>
    </w:p>
    <w:p>
      <w:pPr>
        <w:spacing w:after="0" w:line="240" w:lineRule="auto"/>
      </w:pPr>
      <w:hyperlink w:anchor="p542">
        <w:r>
          <w:rPr>
            <w:color w:val="2E5A80"/>
            <w:u w:val="single"/>
            <w:sz w:val="18"/>
          </w:rPr>
          <w:t xml:space="preserve">Ono mountain</w:t>
        </w:r>
      </w:hyperlink>
      <w:r>
        <w:rPr>
          <w:b w:val="0"/>
          <w:i w:val="0"/>
          <w:color w:val="6A6F75"/>
          <w:sz w:val="16"/>
        </w:rPr>
        <w:t xml:space="preserve">  542</w:t>
      </w:r>
    </w:p>
    <w:p>
      <w:pPr>
        <w:spacing w:after="0" w:line="240" w:lineRule="auto"/>
      </w:pPr>
      <w:hyperlink w:anchor="p53">
        <w:r>
          <w:rPr>
            <w:color w:val="2E5A80"/>
            <w:u w:val="single"/>
            <w:sz w:val="18"/>
          </w:rPr>
          <w:t xml:space="preserve">Opening rarely</w:t>
        </w:r>
      </w:hyperlink>
      <w:r>
        <w:rPr>
          <w:b w:val="0"/>
          <w:i w:val="0"/>
          <w:color w:val="6A6F75"/>
          <w:sz w:val="16"/>
        </w:rPr>
        <w:t xml:space="preserve">  53</w:t>
      </w:r>
    </w:p>
    <w:p>
      <w:pPr>
        <w:spacing w:after="0" w:line="240" w:lineRule="auto"/>
      </w:pPr>
      <w:hyperlink w:anchor="p339">
        <w:r>
          <w:rPr>
            <w:color w:val="2E5A80"/>
            <w:u w:val="single"/>
            <w:sz w:val="18"/>
          </w:rPr>
          <w:t xml:space="preserve">Out on the open sea</w:t>
        </w:r>
      </w:hyperlink>
      <w:r>
        <w:rPr>
          <w:b w:val="0"/>
          <w:i w:val="0"/>
          <w:color w:val="6A6F75"/>
          <w:sz w:val="16"/>
        </w:rPr>
        <w:t xml:space="preserve">  339</w:t>
      </w:r>
    </w:p>
    <w:p>
      <w:pPr>
        <w:spacing w:after="0" w:line="240" w:lineRule="auto"/>
      </w:pPr>
      <w:hyperlink w:anchor="p378">
        <w:r>
          <w:rPr>
            <w:color w:val="2E5A80"/>
            <w:u w:val="single"/>
            <w:sz w:val="18"/>
          </w:rPr>
          <w:t xml:space="preserve">Overcome, I sought</w:t>
        </w:r>
      </w:hyperlink>
      <w:r>
        <w:rPr>
          <w:b w:val="0"/>
          <w:i w:val="0"/>
          <w:color w:val="6A6F75"/>
          <w:sz w:val="16"/>
        </w:rPr>
        <w:t xml:space="preserve">  378</w:t>
      </w:r>
    </w:p>
    <w:p>
      <w:pPr>
        <w:spacing w:after="0" w:line="240" w:lineRule="auto"/>
      </w:pPr>
      <w:hyperlink w:anchor="p301">
        <w:r>
          <w:rPr>
            <w:color w:val="2E5A80"/>
            <w:u w:val="single"/>
            <w:sz w:val="18"/>
          </w:rPr>
          <w:t xml:space="preserve">Parted from the two-leaved pine</w:t>
        </w:r>
      </w:hyperlink>
      <w:r>
        <w:rPr>
          <w:b w:val="0"/>
          <w:i w:val="0"/>
          <w:color w:val="6A6F75"/>
          <w:sz w:val="16"/>
        </w:rPr>
        <w:t xml:space="preserve">  301</w:t>
      </w:r>
    </w:p>
    <w:p>
      <w:pPr>
        <w:spacing w:after="0" w:line="240" w:lineRule="auto"/>
      </w:pPr>
      <w:hyperlink w:anchor="p743">
        <w:r>
          <w:rPr>
            <w:color w:val="2E5A80"/>
            <w:u w:val="single"/>
            <w:sz w:val="18"/>
          </w:rPr>
          <w:t xml:space="preserve">Parting the snow of the peak</w:t>
        </w:r>
      </w:hyperlink>
      <w:r>
        <w:rPr>
          <w:b w:val="0"/>
          <w:i w:val="0"/>
          <w:color w:val="6A6F75"/>
          <w:sz w:val="16"/>
        </w:rPr>
        <w:t xml:space="preserve">  743</w:t>
      </w:r>
    </w:p>
    <w:p>
      <w:pPr>
        <w:spacing w:after="0" w:line="240" w:lineRule="auto"/>
      </w:pPr>
      <w:hyperlink w:anchor="p722">
        <w:r>
          <w:rPr>
            <w:color w:val="2E5A80"/>
            <w:u w:val="single"/>
            <w:sz w:val="18"/>
          </w:rPr>
          <w:t xml:space="preserve">Parting the thickets</w:t>
        </w:r>
      </w:hyperlink>
      <w:r>
        <w:rPr>
          <w:b w:val="0"/>
          <w:i w:val="0"/>
          <w:color w:val="6A6F75"/>
          <w:sz w:val="16"/>
        </w:rPr>
        <w:t xml:space="preserve">  722</w:t>
      </w:r>
    </w:p>
    <w:p>
      <w:pPr>
        <w:spacing w:after="0" w:line="240" w:lineRule="auto"/>
      </w:pPr>
      <w:hyperlink w:anchor="p135">
        <w:r>
          <w:rPr>
            <w:color w:val="2E5A80"/>
            <w:u w:val="single"/>
            <w:sz w:val="18"/>
          </w:rPr>
          <w:t xml:space="preserve">Partings at dawn</w:t>
        </w:r>
      </w:hyperlink>
      <w:r>
        <w:rPr>
          <w:b w:val="0"/>
          <w:i w:val="0"/>
          <w:color w:val="6A6F75"/>
          <w:sz w:val="16"/>
        </w:rPr>
        <w:t xml:space="preserve">  135</w:t>
      </w:r>
    </w:p>
    <w:p>
      <w:pPr>
        <w:spacing w:after="0" w:line="240" w:lineRule="auto"/>
      </w:pPr>
      <w:hyperlink w:anchor="p418">
        <w:r>
          <w:rPr>
            <w:color w:val="2E5A80"/>
            <w:u w:val="single"/>
            <w:sz w:val="18"/>
          </w:rPr>
          <w:t xml:space="preserve">People dye the purple</w:t>
        </w:r>
      </w:hyperlink>
      <w:r>
        <w:rPr>
          <w:b w:val="0"/>
          <w:i w:val="0"/>
          <w:color w:val="6A6F75"/>
          <w:sz w:val="16"/>
        </w:rPr>
        <w:t xml:space="preserve">  418</w:t>
      </w:r>
    </w:p>
    <w:p>
      <w:pPr>
        <w:spacing w:after="0" w:line="240" w:lineRule="auto"/>
      </w:pPr>
      <w:hyperlink w:anchor="p790">
        <w:r>
          <w:rPr>
            <w:color w:val="2E5A80"/>
            <w:u w:val="single"/>
            <w:sz w:val="18"/>
          </w:rPr>
          <w:t xml:space="preserve">Picking and praising</w:t>
        </w:r>
      </w:hyperlink>
      <w:r>
        <w:rPr>
          <w:b w:val="0"/>
          <w:i w:val="0"/>
          <w:color w:val="6A6F75"/>
          <w:sz w:val="16"/>
        </w:rPr>
        <w:t xml:space="preserve">  790</w:t>
      </w:r>
    </w:p>
    <w:p>
      <w:pPr>
        <w:spacing w:after="0" w:line="240" w:lineRule="auto"/>
      </w:pPr>
      <w:hyperlink w:anchor="p610">
        <w:r>
          <w:rPr>
            <w:color w:val="2E5A80"/>
            <w:u w:val="single"/>
            <w:sz w:val="18"/>
          </w:rPr>
          <w:t xml:space="preserve">Pity me and let me</w:t>
        </w:r>
      </w:hyperlink>
      <w:r>
        <w:rPr>
          <w:b w:val="0"/>
          <w:i w:val="0"/>
          <w:color w:val="6A6F75"/>
          <w:sz w:val="16"/>
        </w:rPr>
        <w:t xml:space="preserve">  610</w:t>
      </w:r>
    </w:p>
    <w:p>
      <w:pPr>
        <w:spacing w:after="0" w:line="240" w:lineRule="auto"/>
      </w:pPr>
      <w:hyperlink w:anchor="p432">
        <w:r>
          <w:rPr>
            <w:color w:val="2E5A80"/>
            <w:u w:val="single"/>
            <w:sz w:val="18"/>
          </w:rPr>
          <w:t xml:space="preserve">Play through, flute of the night</w:t>
        </w:r>
      </w:hyperlink>
      <w:r>
        <w:rPr>
          <w:b w:val="0"/>
          <w:i w:val="0"/>
          <w:color w:val="6A6F75"/>
          <w:sz w:val="16"/>
        </w:rPr>
        <w:t xml:space="preserve">  432</w:t>
      </w:r>
    </w:p>
    <w:p>
      <w:pPr>
        <w:spacing w:after="0" w:line="240" w:lineRule="auto"/>
      </w:pPr>
      <w:hyperlink w:anchor="p63">
        <w:r>
          <w:rPr>
            <w:color w:val="2E5A80"/>
            <w:u w:val="single"/>
            <w:sz w:val="18"/>
          </w:rPr>
          <w:t xml:space="preserve">Plucking it in my hand</w:t>
        </w:r>
      </w:hyperlink>
      <w:r>
        <w:rPr>
          <w:b w:val="0"/>
          <w:i w:val="0"/>
          <w:color w:val="6A6F75"/>
          <w:sz w:val="16"/>
        </w:rPr>
        <w:t xml:space="preserve">  63</w:t>
      </w:r>
    </w:p>
    <w:p>
      <w:pPr>
        <w:spacing w:after="0" w:line="240" w:lineRule="auto"/>
      </w:pPr>
      <w:hyperlink w:anchor="p718">
        <w:r>
          <w:rPr>
            <w:color w:val="2E5A80"/>
            <w:u w:val="single"/>
            <w:sz w:val="18"/>
          </w:rPr>
          <w:t xml:space="preserve">Plucking the wisteria</w:t>
        </w:r>
      </w:hyperlink>
      <w:r>
        <w:rPr>
          <w:b w:val="0"/>
          <w:i w:val="0"/>
          <w:color w:val="6A6F75"/>
          <w:sz w:val="16"/>
        </w:rPr>
        <w:t xml:space="preserve">  718</w:t>
      </w:r>
    </w:p>
    <w:p>
      <w:pPr>
        <w:spacing w:after="0" w:line="240" w:lineRule="auto"/>
      </w:pPr>
      <w:hyperlink w:anchor="p276">
        <w:r>
          <w:rPr>
            <w:color w:val="2E5A80"/>
            <w:u w:val="single"/>
            <w:sz w:val="18"/>
          </w:rPr>
          <w:t xml:space="preserve">Rather than grieving</w:t>
        </w:r>
      </w:hyperlink>
      <w:r>
        <w:rPr>
          <w:b w:val="0"/>
          <w:i w:val="0"/>
          <w:color w:val="6A6F75"/>
          <w:sz w:val="16"/>
        </w:rPr>
        <w:t xml:space="preserve">  276</w:t>
      </w:r>
    </w:p>
    <w:p>
      <w:pPr>
        <w:spacing w:after="0" w:line="240" w:lineRule="auto"/>
      </w:pPr>
      <w:hyperlink w:anchor="p546">
        <w:r>
          <w:rPr>
            <w:color w:val="2E5A80"/>
            <w:u w:val="single"/>
            <w:sz w:val="18"/>
          </w:rPr>
          <w:t xml:space="preserve">Rather than resent</w:t>
        </w:r>
      </w:hyperlink>
      <w:r>
        <w:rPr>
          <w:b w:val="0"/>
          <w:i w:val="0"/>
          <w:color w:val="6A6F75"/>
          <w:sz w:val="16"/>
        </w:rPr>
        <w:t xml:space="preserve">  546</w:t>
      </w:r>
    </w:p>
    <w:p>
      <w:pPr>
        <w:spacing w:after="0" w:line="240" w:lineRule="auto"/>
      </w:pPr>
      <w:hyperlink w:anchor="p187">
        <w:r>
          <w:rPr>
            <w:color w:val="2E5A80"/>
            <w:u w:val="single"/>
            <w:sz w:val="18"/>
          </w:rPr>
          <w:t xml:space="preserve">Rather than the man</w:t>
        </w:r>
      </w:hyperlink>
      <w:r>
        <w:rPr>
          <w:b w:val="0"/>
          <w:i w:val="0"/>
          <w:color w:val="6A6F75"/>
          <w:sz w:val="16"/>
        </w:rPr>
        <w:t xml:space="preserve">  187</w:t>
      </w:r>
    </w:p>
    <w:p>
      <w:pPr>
        <w:spacing w:after="0" w:line="240" w:lineRule="auto"/>
      </w:pPr>
      <w:hyperlink w:anchor="p96">
        <w:r>
          <w:rPr>
            <w:color w:val="2E5A80"/>
            <w:u w:val="single"/>
            <w:sz w:val="18"/>
          </w:rPr>
          <w:t xml:space="preserve">Reproach is useless now</w:t>
        </w:r>
      </w:hyperlink>
      <w:r>
        <w:rPr>
          <w:b w:val="0"/>
          <w:i w:val="0"/>
          <w:color w:val="6A6F75"/>
          <w:sz w:val="16"/>
        </w:rPr>
        <w:t xml:space="preserve">  96</w:t>
      </w:r>
    </w:p>
    <w:p>
      <w:pPr>
        <w:spacing w:after="0" w:line="240" w:lineRule="auto"/>
      </w:pPr>
      <w:hyperlink w:anchor="p545">
        <w:r>
          <w:rPr>
            <w:color w:val="2E5A80"/>
            <w:u w:val="single"/>
            <w:sz w:val="18"/>
          </w:rPr>
          <w:t xml:space="preserve">Resentful and tired</w:t>
        </w:r>
      </w:hyperlink>
      <w:r>
        <w:rPr>
          <w:b w:val="0"/>
          <w:i w:val="0"/>
          <w:color w:val="6A6F75"/>
          <w:sz w:val="16"/>
        </w:rPr>
        <w:t xml:space="preserve">  545</w:t>
      </w:r>
    </w:p>
    <w:p>
      <w:pPr>
        <w:spacing w:after="0" w:line="240" w:lineRule="auto"/>
      </w:pPr>
      <w:hyperlink w:anchor="p166">
        <w:r>
          <w:rPr>
            <w:color w:val="2E5A80"/>
            <w:u w:val="single"/>
            <w:sz w:val="18"/>
          </w:rPr>
          <w:t xml:space="preserve">Returning, it cannot hold back</w:t>
        </w:r>
      </w:hyperlink>
      <w:r>
        <w:rPr>
          <w:b w:val="0"/>
          <w:i w:val="0"/>
          <w:color w:val="6A6F75"/>
          <w:sz w:val="16"/>
        </w:rPr>
        <w:t xml:space="preserve">  166</w:t>
      </w:r>
    </w:p>
    <w:p>
      <w:pPr>
        <w:spacing w:after="0" w:line="240" w:lineRule="auto"/>
      </w:pPr>
      <w:hyperlink w:anchor="p475">
        <w:r>
          <w:rPr>
            <w:color w:val="2E5A80"/>
            <w:u w:val="single"/>
            <w:sz w:val="18"/>
          </w:rPr>
          <w:t xml:space="preserve">Rising like an old wave</w:t>
        </w:r>
      </w:hyperlink>
      <w:r>
        <w:rPr>
          <w:b w:val="0"/>
          <w:i w:val="0"/>
          <w:color w:val="6A6F75"/>
          <w:sz w:val="16"/>
        </w:rPr>
        <w:t xml:space="preserve">  475</w:t>
      </w:r>
    </w:p>
    <w:p>
      <w:pPr>
        <w:spacing w:after="0" w:line="240" w:lineRule="auto"/>
      </w:pPr>
      <w:hyperlink w:anchor="p578">
        <w:r>
          <w:rPr>
            <w:color w:val="2E5A80"/>
            <w:u w:val="single"/>
            <w:sz w:val="18"/>
          </w:rPr>
          <w:t xml:space="preserve">Sad even to see</w:t>
        </w:r>
      </w:hyperlink>
      <w:r>
        <w:rPr>
          <w:b w:val="0"/>
          <w:i w:val="0"/>
          <w:color w:val="6A6F75"/>
          <w:sz w:val="16"/>
        </w:rPr>
        <w:t xml:space="preserve">  578</w:t>
      </w:r>
    </w:p>
    <w:p>
      <w:pPr>
        <w:spacing w:after="0" w:line="240" w:lineRule="auto"/>
      </w:pPr>
      <w:hyperlink w:anchor="p88">
        <w:r>
          <w:rPr>
            <w:color w:val="2E5A80"/>
            <w:u w:val="single"/>
            <w:sz w:val="18"/>
          </w:rPr>
          <w:t xml:space="preserve">Seeing in it a likeness</w:t>
        </w:r>
      </w:hyperlink>
      <w:r>
        <w:rPr>
          <w:b w:val="0"/>
          <w:i w:val="0"/>
          <w:color w:val="6A6F75"/>
          <w:sz w:val="16"/>
        </w:rPr>
        <w:t xml:space="preserve">  88</w:t>
      </w:r>
    </w:p>
    <w:p>
      <w:pPr>
        <w:spacing w:after="0" w:line="240" w:lineRule="auto"/>
      </w:pPr>
      <w:hyperlink w:anchor="p162">
        <w:r>
          <w:rPr>
            <w:color w:val="2E5A80"/>
            <w:u w:val="single"/>
            <w:sz w:val="18"/>
          </w:rPr>
          <w:t xml:space="preserve">Seeing it as the dwelling</w:t>
        </w:r>
      </w:hyperlink>
      <w:r>
        <w:rPr>
          <w:b w:val="0"/>
          <w:i w:val="0"/>
          <w:color w:val="6A6F75"/>
          <w:sz w:val="16"/>
        </w:rPr>
        <w:t xml:space="preserve">  162</w:t>
      </w:r>
    </w:p>
    <w:p>
      <w:pPr>
        <w:spacing w:after="0" w:line="240" w:lineRule="auto"/>
      </w:pPr>
      <w:hyperlink w:anchor="p481">
        <w:r>
          <w:rPr>
            <w:color w:val="2E5A80"/>
            <w:u w:val="single"/>
            <w:sz w:val="18"/>
          </w:rPr>
          <w:t xml:space="preserve">Seeing it from afar, my sighs</w:t>
        </w:r>
      </w:hyperlink>
      <w:r>
        <w:rPr>
          <w:b w:val="0"/>
          <w:i w:val="0"/>
          <w:color w:val="6A6F75"/>
          <w:sz w:val="16"/>
        </w:rPr>
        <w:t xml:space="preserve">  481</w:t>
      </w:r>
    </w:p>
    <w:p>
      <w:pPr>
        <w:spacing w:after="0" w:line="240" w:lineRule="auto"/>
      </w:pPr>
      <w:hyperlink w:anchor="p125">
        <w:r>
          <w:rPr>
            <w:color w:val="2E5A80"/>
            <w:u w:val="single"/>
            <w:sz w:val="18"/>
          </w:rPr>
          <w:t xml:space="preserve">Seeing it now</w:t>
        </w:r>
      </w:hyperlink>
      <w:r>
        <w:rPr>
          <w:b w:val="0"/>
          <w:i w:val="0"/>
          <w:color w:val="6A6F75"/>
          <w:sz w:val="16"/>
        </w:rPr>
        <w:t xml:space="preserve">  125</w:t>
      </w:r>
    </w:p>
    <w:p>
      <w:pPr>
        <w:spacing w:after="0" w:line="240" w:lineRule="auto"/>
      </w:pPr>
      <w:hyperlink w:anchor="p109">
        <w:r>
          <w:rPr>
            <w:color w:val="2E5A80"/>
            <w:u w:val="single"/>
            <w:sz w:val="18"/>
          </w:rPr>
          <w:t xml:space="preserve">Seeing only his reflection</w:t>
        </w:r>
      </w:hyperlink>
      <w:r>
        <w:rPr>
          <w:b w:val="0"/>
          <w:i w:val="0"/>
          <w:color w:val="6A6F75"/>
          <w:sz w:val="16"/>
        </w:rPr>
        <w:t xml:space="preserve">  109</w:t>
      </w:r>
    </w:p>
    <w:p>
      <w:pPr>
        <w:spacing w:after="0" w:line="240" w:lineRule="auto"/>
      </w:pPr>
      <w:hyperlink w:anchor="p641">
        <w:r>
          <w:rPr>
            <w:color w:val="2E5A80"/>
            <w:u w:val="single"/>
            <w:sz w:val="18"/>
          </w:rPr>
          <w:t xml:space="preserve">Seeing the low reeds</w:t>
        </w:r>
      </w:hyperlink>
      <w:r>
        <w:rPr>
          <w:b w:val="0"/>
          <w:i w:val="0"/>
          <w:color w:val="6A6F75"/>
          <w:sz w:val="16"/>
        </w:rPr>
        <w:t xml:space="preserve">  641</w:t>
      </w:r>
    </w:p>
    <w:p>
      <w:pPr>
        <w:spacing w:after="0" w:line="240" w:lineRule="auto"/>
      </w:pPr>
      <w:hyperlink w:anchor="p343">
        <w:r>
          <w:rPr>
            <w:color w:val="2E5A80"/>
            <w:u w:val="single"/>
            <w:sz w:val="18"/>
          </w:rPr>
          <w:t xml:space="preserve">Setting out on a sea road</w:t>
        </w:r>
      </w:hyperlink>
      <w:r>
        <w:rPr>
          <w:b w:val="0"/>
          <w:i w:val="0"/>
          <w:color w:val="6A6F75"/>
          <w:sz w:val="16"/>
        </w:rPr>
        <w:t xml:space="preserve">  343</w:t>
      </w:r>
    </w:p>
    <w:p>
      <w:pPr>
        <w:spacing w:after="0" w:line="240" w:lineRule="auto"/>
      </w:pPr>
      <w:hyperlink w:anchor="p235">
        <w:r>
          <w:rPr>
            <w:color w:val="2E5A80"/>
            <w:u w:val="single"/>
            <w:sz w:val="18"/>
          </w:rPr>
          <w:t xml:space="preserve">Shall I cling</w:t>
        </w:r>
      </w:hyperlink>
      <w:r>
        <w:rPr>
          <w:b w:val="0"/>
          <w:i w:val="0"/>
          <w:color w:val="6A6F75"/>
          <w:sz w:val="16"/>
        </w:rPr>
        <w:t xml:space="preserve">  235</w:t>
      </w:r>
    </w:p>
    <w:p>
      <w:pPr>
        <w:spacing w:after="0" w:line="240" w:lineRule="auto"/>
      </w:pPr>
      <w:hyperlink w:anchor="p647">
        <w:r>
          <w:rPr>
            <w:color w:val="2E5A80"/>
            <w:u w:val="single"/>
            <w:sz w:val="18"/>
          </w:rPr>
          <w:t xml:space="preserve">Shall I cross first</w:t>
        </w:r>
      </w:hyperlink>
      <w:r>
        <w:rPr>
          <w:b w:val="0"/>
          <w:i w:val="0"/>
          <w:color w:val="6A6F75"/>
          <w:sz w:val="16"/>
        </w:rPr>
        <w:t xml:space="preserve">  647</w:t>
      </w:r>
    </w:p>
    <w:p>
      <w:pPr>
        <w:spacing w:after="0" w:line="240" w:lineRule="auto"/>
      </w:pPr>
      <w:hyperlink w:anchor="p661">
        <w:r>
          <w:rPr>
            <w:color w:val="2E5A80"/>
            <w:u w:val="single"/>
            <w:sz w:val="18"/>
          </w:rPr>
          <w:t xml:space="preserve">Shall I, who was</w:t>
        </w:r>
      </w:hyperlink>
      <w:r>
        <w:rPr>
          <w:b w:val="0"/>
          <w:i w:val="0"/>
          <w:color w:val="6A6F75"/>
          <w:sz w:val="16"/>
        </w:rPr>
        <w:t xml:space="preserve">  661</w:t>
      </w:r>
    </w:p>
    <w:p>
      <w:pPr>
        <w:spacing w:after="0" w:line="240" w:lineRule="auto"/>
      </w:pPr>
      <w:hyperlink w:anchor="p278">
        <w:r>
          <w:rPr>
            <w:color w:val="2E5A80"/>
            <w:u w:val="single"/>
            <w:sz w:val="18"/>
          </w:rPr>
          <w:t xml:space="preserve">Shall we, not tracing</w:t>
        </w:r>
      </w:hyperlink>
      <w:r>
        <w:rPr>
          <w:b w:val="0"/>
          <w:i w:val="0"/>
          <w:color w:val="6A6F75"/>
          <w:sz w:val="16"/>
        </w:rPr>
        <w:t xml:space="preserve">  278</w:t>
      </w:r>
    </w:p>
    <w:p>
      <w:pPr>
        <w:spacing w:after="0" w:line="240" w:lineRule="auto"/>
      </w:pPr>
      <w:hyperlink w:anchor="p414">
        <w:r>
          <w:rPr>
            <w:color w:val="2E5A80"/>
            <w:u w:val="single"/>
            <w:sz w:val="18"/>
          </w:rPr>
          <w:t xml:space="preserve">Shallow though it is</w:t>
        </w:r>
      </w:hyperlink>
      <w:r>
        <w:rPr>
          <w:b w:val="0"/>
          <w:i w:val="0"/>
          <w:color w:val="6A6F75"/>
          <w:sz w:val="16"/>
        </w:rPr>
        <w:t xml:space="preserve">  414</w:t>
      </w:r>
    </w:p>
    <w:p>
      <w:pPr>
        <w:spacing w:after="0" w:line="240" w:lineRule="auto"/>
      </w:pPr>
      <w:hyperlink w:anchor="p716">
        <w:r>
          <w:rPr>
            <w:color w:val="2E5A80"/>
            <w:u w:val="single"/>
            <w:sz w:val="18"/>
          </w:rPr>
          <w:t xml:space="preserve">She seems to grieve</w:t>
        </w:r>
      </w:hyperlink>
      <w:r>
        <w:rPr>
          <w:b w:val="0"/>
          <w:i w:val="0"/>
          <w:color w:val="6A6F75"/>
          <w:sz w:val="16"/>
        </w:rPr>
        <w:t xml:space="preserve">  716</w:t>
      </w:r>
    </w:p>
    <w:p>
      <w:pPr>
        <w:spacing w:after="0" w:line="240" w:lineRule="auto"/>
      </w:pPr>
      <w:hyperlink w:anchor="p44">
        <w:r>
          <w:rPr>
            <w:color w:val="2E5A80"/>
            <w:u w:val="single"/>
            <w:sz w:val="18"/>
          </w:rPr>
          <w:t xml:space="preserve">She who has gone, and she</w:t>
        </w:r>
      </w:hyperlink>
      <w:r>
        <w:rPr>
          <w:b w:val="0"/>
          <w:i w:val="0"/>
          <w:color w:val="6A6F75"/>
          <w:sz w:val="16"/>
        </w:rPr>
        <w:t xml:space="preserve">  44</w:t>
      </w:r>
    </w:p>
    <w:p>
      <w:pPr>
        <w:spacing w:after="0" w:line="240" w:lineRule="auto"/>
      </w:pPr>
      <w:hyperlink w:anchor="p433">
        <w:r>
          <w:rPr>
            <w:color w:val="2E5A80"/>
            <w:u w:val="single"/>
            <w:sz w:val="18"/>
          </w:rPr>
          <w:t xml:space="preserve">Should I blow</w:t>
        </w:r>
      </w:hyperlink>
      <w:r>
        <w:rPr>
          <w:b w:val="0"/>
          <w:i w:val="0"/>
          <w:color w:val="6A6F75"/>
          <w:sz w:val="16"/>
        </w:rPr>
        <w:t xml:space="preserve">  433</w:t>
      </w:r>
    </w:p>
    <w:p>
      <w:pPr>
        <w:spacing w:after="0" w:line="240" w:lineRule="auto"/>
      </w:pPr>
      <w:hyperlink w:anchor="p247">
        <w:r>
          <w:rPr>
            <w:color w:val="2E5A80"/>
            <w:u w:val="single"/>
            <w:sz w:val="18"/>
          </w:rPr>
          <w:t xml:space="preserve">Should I complain, now I am back?</w:t>
        </w:r>
      </w:hyperlink>
      <w:r>
        <w:rPr>
          <w:b w:val="0"/>
          <w:i w:val="0"/>
          <w:color w:val="6A6F75"/>
          <w:sz w:val="16"/>
        </w:rPr>
        <w:t xml:space="preserve">  247</w:t>
      </w:r>
    </w:p>
    <w:p>
      <w:pPr>
        <w:spacing w:after="0" w:line="240" w:lineRule="auto"/>
      </w:pPr>
      <w:hyperlink w:anchor="p565">
        <w:r>
          <w:rPr>
            <w:color w:val="2E5A80"/>
            <w:u w:val="single"/>
            <w:sz w:val="18"/>
          </w:rPr>
          <w:t xml:space="preserve">Should I say there was</w:t>
        </w:r>
      </w:hyperlink>
      <w:r>
        <w:rPr>
          <w:b w:val="0"/>
          <w:i w:val="0"/>
          <w:color w:val="6A6F75"/>
          <w:sz w:val="16"/>
        </w:rPr>
        <w:t xml:space="preserve">  565</w:t>
      </w:r>
    </w:p>
    <w:p>
      <w:pPr>
        <w:spacing w:after="0" w:line="240" w:lineRule="auto"/>
      </w:pPr>
      <w:hyperlink w:anchor="p713">
        <w:r>
          <w:rPr>
            <w:color w:val="2E5A80"/>
            <w:u w:val="single"/>
            <w:sz w:val="18"/>
          </w:rPr>
          <w:t xml:space="preserve">Should I simply</w:t>
        </w:r>
      </w:hyperlink>
      <w:r>
        <w:rPr>
          <w:b w:val="0"/>
          <w:i w:val="0"/>
          <w:color w:val="6A6F75"/>
          <w:sz w:val="16"/>
        </w:rPr>
        <w:t xml:space="preserve">  713</w:t>
      </w:r>
    </w:p>
    <w:p>
      <w:pPr>
        <w:spacing w:after="0" w:line="240" w:lineRule="auto"/>
      </w:pPr>
      <w:hyperlink w:anchor="p363">
        <w:r>
          <w:rPr>
            <w:color w:val="2E5A80"/>
            <w:u w:val="single"/>
            <w:sz w:val="18"/>
          </w:rPr>
          <w:t xml:space="preserve">Should you throw yourself</w:t>
        </w:r>
      </w:hyperlink>
      <w:r>
        <w:rPr>
          <w:b w:val="0"/>
          <w:i w:val="0"/>
          <w:color w:val="6A6F75"/>
          <w:sz w:val="16"/>
        </w:rPr>
        <w:t xml:space="preserve">  363</w:t>
      </w:r>
    </w:p>
    <w:p>
      <w:pPr>
        <w:spacing w:after="0" w:line="240" w:lineRule="auto"/>
      </w:pPr>
      <w:hyperlink w:anchor="p244">
        <w:r>
          <w:rPr>
            <w:color w:val="2E5A80"/>
            <w:u w:val="single"/>
            <w:sz w:val="18"/>
          </w:rPr>
          <w:t xml:space="preserve">Since a time has come</w:t>
        </w:r>
      </w:hyperlink>
      <w:r>
        <w:rPr>
          <w:b w:val="0"/>
          <w:i w:val="0"/>
          <w:color w:val="6A6F75"/>
          <w:sz w:val="16"/>
        </w:rPr>
        <w:t xml:space="preserve">  244</w:t>
      </w:r>
    </w:p>
    <w:p>
      <w:pPr>
        <w:spacing w:after="0" w:line="240" w:lineRule="auto"/>
      </w:pPr>
      <w:hyperlink w:anchor="p483">
        <w:r>
          <w:rPr>
            <w:color w:val="2E5A80"/>
            <w:u w:val="single"/>
            <w:sz w:val="18"/>
          </w:rPr>
          <w:t xml:space="preserve">Since I handle you</w:t>
        </w:r>
      </w:hyperlink>
      <w:r>
        <w:rPr>
          <w:b w:val="0"/>
          <w:i w:val="0"/>
          <w:color w:val="6A6F75"/>
          <w:sz w:val="16"/>
        </w:rPr>
        <w:t xml:space="preserve">  483</w:t>
      </w:r>
    </w:p>
    <w:p>
      <w:pPr>
        <w:spacing w:after="0" w:line="240" w:lineRule="auto"/>
      </w:pPr>
      <w:hyperlink w:anchor="p62">
        <w:r>
          <w:rPr>
            <w:color w:val="2E5A80"/>
            <w:u w:val="single"/>
            <w:sz w:val="18"/>
          </w:rPr>
          <w:t xml:space="preserve">Since I heard the single cry</w:t>
        </w:r>
      </w:hyperlink>
      <w:r>
        <w:rPr>
          <w:b w:val="0"/>
          <w:i w:val="0"/>
          <w:color w:val="6A6F75"/>
          <w:sz w:val="16"/>
        </w:rPr>
        <w:t xml:space="preserve">  62</w:t>
      </w:r>
    </w:p>
    <w:p>
      <w:pPr>
        <w:spacing w:after="0" w:line="240" w:lineRule="auto"/>
      </w:pPr>
      <w:hyperlink w:anchor="p127">
        <w:r>
          <w:rPr>
            <w:color w:val="2E5A80"/>
            <w:u w:val="single"/>
            <w:sz w:val="18"/>
          </w:rPr>
          <w:t xml:space="preserve">Since I heard you were left behind</w:t>
        </w:r>
      </w:hyperlink>
      <w:r>
        <w:rPr>
          <w:b w:val="0"/>
          <w:i w:val="0"/>
          <w:color w:val="6A6F75"/>
          <w:sz w:val="16"/>
        </w:rPr>
        <w:t xml:space="preserve">  127</w:t>
      </w:r>
    </w:p>
    <w:p>
      <w:pPr>
        <w:spacing w:after="0" w:line="240" w:lineRule="auto"/>
      </w:pPr>
      <w:hyperlink w:anchor="p47">
        <w:r>
          <w:rPr>
            <w:color w:val="2E5A80"/>
            <w:u w:val="single"/>
            <w:sz w:val="18"/>
          </w:rPr>
          <w:t xml:space="preserve">Since I saw the young leaves</w:t>
        </w:r>
      </w:hyperlink>
      <w:r>
        <w:rPr>
          <w:b w:val="0"/>
          <w:i w:val="0"/>
          <w:color w:val="6A6F75"/>
          <w:sz w:val="16"/>
        </w:rPr>
        <w:t xml:space="preserve">  47</w:t>
      </w:r>
    </w:p>
    <w:p>
      <w:pPr>
        <w:spacing w:after="0" w:line="240" w:lineRule="auto"/>
      </w:pPr>
      <w:hyperlink w:anchor="p450">
        <w:r>
          <w:rPr>
            <w:color w:val="2E5A80"/>
            <w:u w:val="single"/>
            <w:sz w:val="18"/>
          </w:rPr>
          <w:t xml:space="preserve">Since it was a chrysanthemum</w:t>
        </w:r>
      </w:hyperlink>
      <w:r>
        <w:rPr>
          <w:b w:val="0"/>
          <w:i w:val="0"/>
          <w:color w:val="6A6F75"/>
          <w:sz w:val="16"/>
        </w:rPr>
        <w:t xml:space="preserve">  450</w:t>
      </w:r>
    </w:p>
    <w:p>
      <w:pPr>
        <w:spacing w:after="0" w:line="240" w:lineRule="auto"/>
      </w:pPr>
      <w:hyperlink w:anchor="p362">
        <w:r>
          <w:rPr>
            <w:color w:val="2E5A80"/>
            <w:u w:val="single"/>
            <w:sz w:val="18"/>
          </w:rPr>
          <w:t xml:space="preserve">Since my heart is set</w:t>
        </w:r>
      </w:hyperlink>
      <w:r>
        <w:rPr>
          <w:b w:val="0"/>
          <w:i w:val="0"/>
          <w:color w:val="6A6F75"/>
          <w:sz w:val="16"/>
        </w:rPr>
        <w:t xml:space="preserve">  362</w:t>
      </w:r>
    </w:p>
    <w:p>
      <w:pPr>
        <w:spacing w:after="0" w:line="240" w:lineRule="auto"/>
      </w:pPr>
      <w:hyperlink w:anchor="p99">
        <w:r>
          <w:rPr>
            <w:color w:val="2E5A80"/>
            <w:u w:val="single"/>
            <w:sz w:val="18"/>
          </w:rPr>
          <w:t xml:space="preserve">Since my sash</w:t>
        </w:r>
      </w:hyperlink>
      <w:r>
        <w:rPr>
          <w:b w:val="0"/>
          <w:i w:val="0"/>
          <w:color w:val="6A6F75"/>
          <w:sz w:val="16"/>
        </w:rPr>
        <w:t xml:space="preserve">  99</w:t>
      </w:r>
    </w:p>
    <w:p>
      <w:pPr>
        <w:spacing w:after="0" w:line="240" w:lineRule="auto"/>
      </w:pPr>
      <w:hyperlink w:anchor="p570">
        <w:r>
          <w:rPr>
            <w:color w:val="2E5A80"/>
            <w:u w:val="single"/>
            <w:sz w:val="18"/>
          </w:rPr>
          <w:t xml:space="preserve">Since the rice-seedling water</w:t>
        </w:r>
      </w:hyperlink>
      <w:r>
        <w:rPr>
          <w:b w:val="0"/>
          <w:i w:val="0"/>
          <w:color w:val="6A6F75"/>
          <w:sz w:val="16"/>
        </w:rPr>
        <w:t xml:space="preserve">  570</w:t>
      </w:r>
    </w:p>
    <w:p>
      <w:pPr>
        <w:spacing w:after="0" w:line="240" w:lineRule="auto"/>
      </w:pPr>
      <w:hyperlink w:anchor="p644">
        <w:r>
          <w:rPr>
            <w:color w:val="2E5A80"/>
            <w:u w:val="single"/>
            <w:sz w:val="18"/>
          </w:rPr>
          <w:t xml:space="preserve">Since the rock</w:t>
        </w:r>
      </w:hyperlink>
      <w:r>
        <w:rPr>
          <w:b w:val="0"/>
          <w:i w:val="0"/>
          <w:color w:val="6A6F75"/>
          <w:sz w:val="16"/>
        </w:rPr>
        <w:t xml:space="preserve">  644</w:t>
      </w:r>
    </w:p>
    <w:p>
      <w:pPr>
        <w:spacing w:after="0" w:line="240" w:lineRule="auto"/>
      </w:pPr>
      <w:hyperlink w:anchor="p302">
        <w:r>
          <w:rPr>
            <w:color w:val="2E5A80"/>
            <w:u w:val="single"/>
            <w:sz w:val="18"/>
          </w:rPr>
          <w:t xml:space="preserve">Since the root it first grew from</w:t>
        </w:r>
      </w:hyperlink>
      <w:r>
        <w:rPr>
          <w:b w:val="0"/>
          <w:i w:val="0"/>
          <w:color w:val="6A6F75"/>
          <w:sz w:val="16"/>
        </w:rPr>
        <w:t xml:space="preserve">  302</w:t>
      </w:r>
    </w:p>
    <w:p>
      <w:pPr>
        <w:spacing w:after="0" w:line="240" w:lineRule="auto"/>
      </w:pPr>
      <w:hyperlink w:anchor="p5">
        <w:r>
          <w:rPr>
            <w:color w:val="2E5A80"/>
            <w:u w:val="single"/>
            <w:sz w:val="18"/>
          </w:rPr>
          <w:t xml:space="preserve">Since the tree that sheltered it</w:t>
        </w:r>
      </w:hyperlink>
      <w:r>
        <w:rPr>
          <w:b w:val="0"/>
          <w:i w:val="0"/>
          <w:color w:val="6A6F75"/>
          <w:sz w:val="16"/>
        </w:rPr>
        <w:t xml:space="preserve">  5</w:t>
      </w:r>
    </w:p>
    <w:p>
      <w:pPr>
        <w:spacing w:after="0" w:line="240" w:lineRule="auto"/>
      </w:pPr>
      <w:hyperlink w:anchor="p1">
        <w:r>
          <w:rPr>
            <w:color w:val="2E5A80"/>
            <w:u w:val="single"/>
            <w:sz w:val="18"/>
          </w:rPr>
          <w:t xml:space="preserve">Since this is the end</w:t>
        </w:r>
      </w:hyperlink>
      <w:r>
        <w:rPr>
          <w:b w:val="0"/>
          <w:i w:val="0"/>
          <w:color w:val="6A6F75"/>
          <w:sz w:val="16"/>
        </w:rPr>
        <w:t xml:space="preserve">  1</w:t>
      </w:r>
    </w:p>
    <w:p>
      <w:pPr>
        <w:spacing w:after="0" w:line="240" w:lineRule="auto"/>
      </w:pPr>
      <w:hyperlink w:anchor="p764">
        <w:r>
          <w:rPr>
            <w:color w:val="2E5A80"/>
            <w:u w:val="single"/>
            <w:sz w:val="18"/>
          </w:rPr>
          <w:t xml:space="preserve">Sleep here as a traveler</w:t>
        </w:r>
      </w:hyperlink>
      <w:r>
        <w:rPr>
          <w:b w:val="0"/>
          <w:i w:val="0"/>
          <w:color w:val="6A6F75"/>
          <w:sz w:val="16"/>
        </w:rPr>
        <w:t xml:space="preserve">  764</w:t>
      </w:r>
    </w:p>
    <w:p>
      <w:pPr>
        <w:spacing w:after="0" w:line="240" w:lineRule="auto"/>
      </w:pPr>
      <w:hyperlink w:anchor="p222">
        <w:r>
          <w:rPr>
            <w:color w:val="2E5A80"/>
            <w:u w:val="single"/>
            <w:sz w:val="18"/>
          </w:rPr>
          <w:t xml:space="preserve">Sleeping alone, do you too</w:t>
        </w:r>
      </w:hyperlink>
      <w:r>
        <w:rPr>
          <w:b w:val="0"/>
          <w:i w:val="0"/>
          <w:color w:val="6A6F75"/>
          <w:sz w:val="16"/>
        </w:rPr>
        <w:t xml:space="preserve">  222</w:t>
      </w:r>
    </w:p>
    <w:p>
      <w:pPr>
        <w:spacing w:after="0" w:line="240" w:lineRule="auto"/>
      </w:pPr>
      <w:hyperlink w:anchor="p530">
        <w:r>
          <w:rPr>
            <w:color w:val="2E5A80"/>
            <w:u w:val="single"/>
            <w:sz w:val="18"/>
          </w:rPr>
          <w:t xml:space="preserve">Soaked by the reed field</w:t>
        </w:r>
      </w:hyperlink>
      <w:r>
        <w:rPr>
          <w:b w:val="0"/>
          <w:i w:val="0"/>
          <w:color w:val="6A6F75"/>
          <w:sz w:val="16"/>
        </w:rPr>
        <w:t xml:space="preserve">  530</w:t>
      </w:r>
    </w:p>
    <w:p>
      <w:pPr>
        <w:spacing w:after="0" w:line="240" w:lineRule="auto"/>
      </w:pPr>
      <w:hyperlink w:anchor="p394">
        <w:r>
          <w:rPr>
            <w:color w:val="2E5A80"/>
            <w:u w:val="single"/>
            <w:sz w:val="18"/>
          </w:rPr>
          <w:t xml:space="preserve">Speaking of it either way</w:t>
        </w:r>
      </w:hyperlink>
      <w:r>
        <w:rPr>
          <w:b w:val="0"/>
          <w:i w:val="0"/>
          <w:color w:val="6A6F75"/>
          <w:sz w:val="16"/>
        </w:rPr>
        <w:t xml:space="preserve">  394</w:t>
      </w:r>
    </w:p>
    <w:p>
      <w:pPr>
        <w:spacing w:after="0" w:line="240" w:lineRule="auto"/>
      </w:pPr>
      <w:hyperlink w:anchor="p4">
        <w:r>
          <w:rPr>
            <w:color w:val="2E5A80"/>
            <w:u w:val="single"/>
            <w:sz w:val="18"/>
          </w:rPr>
          <w:t xml:space="preserve">Still more, to this reed-grown waste</w:t>
        </w:r>
      </w:hyperlink>
      <w:r>
        <w:rPr>
          <w:b w:val="0"/>
          <w:i w:val="0"/>
          <w:color w:val="6A6F75"/>
          <w:sz w:val="16"/>
        </w:rPr>
        <w:t xml:space="preserve">  4</w:t>
      </w:r>
    </w:p>
    <w:p>
      <w:pPr>
        <w:spacing w:after="0" w:line="240" w:lineRule="auto"/>
      </w:pPr>
      <w:hyperlink w:anchor="p251">
        <w:r>
          <w:rPr>
            <w:color w:val="2E5A80"/>
            <w:u w:val="single"/>
            <w:sz w:val="18"/>
          </w:rPr>
          <w:t xml:space="preserve">Stroking it alone</w:t>
        </w:r>
      </w:hyperlink>
      <w:r>
        <w:rPr>
          <w:b w:val="0"/>
          <w:i w:val="0"/>
          <w:color w:val="6A6F75"/>
          <w:sz w:val="16"/>
        </w:rPr>
        <w:t xml:space="preserve">  251</w:t>
      </w:r>
    </w:p>
    <w:p>
      <w:pPr>
        <w:spacing w:after="0" w:line="240" w:lineRule="auto"/>
      </w:pPr>
      <w:hyperlink w:anchor="p373">
        <w:r>
          <w:rPr>
            <w:color w:val="2E5A80"/>
            <w:u w:val="single"/>
            <w:sz w:val="18"/>
          </w:rPr>
          <w:t xml:space="preserve">Surely the firefly</w:t>
        </w:r>
      </w:hyperlink>
      <w:r>
        <w:rPr>
          <w:b w:val="0"/>
          <w:i w:val="0"/>
          <w:color w:val="6A6F75"/>
          <w:sz w:val="16"/>
        </w:rPr>
        <w:t xml:space="preserve">  373</w:t>
      </w:r>
    </w:p>
    <w:p>
      <w:pPr>
        <w:spacing w:after="0" w:line="240" w:lineRule="auto"/>
      </w:pPr>
      <w:hyperlink w:anchor="p30">
        <w:r>
          <w:rPr>
            <w:color w:val="2E5A80"/>
            <w:u w:val="single"/>
            <w:sz w:val="18"/>
          </w:rPr>
          <w:t xml:space="preserve">Taking as our guide the path</w:t>
        </w:r>
      </w:hyperlink>
      <w:r>
        <w:rPr>
          <w:b w:val="0"/>
          <w:i w:val="0"/>
          <w:color w:val="6A6F75"/>
          <w:sz w:val="16"/>
        </w:rPr>
        <w:t xml:space="preserve">  30</w:t>
      </w:r>
    </w:p>
    <w:p>
      <w:pPr>
        <w:spacing w:after="0" w:line="240" w:lineRule="auto"/>
      </w:pPr>
      <w:hyperlink w:anchor="p795">
        <w:r>
          <w:rPr>
            <w:color w:val="2E5A80"/>
            <w:u w:val="single"/>
            <w:sz w:val="18"/>
          </w:rPr>
          <w:t xml:space="preserve">Taking for my guide</w:t>
        </w:r>
      </w:hyperlink>
      <w:r>
        <w:rPr>
          <w:b w:val="0"/>
          <w:i w:val="0"/>
          <w:color w:val="6A6F75"/>
          <w:sz w:val="16"/>
        </w:rPr>
        <w:t xml:space="preserve">  795</w:t>
      </w:r>
    </w:p>
    <w:p>
      <w:pPr>
        <w:spacing w:after="0" w:line="240" w:lineRule="auto"/>
      </w:pPr>
      <w:hyperlink w:anchor="p625">
        <w:r>
          <w:rPr>
            <w:color w:val="2E5A80"/>
            <w:u w:val="single"/>
            <w:sz w:val="18"/>
          </w:rPr>
          <w:t xml:space="preserve">Than dew on the leaves</w:t>
        </w:r>
      </w:hyperlink>
      <w:r>
        <w:rPr>
          <w:b w:val="0"/>
          <w:i w:val="0"/>
          <w:color w:val="6A6F75"/>
          <w:sz w:val="16"/>
        </w:rPr>
        <w:t xml:space="preserve">  625</w:t>
      </w:r>
    </w:p>
    <w:p>
      <w:pPr>
        <w:spacing w:after="0" w:line="240" w:lineRule="auto"/>
      </w:pPr>
      <w:hyperlink w:anchor="p703">
        <w:r>
          <w:rPr>
            <w:color w:val="2E5A80"/>
            <w:u w:val="single"/>
            <w:sz w:val="18"/>
          </w:rPr>
          <w:t xml:space="preserve">Than the fleetingness</w:t>
        </w:r>
      </w:hyperlink>
      <w:r>
        <w:rPr>
          <w:b w:val="0"/>
          <w:i w:val="0"/>
          <w:color w:val="6A6F75"/>
          <w:sz w:val="16"/>
        </w:rPr>
        <w:t xml:space="preserve">  703</w:t>
      </w:r>
    </w:p>
    <w:p>
      <w:pPr>
        <w:spacing w:after="0" w:line="240" w:lineRule="auto"/>
      </w:pPr>
      <w:hyperlink w:anchor="p275">
        <w:r>
          <w:rPr>
            <w:color w:val="2E5A80"/>
            <w:u w:val="single"/>
            <w:sz w:val="18"/>
          </w:rPr>
          <w:t xml:space="preserve">That one word you spoke</w:t>
        </w:r>
      </w:hyperlink>
      <w:r>
        <w:rPr>
          <w:b w:val="0"/>
          <w:i w:val="0"/>
          <w:color w:val="6A6F75"/>
          <w:sz w:val="16"/>
        </w:rPr>
        <w:t xml:space="preserve">  275</w:t>
      </w:r>
    </w:p>
    <w:p>
      <w:pPr>
        <w:spacing w:after="0" w:line="240" w:lineRule="auto"/>
      </w:pPr>
      <w:hyperlink w:anchor="p102">
        <w:r>
          <w:rPr>
            <w:color w:val="2E5A80"/>
            <w:u w:val="single"/>
            <w:sz w:val="18"/>
          </w:rPr>
          <w:t xml:space="preserve">That you know</w:t>
        </w:r>
      </w:hyperlink>
      <w:r>
        <w:rPr>
          <w:b w:val="0"/>
          <w:i w:val="0"/>
          <w:color w:val="6A6F75"/>
          <w:sz w:val="16"/>
        </w:rPr>
        <w:t xml:space="preserve">  102</w:t>
      </w:r>
    </w:p>
    <w:p>
      <w:pPr>
        <w:spacing w:after="0" w:line="240" w:lineRule="auto"/>
      </w:pPr>
      <w:hyperlink w:anchor="p761">
        <w:r>
          <w:rPr>
            <w:color w:val="2E5A80"/>
            <w:u w:val="single"/>
            <w:sz w:val="18"/>
          </w:rPr>
          <w:t xml:space="preserve">The autumn wind</w:t>
        </w:r>
      </w:hyperlink>
      <w:r>
        <w:rPr>
          <w:b w:val="0"/>
          <w:i w:val="0"/>
          <w:color w:val="6A6F75"/>
          <w:sz w:val="16"/>
        </w:rPr>
        <w:t xml:space="preserve">  761</w:t>
      </w:r>
    </w:p>
    <w:p>
      <w:pPr>
        <w:spacing w:after="0" w:line="240" w:lineRule="auto"/>
      </w:pPr>
      <w:hyperlink w:anchor="p367">
        <w:r>
          <w:rPr>
            <w:color w:val="2E5A80"/>
            <w:u w:val="single"/>
            <w:sz w:val="18"/>
          </w:rPr>
          <w:t xml:space="preserve">The bamboo shoot</w:t>
        </w:r>
      </w:hyperlink>
      <w:r>
        <w:rPr>
          <w:b w:val="0"/>
          <w:i w:val="0"/>
          <w:color w:val="6A6F75"/>
          <w:sz w:val="16"/>
        </w:rPr>
        <w:t xml:space="preserve">  367</w:t>
      </w:r>
    </w:p>
    <w:p>
      <w:pPr>
        <w:spacing w:after="0" w:line="240" w:lineRule="auto"/>
      </w:pPr>
      <w:hyperlink w:anchor="p361">
        <w:r>
          <w:rPr>
            <w:color w:val="2E5A80"/>
            <w:u w:val="single"/>
            <w:sz w:val="18"/>
          </w:rPr>
          <w:t xml:space="preserve">The boat that glides</w:t>
        </w:r>
      </w:hyperlink>
      <w:r>
        <w:rPr>
          <w:b w:val="0"/>
          <w:i w:val="0"/>
          <w:color w:val="6A6F75"/>
          <w:sz w:val="16"/>
        </w:rPr>
        <w:t xml:space="preserve">  361</w:t>
      </w:r>
    </w:p>
    <w:p>
      <w:pPr>
        <w:spacing w:after="0" w:line="240" w:lineRule="auto"/>
      </w:pPr>
      <w:hyperlink w:anchor="p338">
        <w:r>
          <w:rPr>
            <w:color w:val="2E5A80"/>
            <w:u w:val="single"/>
            <w:sz w:val="18"/>
          </w:rPr>
          <w:t xml:space="preserve">The boatmen too: for whom</w:t>
        </w:r>
      </w:hyperlink>
      <w:r>
        <w:rPr>
          <w:b w:val="0"/>
          <w:i w:val="0"/>
          <w:color w:val="6A6F75"/>
          <w:sz w:val="16"/>
        </w:rPr>
        <w:t xml:space="preserve">  338</w:t>
      </w:r>
    </w:p>
    <w:p>
      <w:pPr>
        <w:spacing w:after="0" w:line="240" w:lineRule="auto"/>
      </w:pPr>
      <w:hyperlink w:anchor="p555">
        <w:r>
          <w:rPr>
            <w:color w:val="2E5A80"/>
            <w:u w:val="single"/>
            <w:sz w:val="18"/>
          </w:rPr>
          <w:t xml:space="preserve">The bond we tie</w:t>
        </w:r>
      </w:hyperlink>
      <w:r>
        <w:rPr>
          <w:b w:val="0"/>
          <w:i w:val="0"/>
          <w:color w:val="6A6F75"/>
          <w:sz w:val="16"/>
        </w:rPr>
        <w:t xml:space="preserve">  555</w:t>
      </w:r>
    </w:p>
    <w:p>
      <w:pPr>
        <w:spacing w:after="0" w:line="240" w:lineRule="auto"/>
      </w:pPr>
      <w:hyperlink w:anchor="p393">
        <w:r>
          <w:rPr>
            <w:color w:val="2E5A80"/>
            <w:u w:val="single"/>
            <w:sz w:val="18"/>
          </w:rPr>
          <w:t xml:space="preserve">The bright light</w:t>
        </w:r>
      </w:hyperlink>
      <w:r>
        <w:rPr>
          <w:b w:val="0"/>
          <w:i w:val="0"/>
          <w:color w:val="6A6F75"/>
          <w:sz w:val="16"/>
        </w:rPr>
        <w:t xml:space="preserve">  393</w:t>
      </w:r>
    </w:p>
    <w:p>
      <w:pPr>
        <w:spacing w:after="0" w:line="240" w:lineRule="auto"/>
      </w:pPr>
      <w:hyperlink w:anchor="p669">
        <w:r>
          <w:rPr>
            <w:color w:val="2E5A80"/>
            <w:u w:val="single"/>
            <w:sz w:val="18"/>
          </w:rPr>
          <w:t xml:space="preserve">The cherry blossoms</w:t>
        </w:r>
      </w:hyperlink>
      <w:r>
        <w:rPr>
          <w:b w:val="0"/>
          <w:i w:val="0"/>
          <w:color w:val="6A6F75"/>
          <w:sz w:val="16"/>
        </w:rPr>
        <w:t xml:space="preserve">  669</w:t>
      </w:r>
    </w:p>
    <w:p>
      <w:pPr>
        <w:spacing w:after="0" w:line="240" w:lineRule="auto"/>
      </w:pPr>
      <w:hyperlink w:anchor="p651">
        <w:r>
          <w:rPr>
            <w:color w:val="2E5A80"/>
            <w:u w:val="single"/>
            <w:sz w:val="18"/>
          </w:rPr>
          <w:t xml:space="preserve">The cherry of the house</w:t>
        </w:r>
      </w:hyperlink>
      <w:r>
        <w:rPr>
          <w:b w:val="0"/>
          <w:i w:val="0"/>
          <w:color w:val="6A6F75"/>
          <w:sz w:val="16"/>
        </w:rPr>
        <w:t xml:space="preserve">  651</w:t>
      </w:r>
    </w:p>
    <w:p>
      <w:pPr>
        <w:spacing w:after="0" w:line="240" w:lineRule="auto"/>
      </w:pPr>
      <w:hyperlink w:anchor="p456">
        <w:r>
          <w:rPr>
            <w:color w:val="2E5A80"/>
            <w:u w:val="single"/>
            <w:sz w:val="18"/>
          </w:rPr>
          <w:t xml:space="preserve">The chrysanthemum</w:t>
        </w:r>
      </w:hyperlink>
      <w:r>
        <w:rPr>
          <w:b w:val="0"/>
          <w:i w:val="0"/>
          <w:color w:val="6A6F75"/>
          <w:sz w:val="16"/>
        </w:rPr>
        <w:t xml:space="preserve">  456</w:t>
      </w:r>
    </w:p>
    <w:p>
      <w:pPr>
        <w:spacing w:after="0" w:line="240" w:lineRule="auto"/>
      </w:pPr>
      <w:hyperlink w:anchor="p455">
        <w:r>
          <w:rPr>
            <w:color w:val="2E5A80"/>
            <w:u w:val="single"/>
            <w:sz w:val="18"/>
          </w:rPr>
          <w:t xml:space="preserve">The chrysanthemum by the fence</w:t>
        </w:r>
      </w:hyperlink>
      <w:r>
        <w:rPr>
          <w:b w:val="0"/>
          <w:i w:val="0"/>
          <w:color w:val="6A6F75"/>
          <w:sz w:val="16"/>
        </w:rPr>
        <w:t xml:space="preserve">  455</w:t>
      </w:r>
    </w:p>
    <w:p>
      <w:pPr>
        <w:spacing w:after="0" w:line="240" w:lineRule="auto"/>
      </w:pPr>
      <w:hyperlink w:anchor="p729">
        <w:r>
          <w:rPr>
            <w:color w:val="2E5A80"/>
            <w:u w:val="single"/>
            <w:sz w:val="18"/>
          </w:rPr>
          <w:t xml:space="preserve">The clear spring water</w:t>
        </w:r>
      </w:hyperlink>
      <w:r>
        <w:rPr>
          <w:b w:val="0"/>
          <w:i w:val="0"/>
          <w:color w:val="6A6F75"/>
          <w:sz w:val="16"/>
        </w:rPr>
        <w:t xml:space="preserve">  729</w:t>
      </w:r>
    </w:p>
    <w:p>
      <w:pPr>
        <w:spacing w:after="0" w:line="240" w:lineRule="auto"/>
      </w:pPr>
      <w:hyperlink w:anchor="p627">
        <w:r>
          <w:rPr>
            <w:color w:val="2E5A80"/>
            <w:u w:val="single"/>
            <w:sz w:val="18"/>
          </w:rPr>
          <w:t xml:space="preserve">The clinging path</w:t>
        </w:r>
      </w:hyperlink>
      <w:r>
        <w:rPr>
          <w:b w:val="0"/>
          <w:i w:val="0"/>
          <w:color w:val="6A6F75"/>
          <w:sz w:val="16"/>
        </w:rPr>
        <w:t xml:space="preserve">  627</w:t>
      </w:r>
    </w:p>
    <w:p>
      <w:pPr>
        <w:spacing w:after="0" w:line="240" w:lineRule="auto"/>
      </w:pPr>
      <w:hyperlink w:anchor="p742">
        <w:r>
          <w:rPr>
            <w:color w:val="2E5A80"/>
            <w:u w:val="single"/>
            <w:sz w:val="18"/>
          </w:rPr>
          <w:t xml:space="preserve">The color of Tachibana</w:t>
        </w:r>
      </w:hyperlink>
      <w:r>
        <w:rPr>
          <w:b w:val="0"/>
          <w:i w:val="0"/>
          <w:color w:val="6A6F75"/>
          <w:sz w:val="16"/>
        </w:rPr>
        <w:t xml:space="preserve">  742</w:t>
      </w:r>
    </w:p>
    <w:p>
      <w:pPr>
        <w:spacing w:after="0" w:line="240" w:lineRule="auto"/>
      </w:pPr>
      <w:hyperlink w:anchor="p167">
        <w:r>
          <w:rPr>
            <w:color w:val="2E5A80"/>
            <w:u w:val="single"/>
            <w:sz w:val="18"/>
          </w:rPr>
          <w:t xml:space="preserve">The cuckoo’s voice</w:t>
        </w:r>
      </w:hyperlink>
      <w:r>
        <w:rPr>
          <w:b w:val="0"/>
          <w:i w:val="0"/>
          <w:color w:val="6A6F75"/>
          <w:sz w:val="16"/>
        </w:rPr>
        <w:t xml:space="preserve">  167</w:t>
      </w:r>
    </w:p>
    <w:p>
      <w:pPr>
        <w:spacing w:after="0" w:line="240" w:lineRule="auto"/>
      </w:pPr>
      <w:hyperlink w:anchor="p158">
        <w:r>
          <w:rPr>
            <w:color w:val="2E5A80"/>
            <w:u w:val="single"/>
            <w:sz w:val="18"/>
          </w:rPr>
          <w:t xml:space="preserve">The day of parting</w:t>
        </w:r>
      </w:hyperlink>
      <w:r>
        <w:rPr>
          <w:b w:val="0"/>
          <w:i w:val="0"/>
          <w:color w:val="6A6F75"/>
          <w:sz w:val="16"/>
        </w:rPr>
        <w:t xml:space="preserve">  158</w:t>
      </w:r>
    </w:p>
    <w:p>
      <w:pPr>
        <w:spacing w:after="0" w:line="240" w:lineRule="auto"/>
      </w:pPr>
      <w:hyperlink w:anchor="p561">
        <w:r>
          <w:rPr>
            <w:color w:val="2E5A80"/>
            <w:u w:val="single"/>
            <w:sz w:val="18"/>
          </w:rPr>
          <w:t xml:space="preserve">The dew is no different</w:t>
        </w:r>
      </w:hyperlink>
      <w:r>
        <w:rPr>
          <w:b w:val="0"/>
          <w:i w:val="0"/>
          <w:color w:val="6A6F75"/>
          <w:sz w:val="16"/>
        </w:rPr>
        <w:t xml:space="preserve">  561</w:t>
      </w:r>
    </w:p>
    <w:p>
      <w:pPr>
        <w:spacing w:after="0" w:line="240" w:lineRule="auto"/>
      </w:pPr>
      <w:hyperlink w:anchor="p710">
        <w:r>
          <w:rPr>
            <w:color w:val="2E5A80"/>
            <w:u w:val="single"/>
            <w:sz w:val="18"/>
          </w:rPr>
          <w:t xml:space="preserve">The dew is thick</w:t>
        </w:r>
      </w:hyperlink>
      <w:r>
        <w:rPr>
          <w:b w:val="0"/>
          <w:i w:val="0"/>
          <w:color w:val="6A6F75"/>
          <w:sz w:val="16"/>
        </w:rPr>
        <w:t xml:space="preserve">  710</w:t>
      </w:r>
    </w:p>
    <w:p>
      <w:pPr>
        <w:spacing w:after="0" w:line="240" w:lineRule="auto"/>
      </w:pPr>
      <w:hyperlink w:anchor="p35">
        <w:r>
          <w:rPr>
            <w:color w:val="2E5A80"/>
            <w:u w:val="single"/>
            <w:sz w:val="18"/>
          </w:rPr>
          <w:t xml:space="preserve">The dew on the evening face</w:t>
        </w:r>
      </w:hyperlink>
      <w:r>
        <w:rPr>
          <w:b w:val="0"/>
          <w:i w:val="0"/>
          <w:color w:val="6A6F75"/>
          <w:sz w:val="16"/>
        </w:rPr>
        <w:t xml:space="preserve">  35</w:t>
      </w:r>
    </w:p>
    <w:p>
      <w:pPr>
        <w:spacing w:after="0" w:line="240" w:lineRule="auto"/>
      </w:pPr>
      <w:hyperlink w:anchor="p122">
        <w:r>
          <w:rPr>
            <w:color w:val="2E5A80"/>
            <w:u w:val="single"/>
            <w:sz w:val="18"/>
          </w:rPr>
          <w:t xml:space="preserve">The drifting cloud</w:t>
        </w:r>
      </w:hyperlink>
      <w:r>
        <w:rPr>
          <w:b w:val="0"/>
          <w:i w:val="0"/>
          <w:color w:val="6A6F75"/>
          <w:sz w:val="16"/>
        </w:rPr>
        <w:t xml:space="preserve">  122</w:t>
      </w:r>
    </w:p>
    <w:p>
      <w:pPr>
        <w:spacing w:after="0" w:line="240" w:lineRule="auto"/>
      </w:pPr>
      <w:hyperlink w:anchor="p16">
        <w:r>
          <w:rPr>
            <w:color w:val="2E5A80"/>
            <w:u w:val="single"/>
            <w:sz w:val="18"/>
          </w:rPr>
          <w:t xml:space="preserve">The everlasting pink</w:t>
        </w:r>
      </w:hyperlink>
      <w:r>
        <w:rPr>
          <w:b w:val="0"/>
          <w:i w:val="0"/>
          <w:color w:val="6A6F75"/>
          <w:sz w:val="16"/>
        </w:rPr>
        <w:t xml:space="preserve">  16</w:t>
      </w:r>
    </w:p>
    <w:p>
      <w:pPr>
        <w:spacing w:after="0" w:line="240" w:lineRule="auto"/>
      </w:pPr>
      <w:hyperlink w:anchor="p286">
        <w:r>
          <w:rPr>
            <w:color w:val="2E5A80"/>
            <w:u w:val="single"/>
            <w:sz w:val="18"/>
          </w:rPr>
          <w:t xml:space="preserve">The fishing boat</w:t>
        </w:r>
      </w:hyperlink>
      <w:r>
        <w:rPr>
          <w:b w:val="0"/>
          <w:i w:val="0"/>
          <w:color w:val="6A6F75"/>
          <w:sz w:val="16"/>
        </w:rPr>
        <w:t xml:space="preserve">  286</w:t>
      </w:r>
    </w:p>
    <w:p>
      <w:pPr>
        <w:spacing w:after="0" w:line="240" w:lineRule="auto"/>
      </w:pPr>
      <w:hyperlink w:anchor="p165">
        <w:r>
          <w:rPr>
            <w:color w:val="2E5A80"/>
            <w:u w:val="single"/>
            <w:sz w:val="18"/>
          </w:rPr>
          <w:t xml:space="preserve">The flower that bloomed</w:t>
        </w:r>
      </w:hyperlink>
      <w:r>
        <w:rPr>
          <w:b w:val="0"/>
          <w:i w:val="0"/>
          <w:color w:val="6A6F75"/>
          <w:sz w:val="16"/>
        </w:rPr>
        <w:t xml:space="preserve">  165</w:t>
      </w:r>
    </w:p>
    <w:p>
      <w:pPr>
        <w:spacing w:after="0" w:line="240" w:lineRule="auto"/>
      </w:pPr>
      <w:hyperlink w:anchor="p34">
        <w:r>
          <w:rPr>
            <w:color w:val="2E5A80"/>
            <w:u w:val="single"/>
            <w:sz w:val="18"/>
          </w:rPr>
          <w:t xml:space="preserve">The flower that loosens its cords</w:t>
        </w:r>
      </w:hyperlink>
      <w:r>
        <w:rPr>
          <w:b w:val="0"/>
          <w:i w:val="0"/>
          <w:color w:val="6A6F75"/>
          <w:sz w:val="16"/>
        </w:rPr>
        <w:t xml:space="preserve">  34</w:t>
      </w:r>
    </w:p>
    <w:p>
      <w:pPr>
        <w:spacing w:after="0" w:line="240" w:lineRule="auto"/>
      </w:pPr>
      <w:hyperlink w:anchor="p687">
        <w:r>
          <w:rPr>
            <w:color w:val="2E5A80"/>
            <w:u w:val="single"/>
            <w:sz w:val="18"/>
          </w:rPr>
          <w:t xml:space="preserve">The flowering branch</w:t>
        </w:r>
      </w:hyperlink>
      <w:r>
        <w:rPr>
          <w:b w:val="0"/>
          <w:i w:val="0"/>
          <w:color w:val="6A6F75"/>
          <w:sz w:val="16"/>
        </w:rPr>
        <w:t xml:space="preserve">  687</w:t>
      </w:r>
    </w:p>
    <w:p>
      <w:pPr>
        <w:spacing w:after="0" w:line="240" w:lineRule="auto"/>
      </w:pPr>
      <w:hyperlink w:anchor="p489">
        <w:r>
          <w:rPr>
            <w:color w:val="2E5A80"/>
            <w:u w:val="single"/>
            <w:sz w:val="18"/>
          </w:rPr>
          <w:t xml:space="preserve">The frost that falls</w:t>
        </w:r>
      </w:hyperlink>
      <w:r>
        <w:rPr>
          <w:b w:val="0"/>
          <w:i w:val="0"/>
          <w:color w:val="6A6F75"/>
          <w:sz w:val="16"/>
        </w:rPr>
        <w:t xml:space="preserve">  489</w:t>
      </w:r>
    </w:p>
    <w:p>
      <w:pPr>
        <w:spacing w:after="0" w:line="240" w:lineRule="auto"/>
      </w:pPr>
      <w:hyperlink w:anchor="p487">
        <w:r>
          <w:rPr>
            <w:color w:val="2E5A80"/>
            <w:u w:val="single"/>
            <w:sz w:val="18"/>
          </w:rPr>
          <w:t xml:space="preserve">The frost that settles deep</w:t>
        </w:r>
      </w:hyperlink>
      <w:r>
        <w:rPr>
          <w:b w:val="0"/>
          <w:i w:val="0"/>
          <w:color w:val="6A6F75"/>
          <w:sz w:val="16"/>
        </w:rPr>
        <w:t xml:space="preserve">  487</w:t>
      </w:r>
    </w:p>
    <w:p>
      <w:pPr>
        <w:spacing w:after="0" w:line="240" w:lineRule="auto"/>
      </w:pPr>
      <w:hyperlink w:anchor="p425">
        <w:r>
          <w:rPr>
            <w:color w:val="2E5A80"/>
            <w:u w:val="single"/>
            <w:sz w:val="18"/>
          </w:rPr>
          <w:t xml:space="preserve">The gosling hidden in its nest</w:t>
        </w:r>
      </w:hyperlink>
      <w:r>
        <w:rPr>
          <w:b w:val="0"/>
          <w:i w:val="0"/>
          <w:color w:val="6A6F75"/>
          <w:sz w:val="16"/>
        </w:rPr>
        <w:t xml:space="preserve">  425</w:t>
      </w:r>
    </w:p>
    <w:p>
      <w:pPr>
        <w:spacing w:after="0" w:line="240" w:lineRule="auto"/>
      </w:pPr>
      <w:hyperlink w:anchor="p467">
        <w:r>
          <w:rPr>
            <w:color w:val="2E5A80"/>
            <w:u w:val="single"/>
            <w:sz w:val="18"/>
          </w:rPr>
          <w:t xml:space="preserve">The heart that remains</w:t>
        </w:r>
      </w:hyperlink>
      <w:r>
        <w:rPr>
          <w:b w:val="0"/>
          <w:i w:val="0"/>
          <w:color w:val="6A6F75"/>
          <w:sz w:val="16"/>
        </w:rPr>
        <w:t xml:space="preserve">  467</w:t>
      </w:r>
    </w:p>
    <w:p>
      <w:pPr>
        <w:spacing w:after="0" w:line="240" w:lineRule="auto"/>
      </w:pPr>
      <w:hyperlink w:anchor="p113">
        <w:r>
          <w:rPr>
            <w:color w:val="2E5A80"/>
            <w:u w:val="single"/>
            <w:sz w:val="18"/>
          </w:rPr>
          <w:t xml:space="preserve">The heart that wore it</w:t>
        </w:r>
      </w:hyperlink>
      <w:r>
        <w:rPr>
          <w:b w:val="0"/>
          <w:i w:val="0"/>
          <w:color w:val="6A6F75"/>
          <w:sz w:val="16"/>
        </w:rPr>
        <w:t xml:space="preserve">  113</w:t>
      </w:r>
    </w:p>
    <w:p>
      <w:pPr>
        <w:spacing w:after="0" w:line="240" w:lineRule="auto"/>
      </w:pPr>
      <w:hyperlink w:anchor="p376">
        <w:r>
          <w:rPr>
            <w:color w:val="2E5A80"/>
            <w:u w:val="single"/>
            <w:sz w:val="18"/>
          </w:rPr>
          <w:t xml:space="preserve">The iris by the water</w:t>
        </w:r>
      </w:hyperlink>
      <w:r>
        <w:rPr>
          <w:b w:val="0"/>
          <w:i w:val="0"/>
          <w:color w:val="6A6F75"/>
          <w:sz w:val="16"/>
        </w:rPr>
        <w:t xml:space="preserve">  376</w:t>
      </w:r>
    </w:p>
    <w:p>
      <w:pPr>
        <w:spacing w:after="0" w:line="240" w:lineRule="auto"/>
      </w:pPr>
      <w:hyperlink w:anchor="p732">
        <w:r>
          <w:rPr>
            <w:color w:val="2E5A80"/>
            <w:u w:val="single"/>
            <w:sz w:val="18"/>
          </w:rPr>
          <w:t xml:space="preserve">The ivy has changed</w:t>
        </w:r>
      </w:hyperlink>
      <w:r>
        <w:rPr>
          <w:b w:val="0"/>
          <w:i w:val="0"/>
          <w:color w:val="6A6F75"/>
          <w:sz w:val="16"/>
        </w:rPr>
        <w:t xml:space="preserve">  732</w:t>
      </w:r>
    </w:p>
    <w:p>
      <w:pPr>
        <w:spacing w:after="0" w:line="240" w:lineRule="auto"/>
      </w:pPr>
      <w:hyperlink w:anchor="p265">
        <w:r>
          <w:rPr>
            <w:color w:val="2E5A80"/>
            <w:u w:val="single"/>
            <w:sz w:val="18"/>
          </w:rPr>
          <w:t xml:space="preserve">The jeweled vine I trusted</w:t>
        </w:r>
      </w:hyperlink>
      <w:r>
        <w:rPr>
          <w:b w:val="0"/>
          <w:i w:val="0"/>
          <w:color w:val="6A6F75"/>
          <w:sz w:val="16"/>
        </w:rPr>
        <w:t xml:space="preserve">  265</w:t>
      </w:r>
    </w:p>
    <w:p>
      <w:pPr>
        <w:spacing w:after="0" w:line="240" w:lineRule="auto"/>
      </w:pPr>
      <w:hyperlink w:anchor="p291">
        <w:r>
          <w:rPr>
            <w:color w:val="2E5A80"/>
            <w:u w:val="single"/>
            <w:sz w:val="18"/>
          </w:rPr>
          <w:t xml:space="preserve">The little spring</w:t>
        </w:r>
      </w:hyperlink>
      <w:r>
        <w:rPr>
          <w:b w:val="0"/>
          <w:i w:val="0"/>
          <w:color w:val="6A6F75"/>
          <w:sz w:val="16"/>
        </w:rPr>
        <w:t xml:space="preserve">  291</w:t>
      </w:r>
    </w:p>
    <w:p>
      <w:pPr>
        <w:spacing w:after="0" w:line="240" w:lineRule="auto"/>
      </w:pPr>
      <w:hyperlink w:anchor="p739">
        <w:r>
          <w:rPr>
            <w:color w:val="2E5A80"/>
            <w:u w:val="single"/>
            <w:sz w:val="18"/>
          </w:rPr>
          <w:t xml:space="preserve">The long pledge</w:t>
        </w:r>
      </w:hyperlink>
      <w:r>
        <w:rPr>
          <w:b w:val="0"/>
          <w:i w:val="0"/>
          <w:color w:val="6A6F75"/>
          <w:sz w:val="16"/>
        </w:rPr>
        <w:t xml:space="preserve">  739</w:t>
      </w:r>
    </w:p>
    <w:p>
      <w:pPr>
        <w:spacing w:after="0" w:line="240" w:lineRule="auto"/>
      </w:pPr>
      <w:hyperlink w:anchor="p660">
        <w:r>
          <w:rPr>
            <w:color w:val="2E5A80"/>
            <w:u w:val="single"/>
            <w:sz w:val="18"/>
          </w:rPr>
          <w:t xml:space="preserve">The maiden flower</w:t>
        </w:r>
      </w:hyperlink>
      <w:r>
        <w:rPr>
          <w:b w:val="0"/>
          <w:i w:val="0"/>
          <w:color w:val="6A6F75"/>
          <w:sz w:val="16"/>
        </w:rPr>
        <w:t xml:space="preserve">  660</w:t>
      </w:r>
    </w:p>
    <w:p>
      <w:pPr>
        <w:spacing w:after="0" w:line="240" w:lineRule="auto"/>
      </w:pPr>
      <w:hyperlink w:anchor="p706">
        <w:r>
          <w:rPr>
            <w:color w:val="2E5A80"/>
            <w:u w:val="single"/>
            <w:sz w:val="18"/>
          </w:rPr>
          <w:t xml:space="preserve">The maiden flower</w:t>
        </w:r>
      </w:hyperlink>
      <w:r>
        <w:rPr>
          <w:b w:val="0"/>
          <w:i w:val="0"/>
          <w:color w:val="6A6F75"/>
          <w:sz w:val="16"/>
        </w:rPr>
        <w:t xml:space="preserve">  706</w:t>
      </w:r>
    </w:p>
    <w:p>
      <w:pPr>
        <w:spacing w:after="0" w:line="240" w:lineRule="auto"/>
      </w:pPr>
      <w:hyperlink w:anchor="p329">
        <w:r>
          <w:rPr>
            <w:color w:val="2E5A80"/>
            <w:u w:val="single"/>
            <w:sz w:val="18"/>
          </w:rPr>
          <w:t xml:space="preserve">The maiden too</w:t>
        </w:r>
      </w:hyperlink>
      <w:r>
        <w:rPr>
          <w:b w:val="0"/>
          <w:i w:val="0"/>
          <w:color w:val="6A6F75"/>
          <w:sz w:val="16"/>
        </w:rPr>
        <w:t xml:space="preserve">  329</w:t>
      </w:r>
    </w:p>
    <w:p>
      <w:pPr>
        <w:spacing w:after="0" w:line="240" w:lineRule="auto"/>
      </w:pPr>
      <w:hyperlink w:anchor="p745">
        <w:r>
          <w:rPr>
            <w:color w:val="2E5A80"/>
            <w:u w:val="single"/>
            <w:sz w:val="18"/>
          </w:rPr>
          <w:t xml:space="preserve">The misery</w:t>
        </w:r>
      </w:hyperlink>
      <w:r>
        <w:rPr>
          <w:b w:val="0"/>
          <w:i w:val="0"/>
          <w:color w:val="6A6F75"/>
          <w:sz w:val="16"/>
        </w:rPr>
        <w:t xml:space="preserve">  745</w:t>
      </w:r>
    </w:p>
    <w:p>
      <w:pPr>
        <w:spacing w:after="0" w:line="240" w:lineRule="auto"/>
      </w:pPr>
      <w:hyperlink w:anchor="p527">
        <w:r>
          <w:rPr>
            <w:color w:val="2E5A80"/>
            <w:u w:val="single"/>
            <w:sz w:val="18"/>
          </w:rPr>
          <w:t xml:space="preserve">The mist that rises</w:t>
        </w:r>
      </w:hyperlink>
      <w:r>
        <w:rPr>
          <w:b w:val="0"/>
          <w:i w:val="0"/>
          <w:color w:val="6A6F75"/>
          <w:sz w:val="16"/>
        </w:rPr>
        <w:t xml:space="preserve">  527</w:t>
      </w:r>
    </w:p>
    <w:p>
      <w:pPr>
        <w:spacing w:after="0" w:line="240" w:lineRule="auto"/>
      </w:pPr>
      <w:hyperlink w:anchor="p155">
        <w:r>
          <w:rPr>
            <w:color w:val="2E5A80"/>
            <w:u w:val="single"/>
            <w:sz w:val="18"/>
          </w:rPr>
          <w:t xml:space="preserve">The moonlight has not changed</w:t>
        </w:r>
      </w:hyperlink>
      <w:r>
        <w:rPr>
          <w:b w:val="0"/>
          <w:i w:val="0"/>
          <w:color w:val="6A6F75"/>
          <w:sz w:val="16"/>
        </w:rPr>
        <w:t xml:space="preserve">  155</w:t>
      </w:r>
    </w:p>
    <w:p>
      <w:pPr>
        <w:spacing w:after="0" w:line="240" w:lineRule="auto"/>
      </w:pPr>
      <w:hyperlink w:anchor="p525">
        <w:r>
          <w:rPr>
            <w:color w:val="2E5A80"/>
            <w:u w:val="single"/>
            <w:sz w:val="18"/>
          </w:rPr>
          <w:t xml:space="preserve">The moonlight looks</w:t>
        </w:r>
      </w:hyperlink>
      <w:r>
        <w:rPr>
          <w:b w:val="0"/>
          <w:i w:val="0"/>
          <w:color w:val="6A6F75"/>
          <w:sz w:val="16"/>
        </w:rPr>
        <w:t xml:space="preserve">  525</w:t>
      </w:r>
    </w:p>
    <w:p>
      <w:pPr>
        <w:spacing w:after="0" w:line="240" w:lineRule="auto"/>
      </w:pPr>
      <w:hyperlink w:anchor="p175">
        <w:r>
          <w:rPr>
            <w:color w:val="2E5A80"/>
            <w:u w:val="single"/>
            <w:sz w:val="18"/>
          </w:rPr>
          <w:t xml:space="preserve">The moonlight that comes round</w:t>
        </w:r>
      </w:hyperlink>
      <w:r>
        <w:rPr>
          <w:b w:val="0"/>
          <w:i w:val="0"/>
          <w:color w:val="6A6F75"/>
          <w:sz w:val="16"/>
        </w:rPr>
        <w:t xml:space="preserve">  175</w:t>
      </w:r>
    </w:p>
    <w:p>
      <w:pPr>
        <w:spacing w:after="0" w:line="240" w:lineRule="auto"/>
      </w:pPr>
      <w:hyperlink w:anchor="p297">
        <w:r>
          <w:rPr>
            <w:color w:val="2E5A80"/>
            <w:u w:val="single"/>
            <w:sz w:val="18"/>
          </w:rPr>
          <w:t xml:space="preserve">The moonlight, for a while</w:t>
        </w:r>
      </w:hyperlink>
      <w:r>
        <w:rPr>
          <w:b w:val="0"/>
          <w:i w:val="0"/>
          <w:color w:val="6A6F75"/>
          <w:sz w:val="16"/>
        </w:rPr>
        <w:t xml:space="preserve">  297</w:t>
      </w:r>
    </w:p>
    <w:p>
      <w:pPr>
        <w:spacing w:after="0" w:line="240" w:lineRule="auto"/>
      </w:pPr>
      <w:hyperlink w:anchor="p311">
        <w:r>
          <w:rPr>
            <w:color w:val="2E5A80"/>
            <w:u w:val="single"/>
            <w:sz w:val="18"/>
          </w:rPr>
          <w:t xml:space="preserve">The morning glory I saw once</w:t>
        </w:r>
      </w:hyperlink>
      <w:r>
        <w:rPr>
          <w:b w:val="0"/>
          <w:i w:val="0"/>
          <w:color w:val="6A6F75"/>
          <w:sz w:val="16"/>
        </w:rPr>
        <w:t xml:space="preserve">  311</w:t>
      </w:r>
    </w:p>
    <w:p>
      <w:pPr>
        <w:spacing w:after="0" w:line="240" w:lineRule="auto"/>
      </w:pPr>
      <w:hyperlink w:anchor="p539">
        <w:r>
          <w:rPr>
            <w:color w:val="2E5A80"/>
            <w:u w:val="single"/>
            <w:sz w:val="18"/>
          </w:rPr>
          <w:t xml:space="preserve">The mountain folk</w:t>
        </w:r>
      </w:hyperlink>
      <w:r>
        <w:rPr>
          <w:b w:val="0"/>
          <w:i w:val="0"/>
          <w:color w:val="6A6F75"/>
          <w:sz w:val="16"/>
        </w:rPr>
        <w:t xml:space="preserve">  539</w:t>
      </w:r>
    </w:p>
    <w:p>
      <w:pPr>
        <w:spacing w:after="0" w:line="240" w:lineRule="auto"/>
      </w:pPr>
      <w:hyperlink w:anchor="p59">
        <w:r>
          <w:rPr>
            <w:color w:val="2E5A80"/>
            <w:u w:val="single"/>
            <w:sz w:val="18"/>
          </w:rPr>
          <w:t xml:space="preserve">The mountain well one is said</w:t>
        </w:r>
      </w:hyperlink>
      <w:r>
        <w:rPr>
          <w:b w:val="0"/>
          <w:i w:val="0"/>
          <w:color w:val="6A6F75"/>
          <w:sz w:val="16"/>
        </w:rPr>
        <w:t xml:space="preserve">  59</w:t>
      </w:r>
    </w:p>
    <w:p>
      <w:pPr>
        <w:spacing w:after="0" w:line="240" w:lineRule="auto"/>
      </w:pPr>
      <w:hyperlink w:anchor="p217">
        <w:r>
          <w:rPr>
            <w:color w:val="2E5A80"/>
            <w:u w:val="single"/>
            <w:sz w:val="18"/>
          </w:rPr>
          <w:t xml:space="preserve">The myriad gods</w:t>
        </w:r>
      </w:hyperlink>
      <w:r>
        <w:rPr>
          <w:b w:val="0"/>
          <w:i w:val="0"/>
          <w:color w:val="6A6F75"/>
          <w:sz w:val="16"/>
        </w:rPr>
        <w:t xml:space="preserve">  217</w:t>
      </w:r>
    </w:p>
    <w:p>
      <w:pPr>
        <w:spacing w:after="0" w:line="240" w:lineRule="auto"/>
      </w:pPr>
      <w:hyperlink w:anchor="p132">
        <w:r>
          <w:rPr>
            <w:color w:val="2E5A80"/>
            <w:u w:val="single"/>
            <w:sz w:val="18"/>
          </w:rPr>
          <w:t xml:space="preserve">The New Year does not stop it</w:t>
        </w:r>
      </w:hyperlink>
      <w:r>
        <w:rPr>
          <w:b w:val="0"/>
          <w:i w:val="0"/>
          <w:color w:val="6A6F75"/>
          <w:sz w:val="16"/>
        </w:rPr>
        <w:t xml:space="preserve">  132</w:t>
      </w:r>
    </w:p>
    <w:p>
      <w:pPr>
        <w:spacing w:after="0" w:line="240" w:lineRule="auto"/>
      </w:pPr>
      <w:hyperlink w:anchor="p453">
        <w:r>
          <w:rPr>
            <w:color w:val="2E5A80"/>
            <w:u w:val="single"/>
            <w:sz w:val="18"/>
          </w:rPr>
          <w:t xml:space="preserve">The old trees of those days</w:t>
        </w:r>
      </w:hyperlink>
      <w:r>
        <w:rPr>
          <w:b w:val="0"/>
          <w:i w:val="0"/>
          <w:color w:val="6A6F75"/>
          <w:sz w:val="16"/>
        </w:rPr>
        <w:t xml:space="preserve">  453</w:t>
      </w:r>
    </w:p>
    <w:p>
      <w:pPr>
        <w:spacing w:after="0" w:line="240" w:lineRule="auto"/>
      </w:pPr>
      <w:hyperlink w:anchor="p622">
        <w:r>
          <w:rPr>
            <w:color w:val="2E5A80"/>
            <w:u w:val="single"/>
            <w:sz w:val="18"/>
          </w:rPr>
          <w:t xml:space="preserve">The one I knew</w:t>
        </w:r>
      </w:hyperlink>
      <w:r>
        <w:rPr>
          <w:b w:val="0"/>
          <w:i w:val="0"/>
          <w:color w:val="6A6F75"/>
          <w:sz w:val="16"/>
        </w:rPr>
        <w:t xml:space="preserve">  622</w:t>
      </w:r>
    </w:p>
    <w:p>
      <w:pPr>
        <w:spacing w:after="0" w:line="240" w:lineRule="auto"/>
      </w:pPr>
      <w:hyperlink w:anchor="p178">
        <w:r>
          <w:rPr>
            <w:color w:val="2E5A80"/>
            <w:u w:val="single"/>
            <w:sz w:val="18"/>
          </w:rPr>
          <w:t xml:space="preserve">The one I knew is gone, and the living</w:t>
        </w:r>
      </w:hyperlink>
      <w:r>
        <w:rPr>
          <w:b w:val="0"/>
          <w:i w:val="0"/>
          <w:color w:val="6A6F75"/>
          <w:sz w:val="16"/>
        </w:rPr>
        <w:t xml:space="preserve">  178</w:t>
      </w:r>
    </w:p>
    <w:p>
      <w:pPr>
        <w:spacing w:after="0" w:line="240" w:lineRule="auto"/>
      </w:pPr>
      <w:hyperlink w:anchor="p290">
        <w:r>
          <w:rPr>
            <w:color w:val="2E5A80"/>
            <w:u w:val="single"/>
            <w:sz w:val="18"/>
          </w:rPr>
          <w:t xml:space="preserve">The one who lived here long</w:t>
        </w:r>
      </w:hyperlink>
      <w:r>
        <w:rPr>
          <w:b w:val="0"/>
          <w:i w:val="0"/>
          <w:color w:val="6A6F75"/>
          <w:sz w:val="16"/>
        </w:rPr>
        <w:t xml:space="preserve">  290</w:t>
      </w:r>
    </w:p>
    <w:p>
      <w:pPr>
        <w:spacing w:after="0" w:line="240" w:lineRule="auto"/>
      </w:pPr>
      <w:hyperlink w:anchor="p121">
        <w:r>
          <w:rPr>
            <w:color w:val="2E5A80"/>
            <w:u w:val="single"/>
            <w:sz w:val="18"/>
          </w:rPr>
          <w:t xml:space="preserve">The one who stays and the one who vanished</w:t>
        </w:r>
      </w:hyperlink>
      <w:r>
        <w:rPr>
          <w:b w:val="0"/>
          <w:i w:val="0"/>
          <w:color w:val="6A6F75"/>
          <w:sz w:val="16"/>
        </w:rPr>
        <w:t xml:space="preserve">  121</w:t>
      </w:r>
    </w:p>
    <w:p>
      <w:pPr>
        <w:spacing w:after="0" w:line="240" w:lineRule="auto"/>
      </w:pPr>
      <w:hyperlink w:anchor="p792">
        <w:r>
          <w:rPr>
            <w:color w:val="2E5A80"/>
            <w:u w:val="single"/>
            <w:sz w:val="18"/>
          </w:rPr>
          <w:t xml:space="preserve">The one whose sleeve</w:t>
        </w:r>
      </w:hyperlink>
      <w:r>
        <w:rPr>
          <w:b w:val="0"/>
          <w:i w:val="0"/>
          <w:color w:val="6A6F75"/>
          <w:sz w:val="16"/>
        </w:rPr>
        <w:t xml:space="preserve">  792</w:t>
      </w:r>
    </w:p>
    <w:p>
      <w:pPr>
        <w:spacing w:after="0" w:line="240" w:lineRule="auto"/>
      </w:pPr>
      <w:hyperlink w:anchor="p584">
        <w:r>
          <w:rPr>
            <w:color w:val="2E5A80"/>
            <w:u w:val="single"/>
            <w:sz w:val="18"/>
          </w:rPr>
          <w:t xml:space="preserve">The palace folk</w:t>
        </w:r>
      </w:hyperlink>
      <w:r>
        <w:rPr>
          <w:b w:val="0"/>
          <w:i w:val="0"/>
          <w:color w:val="6A6F75"/>
          <w:sz w:val="16"/>
        </w:rPr>
        <w:t xml:space="preserve">  584</w:t>
      </w:r>
    </w:p>
    <w:p>
      <w:pPr>
        <w:spacing w:after="0" w:line="240" w:lineRule="auto"/>
      </w:pPr>
      <w:hyperlink w:anchor="p486">
        <w:r>
          <w:rPr>
            <w:color w:val="2E5A80"/>
            <w:u w:val="single"/>
            <w:sz w:val="18"/>
          </w:rPr>
          <w:t xml:space="preserve">The past is the first thing</w:t>
        </w:r>
      </w:hyperlink>
      <w:r>
        <w:rPr>
          <w:b w:val="0"/>
          <w:i w:val="0"/>
          <w:color w:val="6A6F75"/>
          <w:sz w:val="16"/>
        </w:rPr>
        <w:t xml:space="preserve">  486</w:t>
      </w:r>
    </w:p>
    <w:p>
      <w:pPr>
        <w:spacing w:after="0" w:line="240" w:lineRule="auto"/>
      </w:pPr>
      <w:hyperlink w:anchor="p258">
        <w:r>
          <w:rPr>
            <w:color w:val="2E5A80"/>
            <w:u w:val="single"/>
            <w:sz w:val="18"/>
          </w:rPr>
          <w:t xml:space="preserve">The pines of Sumiyoshi</w:t>
        </w:r>
      </w:hyperlink>
      <w:r>
        <w:rPr>
          <w:b w:val="0"/>
          <w:i w:val="0"/>
          <w:color w:val="6A6F75"/>
          <w:sz w:val="16"/>
        </w:rPr>
        <w:t xml:space="preserve">  258</w:t>
      </w:r>
    </w:p>
    <w:p>
      <w:pPr>
        <w:spacing w:after="0" w:line="240" w:lineRule="auto"/>
      </w:pPr>
      <w:hyperlink w:anchor="p124">
        <w:r>
          <w:rPr>
            <w:color w:val="2E5A80"/>
            <w:u w:val="single"/>
            <w:sz w:val="18"/>
          </w:rPr>
          <w:t xml:space="preserve">The pink that remains</w:t>
        </w:r>
      </w:hyperlink>
      <w:r>
        <w:rPr>
          <w:b w:val="0"/>
          <w:i w:val="0"/>
          <w:color w:val="6A6F75"/>
          <w:sz w:val="16"/>
        </w:rPr>
        <w:t xml:space="preserve">  124</w:t>
      </w:r>
    </w:p>
    <w:p>
      <w:pPr>
        <w:spacing w:after="0" w:line="240" w:lineRule="auto"/>
      </w:pPr>
      <w:hyperlink w:anchor="p677">
        <w:r>
          <w:rPr>
            <w:color w:val="2E5A80"/>
            <w:u w:val="single"/>
            <w:sz w:val="18"/>
          </w:rPr>
          <w:t xml:space="preserve">The plovers that cry</w:t>
        </w:r>
      </w:hyperlink>
      <w:r>
        <w:rPr>
          <w:b w:val="0"/>
          <w:i w:val="0"/>
          <w:color w:val="6A6F75"/>
          <w:sz w:val="16"/>
        </w:rPr>
        <w:t xml:space="preserve">  677</w:t>
      </w:r>
    </w:p>
    <w:p>
      <w:pPr>
        <w:spacing w:after="0" w:line="240" w:lineRule="auto"/>
      </w:pPr>
      <w:hyperlink w:anchor="p690">
        <w:r>
          <w:rPr>
            <w:color w:val="2E5A80"/>
            <w:u w:val="single"/>
            <w:sz w:val="18"/>
          </w:rPr>
          <w:t xml:space="preserve">The plum that my sleeves</w:t>
        </w:r>
      </w:hyperlink>
      <w:r>
        <w:rPr>
          <w:b w:val="0"/>
          <w:i w:val="0"/>
          <w:color w:val="6A6F75"/>
          <w:sz w:val="16"/>
        </w:rPr>
        <w:t xml:space="preserve">  690</w:t>
      </w:r>
    </w:p>
    <w:p>
      <w:pPr>
        <w:spacing w:after="0" w:line="240" w:lineRule="auto"/>
      </w:pPr>
      <w:hyperlink w:anchor="p144">
        <w:r>
          <w:rPr>
            <w:color w:val="2E5A80"/>
            <w:u w:val="single"/>
            <w:sz w:val="18"/>
          </w:rPr>
          <w:t xml:space="preserve">The pond’s mirror is clear</w:t>
        </w:r>
      </w:hyperlink>
      <w:r>
        <w:rPr>
          <w:b w:val="0"/>
          <w:i w:val="0"/>
          <w:color w:val="6A6F75"/>
          <w:sz w:val="16"/>
        </w:rPr>
        <w:t xml:space="preserve">  144</w:t>
      </w:r>
    </w:p>
    <w:p>
      <w:pPr>
        <w:spacing w:after="0" w:line="240" w:lineRule="auto"/>
      </w:pPr>
      <w:hyperlink w:anchor="p472">
        <w:r>
          <w:rPr>
            <w:color w:val="2E5A80"/>
            <w:u w:val="single"/>
            <w:sz w:val="18"/>
          </w:rPr>
          <w:t xml:space="preserve">The pool you would throw yourself into</w:t>
        </w:r>
      </w:hyperlink>
      <w:r>
        <w:rPr>
          <w:b w:val="0"/>
          <w:i w:val="0"/>
          <w:color w:val="6A6F75"/>
          <w:sz w:val="16"/>
        </w:rPr>
        <w:t xml:space="preserve">  472</w:t>
      </w:r>
    </w:p>
    <w:p>
      <w:pPr>
        <w:spacing w:after="0" w:line="240" w:lineRule="auto"/>
      </w:pPr>
      <w:hyperlink w:anchor="p616">
        <w:r>
          <w:rPr>
            <w:color w:val="2E5A80"/>
            <w:u w:val="single"/>
            <w:sz w:val="18"/>
          </w:rPr>
          <w:t xml:space="preserve">The purple color</w:t>
        </w:r>
      </w:hyperlink>
      <w:r>
        <w:rPr>
          <w:b w:val="0"/>
          <w:i w:val="0"/>
          <w:color w:val="6A6F75"/>
          <w:sz w:val="16"/>
        </w:rPr>
        <w:t xml:space="preserve">  616</w:t>
      </w:r>
    </w:p>
    <w:p>
      <w:pPr>
        <w:spacing w:after="0" w:line="240" w:lineRule="auto"/>
      </w:pPr>
      <w:hyperlink w:anchor="p749">
        <w:r>
          <w:rPr>
            <w:color w:val="2E5A80"/>
            <w:u w:val="single"/>
            <w:sz w:val="18"/>
          </w:rPr>
          <w:t xml:space="preserve">The rain that teaches me</w:t>
        </w:r>
      </w:hyperlink>
      <w:r>
        <w:rPr>
          <w:b w:val="0"/>
          <w:i w:val="0"/>
          <w:color w:val="6A6F75"/>
          <w:sz w:val="16"/>
        </w:rPr>
        <w:t xml:space="preserve">  749</w:t>
      </w:r>
    </w:p>
    <w:p>
      <w:pPr>
        <w:spacing w:after="0" w:line="240" w:lineRule="auto"/>
      </w:pPr>
      <w:hyperlink w:anchor="p83">
        <w:r>
          <w:rPr>
            <w:color w:val="2E5A80"/>
            <w:u w:val="single"/>
            <w:sz w:val="18"/>
          </w:rPr>
          <w:t xml:space="preserve">The red flower</w:t>
        </w:r>
      </w:hyperlink>
      <w:r>
        <w:rPr>
          <w:b w:val="0"/>
          <w:i w:val="0"/>
          <w:color w:val="6A6F75"/>
          <w:sz w:val="16"/>
        </w:rPr>
        <w:t xml:space="preserve">  83</w:t>
      </w:r>
    </w:p>
    <w:p>
      <w:pPr>
        <w:spacing w:after="0" w:line="240" w:lineRule="auto"/>
      </w:pPr>
      <w:hyperlink w:anchor="p238">
        <w:r>
          <w:rPr>
            <w:color w:val="2E5A80"/>
            <w:u w:val="single"/>
            <w:sz w:val="18"/>
          </w:rPr>
          <w:t xml:space="preserve">The reed hut I have lived in</w:t>
        </w:r>
      </w:hyperlink>
      <w:r>
        <w:rPr>
          <w:b w:val="0"/>
          <w:i w:val="0"/>
          <w:color w:val="6A6F75"/>
          <w:sz w:val="16"/>
        </w:rPr>
        <w:t xml:space="preserve">  238</w:t>
      </w:r>
    </w:p>
    <w:p>
      <w:pPr>
        <w:spacing w:after="0" w:line="240" w:lineRule="auto"/>
      </w:pPr>
      <w:hyperlink w:anchor="p428">
        <w:r>
          <w:rPr>
            <w:color w:val="2E5A80"/>
            <w:u w:val="single"/>
            <w:sz w:val="18"/>
          </w:rPr>
          <w:t xml:space="preserve">The scent of the flower</w:t>
        </w:r>
      </w:hyperlink>
      <w:r>
        <w:rPr>
          <w:b w:val="0"/>
          <w:i w:val="0"/>
          <w:color w:val="6A6F75"/>
          <w:sz w:val="16"/>
        </w:rPr>
        <w:t xml:space="preserve">  428</w:t>
      </w:r>
    </w:p>
    <w:p>
      <w:pPr>
        <w:spacing w:after="0" w:line="240" w:lineRule="auto"/>
      </w:pPr>
      <w:hyperlink w:anchor="p711">
        <w:r>
          <w:rPr>
            <w:color w:val="2E5A80"/>
            <w:u w:val="single"/>
            <w:sz w:val="18"/>
          </w:rPr>
          <w:t xml:space="preserve">The scent that has passed</w:t>
        </w:r>
      </w:hyperlink>
      <w:r>
        <w:rPr>
          <w:b w:val="0"/>
          <w:i w:val="0"/>
          <w:color w:val="6A6F75"/>
          <w:sz w:val="16"/>
        </w:rPr>
        <w:t xml:space="preserve">  711</w:t>
      </w:r>
    </w:p>
    <w:p>
      <w:pPr>
        <w:spacing w:after="0" w:line="240" w:lineRule="auto"/>
      </w:pPr>
      <w:hyperlink w:anchor="p280">
        <w:r>
          <w:rPr>
            <w:color w:val="2E5A80"/>
            <w:u w:val="single"/>
            <w:sz w:val="18"/>
          </w:rPr>
          <w:t xml:space="preserve">The seaweed of that bay</w:t>
        </w:r>
      </w:hyperlink>
      <w:r>
        <w:rPr>
          <w:b w:val="0"/>
          <w:i w:val="0"/>
          <w:color w:val="6A6F75"/>
          <w:sz w:val="16"/>
        </w:rPr>
        <w:t xml:space="preserve">  280</w:t>
      </w:r>
    </w:p>
    <w:p>
      <w:pPr>
        <w:spacing w:after="0" w:line="240" w:lineRule="auto"/>
      </w:pPr>
      <w:hyperlink w:anchor="p648">
        <w:r>
          <w:rPr>
            <w:color w:val="2E5A80"/>
            <w:u w:val="single"/>
            <w:sz w:val="18"/>
          </w:rPr>
          <w:t xml:space="preserve">The shade of the oak</w:t>
        </w:r>
      </w:hyperlink>
      <w:r>
        <w:rPr>
          <w:b w:val="0"/>
          <w:i w:val="0"/>
          <w:color w:val="6A6F75"/>
          <w:sz w:val="16"/>
        </w:rPr>
        <w:t xml:space="preserve">  648</w:t>
      </w:r>
    </w:p>
    <w:p>
      <w:pPr>
        <w:spacing w:after="0" w:line="240" w:lineRule="auto"/>
      </w:pPr>
      <w:hyperlink w:anchor="p642">
        <w:r>
          <w:rPr>
            <w:color w:val="2E5A80"/>
            <w:u w:val="single"/>
            <w:sz w:val="18"/>
          </w:rPr>
          <w:t xml:space="preserve">The sleeves that change color</w:t>
        </w:r>
      </w:hyperlink>
      <w:r>
        <w:rPr>
          <w:b w:val="0"/>
          <w:i w:val="0"/>
          <w:color w:val="6A6F75"/>
          <w:sz w:val="16"/>
        </w:rPr>
        <w:t xml:space="preserve">  642</w:t>
      </w:r>
    </w:p>
    <w:p>
      <w:pPr>
        <w:spacing w:after="0" w:line="240" w:lineRule="auto"/>
      </w:pPr>
      <w:hyperlink w:anchor="p384">
        <w:r>
          <w:rPr>
            <w:color w:val="2E5A80"/>
            <w:u w:val="single"/>
            <w:sz w:val="18"/>
          </w:rPr>
          <w:t xml:space="preserve">The smoke of love that rises</w:t>
        </w:r>
      </w:hyperlink>
      <w:r>
        <w:rPr>
          <w:b w:val="0"/>
          <w:i w:val="0"/>
          <w:color w:val="6A6F75"/>
          <w:sz w:val="16"/>
        </w:rPr>
        <w:t xml:space="preserve">  384</w:t>
      </w:r>
    </w:p>
    <w:p>
      <w:pPr>
        <w:spacing w:after="0" w:line="240" w:lineRule="auto"/>
      </w:pPr>
      <w:hyperlink w:anchor="p223">
        <w:r>
          <w:rPr>
            <w:color w:val="2E5A80"/>
            <w:u w:val="single"/>
            <w:sz w:val="18"/>
          </w:rPr>
          <w:t xml:space="preserve">The sorrow of my traveler’s robes</w:t>
        </w:r>
      </w:hyperlink>
      <w:r>
        <w:rPr>
          <w:b w:val="0"/>
          <w:i w:val="0"/>
          <w:color w:val="6A6F75"/>
          <w:sz w:val="16"/>
        </w:rPr>
        <w:t xml:space="preserve">  223</w:t>
      </w:r>
    </w:p>
    <w:p>
      <w:pPr>
        <w:spacing w:after="0" w:line="240" w:lineRule="auto"/>
      </w:pPr>
      <w:hyperlink w:anchor="p720">
        <w:r>
          <w:rPr>
            <w:color w:val="2E5A80"/>
            <w:u w:val="single"/>
            <w:sz w:val="18"/>
          </w:rPr>
          <w:t xml:space="preserve">The sprig plucked</w:t>
        </w:r>
      </w:hyperlink>
      <w:r>
        <w:rPr>
          <w:b w:val="0"/>
          <w:i w:val="0"/>
          <w:color w:val="6A6F75"/>
          <w:sz w:val="16"/>
        </w:rPr>
        <w:t xml:space="preserve">  720</w:t>
      </w:r>
    </w:p>
    <w:p>
      <w:pPr>
        <w:spacing w:after="0" w:line="240" w:lineRule="auto"/>
      </w:pPr>
      <w:hyperlink w:anchor="p577">
        <w:r>
          <w:rPr>
            <w:color w:val="2E5A80"/>
            <w:u w:val="single"/>
            <w:sz w:val="18"/>
          </w:rPr>
          <w:t xml:space="preserve">The summer day</w:t>
        </w:r>
      </w:hyperlink>
      <w:r>
        <w:rPr>
          <w:b w:val="0"/>
          <w:i w:val="0"/>
          <w:color w:val="6A6F75"/>
          <w:sz w:val="16"/>
        </w:rPr>
        <w:t xml:space="preserve">  577</w:t>
      </w:r>
    </w:p>
    <w:p>
      <w:pPr>
        <w:spacing w:after="0" w:line="240" w:lineRule="auto"/>
      </w:pPr>
      <w:hyperlink w:anchor="p580">
        <w:r>
          <w:rPr>
            <w:color w:val="2E5A80"/>
            <w:u w:val="single"/>
            <w:sz w:val="18"/>
          </w:rPr>
          <w:t xml:space="preserve">The tears of longing</w:t>
        </w:r>
      </w:hyperlink>
      <w:r>
        <w:rPr>
          <w:b w:val="0"/>
          <w:i w:val="0"/>
          <w:color w:val="6A6F75"/>
          <w:sz w:val="16"/>
        </w:rPr>
        <w:t xml:space="preserve">  580</w:t>
      </w:r>
    </w:p>
    <w:p>
      <w:pPr>
        <w:spacing w:after="0" w:line="240" w:lineRule="auto"/>
      </w:pPr>
      <w:hyperlink w:anchor="p305">
        <w:r>
          <w:rPr>
            <w:color w:val="2E5A80"/>
            <w:u w:val="single"/>
            <w:sz w:val="18"/>
          </w:rPr>
          <w:t xml:space="preserve">The thin clouds trailing</w:t>
        </w:r>
      </w:hyperlink>
      <w:r>
        <w:rPr>
          <w:b w:val="0"/>
          <w:i w:val="0"/>
          <w:color w:val="6A6F75"/>
          <w:sz w:val="16"/>
        </w:rPr>
        <w:t xml:space="preserve">  305</w:t>
      </w:r>
    </w:p>
    <w:p>
      <w:pPr>
        <w:spacing w:after="0" w:line="240" w:lineRule="auto"/>
      </w:pPr>
      <w:hyperlink w:anchor="p553">
        <w:r>
          <w:rPr>
            <w:color w:val="2E5A80"/>
            <w:u w:val="single"/>
            <w:sz w:val="18"/>
          </w:rPr>
          <w:t xml:space="preserve">The thought of cutting firewood</w:t>
        </w:r>
      </w:hyperlink>
      <w:r>
        <w:rPr>
          <w:b w:val="0"/>
          <w:i w:val="0"/>
          <w:color w:val="6A6F75"/>
          <w:sz w:val="16"/>
        </w:rPr>
        <w:t xml:space="preserve">  553</w:t>
      </w:r>
    </w:p>
    <w:p>
      <w:pPr>
        <w:spacing w:after="0" w:line="240" w:lineRule="auto"/>
      </w:pPr>
      <w:hyperlink w:anchor="p518">
        <w:r>
          <w:rPr>
            <w:color w:val="2E5A80"/>
            <w:u w:val="single"/>
            <w:sz w:val="18"/>
          </w:rPr>
          <w:t xml:space="preserve">The tune of the flute</w:t>
        </w:r>
      </w:hyperlink>
      <w:r>
        <w:rPr>
          <w:b w:val="0"/>
          <w:i w:val="0"/>
          <w:color w:val="6A6F75"/>
          <w:sz w:val="16"/>
        </w:rPr>
        <w:t xml:space="preserve">  518</w:t>
      </w:r>
    </w:p>
    <w:p>
      <w:pPr>
        <w:spacing w:after="0" w:line="240" w:lineRule="auto"/>
      </w:pPr>
      <w:hyperlink w:anchor="p629">
        <w:r>
          <w:rPr>
            <w:color w:val="2E5A80"/>
            <w:u w:val="single"/>
            <w:sz w:val="18"/>
          </w:rPr>
          <w:t xml:space="preserve">The Uji ferryman</w:t>
        </w:r>
      </w:hyperlink>
      <w:r>
        <w:rPr>
          <w:b w:val="0"/>
          <w:i w:val="0"/>
          <w:color w:val="6A6F75"/>
          <w:sz w:val="16"/>
        </w:rPr>
        <w:t xml:space="preserve">  629</w:t>
      </w:r>
    </w:p>
    <w:p>
      <w:pPr>
        <w:spacing w:after="0" w:line="240" w:lineRule="auto"/>
      </w:pPr>
      <w:hyperlink w:anchor="p640">
        <w:r>
          <w:rPr>
            <w:color w:val="2E5A80"/>
            <w:u w:val="single"/>
            <w:sz w:val="18"/>
          </w:rPr>
          <w:t xml:space="preserve">The voice of the deer</w:t>
        </w:r>
      </w:hyperlink>
      <w:r>
        <w:rPr>
          <w:b w:val="0"/>
          <w:i w:val="0"/>
          <w:color w:val="6A6F75"/>
          <w:sz w:val="16"/>
        </w:rPr>
        <w:t xml:space="preserve">  640</w:t>
      </w:r>
    </w:p>
    <w:p>
      <w:pPr>
        <w:spacing w:after="0" w:line="240" w:lineRule="auto"/>
      </w:pPr>
      <w:hyperlink w:anchor="p335">
        <w:r>
          <w:rPr>
            <w:color w:val="2E5A80"/>
            <w:u w:val="single"/>
            <w:sz w:val="18"/>
          </w:rPr>
          <w:t xml:space="preserve">The warbler sings</w:t>
        </w:r>
      </w:hyperlink>
      <w:r>
        <w:rPr>
          <w:b w:val="0"/>
          <w:i w:val="0"/>
          <w:color w:val="6A6F75"/>
          <w:sz w:val="16"/>
        </w:rPr>
        <w:t xml:space="preserve">  335</w:t>
      </w:r>
    </w:p>
    <w:p>
      <w:pPr>
        <w:spacing w:after="0" w:line="240" w:lineRule="auto"/>
      </w:pPr>
      <w:hyperlink w:anchor="p332">
        <w:r>
          <w:rPr>
            <w:color w:val="2E5A80"/>
            <w:u w:val="single"/>
            <w:sz w:val="18"/>
          </w:rPr>
          <w:t xml:space="preserve">The warbler’s song</w:t>
        </w:r>
      </w:hyperlink>
      <w:r>
        <w:rPr>
          <w:b w:val="0"/>
          <w:i w:val="0"/>
          <w:color w:val="6A6F75"/>
          <w:sz w:val="16"/>
        </w:rPr>
        <w:t xml:space="preserve">  332</w:t>
      </w:r>
    </w:p>
    <w:p>
      <w:pPr>
        <w:spacing w:after="0" w:line="240" w:lineRule="auto"/>
      </w:pPr>
      <w:hyperlink w:anchor="p318">
        <w:r>
          <w:rPr>
            <w:color w:val="2E5A80"/>
            <w:u w:val="single"/>
            <w:sz w:val="18"/>
          </w:rPr>
          <w:t xml:space="preserve">The water among the stones</w:t>
        </w:r>
      </w:hyperlink>
      <w:r>
        <w:rPr>
          <w:b w:val="0"/>
          <w:i w:val="0"/>
          <w:color w:val="6A6F75"/>
          <w:sz w:val="16"/>
        </w:rPr>
        <w:t xml:space="preserve">  318</w:t>
      </w:r>
    </w:p>
    <w:p>
      <w:pPr>
        <w:spacing w:after="0" w:line="240" w:lineRule="auto"/>
      </w:pPr>
      <w:hyperlink w:anchor="p474">
        <w:r>
          <w:rPr>
            <w:color w:val="2E5A80"/>
            <w:u w:val="single"/>
            <w:sz w:val="18"/>
          </w:rPr>
          <w:t xml:space="preserve">The water bird’s green wing</w:t>
        </w:r>
      </w:hyperlink>
      <w:r>
        <w:rPr>
          <w:b w:val="0"/>
          <w:i w:val="0"/>
          <w:color w:val="6A6F75"/>
          <w:sz w:val="16"/>
        </w:rPr>
        <w:t xml:space="preserve">  474</w:t>
      </w:r>
    </w:p>
    <w:p>
      <w:pPr>
        <w:spacing w:after="0" w:line="240" w:lineRule="auto"/>
      </w:pPr>
      <w:hyperlink w:anchor="p199">
        <w:r>
          <w:rPr>
            <w:color w:val="2E5A80"/>
            <w:u w:val="single"/>
            <w:sz w:val="18"/>
          </w:rPr>
          <w:t xml:space="preserve">The waves on the bay</w:t>
        </w:r>
      </w:hyperlink>
      <w:r>
        <w:rPr>
          <w:b w:val="0"/>
          <w:i w:val="0"/>
          <w:color w:val="6A6F75"/>
          <w:sz w:val="16"/>
        </w:rPr>
        <w:t xml:space="preserve">  199</w:t>
      </w:r>
    </w:p>
    <w:p>
      <w:pPr>
        <w:spacing w:after="0" w:line="240" w:lineRule="auto"/>
      </w:pPr>
      <w:hyperlink w:anchor="p582">
        <w:r>
          <w:rPr>
            <w:color w:val="2E5A80"/>
            <w:u w:val="single"/>
            <w:sz w:val="18"/>
          </w:rPr>
          <w:t xml:space="preserve">The white dew</w:t>
        </w:r>
      </w:hyperlink>
      <w:r>
        <w:rPr>
          <w:b w:val="0"/>
          <w:i w:val="0"/>
          <w:color w:val="6A6F75"/>
          <w:sz w:val="16"/>
        </w:rPr>
        <w:t xml:space="preserve">  582</w:t>
      </w:r>
    </w:p>
    <w:p>
      <w:pPr>
        <w:spacing w:after="0" w:line="240" w:lineRule="auto"/>
      </w:pPr>
      <w:hyperlink w:anchor="p443">
        <w:r>
          <w:rPr>
            <w:color w:val="2E5A80"/>
            <w:u w:val="single"/>
            <w:sz w:val="18"/>
          </w:rPr>
          <w:t xml:space="preserve">The wisteria</w:t>
        </w:r>
      </w:hyperlink>
      <w:r>
        <w:rPr>
          <w:b w:val="0"/>
          <w:i w:val="0"/>
          <w:color w:val="6A6F75"/>
          <w:sz w:val="16"/>
        </w:rPr>
        <w:t xml:space="preserve">  443</w:t>
      </w:r>
    </w:p>
    <w:p>
      <w:pPr>
        <w:spacing w:after="0" w:line="240" w:lineRule="auto"/>
      </w:pPr>
      <w:hyperlink w:anchor="p783">
        <w:r>
          <w:rPr>
            <w:color w:val="2E5A80"/>
            <w:u w:val="single"/>
            <w:sz w:val="18"/>
          </w:rPr>
          <w:t xml:space="preserve">The world I had</w:t>
        </w:r>
      </w:hyperlink>
      <w:r>
        <w:rPr>
          <w:b w:val="0"/>
          <w:i w:val="0"/>
          <w:color w:val="6A6F75"/>
          <w:sz w:val="16"/>
        </w:rPr>
        <w:t xml:space="preserve">  783</w:t>
      </w:r>
    </w:p>
    <w:p>
      <w:pPr>
        <w:spacing w:after="0" w:line="240" w:lineRule="auto"/>
      </w:pPr>
      <w:hyperlink w:anchor="p145">
        <w:r>
          <w:rPr>
            <w:color w:val="2E5A80"/>
            <w:u w:val="single"/>
            <w:sz w:val="18"/>
          </w:rPr>
          <w:t xml:space="preserve">The year ends</w:t>
        </w:r>
      </w:hyperlink>
      <w:r>
        <w:rPr>
          <w:b w:val="0"/>
          <w:i w:val="0"/>
          <w:color w:val="6A6F75"/>
          <w:sz w:val="16"/>
        </w:rPr>
        <w:t xml:space="preserve">  145</w:t>
      </w:r>
    </w:p>
    <w:p>
      <w:pPr>
        <w:spacing w:after="0" w:line="240" w:lineRule="auto"/>
      </w:pPr>
      <w:hyperlink w:anchor="p45">
        <w:r>
          <w:rPr>
            <w:color w:val="2E5A80"/>
            <w:u w:val="single"/>
            <w:sz w:val="18"/>
          </w:rPr>
          <w:t xml:space="preserve">The young grass, whose growing place</w:t>
        </w:r>
      </w:hyperlink>
      <w:r>
        <w:rPr>
          <w:b w:val="0"/>
          <w:i w:val="0"/>
          <w:color w:val="6A6F75"/>
          <w:sz w:val="16"/>
        </w:rPr>
        <w:t xml:space="preserve">  45</w:t>
      </w:r>
    </w:p>
    <w:p>
      <w:pPr>
        <w:spacing w:after="0" w:line="240" w:lineRule="auto"/>
      </w:pPr>
      <w:hyperlink w:anchor="p306">
        <w:r>
          <w:rPr>
            <w:color w:val="2E5A80"/>
            <w:u w:val="single"/>
            <w:sz w:val="18"/>
          </w:rPr>
          <w:t xml:space="preserve">Then share these feelings</w:t>
        </w:r>
      </w:hyperlink>
      <w:r>
        <w:rPr>
          <w:b w:val="0"/>
          <w:i w:val="0"/>
          <w:color w:val="6A6F75"/>
          <w:sz w:val="16"/>
        </w:rPr>
        <w:t xml:space="preserve">  306</w:t>
      </w:r>
    </w:p>
    <w:p>
      <w:pPr>
        <w:spacing w:after="0" w:line="240" w:lineRule="auto"/>
      </w:pPr>
      <w:hyperlink w:anchor="p119">
        <w:r>
          <w:rPr>
            <w:color w:val="2E5A80"/>
            <w:u w:val="single"/>
            <w:sz w:val="18"/>
          </w:rPr>
          <w:t xml:space="preserve">There are limits, and so</w:t>
        </w:r>
      </w:hyperlink>
      <w:r>
        <w:rPr>
          <w:b w:val="0"/>
          <w:i w:val="0"/>
          <w:color w:val="6A6F75"/>
          <w:sz w:val="16"/>
        </w:rPr>
        <w:t xml:space="preserve">  119</w:t>
      </w:r>
    </w:p>
    <w:p>
      <w:pPr>
        <w:spacing w:after="0" w:line="240" w:lineRule="auto"/>
      </w:pPr>
      <w:hyperlink w:anchor="p586">
        <w:r>
          <w:rPr>
            <w:color w:val="2E5A80"/>
            <w:u w:val="single"/>
            <w:sz w:val="18"/>
          </w:rPr>
          <w:t xml:space="preserve">There is no use</w:t>
        </w:r>
      </w:hyperlink>
      <w:r>
        <w:rPr>
          <w:b w:val="0"/>
          <w:i w:val="0"/>
          <w:color w:val="6A6F75"/>
          <w:sz w:val="16"/>
        </w:rPr>
        <w:t xml:space="preserve">  586</w:t>
      </w:r>
    </w:p>
    <w:p>
      <w:pPr>
        <w:spacing w:after="0" w:line="240" w:lineRule="auto"/>
      </w:pPr>
      <w:hyperlink w:anchor="p194">
        <w:r>
          <w:rPr>
            <w:color w:val="2E5A80"/>
            <w:u w:val="single"/>
            <w:sz w:val="18"/>
          </w:rPr>
          <w:t xml:space="preserve">Think of the fisher of Ise</w:t>
        </w:r>
      </w:hyperlink>
      <w:r>
        <w:rPr>
          <w:b w:val="0"/>
          <w:i w:val="0"/>
          <w:color w:val="6A6F75"/>
          <w:sz w:val="16"/>
        </w:rPr>
        <w:t xml:space="preserve">  194</w:t>
      </w:r>
    </w:p>
    <w:p>
      <w:pPr>
        <w:spacing w:after="0" w:line="240" w:lineRule="auto"/>
      </w:pPr>
      <w:hyperlink w:anchor="p662">
        <w:r>
          <w:rPr>
            <w:color w:val="2E5A80"/>
            <w:u w:val="single"/>
            <w:sz w:val="18"/>
          </w:rPr>
          <w:t xml:space="preserve">Think of the heart</w:t>
        </w:r>
      </w:hyperlink>
      <w:r>
        <w:rPr>
          <w:b w:val="0"/>
          <w:i w:val="0"/>
          <w:color w:val="6A6F75"/>
          <w:sz w:val="16"/>
        </w:rPr>
        <w:t xml:space="preserve">  662</w:t>
      </w:r>
    </w:p>
    <w:p>
      <w:pPr>
        <w:spacing w:after="0" w:line="240" w:lineRule="auto"/>
      </w:pPr>
      <w:hyperlink w:anchor="p76">
        <w:r>
          <w:rPr>
            <w:color w:val="2E5A80"/>
            <w:u w:val="single"/>
            <w:sz w:val="18"/>
          </w:rPr>
          <w:t xml:space="preserve">Think of the village</w:t>
        </w:r>
      </w:hyperlink>
      <w:r>
        <w:rPr>
          <w:b w:val="0"/>
          <w:i w:val="0"/>
          <w:color w:val="6A6F75"/>
          <w:sz w:val="16"/>
        </w:rPr>
        <w:t xml:space="preserve">  76</w:t>
      </w:r>
    </w:p>
    <w:p>
      <w:pPr>
        <w:spacing w:after="0" w:line="240" w:lineRule="auto"/>
      </w:pPr>
      <w:hyperlink w:anchor="p754">
        <w:r>
          <w:rPr>
            <w:color w:val="2E5A80"/>
            <w:u w:val="single"/>
            <w:sz w:val="18"/>
          </w:rPr>
          <w:t xml:space="preserve">Think rather</w:t>
        </w:r>
      </w:hyperlink>
      <w:r>
        <w:rPr>
          <w:b w:val="0"/>
          <w:i w:val="0"/>
          <w:color w:val="6A6F75"/>
          <w:sz w:val="16"/>
        </w:rPr>
        <w:t xml:space="preserve">  754</w:t>
      </w:r>
    </w:p>
    <w:p>
      <w:pPr>
        <w:spacing w:after="0" w:line="240" w:lineRule="auto"/>
      </w:pPr>
      <w:hyperlink w:anchor="p782">
        <w:r>
          <w:rPr>
            <w:color w:val="2E5A80"/>
            <w:u w:val="single"/>
            <w:sz w:val="18"/>
          </w:rPr>
          <w:t xml:space="preserve">Thinking both myself</w:t>
        </w:r>
      </w:hyperlink>
      <w:r>
        <w:rPr>
          <w:b w:val="0"/>
          <w:i w:val="0"/>
          <w:color w:val="6A6F75"/>
          <w:sz w:val="16"/>
        </w:rPr>
        <w:t xml:space="preserve">  782</w:t>
      </w:r>
    </w:p>
    <w:p>
      <w:pPr>
        <w:spacing w:after="0" w:line="240" w:lineRule="auto"/>
      </w:pPr>
      <w:hyperlink w:anchor="p566">
        <w:r>
          <w:rPr>
            <w:color w:val="2E5A80"/>
            <w:u w:val="single"/>
            <w:sz w:val="18"/>
          </w:rPr>
          <w:t xml:space="preserve">Thinking I would vanish</w:t>
        </w:r>
      </w:hyperlink>
      <w:r>
        <w:rPr>
          <w:b w:val="0"/>
          <w:i w:val="0"/>
          <w:color w:val="6A6F75"/>
          <w:sz w:val="16"/>
        </w:rPr>
        <w:t xml:space="preserve">  566</w:t>
      </w:r>
    </w:p>
    <w:p>
      <w:pPr>
        <w:spacing w:after="0" w:line="240" w:lineRule="auto"/>
      </w:pPr>
      <w:hyperlink w:anchor="p134">
        <w:r>
          <w:rPr>
            <w:color w:val="2E5A80"/>
            <w:u w:val="single"/>
            <w:sz w:val="18"/>
          </w:rPr>
          <w:t xml:space="preserve">Thinking this the place</w:t>
        </w:r>
      </w:hyperlink>
      <w:r>
        <w:rPr>
          <w:b w:val="0"/>
          <w:i w:val="0"/>
          <w:color w:val="6A6F75"/>
          <w:sz w:val="16"/>
        </w:rPr>
        <w:t xml:space="preserve">  134</w:t>
      </w:r>
    </w:p>
    <w:p>
      <w:pPr>
        <w:spacing w:after="0" w:line="240" w:lineRule="auto"/>
      </w:pPr>
      <w:hyperlink w:anchor="p126">
        <w:r>
          <w:rPr>
            <w:color w:val="2E5A80"/>
            <w:u w:val="single"/>
            <w:sz w:val="18"/>
          </w:rPr>
          <w:t xml:space="preserve">This dusk above all</w:t>
        </w:r>
      </w:hyperlink>
      <w:r>
        <w:rPr>
          <w:b w:val="0"/>
          <w:i w:val="0"/>
          <w:color w:val="6A6F75"/>
          <w:sz w:val="16"/>
        </w:rPr>
        <w:t xml:space="preserve">  126</w:t>
      </w:r>
    </w:p>
    <w:p>
      <w:pPr>
        <w:spacing w:after="0" w:line="240" w:lineRule="auto"/>
      </w:pPr>
      <w:hyperlink w:anchor="p613">
        <w:r>
          <w:rPr>
            <w:color w:val="2E5A80"/>
            <w:u w:val="single"/>
            <w:sz w:val="18"/>
          </w:rPr>
          <w:t xml:space="preserve">This one word, pity</w:t>
        </w:r>
      </w:hyperlink>
      <w:r>
        <w:rPr>
          <w:b w:val="0"/>
          <w:i w:val="0"/>
          <w:color w:val="6A6F75"/>
          <w:sz w:val="16"/>
        </w:rPr>
        <w:t xml:space="preserve">  613</w:t>
      </w:r>
    </w:p>
    <w:p>
      <w:pPr>
        <w:spacing w:after="0" w:line="240" w:lineRule="auto"/>
      </w:pPr>
      <w:hyperlink w:anchor="p506">
        <w:r>
          <w:rPr>
            <w:color w:val="2E5A80"/>
            <w:u w:val="single"/>
            <w:sz w:val="18"/>
          </w:rPr>
          <w:t xml:space="preserve">This spring, on the willow</w:t>
        </w:r>
      </w:hyperlink>
      <w:r>
        <w:rPr>
          <w:b w:val="0"/>
          <w:i w:val="0"/>
          <w:color w:val="6A6F75"/>
          <w:sz w:val="16"/>
        </w:rPr>
        <w:t xml:space="preserve">  506</w:t>
      </w:r>
    </w:p>
    <w:p>
      <w:pPr>
        <w:spacing w:after="0" w:line="240" w:lineRule="auto"/>
      </w:pPr>
      <w:hyperlink w:anchor="p399">
        <w:r>
          <w:rPr>
            <w:color w:val="2E5A80"/>
            <w:u w:val="single"/>
            <w:sz w:val="18"/>
          </w:rPr>
          <w:t xml:space="preserve">Thoroughwort withered</w:t>
        </w:r>
      </w:hyperlink>
      <w:r>
        <w:rPr>
          <w:b w:val="0"/>
          <w:i w:val="0"/>
          <w:color w:val="6A6F75"/>
          <w:sz w:val="16"/>
        </w:rPr>
        <w:t xml:space="preserve">  399</w:t>
      </w:r>
    </w:p>
    <w:p>
      <w:pPr>
        <w:spacing w:after="0" w:line="240" w:lineRule="auto"/>
      </w:pPr>
      <w:hyperlink w:anchor="p153">
        <w:r>
          <w:rPr>
            <w:color w:val="2E5A80"/>
            <w:u w:val="single"/>
            <w:sz w:val="18"/>
          </w:rPr>
          <w:t xml:space="preserve">Those days: what was there</w:t>
        </w:r>
      </w:hyperlink>
      <w:r>
        <w:rPr>
          <w:b w:val="0"/>
          <w:i w:val="0"/>
          <w:color w:val="6A6F75"/>
          <w:sz w:val="16"/>
        </w:rPr>
        <w:t xml:space="preserve">  153</w:t>
      </w:r>
    </w:p>
    <w:p>
      <w:pPr>
        <w:spacing w:after="0" w:line="240" w:lineRule="auto"/>
      </w:pPr>
      <w:hyperlink w:anchor="p71">
        <w:r>
          <w:rPr>
            <w:color w:val="2E5A80"/>
            <w:u w:val="single"/>
            <w:sz w:val="18"/>
          </w:rPr>
          <w:t xml:space="preserve">Though all may see its light</w:t>
        </w:r>
      </w:hyperlink>
      <w:r>
        <w:rPr>
          <w:b w:val="0"/>
          <w:i w:val="0"/>
          <w:color w:val="6A6F75"/>
          <w:sz w:val="16"/>
        </w:rPr>
        <w:t xml:space="preserve">  71</w:t>
      </w:r>
    </w:p>
    <w:p>
      <w:pPr>
        <w:spacing w:after="0" w:line="240" w:lineRule="auto"/>
      </w:pPr>
      <w:hyperlink w:anchor="p503">
        <w:r>
          <w:rPr>
            <w:color w:val="2E5A80"/>
            <w:u w:val="single"/>
            <w:sz w:val="18"/>
          </w:rPr>
          <w:t xml:space="preserve">Though I become</w:t>
        </w:r>
      </w:hyperlink>
      <w:r>
        <w:rPr>
          <w:b w:val="0"/>
          <w:i w:val="0"/>
          <w:color w:val="6A6F75"/>
          <w:sz w:val="16"/>
        </w:rPr>
        <w:t xml:space="preserve">  503</w:t>
      </w:r>
    </w:p>
    <w:p>
      <w:pPr>
        <w:spacing w:after="0" w:line="240" w:lineRule="auto"/>
      </w:pPr>
      <w:hyperlink w:anchor="p407">
        <w:r>
          <w:rPr>
            <w:color w:val="2E5A80"/>
            <w:u w:val="single"/>
            <w:sz w:val="18"/>
          </w:rPr>
          <w:t xml:space="preserve">Though I did not step in</w:t>
        </w:r>
      </w:hyperlink>
      <w:r>
        <w:rPr>
          <w:b w:val="0"/>
          <w:i w:val="0"/>
          <w:color w:val="6A6F75"/>
          <w:sz w:val="16"/>
        </w:rPr>
        <w:t xml:space="preserve">  407</w:t>
      </w:r>
    </w:p>
    <w:p>
      <w:pPr>
        <w:spacing w:after="0" w:line="240" w:lineRule="auto"/>
      </w:pPr>
      <w:hyperlink w:anchor="p778">
        <w:r>
          <w:rPr>
            <w:color w:val="2E5A80"/>
            <w:u w:val="single"/>
            <w:sz w:val="18"/>
          </w:rPr>
          <w:t xml:space="preserve">Though I do not know</w:t>
        </w:r>
      </w:hyperlink>
      <w:r>
        <w:rPr>
          <w:b w:val="0"/>
          <w:i w:val="0"/>
          <w:color w:val="6A6F75"/>
          <w:sz w:val="16"/>
        </w:rPr>
        <w:t xml:space="preserve">  778</w:t>
      </w:r>
    </w:p>
    <w:p>
      <w:pPr>
        <w:spacing w:after="0" w:line="240" w:lineRule="auto"/>
      </w:pPr>
      <w:hyperlink w:anchor="p195">
        <w:r>
          <w:rPr>
            <w:color w:val="2E5A80"/>
            <w:u w:val="single"/>
            <w:sz w:val="18"/>
          </w:rPr>
          <w:t xml:space="preserve">Though I gather at low tide</w:t>
        </w:r>
      </w:hyperlink>
      <w:r>
        <w:rPr>
          <w:b w:val="0"/>
          <w:i w:val="0"/>
          <w:color w:val="6A6F75"/>
          <w:sz w:val="16"/>
        </w:rPr>
        <w:t xml:space="preserve">  195</w:t>
      </w:r>
    </w:p>
    <w:p>
      <w:pPr>
        <w:spacing w:after="0" w:line="240" w:lineRule="auto"/>
      </w:pPr>
      <w:hyperlink w:anchor="p768">
        <w:r>
          <w:rPr>
            <w:color w:val="2E5A80"/>
            <w:u w:val="single"/>
            <w:sz w:val="18"/>
          </w:rPr>
          <w:t xml:space="preserve">Though I go round</w:t>
        </w:r>
      </w:hyperlink>
      <w:r>
        <w:rPr>
          <w:b w:val="0"/>
          <w:i w:val="0"/>
          <w:color w:val="6A6F75"/>
          <w:sz w:val="16"/>
        </w:rPr>
        <w:t xml:space="preserve">  768</w:t>
      </w:r>
    </w:p>
    <w:p>
      <w:pPr>
        <w:spacing w:after="0" w:line="240" w:lineRule="auto"/>
      </w:pPr>
      <w:hyperlink w:anchor="p68">
        <w:r>
          <w:rPr>
            <w:color w:val="2E5A80"/>
            <w:u w:val="single"/>
            <w:sz w:val="18"/>
          </w:rPr>
          <w:t xml:space="preserve">Though I have not seen its roots</w:t>
        </w:r>
      </w:hyperlink>
      <w:r>
        <w:rPr>
          <w:b w:val="0"/>
          <w:i w:val="0"/>
          <w:color w:val="6A6F75"/>
          <w:sz w:val="16"/>
        </w:rPr>
        <w:t xml:space="preserve">  68</w:t>
      </w:r>
    </w:p>
    <w:p>
      <w:pPr>
        <w:spacing w:after="0" w:line="240" w:lineRule="auto"/>
      </w:pPr>
      <w:hyperlink w:anchor="p28">
        <w:r>
          <w:rPr>
            <w:color w:val="2E5A80"/>
            <w:u w:val="single"/>
            <w:sz w:val="18"/>
          </w:rPr>
          <w:t xml:space="preserve">Though I hide the name</w:t>
        </w:r>
      </w:hyperlink>
      <w:r>
        <w:rPr>
          <w:b w:val="0"/>
          <w:i w:val="0"/>
          <w:color w:val="6A6F75"/>
          <w:sz w:val="16"/>
        </w:rPr>
        <w:t xml:space="preserve">  28</w:t>
      </w:r>
    </w:p>
    <w:p>
      <w:pPr>
        <w:spacing w:after="0" w:line="240" w:lineRule="auto"/>
      </w:pPr>
      <w:hyperlink w:anchor="p115">
        <w:r>
          <w:rPr>
            <w:color w:val="2E5A80"/>
            <w:u w:val="single"/>
            <w:sz w:val="18"/>
          </w:rPr>
          <w:t xml:space="preserve">Though I know it is a lover’s path</w:t>
        </w:r>
      </w:hyperlink>
      <w:r>
        <w:rPr>
          <w:b w:val="0"/>
          <w:i w:val="0"/>
          <w:color w:val="6A6F75"/>
          <w:sz w:val="16"/>
        </w:rPr>
        <w:t xml:space="preserve">  115</w:t>
      </w:r>
    </w:p>
    <w:p>
      <w:pPr>
        <w:spacing w:after="0" w:line="240" w:lineRule="auto"/>
      </w:pPr>
      <w:hyperlink w:anchor="p149">
        <w:r>
          <w:rPr>
            <w:color w:val="2E5A80"/>
            <w:u w:val="single"/>
            <w:sz w:val="18"/>
          </w:rPr>
          <w:t xml:space="preserve">Though I leave you</w:t>
        </w:r>
      </w:hyperlink>
      <w:r>
        <w:rPr>
          <w:b w:val="0"/>
          <w:i w:val="0"/>
          <w:color w:val="6A6F75"/>
          <w:sz w:val="16"/>
        </w:rPr>
        <w:t xml:space="preserve">  149</w:t>
      </w:r>
    </w:p>
    <w:p>
      <w:pPr>
        <w:spacing w:after="0" w:line="240" w:lineRule="auto"/>
      </w:pPr>
      <w:hyperlink w:anchor="p160">
        <w:r>
          <w:rPr>
            <w:color w:val="2E5A80"/>
            <w:u w:val="single"/>
            <w:sz w:val="18"/>
          </w:rPr>
          <w:t xml:space="preserve">Though I long to follow you</w:t>
        </w:r>
      </w:hyperlink>
      <w:r>
        <w:rPr>
          <w:b w:val="0"/>
          <w:i w:val="0"/>
          <w:color w:val="6A6F75"/>
          <w:sz w:val="16"/>
        </w:rPr>
        <w:t xml:space="preserve">  160</w:t>
      </w:r>
    </w:p>
    <w:p>
      <w:pPr>
        <w:spacing w:after="0" w:line="240" w:lineRule="auto"/>
      </w:pPr>
      <w:hyperlink w:anchor="p366">
        <w:r>
          <w:rPr>
            <w:color w:val="2E5A80"/>
            <w:u w:val="single"/>
            <w:sz w:val="18"/>
          </w:rPr>
          <w:t xml:space="preserve">Though I love you</w:t>
        </w:r>
      </w:hyperlink>
      <w:r>
        <w:rPr>
          <w:b w:val="0"/>
          <w:i w:val="0"/>
          <w:color w:val="6A6F75"/>
          <w:sz w:val="16"/>
        </w:rPr>
        <w:t xml:space="preserve">  366</w:t>
      </w:r>
    </w:p>
    <w:p>
      <w:pPr>
        <w:spacing w:after="0" w:line="240" w:lineRule="auto"/>
      </w:pPr>
      <w:hyperlink w:anchor="p664">
        <w:r>
          <w:rPr>
            <w:color w:val="2E5A80"/>
            <w:u w:val="single"/>
            <w:sz w:val="18"/>
          </w:rPr>
          <w:t xml:space="preserve">Though I may not say</w:t>
        </w:r>
      </w:hyperlink>
      <w:r>
        <w:rPr>
          <w:b w:val="0"/>
          <w:i w:val="0"/>
          <w:color w:val="6A6F75"/>
          <w:sz w:val="16"/>
        </w:rPr>
        <w:t xml:space="preserve">  664</w:t>
      </w:r>
    </w:p>
    <w:p>
      <w:pPr>
        <w:spacing w:after="0" w:line="240" w:lineRule="auto"/>
      </w:pPr>
      <w:hyperlink w:anchor="p762">
        <w:r>
          <w:rPr>
            <w:color w:val="2E5A80"/>
            <w:u w:val="single"/>
            <w:sz w:val="18"/>
          </w:rPr>
          <w:t xml:space="preserve">Though I mingle</w:t>
        </w:r>
      </w:hyperlink>
      <w:r>
        <w:rPr>
          <w:b w:val="0"/>
          <w:i w:val="0"/>
          <w:color w:val="6A6F75"/>
          <w:sz w:val="16"/>
        </w:rPr>
        <w:t xml:space="preserve">  762</w:t>
      </w:r>
    </w:p>
    <w:p>
      <w:pPr>
        <w:spacing w:after="0" w:line="240" w:lineRule="auto"/>
      </w:pPr>
      <w:hyperlink w:anchor="p172">
        <w:r>
          <w:rPr>
            <w:color w:val="2E5A80"/>
            <w:u w:val="single"/>
            <w:sz w:val="18"/>
          </w:rPr>
          <w:t xml:space="preserve">Though I must wander like this</w:t>
        </w:r>
      </w:hyperlink>
      <w:r>
        <w:rPr>
          <w:b w:val="0"/>
          <w:i w:val="0"/>
          <w:color w:val="6A6F75"/>
          <w:sz w:val="16"/>
        </w:rPr>
        <w:t xml:space="preserve">  172</w:t>
      </w:r>
    </w:p>
    <w:p>
      <w:pPr>
        <w:spacing w:after="0" w:line="240" w:lineRule="auto"/>
      </w:pPr>
      <w:hyperlink w:anchor="p529">
        <w:r>
          <w:rPr>
            <w:color w:val="2E5A80"/>
            <w:u w:val="single"/>
            <w:sz w:val="18"/>
          </w:rPr>
          <w:t xml:space="preserve">Though I put no wet robe</w:t>
        </w:r>
      </w:hyperlink>
      <w:r>
        <w:rPr>
          <w:b w:val="0"/>
          <w:i w:val="0"/>
          <w:color w:val="6A6F75"/>
          <w:sz w:val="16"/>
        </w:rPr>
        <w:t xml:space="preserve">  529</w:t>
      </w:r>
    </w:p>
    <w:p>
      <w:pPr>
        <w:spacing w:after="0" w:line="240" w:lineRule="auto"/>
      </w:pPr>
      <w:hyperlink w:anchor="p60">
        <w:r>
          <w:rPr>
            <w:color w:val="2E5A80"/>
            <w:u w:val="single"/>
            <w:sz w:val="18"/>
          </w:rPr>
          <w:t xml:space="preserve">Though I see you, a night</w:t>
        </w:r>
      </w:hyperlink>
      <w:r>
        <w:rPr>
          <w:b w:val="0"/>
          <w:i w:val="0"/>
          <w:color w:val="6A6F75"/>
          <w:sz w:val="16"/>
        </w:rPr>
        <w:t xml:space="preserve">  60</w:t>
      </w:r>
    </w:p>
    <w:p>
      <w:pPr>
        <w:spacing w:after="0" w:line="240" w:lineRule="auto"/>
      </w:pPr>
      <w:hyperlink w:anchor="p281">
        <w:r>
          <w:rPr>
            <w:color w:val="2E5A80"/>
            <w:u w:val="single"/>
            <w:sz w:val="18"/>
          </w:rPr>
          <w:t xml:space="preserve">Though I stand, as you see</w:t>
        </w:r>
      </w:hyperlink>
      <w:r>
        <w:rPr>
          <w:b w:val="0"/>
          <w:i w:val="0"/>
          <w:color w:val="6A6F75"/>
          <w:sz w:val="16"/>
        </w:rPr>
        <w:t xml:space="preserve">  281</w:t>
      </w:r>
    </w:p>
    <w:p>
      <w:pPr>
        <w:spacing w:after="0" w:line="240" w:lineRule="auto"/>
      </w:pPr>
      <w:hyperlink w:anchor="p89">
        <w:r>
          <w:rPr>
            <w:color w:val="2E5A80"/>
            <w:u w:val="single"/>
            <w:sz w:val="18"/>
          </w:rPr>
          <w:t xml:space="preserve">Though I think of it as kin</w:t>
        </w:r>
      </w:hyperlink>
      <w:r>
        <w:rPr>
          <w:b w:val="0"/>
          <w:i w:val="0"/>
          <w:color w:val="6A6F75"/>
          <w:sz w:val="16"/>
        </w:rPr>
        <w:t xml:space="preserve">  89</w:t>
      </w:r>
    </w:p>
    <w:p>
      <w:pPr>
        <w:spacing w:after="0" w:line="240" w:lineRule="auto"/>
      </w:pPr>
      <w:hyperlink w:anchor="p692">
        <w:r>
          <w:rPr>
            <w:color w:val="2E5A80"/>
            <w:u w:val="single"/>
            <w:sz w:val="18"/>
          </w:rPr>
          <w:t xml:space="preserve">Though I threw myself</w:t>
        </w:r>
      </w:hyperlink>
      <w:r>
        <w:rPr>
          <w:b w:val="0"/>
          <w:i w:val="0"/>
          <w:color w:val="6A6F75"/>
          <w:sz w:val="16"/>
        </w:rPr>
        <w:t xml:space="preserve">  692</w:t>
      </w:r>
    </w:p>
    <w:p>
      <w:pPr>
        <w:spacing w:after="0" w:line="240" w:lineRule="auto"/>
      </w:pPr>
      <w:hyperlink w:anchor="p735">
        <w:r>
          <w:rPr>
            <w:color w:val="2E5A80"/>
            <w:u w:val="single"/>
            <w:sz w:val="18"/>
          </w:rPr>
          <w:t xml:space="preserve">Though I trust in you</w:t>
        </w:r>
      </w:hyperlink>
      <w:r>
        <w:rPr>
          <w:b w:val="0"/>
          <w:i w:val="0"/>
          <w:color w:val="6A6F75"/>
          <w:sz w:val="16"/>
        </w:rPr>
        <w:t xml:space="preserve">  735</w:t>
      </w:r>
    </w:p>
    <w:p>
      <w:pPr>
        <w:spacing w:after="0" w:line="240" w:lineRule="auto"/>
      </w:pPr>
      <w:hyperlink w:anchor="p511">
        <w:r>
          <w:rPr>
            <w:color w:val="2E5A80"/>
            <w:u w:val="single"/>
            <w:sz w:val="18"/>
          </w:rPr>
          <w:t xml:space="preserve">Though in the oak</w:t>
        </w:r>
      </w:hyperlink>
      <w:r>
        <w:rPr>
          <w:b w:val="0"/>
          <w:i w:val="0"/>
          <w:color w:val="6A6F75"/>
          <w:sz w:val="16"/>
        </w:rPr>
        <w:t xml:space="preserve">  511</w:t>
      </w:r>
    </w:p>
    <w:p>
      <w:pPr>
        <w:spacing w:after="0" w:line="240" w:lineRule="auto"/>
      </w:pPr>
      <w:hyperlink w:anchor="p605">
        <w:r>
          <w:rPr>
            <w:color w:val="2E5A80"/>
            <w:u w:val="single"/>
            <w:sz w:val="18"/>
          </w:rPr>
          <w:t xml:space="preserve">Though in the wind</w:t>
        </w:r>
      </w:hyperlink>
      <w:r>
        <w:rPr>
          <w:b w:val="0"/>
          <w:i w:val="0"/>
          <w:color w:val="6A6F75"/>
          <w:sz w:val="16"/>
        </w:rPr>
        <w:t xml:space="preserve">  605</w:t>
      </w:r>
    </w:p>
    <w:p>
      <w:pPr>
        <w:spacing w:after="0" w:line="240" w:lineRule="auto"/>
      </w:pPr>
      <w:hyperlink w:anchor="p666">
        <w:r>
          <w:rPr>
            <w:color w:val="2E5A80"/>
            <w:u w:val="single"/>
            <w:sz w:val="18"/>
          </w:rPr>
          <w:t xml:space="preserve">Though it is not</w:t>
        </w:r>
      </w:hyperlink>
      <w:r>
        <w:rPr>
          <w:b w:val="0"/>
          <w:i w:val="0"/>
          <w:color w:val="6A6F75"/>
          <w:sz w:val="16"/>
        </w:rPr>
        <w:t xml:space="preserve">  666</w:t>
      </w:r>
    </w:p>
    <w:p>
      <w:pPr>
        <w:spacing w:after="0" w:line="240" w:lineRule="auto"/>
      </w:pPr>
      <w:hyperlink w:anchor="p465">
        <w:r>
          <w:rPr>
            <w:color w:val="2E5A80"/>
            <w:u w:val="single"/>
            <w:sz w:val="18"/>
          </w:rPr>
          <w:t xml:space="preserve">Though not much distance</w:t>
        </w:r>
      </w:hyperlink>
      <w:r>
        <w:rPr>
          <w:b w:val="0"/>
          <w:i w:val="0"/>
          <w:color w:val="6A6F75"/>
          <w:sz w:val="16"/>
        </w:rPr>
        <w:t xml:space="preserve">  465</w:t>
      </w:r>
    </w:p>
    <w:p>
      <w:pPr>
        <w:spacing w:after="0" w:line="240" w:lineRule="auto"/>
      </w:pPr>
      <w:hyperlink w:anchor="p665">
        <w:r>
          <w:rPr>
            <w:color w:val="2E5A80"/>
            <w:u w:val="single"/>
            <w:sz w:val="18"/>
          </w:rPr>
          <w:t xml:space="preserve">Though only our hearts</w:t>
        </w:r>
      </w:hyperlink>
      <w:r>
        <w:rPr>
          <w:b w:val="0"/>
          <w:i w:val="0"/>
          <w:color w:val="6A6F75"/>
          <w:sz w:val="16"/>
        </w:rPr>
        <w:t xml:space="preserve">  665</w:t>
      </w:r>
    </w:p>
    <w:p>
      <w:pPr>
        <w:spacing w:after="0" w:line="240" w:lineRule="auto"/>
      </w:pPr>
      <w:hyperlink w:anchor="p563">
        <w:r>
          <w:rPr>
            <w:color w:val="2E5A80"/>
            <w:u w:val="single"/>
            <w:sz w:val="18"/>
          </w:rPr>
          <w:t xml:space="preserve">Though risen above</w:t>
        </w:r>
      </w:hyperlink>
      <w:r>
        <w:rPr>
          <w:b w:val="0"/>
          <w:i w:val="0"/>
          <w:color w:val="6A6F75"/>
          <w:sz w:val="16"/>
        </w:rPr>
        <w:t xml:space="preserve">  563</w:t>
      </w:r>
    </w:p>
    <w:p>
      <w:pPr>
        <w:spacing w:after="0" w:line="240" w:lineRule="auto"/>
      </w:pPr>
      <w:hyperlink w:anchor="p64">
        <w:r>
          <w:rPr>
            <w:color w:val="2E5A80"/>
            <w:u w:val="single"/>
            <w:sz w:val="18"/>
          </w:rPr>
          <w:t xml:space="preserve">Though seaweed is hard to find</w:t>
        </w:r>
      </w:hyperlink>
      <w:r>
        <w:rPr>
          <w:b w:val="0"/>
          <w:i w:val="0"/>
          <w:color w:val="6A6F75"/>
          <w:sz w:val="16"/>
        </w:rPr>
        <w:t xml:space="preserve">  64</w:t>
      </w:r>
    </w:p>
    <w:p>
      <w:pPr>
        <w:spacing w:after="0" w:line="240" w:lineRule="auto"/>
      </w:pPr>
      <w:hyperlink w:anchor="p3">
        <w:r>
          <w:rPr>
            <w:color w:val="2E5A80"/>
            <w:u w:val="single"/>
            <w:sz w:val="18"/>
          </w:rPr>
          <w:t xml:space="preserve">Though the bell cricket</w:t>
        </w:r>
      </w:hyperlink>
      <w:r>
        <w:rPr>
          <w:b w:val="0"/>
          <w:i w:val="0"/>
          <w:color w:val="6A6F75"/>
          <w:sz w:val="16"/>
        </w:rPr>
        <w:t xml:space="preserve">  3</w:t>
      </w:r>
    </w:p>
    <w:p>
      <w:pPr>
        <w:spacing w:after="0" w:line="240" w:lineRule="auto"/>
      </w:pPr>
      <w:hyperlink w:anchor="p700">
        <w:r>
          <w:rPr>
            <w:color w:val="2E5A80"/>
            <w:u w:val="single"/>
            <w:sz w:val="18"/>
          </w:rPr>
          <w:t xml:space="preserve">Though the chrysanthemum</w:t>
        </w:r>
      </w:hyperlink>
      <w:r>
        <w:rPr>
          <w:b w:val="0"/>
          <w:i w:val="0"/>
          <w:color w:val="6A6F75"/>
          <w:sz w:val="16"/>
        </w:rPr>
        <w:t xml:space="preserve">  700</w:t>
      </w:r>
    </w:p>
    <w:p>
      <w:pPr>
        <w:spacing w:after="0" w:line="240" w:lineRule="auto"/>
      </w:pPr>
      <w:hyperlink w:anchor="p14">
        <w:r>
          <w:rPr>
            <w:color w:val="2E5A80"/>
            <w:u w:val="single"/>
            <w:sz w:val="18"/>
          </w:rPr>
          <w:t xml:space="preserve">Though the hedge of the mountain folk</w:t>
        </w:r>
      </w:hyperlink>
      <w:r>
        <w:rPr>
          <w:b w:val="0"/>
          <w:i w:val="0"/>
          <w:color w:val="6A6F75"/>
          <w:sz w:val="16"/>
        </w:rPr>
        <w:t xml:space="preserve">  14</w:t>
      </w:r>
    </w:p>
    <w:p>
      <w:pPr>
        <w:spacing w:after="0" w:line="240" w:lineRule="auto"/>
      </w:pPr>
      <w:hyperlink w:anchor="p77">
        <w:r>
          <w:rPr>
            <w:color w:val="2E5A80"/>
            <w:u w:val="single"/>
            <w:sz w:val="18"/>
          </w:rPr>
          <w:t xml:space="preserve">Though the icicles on the eaves</w:t>
        </w:r>
      </w:hyperlink>
      <w:r>
        <w:rPr>
          <w:b w:val="0"/>
          <w:i w:val="0"/>
          <w:color w:val="6A6F75"/>
          <w:sz w:val="16"/>
        </w:rPr>
        <w:t xml:space="preserve">  77</w:t>
      </w:r>
    </w:p>
    <w:p>
      <w:pPr>
        <w:spacing w:after="0" w:line="240" w:lineRule="auto"/>
      </w:pPr>
      <w:hyperlink w:anchor="p266">
        <w:r>
          <w:rPr>
            <w:color w:val="2E5A80"/>
            <w:u w:val="single"/>
            <w:sz w:val="18"/>
          </w:rPr>
          <w:t xml:space="preserve">Though the jeweled vine be broken</w:t>
        </w:r>
      </w:hyperlink>
      <w:r>
        <w:rPr>
          <w:b w:val="0"/>
          <w:i w:val="0"/>
          <w:color w:val="6A6F75"/>
          <w:sz w:val="16"/>
        </w:rPr>
        <w:t xml:space="preserve">  266</w:t>
      </w:r>
    </w:p>
    <w:p>
      <w:pPr>
        <w:spacing w:after="0" w:line="240" w:lineRule="auto"/>
      </w:pPr>
      <w:hyperlink w:anchor="p12">
        <w:r>
          <w:rPr>
            <w:color w:val="2E5A80"/>
            <w:u w:val="single"/>
            <w:sz w:val="18"/>
          </w:rPr>
          <w:t xml:space="preserve">Though the koto’s sound and the moon</w:t>
        </w:r>
      </w:hyperlink>
      <w:r>
        <w:rPr>
          <w:b w:val="0"/>
          <w:i w:val="0"/>
          <w:color w:val="6A6F75"/>
          <w:sz w:val="16"/>
        </w:rPr>
        <w:t xml:space="preserve">  12</w:t>
      </w:r>
    </w:p>
    <w:p>
      <w:pPr>
        <w:spacing w:after="0" w:line="240" w:lineRule="auto"/>
      </w:pPr>
      <w:hyperlink w:anchor="p423">
        <w:r>
          <w:rPr>
            <w:color w:val="2E5A80"/>
            <w:u w:val="single"/>
            <w:sz w:val="18"/>
          </w:rPr>
          <w:t xml:space="preserve">Though the middle road to Ide</w:t>
        </w:r>
      </w:hyperlink>
      <w:r>
        <w:rPr>
          <w:b w:val="0"/>
          <w:i w:val="0"/>
          <w:color w:val="6A6F75"/>
          <w:sz w:val="16"/>
        </w:rPr>
        <w:t xml:space="preserve">  423</w:t>
      </w:r>
    </w:p>
    <w:p>
      <w:pPr>
        <w:spacing w:after="0" w:line="240" w:lineRule="auto"/>
      </w:pPr>
      <w:hyperlink w:anchor="p188">
        <w:r>
          <w:rPr>
            <w:color w:val="2E5A80"/>
            <w:u w:val="single"/>
            <w:sz w:val="18"/>
          </w:rPr>
          <w:t xml:space="preserve">Though the mist on the peaks</w:t>
        </w:r>
      </w:hyperlink>
      <w:r>
        <w:rPr>
          <w:b w:val="0"/>
          <w:i w:val="0"/>
          <w:color w:val="6A6F75"/>
          <w:sz w:val="16"/>
        </w:rPr>
        <w:t xml:space="preserve">  188</w:t>
      </w:r>
    </w:p>
    <w:p>
      <w:pPr>
        <w:spacing w:after="0" w:line="240" w:lineRule="auto"/>
      </w:pPr>
      <w:hyperlink w:anchor="p299">
        <w:r>
          <w:rPr>
            <w:color w:val="2E5A80"/>
            <w:u w:val="single"/>
            <w:sz w:val="18"/>
          </w:rPr>
          <w:t xml:space="preserve">Though the mountain paths</w:t>
        </w:r>
      </w:hyperlink>
      <w:r>
        <w:rPr>
          <w:b w:val="0"/>
          <w:i w:val="0"/>
          <w:color w:val="6A6F75"/>
          <w:sz w:val="16"/>
        </w:rPr>
        <w:t xml:space="preserve">  299</w:t>
      </w:r>
    </w:p>
    <w:p>
      <w:pPr>
        <w:spacing w:after="0" w:line="240" w:lineRule="auto"/>
      </w:pPr>
      <w:hyperlink w:anchor="p554">
        <w:r>
          <w:rPr>
            <w:color w:val="2E5A80"/>
            <w:u w:val="single"/>
            <w:sz w:val="18"/>
          </w:rPr>
          <w:t xml:space="preserve">Though the rites</w:t>
        </w:r>
      </w:hyperlink>
      <w:r>
        <w:rPr>
          <w:b w:val="0"/>
          <w:i w:val="0"/>
          <w:color w:val="6A6F75"/>
          <w:sz w:val="16"/>
        </w:rPr>
        <w:t xml:space="preserve">  554</w:t>
      </w:r>
    </w:p>
    <w:p>
      <w:pPr>
        <w:spacing w:after="0" w:line="240" w:lineRule="auto"/>
      </w:pPr>
      <w:hyperlink w:anchor="p81">
        <w:r>
          <w:rPr>
            <w:color w:val="2E5A80"/>
            <w:u w:val="single"/>
            <w:sz w:val="18"/>
          </w:rPr>
          <w:t xml:space="preserve">Though the robe dyed once</w:t>
        </w:r>
      </w:hyperlink>
      <w:r>
        <w:rPr>
          <w:b w:val="0"/>
          <w:i w:val="0"/>
          <w:color w:val="6A6F75"/>
          <w:sz w:val="16"/>
        </w:rPr>
        <w:t xml:space="preserve">  81</w:t>
      </w:r>
    </w:p>
    <w:p>
      <w:pPr>
        <w:spacing w:after="0" w:line="240" w:lineRule="auto"/>
      </w:pPr>
      <w:hyperlink w:anchor="p552">
        <w:r>
          <w:rPr>
            <w:color w:val="2E5A80"/>
            <w:u w:val="single"/>
            <w:sz w:val="18"/>
          </w:rPr>
          <w:t xml:space="preserve">Though this self</w:t>
        </w:r>
      </w:hyperlink>
      <w:r>
        <w:rPr>
          <w:b w:val="0"/>
          <w:i w:val="0"/>
          <w:color w:val="6A6F75"/>
          <w:sz w:val="16"/>
        </w:rPr>
        <w:t xml:space="preserve">  552</w:t>
      </w:r>
    </w:p>
    <w:p>
      <w:pPr>
        <w:spacing w:after="0" w:line="240" w:lineRule="auto"/>
      </w:pPr>
      <w:hyperlink w:anchor="p233">
        <w:r>
          <w:rPr>
            <w:color w:val="2E5A80"/>
            <w:u w:val="single"/>
            <w:sz w:val="18"/>
          </w:rPr>
          <w:t xml:space="preserve">Though this time</w:t>
        </w:r>
      </w:hyperlink>
      <w:r>
        <w:rPr>
          <w:b w:val="0"/>
          <w:i w:val="0"/>
          <w:color w:val="6A6F75"/>
          <w:sz w:val="16"/>
        </w:rPr>
        <w:t xml:space="preserve">  233</w:t>
      </w:r>
    </w:p>
    <w:p>
      <w:pPr>
        <w:spacing w:after="0" w:line="240" w:lineRule="auto"/>
      </w:pPr>
      <w:hyperlink w:anchor="p633">
        <w:r>
          <w:rPr>
            <w:color w:val="2E5A80"/>
            <w:u w:val="single"/>
            <w:sz w:val="18"/>
          </w:rPr>
          <w:t xml:space="preserve">Though waves lie between</w:t>
        </w:r>
      </w:hyperlink>
      <w:r>
        <w:rPr>
          <w:b w:val="0"/>
          <w:i w:val="0"/>
          <w:color w:val="6A6F75"/>
          <w:sz w:val="16"/>
        </w:rPr>
        <w:t xml:space="preserve">  633</w:t>
      </w:r>
    </w:p>
    <w:p>
      <w:pPr>
        <w:spacing w:after="0" w:line="240" w:lineRule="auto"/>
      </w:pPr>
      <w:hyperlink w:anchor="p252">
        <w:r>
          <w:rPr>
            <w:color w:val="2E5A80"/>
            <w:u w:val="single"/>
            <w:sz w:val="18"/>
          </w:rPr>
          <w:t xml:space="preserve">Though we are not</w:t>
        </w:r>
      </w:hyperlink>
      <w:r>
        <w:rPr>
          <w:b w:val="0"/>
          <w:i w:val="0"/>
          <w:color w:val="6A6F75"/>
          <w:sz w:val="16"/>
        </w:rPr>
        <w:t xml:space="preserve">  252</w:t>
      </w:r>
    </w:p>
    <w:p>
      <w:pPr>
        <w:spacing w:after="0" w:line="240" w:lineRule="auto"/>
      </w:pPr>
      <w:hyperlink w:anchor="p248">
        <w:r>
          <w:rPr>
            <w:color w:val="2E5A80"/>
            <w:u w:val="single"/>
            <w:sz w:val="18"/>
          </w:rPr>
          <w:t xml:space="preserve">Though we are not long used</w:t>
        </w:r>
      </w:hyperlink>
      <w:r>
        <w:rPr>
          <w:b w:val="0"/>
          <w:i w:val="0"/>
          <w:color w:val="6A6F75"/>
          <w:sz w:val="16"/>
        </w:rPr>
        <w:t xml:space="preserve">  248</w:t>
      </w:r>
    </w:p>
    <w:p>
      <w:pPr>
        <w:spacing w:after="0" w:line="240" w:lineRule="auto"/>
      </w:pPr>
      <w:hyperlink w:anchor="p342">
        <w:r>
          <w:rPr>
            <w:color w:val="2E5A80"/>
            <w:u w:val="single"/>
            <w:sz w:val="18"/>
          </w:rPr>
          <w:t xml:space="preserve">Though we row away</w:t>
        </w:r>
      </w:hyperlink>
      <w:r>
        <w:rPr>
          <w:b w:val="0"/>
          <w:i w:val="0"/>
          <w:color w:val="6A6F75"/>
          <w:sz w:val="16"/>
        </w:rPr>
        <w:t xml:space="preserve">  342</w:t>
      </w:r>
    </w:p>
    <w:p>
      <w:pPr>
        <w:spacing w:after="0" w:line="240" w:lineRule="auto"/>
      </w:pPr>
      <w:hyperlink w:anchor="p355">
        <w:r>
          <w:rPr>
            <w:color w:val="2E5A80"/>
            <w:u w:val="single"/>
            <w:sz w:val="18"/>
          </w:rPr>
          <w:t xml:space="preserve">Though years have passed</w:t>
        </w:r>
      </w:hyperlink>
      <w:r>
        <w:rPr>
          <w:b w:val="0"/>
          <w:i w:val="0"/>
          <w:color w:val="6A6F75"/>
          <w:sz w:val="16"/>
        </w:rPr>
        <w:t xml:space="preserve">  355</w:t>
      </w:r>
    </w:p>
    <w:p>
      <w:pPr>
        <w:spacing w:after="0" w:line="240" w:lineRule="auto"/>
      </w:pPr>
      <w:hyperlink w:anchor="p741">
        <w:r>
          <w:rPr>
            <w:color w:val="2E5A80"/>
            <w:u w:val="single"/>
            <w:sz w:val="18"/>
          </w:rPr>
          <w:t xml:space="preserve">Though years pass</w:t>
        </w:r>
      </w:hyperlink>
      <w:r>
        <w:rPr>
          <w:b w:val="0"/>
          <w:i w:val="0"/>
          <w:color w:val="6A6F75"/>
          <w:sz w:val="16"/>
        </w:rPr>
        <w:t xml:space="preserve">  741</w:t>
      </w:r>
    </w:p>
    <w:p>
      <w:pPr>
        <w:spacing w:after="0" w:line="240" w:lineRule="auto"/>
      </w:pPr>
      <w:hyperlink w:anchor="p140">
        <w:r>
          <w:rPr>
            <w:color w:val="2E5A80"/>
            <w:u w:val="single"/>
            <w:sz w:val="18"/>
          </w:rPr>
          <w:t xml:space="preserve">Though you cast me off</w:t>
        </w:r>
      </w:hyperlink>
      <w:r>
        <w:rPr>
          <w:b w:val="0"/>
          <w:i w:val="0"/>
          <w:color w:val="6A6F75"/>
          <w:sz w:val="16"/>
        </w:rPr>
        <w:t xml:space="preserve">  140</w:t>
      </w:r>
    </w:p>
    <w:p>
      <w:pPr>
        <w:spacing w:after="0" w:line="240" w:lineRule="auto"/>
      </w:pPr>
      <w:hyperlink w:anchor="p512">
        <w:r>
          <w:rPr>
            <w:color w:val="2E5A80"/>
            <w:u w:val="single"/>
            <w:sz w:val="18"/>
          </w:rPr>
          <w:t xml:space="preserve">Though you come behind me</w:t>
        </w:r>
      </w:hyperlink>
      <w:r>
        <w:rPr>
          <w:b w:val="0"/>
          <w:i w:val="0"/>
          <w:color w:val="6A6F75"/>
          <w:sz w:val="16"/>
        </w:rPr>
        <w:t xml:space="preserve">  512</w:t>
      </w:r>
    </w:p>
    <w:p>
      <w:pPr>
        <w:spacing w:after="0" w:line="240" w:lineRule="auto"/>
      </w:pPr>
      <w:hyperlink w:anchor="p347">
        <w:r>
          <w:rPr>
            <w:color w:val="2E5A80"/>
            <w:u w:val="single"/>
            <w:sz w:val="18"/>
          </w:rPr>
          <w:t xml:space="preserve">Though you know nothing of it</w:t>
        </w:r>
      </w:hyperlink>
      <w:r>
        <w:rPr>
          <w:b w:val="0"/>
          <w:i w:val="0"/>
          <w:color w:val="6A6F75"/>
          <w:sz w:val="16"/>
        </w:rPr>
        <w:t xml:space="preserve">  347</w:t>
      </w:r>
    </w:p>
    <w:p>
      <w:pPr>
        <w:spacing w:after="0" w:line="240" w:lineRule="auto"/>
      </w:pPr>
      <w:hyperlink w:anchor="p413">
        <w:r>
          <w:rPr>
            <w:color w:val="2E5A80"/>
            <w:u w:val="single"/>
            <w:sz w:val="18"/>
          </w:rPr>
          <w:t xml:space="preserve">Though you may remember</w:t>
        </w:r>
      </w:hyperlink>
      <w:r>
        <w:rPr>
          <w:b w:val="0"/>
          <w:i w:val="0"/>
          <w:color w:val="6A6F75"/>
          <w:sz w:val="16"/>
        </w:rPr>
        <w:t xml:space="preserve">  413</w:t>
      </w:r>
    </w:p>
    <w:p>
      <w:pPr>
        <w:spacing w:after="0" w:line="240" w:lineRule="auto"/>
      </w:pPr>
      <w:hyperlink w:anchor="p521">
        <w:r>
          <w:rPr>
            <w:color w:val="2E5A80"/>
            <w:u w:val="single"/>
            <w:sz w:val="18"/>
          </w:rPr>
          <w:t xml:space="preserve">Though you pledge</w:t>
        </w:r>
      </w:hyperlink>
      <w:r>
        <w:rPr>
          <w:b w:val="0"/>
          <w:i w:val="0"/>
          <w:color w:val="6A6F75"/>
          <w:sz w:val="16"/>
        </w:rPr>
        <w:t xml:space="preserve">  521</w:t>
      </w:r>
    </w:p>
    <w:p>
      <w:pPr>
        <w:spacing w:after="0" w:line="240" w:lineRule="auto"/>
      </w:pPr>
      <w:hyperlink w:anchor="p111">
        <w:r>
          <w:rPr>
            <w:color w:val="2E5A80"/>
            <w:u w:val="single"/>
            <w:sz w:val="18"/>
          </w:rPr>
          <w:t xml:space="preserve">Thousand fathoms deep, you say</w:t>
        </w:r>
      </w:hyperlink>
      <w:r>
        <w:rPr>
          <w:b w:val="0"/>
          <w:i w:val="0"/>
          <w:color w:val="6A6F75"/>
          <w:sz w:val="16"/>
        </w:rPr>
        <w:t xml:space="preserve">  111</w:t>
      </w:r>
    </w:p>
    <w:p>
      <w:pPr>
        <w:spacing w:after="0" w:line="240" w:lineRule="auto"/>
      </w:pPr>
      <w:hyperlink w:anchor="p270">
        <w:r>
          <w:rPr>
            <w:color w:val="2E5A80"/>
            <w:u w:val="single"/>
            <w:sz w:val="18"/>
          </w:rPr>
          <w:t xml:space="preserve">Through all the years</w:t>
        </w:r>
      </w:hyperlink>
      <w:r>
        <w:rPr>
          <w:b w:val="0"/>
          <w:i w:val="0"/>
          <w:color w:val="6A6F75"/>
          <w:sz w:val="16"/>
        </w:rPr>
        <w:t xml:space="preserve">  270</w:t>
      </w:r>
    </w:p>
    <w:p>
      <w:pPr>
        <w:spacing w:after="0" w:line="240" w:lineRule="auto"/>
      </w:pPr>
      <w:hyperlink w:anchor="p653">
        <w:r>
          <w:rPr>
            <w:color w:val="2E5A80"/>
            <w:u w:val="single"/>
            <w:sz w:val="18"/>
          </w:rPr>
          <w:t xml:space="preserve">Tie a lasting vow</w:t>
        </w:r>
      </w:hyperlink>
      <w:r>
        <w:rPr>
          <w:b w:val="0"/>
          <w:i w:val="0"/>
          <w:color w:val="6A6F75"/>
          <w:sz w:val="16"/>
        </w:rPr>
        <w:t xml:space="preserve">  653</w:t>
      </w:r>
    </w:p>
    <w:p>
      <w:pPr>
        <w:spacing w:after="0" w:line="240" w:lineRule="auto"/>
      </w:pPr>
      <w:hyperlink w:anchor="p37">
        <w:r>
          <w:rPr>
            <w:color w:val="2E5A80"/>
            <w:u w:val="single"/>
            <w:sz w:val="18"/>
          </w:rPr>
          <w:t xml:space="preserve">Time passes, and I do not ask</w:t>
        </w:r>
      </w:hyperlink>
      <w:r>
        <w:rPr>
          <w:b w:val="0"/>
          <w:i w:val="0"/>
          <w:color w:val="6A6F75"/>
          <w:sz w:val="16"/>
        </w:rPr>
        <w:t xml:space="preserve">  37</w:t>
      </w:r>
    </w:p>
    <w:p>
      <w:pPr>
        <w:spacing w:after="0" w:line="240" w:lineRule="auto"/>
      </w:pPr>
      <w:hyperlink w:anchor="p230">
        <w:r>
          <w:rPr>
            <w:color w:val="2E5A80"/>
            <w:u w:val="single"/>
            <w:sz w:val="18"/>
          </w:rPr>
          <w:t xml:space="preserve">To a heart lost</w:t>
        </w:r>
      </w:hyperlink>
      <w:r>
        <w:rPr>
          <w:b w:val="0"/>
          <w:i w:val="0"/>
          <w:color w:val="6A6F75"/>
          <w:sz w:val="16"/>
        </w:rPr>
        <w:t xml:space="preserve">  230</w:t>
      </w:r>
    </w:p>
    <w:p>
      <w:pPr>
        <w:spacing w:after="0" w:line="240" w:lineRule="auto"/>
      </w:pPr>
      <w:hyperlink w:anchor="p279">
        <w:r>
          <w:rPr>
            <w:color w:val="2E5A80"/>
            <w:u w:val="single"/>
            <w:sz w:val="18"/>
          </w:rPr>
          <w:t xml:space="preserve">To a heart risen</w:t>
        </w:r>
      </w:hyperlink>
      <w:r>
        <w:rPr>
          <w:b w:val="0"/>
          <w:i w:val="0"/>
          <w:color w:val="6A6F75"/>
          <w:sz w:val="16"/>
        </w:rPr>
        <w:t xml:space="preserve">  279</w:t>
      </w:r>
    </w:p>
    <w:p>
      <w:pPr>
        <w:spacing w:after="0" w:line="240" w:lineRule="auto"/>
      </w:pPr>
      <w:hyperlink w:anchor="p184">
        <w:r>
          <w:rPr>
            <w:color w:val="2E5A80"/>
            <w:u w:val="single"/>
            <w:sz w:val="18"/>
          </w:rPr>
          <w:t xml:space="preserve">To bloom and soon fall</w:t>
        </w:r>
      </w:hyperlink>
      <w:r>
        <w:rPr>
          <w:b w:val="0"/>
          <w:i w:val="0"/>
          <w:color w:val="6A6F75"/>
          <w:sz w:val="16"/>
        </w:rPr>
        <w:t xml:space="preserve">  184</w:t>
      </w:r>
    </w:p>
    <w:p>
      <w:pPr>
        <w:spacing w:after="0" w:line="240" w:lineRule="auto"/>
      </w:pPr>
      <w:hyperlink w:anchor="p120">
        <w:r>
          <w:rPr>
            <w:color w:val="2E5A80"/>
            <w:u w:val="single"/>
            <w:sz w:val="18"/>
          </w:rPr>
          <w:t xml:space="preserve">To hear that life is sad</w:t>
        </w:r>
      </w:hyperlink>
      <w:r>
        <w:rPr>
          <w:b w:val="0"/>
          <w:i w:val="0"/>
          <w:color w:val="6A6F75"/>
          <w:sz w:val="16"/>
        </w:rPr>
        <w:t xml:space="preserve">  120</w:t>
      </w:r>
    </w:p>
    <w:p>
      <w:pPr>
        <w:spacing w:after="0" w:line="240" w:lineRule="auto"/>
      </w:pPr>
      <w:hyperlink w:anchor="p114">
        <w:r>
          <w:rPr>
            <w:color w:val="2E5A80"/>
            <w:u w:val="single"/>
            <w:sz w:val="18"/>
          </w:rPr>
          <w:t xml:space="preserve">To my regret, I wore it</w:t>
        </w:r>
      </w:hyperlink>
      <w:r>
        <w:rPr>
          <w:b w:val="0"/>
          <w:i w:val="0"/>
          <w:color w:val="6A6F75"/>
          <w:sz w:val="16"/>
        </w:rPr>
        <w:t xml:space="preserve">  114</w:t>
      </w:r>
    </w:p>
    <w:p>
      <w:pPr>
        <w:spacing w:after="0" w:line="240" w:lineRule="auto"/>
      </w:pPr>
      <w:hyperlink w:anchor="p354">
        <w:r>
          <w:rPr>
            <w:color w:val="2E5A80"/>
            <w:u w:val="single"/>
            <w:sz w:val="18"/>
          </w:rPr>
          <w:t xml:space="preserve">To one who passes the years</w:t>
        </w:r>
      </w:hyperlink>
      <w:r>
        <w:rPr>
          <w:b w:val="0"/>
          <w:i w:val="0"/>
          <w:color w:val="6A6F75"/>
          <w:sz w:val="16"/>
        </w:rPr>
        <w:t xml:space="preserve">  354</w:t>
      </w:r>
    </w:p>
    <w:p>
      <w:pPr>
        <w:spacing w:after="0" w:line="240" w:lineRule="auto"/>
      </w:pPr>
      <w:hyperlink w:anchor="p603">
        <w:r>
          <w:rPr>
            <w:color w:val="2E5A80"/>
            <w:u w:val="single"/>
            <w:sz w:val="18"/>
          </w:rPr>
          <w:t xml:space="preserve">To scatter in the wind</w:t>
        </w:r>
      </w:hyperlink>
      <w:r>
        <w:rPr>
          <w:b w:val="0"/>
          <w:i w:val="0"/>
          <w:color w:val="6A6F75"/>
          <w:sz w:val="16"/>
        </w:rPr>
        <w:t xml:space="preserve">  603</w:t>
      </w:r>
    </w:p>
    <w:p>
      <w:pPr>
        <w:spacing w:after="0" w:line="240" w:lineRule="auto"/>
      </w:pPr>
      <w:hyperlink w:anchor="p330">
        <w:r>
          <w:rPr>
            <w:color w:val="2E5A80"/>
            <w:u w:val="single"/>
            <w:sz w:val="18"/>
          </w:rPr>
          <w:t xml:space="preserve">To speak of it now</w:t>
        </w:r>
      </w:hyperlink>
      <w:r>
        <w:rPr>
          <w:b w:val="0"/>
          <w:i w:val="0"/>
          <w:color w:val="6A6F75"/>
          <w:sz w:val="16"/>
        </w:rPr>
        <w:t xml:space="preserve">  330</w:t>
      </w:r>
    </w:p>
    <w:p>
      <w:pPr>
        <w:spacing w:after="0" w:line="240" w:lineRule="auto"/>
      </w:pPr>
      <w:hyperlink w:anchor="p73">
        <w:r>
          <w:rPr>
            <w:color w:val="2E5A80"/>
            <w:u w:val="single"/>
            <w:sz w:val="18"/>
          </w:rPr>
          <w:t xml:space="preserve">To strike the bell</w:t>
        </w:r>
      </w:hyperlink>
      <w:r>
        <w:rPr>
          <w:b w:val="0"/>
          <w:i w:val="0"/>
          <w:color w:val="6A6F75"/>
          <w:sz w:val="16"/>
        </w:rPr>
        <w:t xml:space="preserve">  73</w:t>
      </w:r>
    </w:p>
    <w:p>
      <w:pPr>
        <w:spacing w:after="0" w:line="240" w:lineRule="auto"/>
      </w:pPr>
      <w:hyperlink w:anchor="p591">
        <w:r>
          <w:rPr>
            <w:color w:val="2E5A80"/>
            <w:u w:val="single"/>
            <w:sz w:val="18"/>
          </w:rPr>
          <w:t xml:space="preserve">To the garden plum</w:t>
        </w:r>
      </w:hyperlink>
      <w:r>
        <w:rPr>
          <w:b w:val="0"/>
          <w:i w:val="0"/>
          <w:color w:val="6A6F75"/>
          <w:sz w:val="16"/>
        </w:rPr>
        <w:t xml:space="preserve">  591</w:t>
      </w:r>
    </w:p>
    <w:p>
      <w:pPr>
        <w:spacing w:after="0" w:line="240" w:lineRule="auto"/>
      </w:pPr>
      <w:hyperlink w:anchor="p288">
        <w:r>
          <w:rPr>
            <w:color w:val="2E5A80"/>
            <w:u w:val="single"/>
            <w:sz w:val="18"/>
          </w:rPr>
          <w:t xml:space="preserve">To the mountain village</w:t>
        </w:r>
      </w:hyperlink>
      <w:r>
        <w:rPr>
          <w:b w:val="0"/>
          <w:i w:val="0"/>
          <w:color w:val="6A6F75"/>
          <w:sz w:val="16"/>
        </w:rPr>
        <w:t xml:space="preserve">  288</w:t>
      </w:r>
    </w:p>
    <w:p>
      <w:pPr>
        <w:spacing w:after="0" w:line="240" w:lineRule="auto"/>
      </w:pPr>
      <w:hyperlink w:anchor="p344">
        <w:r>
          <w:rPr>
            <w:color w:val="2E5A80"/>
            <w:u w:val="single"/>
            <w:sz w:val="18"/>
          </w:rPr>
          <w:t xml:space="preserve">To the pounding of a breast</w:t>
        </w:r>
      </w:hyperlink>
      <w:r>
        <w:rPr>
          <w:b w:val="0"/>
          <w:i w:val="0"/>
          <w:color w:val="6A6F75"/>
          <w:sz w:val="16"/>
        </w:rPr>
        <w:t xml:space="preserve">  344</w:t>
      </w:r>
    </w:p>
    <w:p>
      <w:pPr>
        <w:spacing w:after="0" w:line="240" w:lineRule="auto"/>
      </w:pPr>
      <w:hyperlink w:anchor="p488">
        <w:r>
          <w:rPr>
            <w:color w:val="2E5A80"/>
            <w:u w:val="single"/>
            <w:sz w:val="18"/>
          </w:rPr>
          <w:t xml:space="preserve">To the sakaki leaves</w:t>
        </w:r>
      </w:hyperlink>
      <w:r>
        <w:rPr>
          <w:b w:val="0"/>
          <w:i w:val="0"/>
          <w:color w:val="6A6F75"/>
          <w:sz w:val="16"/>
        </w:rPr>
        <w:t xml:space="preserve">  488</w:t>
      </w:r>
    </w:p>
    <w:p>
      <w:pPr>
        <w:spacing w:after="0" w:line="240" w:lineRule="auto"/>
      </w:pPr>
      <w:hyperlink w:anchor="p405">
        <w:r>
          <w:rPr>
            <w:color w:val="2E5A80"/>
            <w:u w:val="single"/>
            <w:sz w:val="18"/>
          </w:rPr>
          <w:t xml:space="preserve">To think I must forget you</w:t>
        </w:r>
      </w:hyperlink>
      <w:r>
        <w:rPr>
          <w:b w:val="0"/>
          <w:i w:val="0"/>
          <w:color w:val="6A6F75"/>
          <w:sz w:val="16"/>
        </w:rPr>
        <w:t xml:space="preserve">  405</w:t>
      </w:r>
    </w:p>
    <w:p>
      <w:pPr>
        <w:spacing w:after="0" w:line="240" w:lineRule="auto"/>
      </w:pPr>
      <w:hyperlink w:anchor="p685">
        <w:r>
          <w:rPr>
            <w:color w:val="2E5A80"/>
            <w:u w:val="single"/>
            <w:sz w:val="18"/>
          </w:rPr>
          <w:t xml:space="preserve">To whom shall I show them</w:t>
        </w:r>
      </w:hyperlink>
      <w:r>
        <w:rPr>
          <w:b w:val="0"/>
          <w:i w:val="0"/>
          <w:color w:val="6A6F75"/>
          <w:sz w:val="16"/>
        </w:rPr>
        <w:t xml:space="preserve">  685</w:t>
      </w:r>
    </w:p>
    <w:p>
      <w:pPr>
        <w:spacing w:after="0" w:line="240" w:lineRule="auto"/>
      </w:pPr>
      <w:hyperlink w:anchor="p571">
        <w:r>
          <w:rPr>
            <w:color w:val="2E5A80"/>
            <w:u w:val="single"/>
            <w:sz w:val="18"/>
          </w:rPr>
          <w:t xml:space="preserve">Today alone</w:t>
        </w:r>
      </w:hyperlink>
      <w:r>
        <w:rPr>
          <w:b w:val="0"/>
          <w:i w:val="0"/>
          <w:color w:val="6A6F75"/>
          <w:sz w:val="16"/>
        </w:rPr>
        <w:t xml:space="preserve">  571</w:t>
      </w:r>
    </w:p>
    <w:p>
      <w:pPr>
        <w:spacing w:after="0" w:line="240" w:lineRule="auto"/>
      </w:pPr>
      <w:hyperlink w:anchor="p390">
        <w:r>
          <w:rPr>
            <w:color w:val="2E5A80"/>
            <w:u w:val="single"/>
            <w:sz w:val="18"/>
          </w:rPr>
          <w:t xml:space="preserve">Today follow the old tracks</w:t>
        </w:r>
      </w:hyperlink>
      <w:r>
        <w:rPr>
          <w:b w:val="0"/>
          <w:i w:val="0"/>
          <w:color w:val="6A6F75"/>
          <w:sz w:val="16"/>
        </w:rPr>
        <w:t xml:space="preserve">  390</w:t>
      </w:r>
    </w:p>
    <w:p>
      <w:pPr>
        <w:spacing w:after="0" w:line="240" w:lineRule="auto"/>
      </w:pPr>
      <w:hyperlink w:anchor="p612">
        <w:r>
          <w:rPr>
            <w:color w:val="2E5A80"/>
            <w:u w:val="single"/>
            <w:sz w:val="18"/>
          </w:rPr>
          <w:t xml:space="preserve">Today I know</w:t>
        </w:r>
      </w:hyperlink>
      <w:r>
        <w:rPr>
          <w:b w:val="0"/>
          <w:i w:val="0"/>
          <w:color w:val="6A6F75"/>
          <w:sz w:val="16"/>
        </w:rPr>
        <w:t xml:space="preserve">  612</w:t>
      </w:r>
    </w:p>
    <w:p>
      <w:pPr>
        <w:spacing w:after="0" w:line="240" w:lineRule="auto"/>
      </w:pPr>
      <w:hyperlink w:anchor="p485">
        <w:r>
          <w:rPr>
            <w:color w:val="2E5A80"/>
            <w:u w:val="single"/>
            <w:sz w:val="18"/>
          </w:rPr>
          <w:t xml:space="preserve">Today the old nun</w:t>
        </w:r>
      </w:hyperlink>
      <w:r>
        <w:rPr>
          <w:b w:val="0"/>
          <w:i w:val="0"/>
          <w:color w:val="6A6F75"/>
          <w:sz w:val="16"/>
        </w:rPr>
        <w:t xml:space="preserve">  485</w:t>
      </w:r>
    </w:p>
    <w:p>
      <w:pPr>
        <w:spacing w:after="0" w:line="240" w:lineRule="auto"/>
      </w:pPr>
      <w:hyperlink w:anchor="p70">
        <w:r>
          <w:rPr>
            <w:color w:val="2E5A80"/>
            <w:u w:val="single"/>
            <w:sz w:val="18"/>
          </w:rPr>
          <w:t xml:space="preserve">Together we left</w:t>
        </w:r>
      </w:hyperlink>
      <w:r>
        <w:rPr>
          <w:b w:val="0"/>
          <w:i w:val="0"/>
          <w:color w:val="6A6F75"/>
          <w:sz w:val="16"/>
        </w:rPr>
        <w:t xml:space="preserve">  70</w:t>
      </w:r>
    </w:p>
    <w:p>
      <w:pPr>
        <w:spacing w:after="0" w:line="240" w:lineRule="auto"/>
      </w:pPr>
      <w:hyperlink w:anchor="p770">
        <w:r>
          <w:rPr>
            <w:color w:val="2E5A80"/>
            <w:u w:val="single"/>
            <w:sz w:val="18"/>
          </w:rPr>
          <w:t xml:space="preserve">Transplanted</w:t>
        </w:r>
      </w:hyperlink>
      <w:r>
        <w:rPr>
          <w:b w:val="0"/>
          <w:i w:val="0"/>
          <w:color w:val="6A6F75"/>
          <w:sz w:val="16"/>
        </w:rPr>
        <w:t xml:space="preserve">  770</w:t>
      </w:r>
    </w:p>
    <w:p>
      <w:pPr>
        <w:spacing w:after="0" w:line="240" w:lineRule="auto"/>
      </w:pPr>
      <w:hyperlink w:anchor="p667">
        <w:r>
          <w:rPr>
            <w:color w:val="2E5A80"/>
            <w:u w:val="single"/>
            <w:sz w:val="18"/>
          </w:rPr>
          <w:t xml:space="preserve">Trusting that it will</w:t>
        </w:r>
      </w:hyperlink>
      <w:r>
        <w:rPr>
          <w:b w:val="0"/>
          <w:i w:val="0"/>
          <w:color w:val="6A6F75"/>
          <w:sz w:val="16"/>
        </w:rPr>
        <w:t xml:space="preserve">  667</w:t>
      </w:r>
    </w:p>
    <w:p>
      <w:pPr>
        <w:spacing w:after="0" w:line="240" w:lineRule="auto"/>
      </w:pPr>
      <w:hyperlink w:anchor="p293">
        <w:r>
          <w:rPr>
            <w:color w:val="2E5A80"/>
            <w:u w:val="single"/>
            <w:sz w:val="18"/>
          </w:rPr>
          <w:t xml:space="preserve">Trusting the pledge</w:t>
        </w:r>
      </w:hyperlink>
      <w:r>
        <w:rPr>
          <w:b w:val="0"/>
          <w:i w:val="0"/>
          <w:color w:val="6A6F75"/>
          <w:sz w:val="16"/>
        </w:rPr>
        <w:t xml:space="preserve">  293</w:t>
      </w:r>
    </w:p>
    <w:p>
      <w:pPr>
        <w:spacing w:after="0" w:line="240" w:lineRule="auto"/>
      </w:pPr>
      <w:hyperlink w:anchor="p740">
        <w:r>
          <w:rPr>
            <w:color w:val="2E5A80"/>
            <w:u w:val="single"/>
            <w:sz w:val="18"/>
          </w:rPr>
          <w:t xml:space="preserve">Uji Bridge</w:t>
        </w:r>
      </w:hyperlink>
      <w:r>
        <w:rPr>
          <w:b w:val="0"/>
          <w:i w:val="0"/>
          <w:color w:val="6A6F75"/>
          <w:sz w:val="16"/>
        </w:rPr>
        <w:t xml:space="preserve">  740</w:t>
      </w:r>
    </w:p>
    <w:p>
      <w:pPr>
        <w:spacing w:after="0" w:line="240" w:lineRule="auto"/>
      </w:pPr>
      <w:hyperlink w:anchor="p738">
        <w:r>
          <w:rPr>
            <w:color w:val="2E5A80"/>
            <w:u w:val="single"/>
            <w:sz w:val="18"/>
          </w:rPr>
          <w:t xml:space="preserve">Unable to hold</w:t>
        </w:r>
      </w:hyperlink>
      <w:r>
        <w:rPr>
          <w:b w:val="0"/>
          <w:i w:val="0"/>
          <w:color w:val="6A6F75"/>
          <w:sz w:val="16"/>
        </w:rPr>
        <w:t xml:space="preserve">  738</w:t>
      </w:r>
    </w:p>
    <w:p>
      <w:pPr>
        <w:spacing w:after="0" w:line="240" w:lineRule="auto"/>
      </w:pPr>
      <w:hyperlink w:anchor="p590">
        <w:r>
          <w:rPr>
            <w:color w:val="2E5A80"/>
            <w:u w:val="single"/>
            <w:sz w:val="18"/>
          </w:rPr>
          <w:t xml:space="preserve">Uncertain: whom</w:t>
        </w:r>
      </w:hyperlink>
      <w:r>
        <w:rPr>
          <w:b w:val="0"/>
          <w:i w:val="0"/>
          <w:color w:val="6A6F75"/>
          <w:sz w:val="16"/>
        </w:rPr>
        <w:t xml:space="preserve">  590</w:t>
      </w:r>
    </w:p>
    <w:p>
      <w:pPr>
        <w:spacing w:after="0" w:line="240" w:lineRule="auto"/>
      </w:pPr>
      <w:hyperlink w:anchor="p190">
        <w:r>
          <w:rPr>
            <w:color w:val="2E5A80"/>
            <w:u w:val="single"/>
            <w:sz w:val="18"/>
          </w:rPr>
          <w:t xml:space="preserve">Undeterred, I long for seaweed</w:t>
        </w:r>
      </w:hyperlink>
      <w:r>
        <w:rPr>
          <w:b w:val="0"/>
          <w:i w:val="0"/>
          <w:color w:val="6A6F75"/>
          <w:sz w:val="16"/>
        </w:rPr>
        <w:t xml:space="preserve">  190</w:t>
      </w:r>
    </w:p>
    <w:p>
      <w:pPr>
        <w:spacing w:after="0" w:line="240" w:lineRule="auto"/>
      </w:pPr>
      <w:hyperlink w:anchor="p213">
        <w:r>
          <w:rPr>
            <w:color w:val="2E5A80"/>
            <w:u w:val="single"/>
            <w:sz w:val="18"/>
          </w:rPr>
          <w:t xml:space="preserve">Unsatisfied, the goose leaves</w:t>
        </w:r>
      </w:hyperlink>
      <w:r>
        <w:rPr>
          <w:b w:val="0"/>
          <w:i w:val="0"/>
          <w:color w:val="6A6F75"/>
          <w:sz w:val="16"/>
        </w:rPr>
        <w:t xml:space="preserve">  213</w:t>
      </w:r>
    </w:p>
    <w:p>
      <w:pPr>
        <w:spacing w:after="0" w:line="240" w:lineRule="auto"/>
      </w:pPr>
      <w:hyperlink w:anchor="p679">
        <w:r>
          <w:rPr>
            <w:color w:val="2E5A80"/>
            <w:u w:val="single"/>
            <w:sz w:val="18"/>
          </w:rPr>
          <w:t xml:space="preserve">Useless, the tears</w:t>
        </w:r>
      </w:hyperlink>
      <w:r>
        <w:rPr>
          <w:b w:val="0"/>
          <w:i w:val="0"/>
          <w:color w:val="6A6F75"/>
          <w:sz w:val="16"/>
        </w:rPr>
        <w:t xml:space="preserve">  679</w:t>
      </w:r>
    </w:p>
    <w:p>
      <w:pPr>
        <w:spacing w:after="0" w:line="240" w:lineRule="auto"/>
      </w:pPr>
      <w:hyperlink w:anchor="p357">
        <w:r>
          <w:rPr>
            <w:color w:val="2E5A80"/>
            <w:u w:val="single"/>
            <w:sz w:val="18"/>
          </w:rPr>
          <w:t xml:space="preserve">Visiting the springtime</w:t>
        </w:r>
      </w:hyperlink>
      <w:r>
        <w:rPr>
          <w:b w:val="0"/>
          <w:i w:val="0"/>
          <w:color w:val="6A6F75"/>
          <w:sz w:val="16"/>
        </w:rPr>
        <w:t xml:space="preserve">  357</w:t>
      </w:r>
    </w:p>
    <w:p>
      <w:pPr>
        <w:spacing w:after="0" w:line="240" w:lineRule="auto"/>
      </w:pPr>
      <w:hyperlink w:anchor="p315">
        <w:r>
          <w:rPr>
            <w:color w:val="2E5A80"/>
            <w:u w:val="single"/>
            <w:sz w:val="18"/>
          </w:rPr>
          <w:t xml:space="preserve">Wait and see, even</w:t>
        </w:r>
      </w:hyperlink>
      <w:r>
        <w:rPr>
          <w:b w:val="0"/>
          <w:i w:val="0"/>
          <w:color w:val="6A6F75"/>
          <w:sz w:val="16"/>
        </w:rPr>
        <w:t xml:space="preserve">  315</w:t>
      </w:r>
    </w:p>
    <w:p>
      <w:pPr>
        <w:spacing w:after="0" w:line="240" w:lineRule="auto"/>
      </w:pPr>
      <w:hyperlink w:anchor="p331">
        <w:r>
          <w:rPr>
            <w:color w:val="2E5A80"/>
            <w:u w:val="single"/>
            <w:sz w:val="18"/>
          </w:rPr>
          <w:t xml:space="preserve">Was it clear</w:t>
        </w:r>
      </w:hyperlink>
      <w:r>
        <w:rPr>
          <w:b w:val="0"/>
          <w:i w:val="0"/>
          <w:color w:val="6A6F75"/>
          <w:sz w:val="16"/>
        </w:rPr>
        <w:t xml:space="preserve">  331</w:t>
      </w:r>
    </w:p>
    <w:p>
      <w:pPr>
        <w:spacing w:after="0" w:line="240" w:lineRule="auto"/>
      </w:pPr>
      <w:hyperlink w:anchor="p176">
        <w:r>
          <w:rPr>
            <w:color w:val="2E5A80"/>
            <w:u w:val="single"/>
            <w:sz w:val="18"/>
          </w:rPr>
          <w:t xml:space="preserve">Was sinking in the river of tears</w:t>
        </w:r>
      </w:hyperlink>
      <w:r>
        <w:rPr>
          <w:b w:val="0"/>
          <w:i w:val="0"/>
          <w:color w:val="6A6F75"/>
          <w:sz w:val="16"/>
        </w:rPr>
        <w:t xml:space="preserve">  176</w:t>
      </w:r>
    </w:p>
    <w:p>
      <w:pPr>
        <w:spacing w:after="0" w:line="240" w:lineRule="auto"/>
      </w:pPr>
      <w:hyperlink w:anchor="p284">
        <w:r>
          <w:rPr>
            <w:color w:val="2E5A80"/>
            <w:u w:val="single"/>
            <w:sz w:val="18"/>
          </w:rPr>
          <w:t xml:space="preserve">We came from the capital together</w:t>
        </w:r>
      </w:hyperlink>
      <w:r>
        <w:rPr>
          <w:b w:val="0"/>
          <w:i w:val="0"/>
          <w:color w:val="6A6F75"/>
          <w:sz w:val="16"/>
        </w:rPr>
        <w:t xml:space="preserve">  284</w:t>
      </w:r>
    </w:p>
    <w:p>
      <w:pPr>
        <w:spacing w:after="0" w:line="240" w:lineRule="auto"/>
      </w:pPr>
      <w:hyperlink w:anchor="p371">
        <w:r>
          <w:rPr>
            <w:color w:val="2E5A80"/>
            <w:u w:val="single"/>
            <w:sz w:val="18"/>
          </w:rPr>
          <w:t xml:space="preserve">We have not slept</w:t>
        </w:r>
      </w:hyperlink>
      <w:r>
        <w:rPr>
          <w:b w:val="0"/>
          <w:i w:val="0"/>
          <w:color w:val="6A6F75"/>
          <w:sz w:val="16"/>
        </w:rPr>
        <w:t xml:space="preserve">  371</w:t>
      </w:r>
    </w:p>
    <w:p>
      <w:pPr>
        <w:spacing w:after="0" w:line="240" w:lineRule="auto"/>
      </w:pPr>
      <w:hyperlink w:anchor="p674">
        <w:r>
          <w:rPr>
            <w:color w:val="2E5A80"/>
            <w:u w:val="single"/>
            <w:sz w:val="18"/>
          </w:rPr>
          <w:t xml:space="preserve">We look on the same sky</w:t>
        </w:r>
      </w:hyperlink>
      <w:r>
        <w:rPr>
          <w:b w:val="0"/>
          <w:i w:val="0"/>
          <w:color w:val="6A6F75"/>
          <w:sz w:val="16"/>
        </w:rPr>
        <w:t xml:space="preserve">  674</w:t>
      </w:r>
    </w:p>
    <w:p>
      <w:pPr>
        <w:spacing w:after="0" w:line="240" w:lineRule="auto"/>
      </w:pPr>
      <w:hyperlink w:anchor="p360">
        <w:r>
          <w:rPr>
            <w:color w:val="2E5A80"/>
            <w:u w:val="single"/>
            <w:sz w:val="18"/>
          </w:rPr>
          <w:t xml:space="preserve">We need not seek the mountain</w:t>
        </w:r>
      </w:hyperlink>
      <w:r>
        <w:rPr>
          <w:b w:val="0"/>
          <w:i w:val="0"/>
          <w:color w:val="6A6F75"/>
          <w:sz w:val="16"/>
        </w:rPr>
        <w:t xml:space="preserve">  360</w:t>
      </w:r>
    </w:p>
    <w:p>
      <w:pPr>
        <w:spacing w:after="0" w:line="240" w:lineRule="auto"/>
      </w:pPr>
      <w:hyperlink w:anchor="p520">
        <w:r>
          <w:rPr>
            <w:color w:val="2E5A80"/>
            <w:u w:val="single"/>
            <w:sz w:val="18"/>
          </w:rPr>
          <w:t xml:space="preserve">We pledged to share</w:t>
        </w:r>
      </w:hyperlink>
      <w:r>
        <w:rPr>
          <w:b w:val="0"/>
          <w:i w:val="0"/>
          <w:color w:val="6A6F75"/>
          <w:sz w:val="16"/>
        </w:rPr>
        <w:t xml:space="preserve">  520</w:t>
      </w:r>
    </w:p>
    <w:p>
      <w:pPr>
        <w:spacing w:after="0" w:line="240" w:lineRule="auto"/>
      </w:pPr>
      <w:hyperlink w:anchor="p240">
        <w:r>
          <w:rPr>
            <w:color w:val="2E5A80"/>
            <w:u w:val="single"/>
            <w:sz w:val="18"/>
          </w:rPr>
          <w:t xml:space="preserve">We should have exchanged</w:t>
        </w:r>
      </w:hyperlink>
      <w:r>
        <w:rPr>
          <w:b w:val="0"/>
          <w:i w:val="0"/>
          <w:color w:val="6A6F75"/>
          <w:sz w:val="16"/>
        </w:rPr>
        <w:t xml:space="preserve">  240</w:t>
      </w:r>
    </w:p>
    <w:p>
      <w:pPr>
        <w:spacing w:after="0" w:line="240" w:lineRule="auto"/>
      </w:pPr>
      <w:hyperlink w:anchor="p454">
        <w:r>
          <w:rPr>
            <w:color w:val="2E5A80"/>
            <w:u w:val="single"/>
            <w:sz w:val="18"/>
          </w:rPr>
          <w:t xml:space="preserve">We trust them all</w:t>
        </w:r>
      </w:hyperlink>
      <w:r>
        <w:rPr>
          <w:b w:val="0"/>
          <w:i w:val="0"/>
          <w:color w:val="6A6F75"/>
          <w:sz w:val="16"/>
        </w:rPr>
        <w:t xml:space="preserve">  454</w:t>
      </w:r>
    </w:p>
    <w:p>
      <w:pPr>
        <w:spacing w:after="0" w:line="240" w:lineRule="auto"/>
      </w:pPr>
      <w:hyperlink w:anchor="p180">
        <w:r>
          <w:rPr>
            <w:color w:val="2E5A80"/>
            <w:u w:val="single"/>
            <w:sz w:val="18"/>
          </w:rPr>
          <w:t xml:space="preserve">We wore heartvine in our hair</w:t>
        </w:r>
      </w:hyperlink>
      <w:r>
        <w:rPr>
          <w:b w:val="0"/>
          <w:i w:val="0"/>
          <w:color w:val="6A6F75"/>
          <w:sz w:val="16"/>
        </w:rPr>
        <w:t xml:space="preserve">  180</w:t>
      </w:r>
    </w:p>
    <w:p>
      <w:pPr>
        <w:spacing w:after="0" w:line="240" w:lineRule="auto"/>
      </w:pPr>
      <w:hyperlink w:anchor="p459">
        <w:r>
          <w:rPr>
            <w:color w:val="2E5A80"/>
            <w:u w:val="single"/>
            <w:sz w:val="18"/>
          </w:rPr>
          <w:t xml:space="preserve">Wearing it still</w:t>
        </w:r>
      </w:hyperlink>
      <w:r>
        <w:rPr>
          <w:b w:val="0"/>
          <w:i w:val="0"/>
          <w:color w:val="6A6F75"/>
          <w:sz w:val="16"/>
        </w:rPr>
        <w:t xml:space="preserve">  459</w:t>
      </w:r>
    </w:p>
    <w:p>
      <w:pPr>
        <w:spacing w:after="0" w:line="240" w:lineRule="auto"/>
      </w:pPr>
      <w:hyperlink w:anchor="p569">
        <w:r>
          <w:rPr>
            <w:color w:val="2E5A80"/>
            <w:u w:val="single"/>
            <w:sz w:val="18"/>
          </w:rPr>
          <w:t xml:space="preserve">Weeping I went home</w:t>
        </w:r>
      </w:hyperlink>
      <w:r>
        <w:rPr>
          <w:b w:val="0"/>
          <w:i w:val="0"/>
          <w:color w:val="6A6F75"/>
          <w:sz w:val="16"/>
        </w:rPr>
        <w:t xml:space="preserve">  569</w:t>
      </w:r>
    </w:p>
    <w:p>
      <w:pPr>
        <w:spacing w:after="0" w:line="240" w:lineRule="auto"/>
      </w:pPr>
      <w:hyperlink w:anchor="p621">
        <w:r>
          <w:rPr>
            <w:color w:val="2E5A80"/>
            <w:u w:val="single"/>
            <w:sz w:val="18"/>
          </w:rPr>
          <w:t xml:space="preserve">Weeping, if you</w:t>
        </w:r>
      </w:hyperlink>
      <w:r>
        <w:rPr>
          <w:b w:val="0"/>
          <w:i w:val="0"/>
          <w:color w:val="6A6F75"/>
          <w:sz w:val="16"/>
        </w:rPr>
        <w:t xml:space="preserve">  621</w:t>
      </w:r>
    </w:p>
    <w:p>
      <w:pPr>
        <w:spacing w:after="0" w:line="240" w:lineRule="auto"/>
      </w:pPr>
      <w:hyperlink w:anchor="p41">
        <w:r>
          <w:rPr>
            <w:color w:val="2E5A80"/>
            <w:u w:val="single"/>
            <w:sz w:val="18"/>
          </w:rPr>
          <w:t xml:space="preserve">Weeping, today I tie</w:t>
        </w:r>
      </w:hyperlink>
      <w:r>
        <w:rPr>
          <w:b w:val="0"/>
          <w:i w:val="0"/>
          <w:color w:val="6A6F75"/>
          <w:sz w:val="16"/>
        </w:rPr>
        <w:t xml:space="preserve">  41</w:t>
      </w:r>
    </w:p>
    <w:p>
      <w:pPr>
        <w:spacing w:after="0" w:line="240" w:lineRule="auto"/>
      </w:pPr>
      <w:hyperlink w:anchor="p507">
        <w:r>
          <w:rPr>
            <w:color w:val="2E5A80"/>
            <w:u w:val="single"/>
            <w:sz w:val="18"/>
          </w:rPr>
          <w:t xml:space="preserve">Wet with the drops</w:t>
        </w:r>
      </w:hyperlink>
      <w:r>
        <w:rPr>
          <w:b w:val="0"/>
          <w:i w:val="0"/>
          <w:color w:val="6A6F75"/>
          <w:sz w:val="16"/>
        </w:rPr>
        <w:t xml:space="preserve">  507</w:t>
      </w:r>
    </w:p>
    <w:p>
      <w:pPr>
        <w:spacing w:after="0" w:line="240" w:lineRule="auto"/>
      </w:pPr>
      <w:hyperlink w:anchor="p273">
        <w:r>
          <w:rPr>
            <w:color w:val="2E5A80"/>
            <w:u w:val="single"/>
            <w:sz w:val="18"/>
          </w:rPr>
          <w:t xml:space="preserve">What barrier is it</w:t>
        </w:r>
      </w:hyperlink>
      <w:r>
        <w:rPr>
          <w:b w:val="0"/>
          <w:i w:val="0"/>
          <w:color w:val="6A6F75"/>
          <w:sz w:val="16"/>
        </w:rPr>
        <w:t xml:space="preserve">  273</w:t>
      </w:r>
    </w:p>
    <w:p>
      <w:pPr>
        <w:spacing w:after="0" w:line="240" w:lineRule="auto"/>
      </w:pPr>
      <w:hyperlink w:anchor="p86">
        <w:r>
          <w:rPr>
            <w:color w:val="2E5A80"/>
            <w:u w:val="single"/>
            <w:sz w:val="18"/>
          </w:rPr>
          <w:t xml:space="preserve">What bond did we tie</w:t>
        </w:r>
      </w:hyperlink>
      <w:r>
        <w:rPr>
          <w:b w:val="0"/>
          <w:i w:val="0"/>
          <w:color w:val="6A6F75"/>
          <w:sz w:val="16"/>
        </w:rPr>
        <w:t xml:space="preserve">  86</w:t>
      </w:r>
    </w:p>
    <w:p>
      <w:pPr>
        <w:spacing w:after="0" w:line="240" w:lineRule="auto"/>
      </w:pPr>
      <w:hyperlink w:anchor="p534">
        <w:r>
          <w:rPr>
            <w:color w:val="2E5A80"/>
            <w:u w:val="single"/>
            <w:sz w:val="18"/>
          </w:rPr>
          <w:t xml:space="preserve">What did you take for</w:t>
        </w:r>
      </w:hyperlink>
      <w:r>
        <w:rPr>
          <w:b w:val="0"/>
          <w:i w:val="0"/>
          <w:color w:val="6A6F75"/>
          <w:sz w:val="16"/>
        </w:rPr>
        <w:t xml:space="preserve">  534</w:t>
      </w:r>
    </w:p>
    <w:p>
      <w:pPr>
        <w:spacing w:after="0" w:line="240" w:lineRule="auto"/>
      </w:pPr>
      <w:hyperlink w:anchor="p326">
        <w:r>
          <w:rPr>
            <w:color w:val="2E5A80"/>
            <w:u w:val="single"/>
            <w:sz w:val="18"/>
          </w:rPr>
          <w:t xml:space="preserve">What dye has colored</w:t>
        </w:r>
      </w:hyperlink>
      <w:r>
        <w:rPr>
          <w:b w:val="0"/>
          <w:i w:val="0"/>
          <w:color w:val="6A6F75"/>
          <w:sz w:val="16"/>
        </w:rPr>
        <w:t xml:space="preserve">  326</w:t>
      </w:r>
    </w:p>
    <w:p>
      <w:pPr>
        <w:spacing w:after="0" w:line="240" w:lineRule="auto"/>
      </w:pPr>
      <w:hyperlink w:anchor="p447">
        <w:r>
          <w:rPr>
            <w:color w:val="2E5A80"/>
            <w:u w:val="single"/>
            <w:sz w:val="18"/>
          </w:rPr>
          <w:t xml:space="preserve">What is it called</w:t>
        </w:r>
      </w:hyperlink>
      <w:r>
        <w:rPr>
          <w:b w:val="0"/>
          <w:i w:val="0"/>
          <w:color w:val="6A6F75"/>
          <w:sz w:val="16"/>
        </w:rPr>
        <w:t xml:space="preserve">  447</w:t>
      </w:r>
    </w:p>
    <w:p>
      <w:pPr>
        <w:spacing w:after="0" w:line="240" w:lineRule="auto"/>
      </w:pPr>
      <w:hyperlink w:anchor="p348">
        <w:r>
          <w:rPr>
            <w:color w:val="2E5A80"/>
            <w:u w:val="single"/>
            <w:sz w:val="18"/>
          </w:rPr>
          <w:t xml:space="preserve">What line is it</w:t>
        </w:r>
      </w:hyperlink>
      <w:r>
        <w:rPr>
          <w:b w:val="0"/>
          <w:i w:val="0"/>
          <w:color w:val="6A6F75"/>
          <w:sz w:val="16"/>
        </w:rPr>
        <w:t xml:space="preserve">  348</w:t>
      </w:r>
    </w:p>
    <w:p>
      <w:pPr>
        <w:spacing w:after="0" w:line="240" w:lineRule="auto"/>
      </w:pPr>
      <w:hyperlink w:anchor="p269">
        <w:r>
          <w:rPr>
            <w:color w:val="2E5A80"/>
            <w:u w:val="single"/>
            <w:sz w:val="18"/>
          </w:rPr>
          <w:t xml:space="preserve">What made the wisteria waves</w:t>
        </w:r>
      </w:hyperlink>
      <w:r>
        <w:rPr>
          <w:b w:val="0"/>
          <w:i w:val="0"/>
          <w:color w:val="6A6F75"/>
          <w:sz w:val="16"/>
        </w:rPr>
        <w:t xml:space="preserve">  269</w:t>
      </w:r>
    </w:p>
    <w:p>
      <w:pPr>
        <w:spacing w:after="0" w:line="240" w:lineRule="auto"/>
      </w:pPr>
      <w:hyperlink w:anchor="p285">
        <w:r>
          <w:rPr>
            <w:color w:val="2E5A80"/>
            <w:u w:val="single"/>
            <w:sz w:val="18"/>
          </w:rPr>
          <w:t xml:space="preserve">When can I trust</w:t>
        </w:r>
      </w:hyperlink>
      <w:r>
        <w:rPr>
          <w:b w:val="0"/>
          <w:i w:val="0"/>
          <w:color w:val="6A6F75"/>
          <w:sz w:val="16"/>
        </w:rPr>
        <w:t xml:space="preserve">  285</w:t>
      </w:r>
    </w:p>
    <w:p>
      <w:pPr>
        <w:spacing w:after="0" w:line="240" w:lineRule="auto"/>
      </w:pPr>
      <w:hyperlink w:anchor="p377">
        <w:r>
          <w:rPr>
            <w:color w:val="2E5A80"/>
            <w:u w:val="single"/>
            <w:sz w:val="18"/>
          </w:rPr>
          <w:t xml:space="preserve">When could the young colt</w:t>
        </w:r>
      </w:hyperlink>
      <w:r>
        <w:rPr>
          <w:b w:val="0"/>
          <w:i w:val="0"/>
          <w:color w:val="6A6F75"/>
          <w:sz w:val="16"/>
        </w:rPr>
        <w:t xml:space="preserve">  377</w:t>
      </w:r>
    </w:p>
    <w:p>
      <w:pPr>
        <w:spacing w:after="0" w:line="240" w:lineRule="auto"/>
      </w:pPr>
      <w:hyperlink w:anchor="p313">
        <w:r>
          <w:rPr>
            <w:color w:val="2E5A80"/>
            <w:u w:val="single"/>
            <w:sz w:val="18"/>
          </w:rPr>
          <w:t xml:space="preserve">When did it become</w:t>
        </w:r>
      </w:hyperlink>
      <w:r>
        <w:rPr>
          <w:b w:val="0"/>
          <w:i w:val="0"/>
          <w:color w:val="6A6F75"/>
          <w:sz w:val="16"/>
        </w:rPr>
        <w:t xml:space="preserve">  313</w:t>
      </w:r>
    </w:p>
    <w:p>
      <w:pPr>
        <w:spacing w:after="0" w:line="240" w:lineRule="auto"/>
      </w:pPr>
      <w:hyperlink w:anchor="p636">
        <w:r>
          <w:rPr>
            <w:color w:val="2E5A80"/>
            <w:u w:val="single"/>
            <w:sz w:val="18"/>
          </w:rPr>
          <w:t xml:space="preserve">When I am gone</w:t>
        </w:r>
      </w:hyperlink>
      <w:r>
        <w:rPr>
          <w:b w:val="0"/>
          <w:i w:val="0"/>
          <w:color w:val="6A6F75"/>
          <w:sz w:val="16"/>
        </w:rPr>
        <w:t xml:space="preserve">  636</w:t>
      </w:r>
    </w:p>
    <w:p>
      <w:pPr>
        <w:spacing w:after="0" w:line="240" w:lineRule="auto"/>
      </w:pPr>
      <w:hyperlink w:anchor="p411">
        <w:r>
          <w:rPr>
            <w:color w:val="2E5A80"/>
            <w:u w:val="single"/>
            <w:sz w:val="18"/>
          </w:rPr>
          <w:t xml:space="preserve">When I fret over</w:t>
        </w:r>
      </w:hyperlink>
      <w:r>
        <w:rPr>
          <w:b w:val="0"/>
          <w:i w:val="0"/>
          <w:color w:val="6A6F75"/>
          <w:sz w:val="16"/>
        </w:rPr>
        <w:t xml:space="preserve">  411</w:t>
      </w:r>
    </w:p>
    <w:p>
      <w:pPr>
        <w:spacing w:after="0" w:line="240" w:lineRule="auto"/>
      </w:pPr>
      <w:hyperlink w:anchor="p369">
        <w:r>
          <w:rPr>
            <w:color w:val="2E5A80"/>
            <w:u w:val="single"/>
            <w:sz w:val="18"/>
          </w:rPr>
          <w:t xml:space="preserve">When I liken you</w:t>
        </w:r>
      </w:hyperlink>
      <w:r>
        <w:rPr>
          <w:b w:val="0"/>
          <w:i w:val="0"/>
          <w:color w:val="6A6F75"/>
          <w:sz w:val="16"/>
        </w:rPr>
        <w:t xml:space="preserve">  369</w:t>
      </w:r>
    </w:p>
    <w:p>
      <w:pPr>
        <w:spacing w:after="0" w:line="240" w:lineRule="auto"/>
      </w:pPr>
      <w:hyperlink w:anchor="p731">
        <w:r>
          <w:rPr>
            <w:color w:val="2E5A80"/>
            <w:u w:val="single"/>
            <w:sz w:val="18"/>
          </w:rPr>
          <w:t xml:space="preserve">When I look at it</w:t>
        </w:r>
      </w:hyperlink>
      <w:r>
        <w:rPr>
          <w:b w:val="0"/>
          <w:i w:val="0"/>
          <w:color w:val="6A6F75"/>
          <w:sz w:val="16"/>
        </w:rPr>
        <w:t xml:space="preserve">  731</w:t>
      </w:r>
    </w:p>
    <w:p>
      <w:pPr>
        <w:spacing w:after="0" w:line="240" w:lineRule="auto"/>
      </w:pPr>
      <w:hyperlink w:anchor="p350">
        <w:r>
          <w:rPr>
            <w:color w:val="2E5A80"/>
            <w:u w:val="single"/>
            <w:sz w:val="18"/>
          </w:rPr>
          <w:t xml:space="preserve">When I put it on</w:t>
        </w:r>
      </w:hyperlink>
      <w:r>
        <w:rPr>
          <w:b w:val="0"/>
          <w:i w:val="0"/>
          <w:color w:val="6A6F75"/>
          <w:sz w:val="16"/>
        </w:rPr>
        <w:t xml:space="preserve">  350</w:t>
      </w:r>
    </w:p>
    <w:p>
      <w:pPr>
        <w:spacing w:after="0" w:line="240" w:lineRule="auto"/>
      </w:pPr>
      <w:hyperlink w:anchor="p620">
        <w:r>
          <w:rPr>
            <w:color w:val="2E5A80"/>
            <w:u w:val="single"/>
            <w:sz w:val="18"/>
          </w:rPr>
          <w:t xml:space="preserve">When I think how</w:t>
        </w:r>
      </w:hyperlink>
      <w:r>
        <w:rPr>
          <w:b w:val="0"/>
          <w:i w:val="0"/>
          <w:color w:val="6A6F75"/>
          <w:sz w:val="16"/>
        </w:rPr>
        <w:t xml:space="preserve">  620</w:t>
      </w:r>
    </w:p>
    <w:p>
      <w:pPr>
        <w:spacing w:after="0" w:line="240" w:lineRule="auto"/>
      </w:pPr>
      <w:hyperlink w:anchor="p541">
        <w:r>
          <w:rPr>
            <w:color w:val="2E5A80"/>
            <w:u w:val="single"/>
            <w:sz w:val="18"/>
          </w:rPr>
          <w:t xml:space="preserve">When might I</w:t>
        </w:r>
      </w:hyperlink>
      <w:r>
        <w:rPr>
          <w:b w:val="0"/>
          <w:i w:val="0"/>
          <w:color w:val="6A6F75"/>
          <w:sz w:val="16"/>
        </w:rPr>
        <w:t xml:space="preserve">  541</w:t>
      </w:r>
    </w:p>
    <w:p>
      <w:pPr>
        <w:spacing w:after="0" w:line="240" w:lineRule="auto"/>
      </w:pPr>
      <w:hyperlink w:anchor="p250">
        <w:r>
          <w:rPr>
            <w:color w:val="2E5A80"/>
            <w:u w:val="single"/>
            <w:sz w:val="18"/>
          </w:rPr>
          <w:t xml:space="preserve">When shall I cover</w:t>
        </w:r>
      </w:hyperlink>
      <w:r>
        <w:rPr>
          <w:b w:val="0"/>
          <w:i w:val="0"/>
          <w:color w:val="6A6F75"/>
          <w:sz w:val="16"/>
        </w:rPr>
        <w:t xml:space="preserve">  250</w:t>
      </w:r>
    </w:p>
    <w:p>
      <w:pPr>
        <w:spacing w:after="0" w:line="240" w:lineRule="auto"/>
      </w:pPr>
      <w:hyperlink w:anchor="p183">
        <w:r>
          <w:rPr>
            <w:color w:val="2E5A80"/>
            <w:u w:val="single"/>
            <w:sz w:val="18"/>
          </w:rPr>
          <w:t xml:space="preserve">When shall I see again</w:t>
        </w:r>
      </w:hyperlink>
      <w:r>
        <w:rPr>
          <w:b w:val="0"/>
          <w:i w:val="0"/>
          <w:color w:val="6A6F75"/>
          <w:sz w:val="16"/>
        </w:rPr>
        <w:t xml:space="preserve">  183</w:t>
      </w:r>
    </w:p>
    <w:p>
      <w:pPr>
        <w:spacing w:after="0" w:line="240" w:lineRule="auto"/>
      </w:pPr>
      <w:hyperlink w:anchor="p151">
        <w:r>
          <w:rPr>
            <w:color w:val="2E5A80"/>
            <w:u w:val="single"/>
            <w:sz w:val="18"/>
          </w:rPr>
          <w:t xml:space="preserve">When the wind blows</w:t>
        </w:r>
      </w:hyperlink>
      <w:r>
        <w:rPr>
          <w:b w:val="0"/>
          <w:i w:val="0"/>
          <w:color w:val="6A6F75"/>
          <w:sz w:val="16"/>
        </w:rPr>
        <w:t xml:space="preserve">  151</w:t>
      </w:r>
    </w:p>
    <w:p>
      <w:pPr>
        <w:spacing w:after="0" w:line="240" w:lineRule="auto"/>
      </w:pPr>
      <w:hyperlink w:anchor="p358">
        <w:r>
          <w:rPr>
            <w:color w:val="2E5A80"/>
            <w:u w:val="single"/>
            <w:sz w:val="18"/>
          </w:rPr>
          <w:t xml:space="preserve">When the wind blows, even</w:t>
        </w:r>
      </w:hyperlink>
      <w:r>
        <w:rPr>
          <w:b w:val="0"/>
          <w:i w:val="0"/>
          <w:color w:val="6A6F75"/>
          <w:sz w:val="16"/>
        </w:rPr>
        <w:t xml:space="preserve">  358</w:t>
      </w:r>
    </w:p>
    <w:p>
      <w:pPr>
        <w:spacing w:after="0" w:line="240" w:lineRule="auto"/>
      </w:pPr>
      <w:hyperlink w:anchor="p351">
        <w:r>
          <w:rPr>
            <w:color w:val="2E5A80"/>
            <w:u w:val="single"/>
            <w:sz w:val="18"/>
          </w:rPr>
          <w:t xml:space="preserve">When you say you will return it</w:t>
        </w:r>
      </w:hyperlink>
      <w:r>
        <w:rPr>
          <w:b w:val="0"/>
          <w:i w:val="0"/>
          <w:color w:val="6A6F75"/>
          <w:sz w:val="16"/>
        </w:rPr>
        <w:t xml:space="preserve">  351</w:t>
      </w:r>
    </w:p>
    <w:p>
      <w:pPr>
        <w:spacing w:after="0" w:line="240" w:lineRule="auto"/>
      </w:pPr>
      <w:hyperlink w:anchor="p670">
        <w:r>
          <w:rPr>
            <w:color w:val="2E5A80"/>
            <w:u w:val="single"/>
            <w:sz w:val="18"/>
          </w:rPr>
          <w:t xml:space="preserve">Where did autumn</w:t>
        </w:r>
      </w:hyperlink>
      <w:r>
        <w:rPr>
          <w:b w:val="0"/>
          <w:i w:val="0"/>
          <w:color w:val="6A6F75"/>
          <w:sz w:val="16"/>
        </w:rPr>
        <w:t xml:space="preserve">  670</w:t>
      </w:r>
    </w:p>
    <w:p>
      <w:pPr>
        <w:spacing w:after="0" w:line="240" w:lineRule="auto"/>
      </w:pPr>
      <w:hyperlink w:anchor="p751">
        <w:r>
          <w:rPr>
            <w:color w:val="2E5A80"/>
            <w:u w:val="single"/>
            <w:sz w:val="18"/>
          </w:rPr>
          <w:t xml:space="preserve">Where shall I</w:t>
        </w:r>
      </w:hyperlink>
      <w:r>
        <w:rPr>
          <w:b w:val="0"/>
          <w:i w:val="0"/>
          <w:color w:val="6A6F75"/>
          <w:sz w:val="16"/>
        </w:rPr>
        <w:t xml:space="preserve">  751</w:t>
      </w:r>
    </w:p>
    <w:p>
      <w:pPr>
        <w:spacing w:after="0" w:line="240" w:lineRule="auto"/>
      </w:pPr>
      <w:hyperlink w:anchor="p652">
        <w:r>
          <w:rPr>
            <w:color w:val="2E5A80"/>
            <w:u w:val="single"/>
            <w:sz w:val="18"/>
          </w:rPr>
          <w:t xml:space="preserve">Where would you seek</w:t>
        </w:r>
      </w:hyperlink>
      <w:r>
        <w:rPr>
          <w:b w:val="0"/>
          <w:i w:val="0"/>
          <w:color w:val="6A6F75"/>
          <w:sz w:val="16"/>
        </w:rPr>
        <w:t xml:space="preserve">  652</w:t>
      </w:r>
    </w:p>
    <w:p>
      <w:pPr>
        <w:spacing w:after="0" w:line="240" w:lineRule="auto"/>
      </w:pPr>
      <w:hyperlink w:anchor="p141">
        <w:r>
          <w:rPr>
            <w:color w:val="2E5A80"/>
            <w:u w:val="single"/>
            <w:sz w:val="18"/>
          </w:rPr>
          <w:t xml:space="preserve">Whether the waves of Suzuka’s</w:t>
        </w:r>
      </w:hyperlink>
      <w:r>
        <w:rPr>
          <w:b w:val="0"/>
          <w:i w:val="0"/>
          <w:color w:val="6A6F75"/>
          <w:sz w:val="16"/>
        </w:rPr>
        <w:t xml:space="preserve">  141</w:t>
      </w:r>
    </w:p>
    <w:p>
      <w:pPr>
        <w:spacing w:after="0" w:line="240" w:lineRule="auto"/>
      </w:pPr>
      <w:hyperlink w:anchor="p537">
        <w:r>
          <w:rPr>
            <w:color w:val="2E5A80"/>
            <w:u w:val="single"/>
            <w:sz w:val="18"/>
          </w:rPr>
          <w:t xml:space="preserve">Which one could I</w:t>
        </w:r>
      </w:hyperlink>
      <w:r>
        <w:rPr>
          <w:b w:val="0"/>
          <w:i w:val="0"/>
          <w:color w:val="6A6F75"/>
          <w:sz w:val="16"/>
        </w:rPr>
        <w:t xml:space="preserve">  537</w:t>
      </w:r>
    </w:p>
    <w:p>
      <w:pPr>
        <w:spacing w:after="0" w:line="240" w:lineRule="auto"/>
      </w:pPr>
      <w:hyperlink w:anchor="p204">
        <w:r>
          <w:rPr>
            <w:color w:val="2E5A80"/>
            <w:u w:val="single"/>
            <w:sz w:val="18"/>
          </w:rPr>
          <w:t xml:space="preserve">While I look, I am</w:t>
        </w:r>
      </w:hyperlink>
      <w:r>
        <w:rPr>
          <w:b w:val="0"/>
          <w:i w:val="0"/>
          <w:color w:val="6A6F75"/>
          <w:sz w:val="16"/>
        </w:rPr>
        <w:t xml:space="preserve">  204</w:t>
      </w:r>
    </w:p>
    <w:p>
      <w:pPr>
        <w:spacing w:after="0" w:line="240" w:lineRule="auto"/>
      </w:pPr>
      <w:hyperlink w:anchor="p104">
        <w:r>
          <w:rPr>
            <w:color w:val="2E5A80"/>
            <w:u w:val="single"/>
            <w:sz w:val="18"/>
          </w:rPr>
          <w:t xml:space="preserve">While I try to tell</w:t>
        </w:r>
      </w:hyperlink>
      <w:r>
        <w:rPr>
          <w:b w:val="0"/>
          <w:i w:val="0"/>
          <w:color w:val="6A6F75"/>
          <w:sz w:val="16"/>
        </w:rPr>
        <w:t xml:space="preserve">  104</w:t>
      </w:r>
    </w:p>
    <w:p>
      <w:pPr>
        <w:spacing w:after="0" w:line="240" w:lineRule="auto"/>
      </w:pPr>
      <w:hyperlink w:anchor="p156">
        <w:r>
          <w:rPr>
            <w:color w:val="2E5A80"/>
            <w:u w:val="single"/>
            <w:sz w:val="18"/>
          </w:rPr>
          <w:t xml:space="preserve">While I waited</w:t>
        </w:r>
      </w:hyperlink>
      <w:r>
        <w:rPr>
          <w:b w:val="0"/>
          <w:i w:val="0"/>
          <w:color w:val="6A6F75"/>
          <w:sz w:val="16"/>
        </w:rPr>
        <w:t xml:space="preserve">  156</w:t>
      </w:r>
    </w:p>
    <w:p>
      <w:pPr>
        <w:spacing w:after="0" w:line="240" w:lineRule="auto"/>
      </w:pPr>
      <w:hyperlink w:anchor="p309">
        <w:r>
          <w:rPr>
            <w:color w:val="2E5A80"/>
            <w:u w:val="single"/>
            <w:sz w:val="18"/>
          </w:rPr>
          <w:t xml:space="preserve">While in secret I waited</w:t>
        </w:r>
      </w:hyperlink>
      <w:r>
        <w:rPr>
          <w:b w:val="0"/>
          <w:i w:val="0"/>
          <w:color w:val="6A6F75"/>
          <w:sz w:val="16"/>
        </w:rPr>
        <w:t xml:space="preserve">  309</w:t>
      </w:r>
    </w:p>
    <w:p>
      <w:pPr>
        <w:spacing w:after="0" w:line="240" w:lineRule="auto"/>
      </w:pPr>
      <w:hyperlink w:anchor="p57">
        <w:r>
          <w:rPr>
            <w:color w:val="2E5A80"/>
            <w:u w:val="single"/>
            <w:sz w:val="18"/>
          </w:rPr>
          <w:t xml:space="preserve">While the cherry on the storm-swept peak</w:t>
        </w:r>
      </w:hyperlink>
      <w:r>
        <w:rPr>
          <w:b w:val="0"/>
          <w:i w:val="0"/>
          <w:color w:val="6A6F75"/>
          <w:sz w:val="16"/>
        </w:rPr>
        <w:t xml:space="preserve">  57</w:t>
      </w:r>
    </w:p>
    <w:p>
      <w:pPr>
        <w:spacing w:after="0" w:line="240" w:lineRule="auto"/>
      </w:pPr>
      <w:hyperlink w:anchor="p589">
        <w:r>
          <w:rPr>
            <w:color w:val="2E5A80"/>
            <w:u w:val="single"/>
            <w:sz w:val="18"/>
          </w:rPr>
          <w:t xml:space="preserve">While, in grief, I did not</w:t>
        </w:r>
      </w:hyperlink>
      <w:r>
        <w:rPr>
          <w:b w:val="0"/>
          <w:i w:val="0"/>
          <w:color w:val="6A6F75"/>
          <w:sz w:val="16"/>
        </w:rPr>
        <w:t xml:space="preserve">  589</w:t>
      </w:r>
    </w:p>
    <w:p>
      <w:pPr>
        <w:spacing w:after="0" w:line="240" w:lineRule="auto"/>
      </w:pPr>
      <w:hyperlink w:anchor="p558">
        <w:r>
          <w:rPr>
            <w:color w:val="2E5A80"/>
            <w:u w:val="single"/>
            <w:sz w:val="18"/>
          </w:rPr>
          <w:t xml:space="preserve">Who could see the world</w:t>
        </w:r>
      </w:hyperlink>
      <w:r>
        <w:rPr>
          <w:b w:val="0"/>
          <w:i w:val="0"/>
          <w:color w:val="6A6F75"/>
          <w:sz w:val="16"/>
        </w:rPr>
        <w:t xml:space="preserve">  558</w:t>
      </w:r>
    </w:p>
    <w:p>
      <w:pPr>
        <w:spacing w:after="0" w:line="240" w:lineRule="auto"/>
      </w:pPr>
      <w:hyperlink w:anchor="p724">
        <w:r>
          <w:rPr>
            <w:color w:val="2E5A80"/>
            <w:u w:val="single"/>
            <w:sz w:val="18"/>
          </w:rPr>
          <w:t xml:space="preserve">Who could trust</w:t>
        </w:r>
      </w:hyperlink>
      <w:r>
        <w:rPr>
          <w:b w:val="0"/>
          <w:i w:val="0"/>
          <w:color w:val="6A6F75"/>
          <w:sz w:val="16"/>
        </w:rPr>
        <w:t xml:space="preserve">  724</w:t>
      </w:r>
    </w:p>
    <w:p>
      <w:pPr>
        <w:spacing w:after="0" w:line="240" w:lineRule="auto"/>
      </w:pPr>
      <w:hyperlink w:anchor="p484">
        <w:r>
          <w:rPr>
            <w:color w:val="2E5A80"/>
            <w:u w:val="single"/>
            <w:sz w:val="18"/>
          </w:rPr>
          <w:t xml:space="preserve">Who else would know</w:t>
        </w:r>
      </w:hyperlink>
      <w:r>
        <w:rPr>
          <w:b w:val="0"/>
          <w:i w:val="0"/>
          <w:color w:val="6A6F75"/>
          <w:sz w:val="16"/>
        </w:rPr>
        <w:t xml:space="preserve">  484</w:t>
      </w:r>
    </w:p>
    <w:p>
      <w:pPr>
        <w:spacing w:after="0" w:line="240" w:lineRule="auto"/>
      </w:pPr>
      <w:hyperlink w:anchor="p767">
        <w:r>
          <w:rPr>
            <w:color w:val="2E5A80"/>
            <w:u w:val="single"/>
            <w:sz w:val="18"/>
          </w:rPr>
          <w:t xml:space="preserve">Who put a weir</w:t>
        </w:r>
      </w:hyperlink>
      <w:r>
        <w:rPr>
          <w:b w:val="0"/>
          <w:i w:val="0"/>
          <w:color w:val="6A6F75"/>
          <w:sz w:val="16"/>
        </w:rPr>
        <w:t xml:space="preserve">  767</w:t>
      </w:r>
    </w:p>
    <w:p>
      <w:pPr>
        <w:spacing w:after="0" w:line="240" w:lineRule="auto"/>
      </w:pPr>
      <w:hyperlink w:anchor="p255">
        <w:r>
          <w:rPr>
            <w:color w:val="2E5A80"/>
            <w:u w:val="single"/>
            <w:sz w:val="18"/>
          </w:rPr>
          <w:t xml:space="preserve">Who would ask today</w:t>
        </w:r>
      </w:hyperlink>
      <w:r>
        <w:rPr>
          <w:b w:val="0"/>
          <w:i w:val="0"/>
          <w:color w:val="6A6F75"/>
          <w:sz w:val="16"/>
        </w:rPr>
        <w:t xml:space="preserve">  255</w:t>
      </w:r>
    </w:p>
    <w:p>
      <w:pPr>
        <w:spacing w:after="0" w:line="240" w:lineRule="auto"/>
      </w:pPr>
      <w:hyperlink w:anchor="p381">
        <w:r>
          <w:rPr>
            <w:color w:val="2E5A80"/>
            <w:u w:val="single"/>
            <w:sz w:val="18"/>
          </w:rPr>
          <w:t xml:space="preserve">Who would seek out</w:t>
        </w:r>
      </w:hyperlink>
      <w:r>
        <w:rPr>
          <w:b w:val="0"/>
          <w:i w:val="0"/>
          <w:color w:val="6A6F75"/>
          <w:sz w:val="16"/>
        </w:rPr>
        <w:t xml:space="preserve">  381</w:t>
      </w:r>
    </w:p>
    <w:p>
      <w:pPr>
        <w:spacing w:after="0" w:line="240" w:lineRule="auto"/>
      </w:pPr>
      <w:hyperlink w:anchor="p493">
        <w:r>
          <w:rPr>
            <w:color w:val="2E5A80"/>
            <w:u w:val="single"/>
            <w:sz w:val="18"/>
          </w:rPr>
          <w:t xml:space="preserve">Why did I gather</w:t>
        </w:r>
      </w:hyperlink>
      <w:r>
        <w:rPr>
          <w:b w:val="0"/>
          <w:i w:val="0"/>
          <w:color w:val="6A6F75"/>
          <w:sz w:val="16"/>
        </w:rPr>
        <w:t xml:space="preserve">  493</w:t>
      </w:r>
    </w:p>
    <w:p>
      <w:pPr>
        <w:spacing w:after="0" w:line="240" w:lineRule="auto"/>
      </w:pPr>
      <w:hyperlink w:anchor="p417">
        <w:r>
          <w:rPr>
            <w:color w:val="2E5A80"/>
            <w:u w:val="single"/>
            <w:sz w:val="18"/>
          </w:rPr>
          <w:t xml:space="preserve">Why did I let my heart</w:t>
        </w:r>
      </w:hyperlink>
      <w:r>
        <w:rPr>
          <w:b w:val="0"/>
          <w:i w:val="0"/>
          <w:color w:val="6A6F75"/>
          <w:sz w:val="16"/>
        </w:rPr>
        <w:t xml:space="preserve">  417</w:t>
      </w:r>
    </w:p>
    <w:p>
      <w:pPr>
        <w:spacing w:after="0" w:line="240" w:lineRule="auto"/>
      </w:pPr>
      <w:hyperlink w:anchor="p479">
        <w:r>
          <w:rPr>
            <w:color w:val="2E5A80"/>
            <w:u w:val="single"/>
            <w:sz w:val="18"/>
          </w:rPr>
          <w:t xml:space="preserve">Why does the warbler</w:t>
        </w:r>
      </w:hyperlink>
      <w:r>
        <w:rPr>
          <w:b w:val="0"/>
          <w:i w:val="0"/>
          <w:color w:val="6A6F75"/>
          <w:sz w:val="16"/>
        </w:rPr>
        <w:t xml:space="preserve">  479</w:t>
      </w:r>
    </w:p>
    <w:p>
      <w:pPr>
        <w:spacing w:after="0" w:line="240" w:lineRule="auto"/>
      </w:pPr>
      <w:hyperlink w:anchor="p317">
        <w:r>
          <w:rPr>
            <w:color w:val="2E5A80"/>
            <w:u w:val="single"/>
            <w:sz w:val="18"/>
          </w:rPr>
          <w:t xml:space="preserve">Why should I change now</w:t>
        </w:r>
      </w:hyperlink>
      <w:r>
        <w:rPr>
          <w:b w:val="0"/>
          <w:i w:val="0"/>
          <w:color w:val="6A6F75"/>
          <w:sz w:val="16"/>
        </w:rPr>
        <w:t xml:space="preserve">  317</w:t>
      </w:r>
    </w:p>
    <w:p>
      <w:pPr>
        <w:spacing w:after="0" w:line="240" w:lineRule="auto"/>
      </w:pPr>
      <w:hyperlink w:anchor="p619">
        <w:r>
          <w:rPr>
            <w:color w:val="2E5A80"/>
            <w:u w:val="single"/>
            <w:sz w:val="18"/>
          </w:rPr>
          <w:t xml:space="preserve">Why was I left behind</w:t>
        </w:r>
      </w:hyperlink>
      <w:r>
        <w:rPr>
          <w:b w:val="0"/>
          <w:i w:val="0"/>
          <w:color w:val="6A6F75"/>
          <w:sz w:val="16"/>
        </w:rPr>
        <w:t xml:space="preserve">  619</w:t>
      </w:r>
    </w:p>
    <w:p>
      <w:pPr>
        <w:spacing w:after="0" w:line="240" w:lineRule="auto"/>
      </w:pPr>
      <w:hyperlink w:anchor="p608">
        <w:r>
          <w:rPr>
            <w:color w:val="2E5A80"/>
            <w:u w:val="single"/>
            <w:sz w:val="18"/>
          </w:rPr>
          <w:t xml:space="preserve">Why, oh why</w:t>
        </w:r>
      </w:hyperlink>
      <w:r>
        <w:rPr>
          <w:b w:val="0"/>
          <w:i w:val="0"/>
          <w:color w:val="6A6F75"/>
          <w:sz w:val="16"/>
        </w:rPr>
        <w:t xml:space="preserve">  608</w:t>
      </w:r>
    </w:p>
    <w:p>
      <w:pPr>
        <w:spacing w:after="0" w:line="240" w:lineRule="auto"/>
      </w:pPr>
      <w:hyperlink w:anchor="p239">
        <w:r>
          <w:rPr>
            <w:color w:val="2E5A80"/>
            <w:u w:val="single"/>
            <w:sz w:val="18"/>
          </w:rPr>
          <w:t xml:space="preserve">Will he scorn as wet with brine</w:t>
        </w:r>
      </w:hyperlink>
      <w:r>
        <w:rPr>
          <w:b w:val="0"/>
          <w:i w:val="0"/>
          <w:color w:val="6A6F75"/>
          <w:sz w:val="16"/>
        </w:rPr>
        <w:t xml:space="preserve">  239</w:t>
      </w:r>
    </w:p>
    <w:p>
      <w:pPr>
        <w:spacing w:after="0" w:line="240" w:lineRule="auto"/>
      </w:pPr>
      <w:hyperlink w:anchor="p61">
        <w:r>
          <w:rPr>
            <w:color w:val="2E5A80"/>
            <w:u w:val="single"/>
            <w:sz w:val="18"/>
          </w:rPr>
          <w:t xml:space="preserve">Will people pass it on</w:t>
        </w:r>
      </w:hyperlink>
      <w:r>
        <w:rPr>
          <w:b w:val="0"/>
          <w:i w:val="0"/>
          <w:color w:val="6A6F75"/>
          <w:sz w:val="16"/>
        </w:rPr>
        <w:t xml:space="preserve">  61</w:t>
      </w:r>
    </w:p>
    <w:p>
      <w:pPr>
        <w:spacing w:after="0" w:line="240" w:lineRule="auto"/>
      </w:pPr>
      <w:hyperlink w:anchor="p171">
        <w:r>
          <w:rPr>
            <w:color w:val="2E5A80"/>
            <w:u w:val="single"/>
            <w:sz w:val="18"/>
          </w:rPr>
          <w:t xml:space="preserve">Will the parting from the dead</w:t>
        </w:r>
      </w:hyperlink>
      <w:r>
        <w:rPr>
          <w:b w:val="0"/>
          <w:i w:val="0"/>
          <w:color w:val="6A6F75"/>
          <w:sz w:val="16"/>
        </w:rPr>
        <w:t xml:space="preserve">  171</w:t>
      </w:r>
    </w:p>
    <w:p>
      <w:pPr>
        <w:spacing w:after="0" w:line="240" w:lineRule="auto"/>
      </w:pPr>
      <w:hyperlink w:anchor="p170">
        <w:r>
          <w:rPr>
            <w:color w:val="2E5A80"/>
            <w:u w:val="single"/>
            <w:sz w:val="18"/>
          </w:rPr>
          <w:t xml:space="preserve">Will the smoke of Toribe Hill</w:t>
        </w:r>
      </w:hyperlink>
      <w:r>
        <w:rPr>
          <w:b w:val="0"/>
          <w:i w:val="0"/>
          <w:color w:val="6A6F75"/>
          <w:sz w:val="16"/>
        </w:rPr>
        <w:t xml:space="preserve">  170</w:t>
      </w:r>
    </w:p>
    <w:p>
      <w:pPr>
        <w:spacing w:after="0" w:line="240" w:lineRule="auto"/>
      </w:pPr>
      <w:hyperlink w:anchor="p430">
        <w:r>
          <w:rPr>
            <w:color w:val="2E5A80"/>
            <w:u w:val="single"/>
            <w:sz w:val="18"/>
          </w:rPr>
          <w:t xml:space="preserve">Will the warbler’s voice</w:t>
        </w:r>
      </w:hyperlink>
      <w:r>
        <w:rPr>
          <w:b w:val="0"/>
          <w:i w:val="0"/>
          <w:color w:val="6A6F75"/>
          <w:sz w:val="16"/>
        </w:rPr>
        <w:t xml:space="preserve">  430</w:t>
      </w:r>
    </w:p>
    <w:p>
      <w:pPr>
        <w:spacing w:after="0" w:line="240" w:lineRule="auto"/>
      </w:pPr>
      <w:hyperlink w:anchor="p469">
        <w:r>
          <w:rPr>
            <w:color w:val="2E5A80"/>
            <w:u w:val="single"/>
            <w:sz w:val="18"/>
          </w:rPr>
          <w:t xml:space="preserve">With months and years</w:t>
        </w:r>
      </w:hyperlink>
      <w:r>
        <w:rPr>
          <w:b w:val="0"/>
          <w:i w:val="0"/>
          <w:color w:val="6A6F75"/>
          <w:sz w:val="16"/>
        </w:rPr>
        <w:t xml:space="preserve">  469</w:t>
      </w:r>
    </w:p>
    <w:p>
      <w:pPr>
        <w:spacing w:after="0" w:line="240" w:lineRule="auto"/>
      </w:pPr>
      <w:hyperlink w:anchor="p215">
        <w:r>
          <w:rPr>
            <w:color w:val="2E5A80"/>
            <w:u w:val="single"/>
            <w:sz w:val="18"/>
          </w:rPr>
          <w:t xml:space="preserve">With no one to rely on</w:t>
        </w:r>
      </w:hyperlink>
      <w:r>
        <w:rPr>
          <w:b w:val="0"/>
          <w:i w:val="0"/>
          <w:color w:val="6A6F75"/>
          <w:sz w:val="16"/>
        </w:rPr>
        <w:t xml:space="preserve">  215</w:t>
      </w:r>
    </w:p>
    <w:p>
      <w:pPr>
        <w:spacing w:after="0" w:line="240" w:lineRule="auto"/>
      </w:pPr>
      <w:hyperlink w:anchor="p267">
        <w:r>
          <w:rPr>
            <w:color w:val="2E5A80"/>
            <w:u w:val="single"/>
            <w:sz w:val="18"/>
          </w:rPr>
          <w:t xml:space="preserve">With no pause in the sleeves</w:t>
        </w:r>
      </w:hyperlink>
      <w:r>
        <w:rPr>
          <w:b w:val="0"/>
          <w:i w:val="0"/>
          <w:color w:val="6A6F75"/>
          <w:sz w:val="16"/>
        </w:rPr>
        <w:t xml:space="preserve">  267</w:t>
      </w:r>
    </w:p>
    <w:p>
      <w:pPr>
        <w:spacing w:after="0" w:line="240" w:lineRule="auto"/>
      </w:pPr>
      <w:hyperlink w:anchor="p398">
        <w:r>
          <w:rPr>
            <w:color w:val="2E5A80"/>
            <w:u w:val="single"/>
            <w:sz w:val="18"/>
          </w:rPr>
          <w:t xml:space="preserve">With no place to turn</w:t>
        </w:r>
      </w:hyperlink>
      <w:r>
        <w:rPr>
          <w:b w:val="0"/>
          <w:i w:val="0"/>
          <w:color w:val="6A6F75"/>
          <w:sz w:val="16"/>
        </w:rPr>
        <w:t xml:space="preserve">  398</w:t>
      </w:r>
    </w:p>
    <w:p>
      <w:pPr>
        <w:spacing w:after="0" w:line="240" w:lineRule="auto"/>
      </w:pPr>
      <w:hyperlink w:anchor="p476">
        <w:r>
          <w:rPr>
            <w:color w:val="2E5A80"/>
            <w:u w:val="single"/>
            <w:sz w:val="18"/>
          </w:rPr>
          <w:t xml:space="preserve">With the dripping fisher</w:t>
        </w:r>
      </w:hyperlink>
      <w:r>
        <w:rPr>
          <w:b w:val="0"/>
          <w:i w:val="0"/>
          <w:color w:val="6A6F75"/>
          <w:sz w:val="16"/>
        </w:rPr>
        <w:t xml:space="preserve">  476</w:t>
      </w:r>
    </w:p>
    <w:p>
      <w:pPr>
        <w:spacing w:after="0" w:line="240" w:lineRule="auto"/>
      </w:pPr>
      <w:hyperlink w:anchor="p243">
        <w:r>
          <w:rPr>
            <w:color w:val="2E5A80"/>
            <w:u w:val="single"/>
            <w:sz w:val="18"/>
          </w:rPr>
          <w:t xml:space="preserve">Withered and forlorn</w:t>
        </w:r>
      </w:hyperlink>
      <w:r>
        <w:rPr>
          <w:b w:val="0"/>
          <w:i w:val="0"/>
          <w:color w:val="6A6F75"/>
          <w:sz w:val="16"/>
        </w:rPr>
        <w:t xml:space="preserve">  243</w:t>
      </w:r>
    </w:p>
    <w:p>
      <w:pPr>
        <w:spacing w:after="0" w:line="240" w:lineRule="auto"/>
      </w:pPr>
      <w:hyperlink w:anchor="p282">
        <w:r>
          <w:rPr>
            <w:color w:val="2E5A80"/>
            <w:u w:val="single"/>
            <w:sz w:val="18"/>
          </w:rPr>
          <w:t xml:space="preserve">Within the rope</w:t>
        </w:r>
      </w:hyperlink>
      <w:r>
        <w:rPr>
          <w:b w:val="0"/>
          <w:i w:val="0"/>
          <w:color w:val="6A6F75"/>
          <w:sz w:val="16"/>
        </w:rPr>
        <w:t xml:space="preserve">  282</w:t>
      </w:r>
    </w:p>
    <w:p>
      <w:pPr>
        <w:spacing w:after="0" w:line="240" w:lineRule="auto"/>
      </w:pPr>
      <w:hyperlink w:anchor="p129">
        <w:r>
          <w:rPr>
            <w:color w:val="2E5A80"/>
            <w:u w:val="single"/>
            <w:sz w:val="18"/>
          </w:rPr>
          <w:t xml:space="preserve">Without you, the dust has gathered</w:t>
        </w:r>
      </w:hyperlink>
      <w:r>
        <w:rPr>
          <w:b w:val="0"/>
          <w:i w:val="0"/>
          <w:color w:val="6A6F75"/>
          <w:sz w:val="16"/>
        </w:rPr>
        <w:t xml:space="preserve">  129</w:t>
      </w:r>
    </w:p>
    <w:p>
      <w:pPr>
        <w:spacing w:after="0" w:line="240" w:lineRule="auto"/>
      </w:pPr>
      <w:hyperlink w:anchor="p583">
        <w:r>
          <w:rPr>
            <w:color w:val="2E5A80"/>
            <w:u w:val="single"/>
            <w:sz w:val="18"/>
          </w:rPr>
          <w:t xml:space="preserve">Wizard who crosses</w:t>
        </w:r>
      </w:hyperlink>
      <w:r>
        <w:rPr>
          <w:b w:val="0"/>
          <w:i w:val="0"/>
          <w:color w:val="6A6F75"/>
          <w:sz w:val="16"/>
        </w:rPr>
        <w:t xml:space="preserve">  583</w:t>
      </w:r>
    </w:p>
    <w:p>
      <w:pPr>
        <w:spacing w:after="0" w:line="240" w:lineRule="auto"/>
      </w:pPr>
      <w:hyperlink w:anchor="p49">
        <w:r>
          <w:rPr>
            <w:color w:val="2E5A80"/>
            <w:u w:val="single"/>
            <w:sz w:val="18"/>
          </w:rPr>
          <w:t xml:space="preserve">Woken from a dream</w:t>
        </w:r>
      </w:hyperlink>
      <w:r>
        <w:rPr>
          <w:b w:val="0"/>
          <w:i w:val="0"/>
          <w:color w:val="6A6F75"/>
          <w:sz w:val="16"/>
        </w:rPr>
        <w:t xml:space="preserve">  49</w:t>
      </w:r>
    </w:p>
    <w:p>
      <w:pPr>
        <w:spacing w:after="0" w:line="240" w:lineRule="auto"/>
      </w:pPr>
      <w:hyperlink w:anchor="p752">
        <w:r>
          <w:rPr>
            <w:color w:val="2E5A80"/>
            <w:u w:val="single"/>
            <w:sz w:val="18"/>
          </w:rPr>
          <w:t xml:space="preserve">Worn by grief</w:t>
        </w:r>
      </w:hyperlink>
      <w:r>
        <w:rPr>
          <w:b w:val="0"/>
          <w:i w:val="0"/>
          <w:color w:val="6A6F75"/>
          <w:sz w:val="16"/>
        </w:rPr>
        <w:t xml:space="preserve">  752</w:t>
      </w:r>
    </w:p>
    <w:p>
      <w:pPr>
        <w:spacing w:after="0" w:line="240" w:lineRule="auto"/>
      </w:pPr>
      <w:hyperlink w:anchor="p595">
        <w:r>
          <w:rPr>
            <w:color w:val="2E5A80"/>
            <w:u w:val="single"/>
            <w:sz w:val="18"/>
          </w:rPr>
          <w:t xml:space="preserve">Would its fragrance</w:t>
        </w:r>
      </w:hyperlink>
      <w:r>
        <w:rPr>
          <w:b w:val="0"/>
          <w:i w:val="0"/>
          <w:color w:val="6A6F75"/>
          <w:sz w:val="16"/>
        </w:rPr>
        <w:t xml:space="preserve">  595</w:t>
      </w:r>
    </w:p>
    <w:p>
      <w:pPr>
        <w:spacing w:after="0" w:line="240" w:lineRule="auto"/>
      </w:pPr>
      <w:hyperlink w:anchor="p6">
        <w:r>
          <w:rPr>
            <w:color w:val="2E5A80"/>
            <w:u w:val="single"/>
            <w:sz w:val="18"/>
          </w:rPr>
          <w:t xml:space="preserve">Would there were a seer who goes seeking</w:t>
        </w:r>
      </w:hyperlink>
      <w:r>
        <w:rPr>
          <w:b w:val="0"/>
          <w:i w:val="0"/>
          <w:color w:val="6A6F75"/>
          <w:sz w:val="16"/>
        </w:rPr>
        <w:t xml:space="preserve">  6</w:t>
      </w:r>
    </w:p>
    <w:p>
      <w:pPr>
        <w:spacing w:after="0" w:line="240" w:lineRule="auto"/>
      </w:pPr>
      <w:hyperlink w:anchor="p229">
        <w:r>
          <w:rPr>
            <w:color w:val="2E5A80"/>
            <w:u w:val="single"/>
            <w:sz w:val="18"/>
          </w:rPr>
          <w:t xml:space="preserve">Would there were someone</w:t>
        </w:r>
      </w:hyperlink>
      <w:r>
        <w:rPr>
          <w:b w:val="0"/>
          <w:i w:val="0"/>
          <w:color w:val="6A6F75"/>
          <w:sz w:val="16"/>
        </w:rPr>
        <w:t xml:space="preserve">  229</w:t>
      </w:r>
    </w:p>
    <w:p>
      <w:pPr>
        <w:spacing w:after="0" w:line="240" w:lineRule="auto"/>
      </w:pPr>
      <w:hyperlink w:anchor="p585">
        <w:r>
          <w:rPr>
            <w:color w:val="2E5A80"/>
            <w:u w:val="single"/>
            <w:sz w:val="18"/>
          </w:rPr>
          <w:t xml:space="preserve">Yearning for the one</w:t>
        </w:r>
      </w:hyperlink>
      <w:r>
        <w:rPr>
          <w:b w:val="0"/>
          <w:i w:val="0"/>
          <w:color w:val="6A6F75"/>
          <w:sz w:val="16"/>
        </w:rPr>
        <w:t xml:space="preserve">  585</w:t>
      </w:r>
    </w:p>
    <w:p>
      <w:pPr>
        <w:spacing w:after="0" w:line="240" w:lineRule="auto"/>
      </w:pPr>
      <w:hyperlink w:anchor="p314">
        <w:r>
          <w:rPr>
            <w:color w:val="2E5A80"/>
            <w:u w:val="single"/>
            <w:sz w:val="18"/>
          </w:rPr>
          <w:t xml:space="preserve">Years have passed, yet I</w:t>
        </w:r>
      </w:hyperlink>
      <w:r>
        <w:rPr>
          <w:b w:val="0"/>
          <w:i w:val="0"/>
          <w:color w:val="6A6F75"/>
          <w:sz w:val="16"/>
        </w:rPr>
        <w:t xml:space="preserve">  314</w:t>
      </w:r>
    </w:p>
    <w:p>
      <w:pPr>
        <w:spacing w:after="0" w:line="240" w:lineRule="auto"/>
      </w:pPr>
      <w:hyperlink w:anchor="p788">
        <w:r>
          <w:rPr>
            <w:color w:val="2E5A80"/>
            <w:u w:val="single"/>
            <w:sz w:val="18"/>
          </w:rPr>
          <w:t xml:space="preserve">You have turned</w:t>
        </w:r>
      </w:hyperlink>
      <w:r>
        <w:rPr>
          <w:b w:val="0"/>
          <w:i w:val="0"/>
          <w:color w:val="6A6F75"/>
          <w:sz w:val="16"/>
        </w:rPr>
        <w:t xml:space="preserve">  788</w:t>
      </w:r>
    </w:p>
    <w:p>
      <w:pPr>
        <w:spacing w:after="0" w:line="240" w:lineRule="auto"/>
      </w:pPr>
      <w:hyperlink w:anchor="p438">
        <w:r>
          <w:rPr>
            <w:color w:val="2E5A80"/>
            <w:u w:val="single"/>
            <w:sz w:val="18"/>
          </w:rPr>
          <w:t xml:space="preserve">You say it is the end</w:t>
        </w:r>
      </w:hyperlink>
      <w:r>
        <w:rPr>
          <w:b w:val="0"/>
          <w:i w:val="0"/>
          <w:color w:val="6A6F75"/>
          <w:sz w:val="16"/>
        </w:rPr>
        <w:t xml:space="preserve">  438</w:t>
      </w:r>
    </w:p>
    <w:p>
      <w:pPr>
        <w:spacing w:after="0" w:line="240" w:lineRule="auto"/>
      </w:pPr>
      <w:hyperlink w:anchor="p328">
        <w:r>
          <w:rPr>
            <w:color w:val="2E5A80"/>
            <w:u w:val="single"/>
            <w:sz w:val="18"/>
          </w:rPr>
          <w:t xml:space="preserve">You who serve</w:t>
        </w:r>
      </w:hyperlink>
      <w:r>
        <w:rPr>
          <w:b w:val="0"/>
          <w:i w:val="0"/>
          <w:color w:val="6A6F75"/>
          <w:sz w:val="16"/>
        </w:rPr>
        <w:t xml:space="preserve">  328</w:t>
      </w:r>
    </w:p>
    <w:p>
      <w:pPr>
        <w:spacing w:after="0" w:line="240" w:lineRule="auto"/>
      </w:pPr>
      <w:hyperlink w:anchor="p336">
        <w:r>
          <w:rPr>
            <w:color w:val="2E5A80"/>
            <w:u w:val="single"/>
            <w:sz w:val="18"/>
          </w:rPr>
          <w:t xml:space="preserve">You whose garden waits</w:t>
        </w:r>
      </w:hyperlink>
      <w:r>
        <w:rPr>
          <w:b w:val="0"/>
          <w:i w:val="0"/>
          <w:color w:val="6A6F75"/>
          <w:sz w:val="16"/>
        </w:rPr>
        <w:t xml:space="preserve">  336</w:t>
      </w:r>
    </w:p>
    <w:p>
      <w:pPr>
        <w:spacing w:after="0" w:line="240" w:lineRule="auto"/>
      </w:pPr>
      <w:hyperlink w:anchor="p523">
        <w:r>
          <w:rPr>
            <w:color w:val="2E5A80"/>
            <w:u w:val="single"/>
            <w:sz w:val="18"/>
          </w:rPr>
          <w:t xml:space="preserve">You yourself</w:t>
        </w:r>
      </w:hyperlink>
      <w:r>
        <w:rPr>
          <w:b w:val="0"/>
          <w:i w:val="0"/>
          <w:color w:val="6A6F75"/>
          <w:sz w:val="16"/>
        </w:rPr>
        <w:t xml:space="preserve">  523</w:t>
      </w:r>
    </w:p>
    <w:p>
      <w:pPr>
        <w:spacing w:after="0" w:line="240" w:lineRule="auto"/>
      </w:pPr>
      <w:hyperlink w:anchor="p451">
        <w:r>
          <w:rPr>
            <w:color w:val="2E5A80"/>
            <w:u w:val="single"/>
            <w:sz w:val="18"/>
          </w:rPr>
          <w:t xml:space="preserve">You, clear spring water</w:t>
        </w:r>
      </w:hyperlink>
      <w:r>
        <w:rPr>
          <w:b w:val="0"/>
          <w:i w:val="0"/>
          <w:color w:val="6A6F75"/>
          <w:sz w:val="16"/>
        </w:rPr>
        <w:t xml:space="preserve">  451</w:t>
      </w:r>
    </w:p>
    <w:p>
      <w:pPr>
        <w:spacing w:after="0" w:line="240" w:lineRule="auto"/>
      </w:pPr>
      <w:hyperlink w:anchor="p382">
        <w:r>
          <w:rPr>
            <w:color w:val="2E5A80"/>
            <w:u w:val="single"/>
            <w:sz w:val="18"/>
          </w:rPr>
          <w:t xml:space="preserve">Young the grass at Ikaga Point</w:t>
        </w:r>
      </w:hyperlink>
      <w:r>
        <w:rPr>
          <w:b w:val="0"/>
          <w:i w:val="0"/>
          <w:color w:val="6A6F75"/>
          <w:sz w:val="16"/>
        </w:rPr>
        <w:t xml:space="preserve">  382</w:t>
      </w:r>
    </w:p>
    <w:p>
      <w:pPr>
        <w:spacing w:after="0" w:line="240" w:lineRule="auto"/>
      </w:pPr>
      <w:hyperlink w:anchor="p436">
        <w:r>
          <w:rPr>
            <w:color w:val="2E5A80"/>
            <w:u w:val="single"/>
            <w:sz w:val="18"/>
          </w:rPr>
          <w:t xml:space="preserve">Your people at home</w:t>
        </w:r>
      </w:hyperlink>
      <w:r>
        <w:rPr>
          <w:b w:val="0"/>
          <w:i w:val="0"/>
          <w:color w:val="6A6F75"/>
          <w:sz w:val="16"/>
        </w:rPr>
        <w:t xml:space="preserve">  436</w:t>
      </w:r>
    </w:p>
    <w:p>
      <w:pPr>
        <w:spacing w:after="0" w:line="240" w:lineRule="auto"/>
      </w:pPr>
      <w:hyperlink w:anchor="p94">
        <w:r>
          <w:rPr>
            <w:color w:val="2E5A80"/>
            <w:u w:val="single"/>
            <w:sz w:val="18"/>
          </w:rPr>
          <w:t xml:space="preserve">Your well-hidden name will leak out</w:t>
        </w:r>
      </w:hyperlink>
      <w:r>
        <w:rPr>
          <w:b w:val="0"/>
          <w:i w:val="0"/>
          <w:color w:val="6A6F75"/>
          <w:sz w:val="16"/>
        </w:rPr>
        <w:t xml:space="preserve">  94</w:t>
      </w:r>
    </w:p>
    <w:p>
      <w:pPr>
        <w:sectPr>
          <w:pgSz w:w="12240" w:h="15840"/>
          <w:pgMar w:top="1247" w:right="1304" w:bottom="1247" w:left="1304" w:header="720" w:footer="720" w:gutter="0"/>
          <w:cols w:space="560" w:num="2"/>
          <w:docGrid w:linePitch="360"/>
        </w:sectPr>
      </w:pPr>
    </w:p>
    <w:p>
      <w:pPr>
        <w:pStyle w:val="Heading1"/>
        <w:pageBreakBefore w:val="0"/>
      </w:pPr>
      <w:bookmarkStart w:id="851" w:name="idx_echo"/>
      <w:r>
        <w:t>Echoes across the tale</w:t>
      </w:r>
      <w:bookmarkEnd w:id="851"/>
    </w:p>
    <w:p>
      <w:pPr>
        <w:keepNext/>
        <w:spacing w:after="20" w:before="120"/>
      </w:pPr>
      <w:r>
        <w:rPr>
          <w:b/>
          <w:i w:val="0"/>
          <w:color w:val="222B33"/>
          <w:sz w:val="22"/>
        </w:rPr>
        <w:t>The wizard who seeks the soul</w:t>
      </w:r>
    </w:p>
    <w:p>
      <w:pPr>
        <w:keepNext/>
        <w:spacing w:after="20"/>
      </w:pPr>
      <w:r>
        <w:rPr>
          <w:b w:val="0"/>
          <w:i w:val="0"/>
          <w:color w:val="222B33"/>
          <w:sz w:val="19"/>
        </w:rPr>
        <w:t>The Kiritsubo Emperor wishes for a wizard to find his dead consort’s soul; Genji, mourning Murasaki, repeats the wish in the poem that names Chapter 41. Both echo the Song of Everlasting Sorrow.</w:t>
      </w:r>
    </w:p>
    <w:p>
      <w:pPr>
        <w:spacing w:after="40"/>
      </w:pPr>
      <w:hyperlink w:anchor="p6">
        <w:r>
          <w:rPr>
            <w:color w:val="2E5A80"/>
            <w:u w:val="single"/>
            <w:sz w:val="18"/>
          </w:rPr>
          <w:t xml:space="preserve">No. 6 (Ch. 1)</w:t>
        </w:r>
      </w:hyperlink>
      <w:r>
        <w:rPr>
          <w:b w:val="0"/>
          <w:i w:val="0"/>
          <w:color w:val="6A6F75"/>
          <w:sz w:val="18"/>
        </w:rPr>
        <w:t xml:space="preserve">, </w:t>
      </w:r>
      <w:hyperlink w:anchor="p583">
        <w:r>
          <w:rPr>
            <w:color w:val="2E5A80"/>
            <w:u w:val="single"/>
            <w:sz w:val="18"/>
          </w:rPr>
          <w:t xml:space="preserve">No. 583 (Ch. 41)</w:t>
        </w:r>
      </w:hyperlink>
    </w:p>
    <w:p>
      <w:pPr>
        <w:keepNext/>
        <w:spacing w:after="20" w:before="120"/>
      </w:pPr>
      <w:r>
        <w:rPr>
          <w:b/>
          <w:i w:val="0"/>
          <w:color w:val="222B33"/>
          <w:sz w:val="22"/>
        </w:rPr>
        <w:t>The pink by the hedge: Yūgao and her daughter</w:t>
      </w:r>
    </w:p>
    <w:p>
      <w:pPr>
        <w:keepNext/>
        <w:spacing w:after="20"/>
      </w:pPr>
      <w:r>
        <w:rPr>
          <w:b w:val="0"/>
          <w:i w:val="0"/>
          <w:color w:val="222B33"/>
          <w:sz w:val="19"/>
        </w:rPr>
        <w:t>Yūgao’s pink (nadeshiko) and everlasting pink (tokonatsu) for her child return when Genji and Tamakazura, that child grown, use the same flower and hedge to speak of her hidden father.</w:t>
      </w:r>
    </w:p>
    <w:p>
      <w:pPr>
        <w:spacing w:after="40"/>
      </w:pPr>
      <w:hyperlink w:anchor="p14">
        <w:r>
          <w:rPr>
            <w:color w:val="2E5A80"/>
            <w:u w:val="single"/>
            <w:sz w:val="18"/>
          </w:rPr>
          <w:t xml:space="preserve">No. 14 (Ch. 2)</w:t>
        </w:r>
      </w:hyperlink>
      <w:r>
        <w:rPr>
          <w:b w:val="0"/>
          <w:i w:val="0"/>
          <w:color w:val="6A6F75"/>
          <w:sz w:val="18"/>
        </w:rPr>
        <w:t xml:space="preserve">, </w:t>
      </w:r>
      <w:hyperlink w:anchor="p15">
        <w:r>
          <w:rPr>
            <w:color w:val="2E5A80"/>
            <w:u w:val="single"/>
            <w:sz w:val="18"/>
          </w:rPr>
          <w:t xml:space="preserve">No. 15 (Ch. 2)</w:t>
        </w:r>
      </w:hyperlink>
      <w:r>
        <w:rPr>
          <w:b w:val="0"/>
          <w:i w:val="0"/>
          <w:color w:val="6A6F75"/>
          <w:sz w:val="18"/>
        </w:rPr>
        <w:t xml:space="preserve">, </w:t>
      </w:r>
      <w:hyperlink w:anchor="p16">
        <w:r>
          <w:rPr>
            <w:color w:val="2E5A80"/>
            <w:u w:val="single"/>
            <w:sz w:val="18"/>
          </w:rPr>
          <w:t xml:space="preserve">No. 16 (Ch. 2)</w:t>
        </w:r>
      </w:hyperlink>
      <w:r>
        <w:rPr>
          <w:b w:val="0"/>
          <w:i w:val="0"/>
          <w:color w:val="6A6F75"/>
          <w:sz w:val="18"/>
        </w:rPr>
        <w:t xml:space="preserve">, </w:t>
      </w:r>
      <w:hyperlink w:anchor="p380">
        <w:r>
          <w:rPr>
            <w:color w:val="2E5A80"/>
            <w:u w:val="single"/>
            <w:sz w:val="18"/>
          </w:rPr>
          <w:t xml:space="preserve">No. 380 (Ch. 26)</w:t>
        </w:r>
      </w:hyperlink>
      <w:r>
        <w:rPr>
          <w:b w:val="0"/>
          <w:i w:val="0"/>
          <w:color w:val="6A6F75"/>
          <w:sz w:val="18"/>
        </w:rPr>
        <w:t xml:space="preserve">, </w:t>
      </w:r>
      <w:hyperlink w:anchor="p381">
        <w:r>
          <w:rPr>
            <w:color w:val="2E5A80"/>
            <w:u w:val="single"/>
            <w:sz w:val="18"/>
          </w:rPr>
          <w:t xml:space="preserve">No. 381 (Ch. 26)</w:t>
        </w:r>
      </w:hyperlink>
    </w:p>
    <w:p>
      <w:pPr>
        <w:keepNext/>
        <w:spacing w:after="20" w:before="120"/>
      </w:pPr>
      <w:r>
        <w:rPr>
          <w:b/>
          <w:i w:val="0"/>
          <w:color w:val="222B33"/>
          <w:sz w:val="22"/>
        </w:rPr>
        <w:t>The pink as a motherless child</w:t>
      </w:r>
    </w:p>
    <w:p>
      <w:pPr>
        <w:keepNext/>
        <w:spacing w:after="20"/>
      </w:pPr>
      <w:r>
        <w:rPr>
          <w:b w:val="0"/>
          <w:i w:val="0"/>
          <w:color w:val="222B33"/>
          <w:sz w:val="19"/>
        </w:rPr>
        <w:t>The pink stands for a child kept from its parent: Reizei between Genji and Fujitsubo, then Yūgiri after Aoi’s death.</w:t>
      </w:r>
    </w:p>
    <w:p>
      <w:pPr>
        <w:spacing w:after="40"/>
      </w:pPr>
      <w:hyperlink w:anchor="p88">
        <w:r>
          <w:rPr>
            <w:color w:val="2E5A80"/>
            <w:u w:val="single"/>
            <w:sz w:val="18"/>
          </w:rPr>
          <w:t xml:space="preserve">No. 88 (Ch. 7)</w:t>
        </w:r>
      </w:hyperlink>
      <w:r>
        <w:rPr>
          <w:b w:val="0"/>
          <w:i w:val="0"/>
          <w:color w:val="6A6F75"/>
          <w:sz w:val="18"/>
        </w:rPr>
        <w:t xml:space="preserve">, </w:t>
      </w:r>
      <w:hyperlink w:anchor="p89">
        <w:r>
          <w:rPr>
            <w:color w:val="2E5A80"/>
            <w:u w:val="single"/>
            <w:sz w:val="18"/>
          </w:rPr>
          <w:t xml:space="preserve">No. 89 (Ch. 7)</w:t>
        </w:r>
      </w:hyperlink>
      <w:r>
        <w:rPr>
          <w:b w:val="0"/>
          <w:i w:val="0"/>
          <w:color w:val="6A6F75"/>
          <w:sz w:val="18"/>
        </w:rPr>
        <w:t xml:space="preserve">, </w:t>
      </w:r>
      <w:hyperlink w:anchor="p124">
        <w:r>
          <w:rPr>
            <w:color w:val="2E5A80"/>
            <w:u w:val="single"/>
            <w:sz w:val="18"/>
          </w:rPr>
          <w:t xml:space="preserve">No. 124 (Ch. 9)</w:t>
        </w:r>
      </w:hyperlink>
      <w:r>
        <w:rPr>
          <w:b w:val="0"/>
          <w:i w:val="0"/>
          <w:color w:val="6A6F75"/>
          <w:sz w:val="18"/>
        </w:rPr>
        <w:t xml:space="preserve">, </w:t>
      </w:r>
      <w:hyperlink w:anchor="p125">
        <w:r>
          <w:rPr>
            <w:color w:val="2E5A80"/>
            <w:u w:val="single"/>
            <w:sz w:val="18"/>
          </w:rPr>
          <w:t xml:space="preserve">No. 125 (Ch. 9)</w:t>
        </w:r>
      </w:hyperlink>
    </w:p>
    <w:p>
      <w:pPr>
        <w:keepNext/>
        <w:spacing w:after="20" w:before="120"/>
      </w:pPr>
      <w:r>
        <w:rPr>
          <w:b/>
          <w:i w:val="0"/>
          <w:color w:val="222B33"/>
          <w:sz w:val="22"/>
        </w:rPr>
        <w:t>The comb of parting</w:t>
      </w:r>
    </w:p>
    <w:p>
      <w:pPr>
        <w:keepNext/>
        <w:spacing w:after="20"/>
      </w:pPr>
      <w:r>
        <w:rPr>
          <w:b w:val="0"/>
          <w:i w:val="0"/>
          <w:color w:val="222B33"/>
          <w:sz w:val="19"/>
        </w:rPr>
        <w:t>The comb Suzaku gave the Ise Priestess at her departure returns, years later, as her gift for his daughter’s initiation.</w:t>
      </w:r>
    </w:p>
    <w:p>
      <w:pPr>
        <w:spacing w:after="40"/>
      </w:pPr>
      <w:hyperlink w:anchor="p274">
        <w:r>
          <w:rPr>
            <w:color w:val="2E5A80"/>
            <w:u w:val="single"/>
            <w:sz w:val="18"/>
          </w:rPr>
          <w:t xml:space="preserve">No. 274 (Ch. 17)</w:t>
        </w:r>
      </w:hyperlink>
      <w:r>
        <w:rPr>
          <w:b w:val="0"/>
          <w:i w:val="0"/>
          <w:color w:val="6A6F75"/>
          <w:sz w:val="18"/>
        </w:rPr>
        <w:t xml:space="preserve">, </w:t>
      </w:r>
      <w:hyperlink w:anchor="p459">
        <w:r>
          <w:rPr>
            <w:color w:val="2E5A80"/>
            <w:u w:val="single"/>
            <w:sz w:val="18"/>
          </w:rPr>
          <w:t xml:space="preserve">No. 459 (Ch. 34)</w:t>
        </w:r>
      </w:hyperlink>
      <w:r>
        <w:rPr>
          <w:b w:val="0"/>
          <w:i w:val="0"/>
          <w:color w:val="6A6F75"/>
          <w:sz w:val="18"/>
        </w:rPr>
        <w:t xml:space="preserve">, </w:t>
      </w:r>
      <w:hyperlink w:anchor="p460">
        <w:r>
          <w:rPr>
            <w:color w:val="2E5A80"/>
            <w:u w:val="single"/>
            <w:sz w:val="18"/>
          </w:rPr>
          <w:t xml:space="preserve">No. 460 (Ch. 34)</w:t>
        </w:r>
      </w:hyperlink>
    </w:p>
    <w:p>
      <w:pPr>
        <w:keepNext/>
        <w:spacing w:after="20" w:before="120"/>
      </w:pPr>
      <w:r>
        <w:rPr>
          <w:b/>
          <w:i w:val="0"/>
          <w:color w:val="222B33"/>
          <w:sz w:val="22"/>
        </w:rPr>
        <w:t>The pine on the rock’s root</w:t>
      </w:r>
    </w:p>
    <w:p>
      <w:pPr>
        <w:keepNext/>
        <w:spacing w:after="20"/>
      </w:pPr>
      <w:r>
        <w:rPr>
          <w:b w:val="0"/>
          <w:i w:val="0"/>
          <w:color w:val="222B33"/>
          <w:sz w:val="19"/>
        </w:rPr>
        <w:t>Genji holding the infant Kaoru asks how the pine on the rock root (iwane, also ‘will not say’) will answer; Kashiwagi’s letter, read by Kaoru in Chapter 45, uses the same figure for the son he never saw.</w:t>
      </w:r>
    </w:p>
    <w:p>
      <w:pPr>
        <w:spacing w:after="40"/>
      </w:pPr>
      <w:hyperlink w:anchor="p504">
        <w:r>
          <w:rPr>
            <w:color w:val="2E5A80"/>
            <w:u w:val="single"/>
            <w:sz w:val="18"/>
          </w:rPr>
          <w:t xml:space="preserve">No. 504 (Ch. 36)</w:t>
        </w:r>
      </w:hyperlink>
      <w:r>
        <w:rPr>
          <w:b w:val="0"/>
          <w:i w:val="0"/>
          <w:color w:val="6A6F75"/>
          <w:sz w:val="18"/>
        </w:rPr>
        <w:t xml:space="preserve">, </w:t>
      </w:r>
      <w:hyperlink w:anchor="p631">
        <w:r>
          <w:rPr>
            <w:color w:val="2E5A80"/>
            <w:u w:val="single"/>
            <w:sz w:val="18"/>
          </w:rPr>
          <w:t xml:space="preserve">No. 631 (Ch. 45)</w:t>
        </w:r>
      </w:hyperlink>
    </w:p>
    <w:p>
      <w:pPr>
        <w:keepNext/>
        <w:spacing w:after="20" w:before="120"/>
      </w:pPr>
      <w:r>
        <w:rPr>
          <w:b/>
          <w:i w:val="0"/>
          <w:color w:val="222B33"/>
          <w:sz w:val="22"/>
        </w:rPr>
        <w:t>Picking young herbs and years</w:t>
      </w:r>
    </w:p>
    <w:p>
      <w:pPr>
        <w:keepNext/>
        <w:spacing w:after="20"/>
      </w:pPr>
      <w:r>
        <w:rPr>
          <w:b w:val="0"/>
          <w:i w:val="0"/>
          <w:color w:val="222B33"/>
          <w:sz w:val="19"/>
        </w:rPr>
        <w:t>Tamakazura’s birthday herbs for Genji in Chapter 34 are recalled in the nun’s and Ukifune’s exchange at Ono: tsumu, ‘to pick’ and ‘to pile up’ years.</w:t>
      </w:r>
    </w:p>
    <w:p>
      <w:pPr>
        <w:spacing w:after="40"/>
      </w:pPr>
      <w:hyperlink w:anchor="p461">
        <w:r>
          <w:rPr>
            <w:color w:val="2E5A80"/>
            <w:u w:val="single"/>
            <w:sz w:val="18"/>
          </w:rPr>
          <w:t xml:space="preserve">No. 461 (Ch. 34)</w:t>
        </w:r>
      </w:hyperlink>
      <w:r>
        <w:rPr>
          <w:b w:val="0"/>
          <w:i w:val="0"/>
          <w:color w:val="6A6F75"/>
          <w:sz w:val="18"/>
        </w:rPr>
        <w:t xml:space="preserve">, </w:t>
      </w:r>
      <w:hyperlink w:anchor="p462">
        <w:r>
          <w:rPr>
            <w:color w:val="2E5A80"/>
            <w:u w:val="single"/>
            <w:sz w:val="18"/>
          </w:rPr>
          <w:t xml:space="preserve">No. 462 (Ch. 34)</w:t>
        </w:r>
      </w:hyperlink>
      <w:r>
        <w:rPr>
          <w:b w:val="0"/>
          <w:i w:val="0"/>
          <w:color w:val="6A6F75"/>
          <w:sz w:val="18"/>
        </w:rPr>
        <w:t xml:space="preserve">, </w:t>
      </w:r>
      <w:hyperlink w:anchor="p790">
        <w:r>
          <w:rPr>
            <w:color w:val="2E5A80"/>
            <w:u w:val="single"/>
            <w:sz w:val="18"/>
          </w:rPr>
          <w:t xml:space="preserve">No. 790 (Ch. 53)</w:t>
        </w:r>
      </w:hyperlink>
      <w:r>
        <w:rPr>
          <w:b w:val="0"/>
          <w:i w:val="0"/>
          <w:color w:val="6A6F75"/>
          <w:sz w:val="18"/>
        </w:rPr>
        <w:t xml:space="preserve">, </w:t>
      </w:r>
      <w:hyperlink w:anchor="p791">
        <w:r>
          <w:rPr>
            <w:color w:val="2E5A80"/>
            <w:u w:val="single"/>
            <w:sz w:val="18"/>
          </w:rPr>
          <w:t xml:space="preserve">No. 791 (Ch. 53)</w:t>
        </w:r>
      </w:hyperlink>
    </w:p>
    <w:p>
      <w:pPr>
        <w:keepNext/>
        <w:spacing w:after="20" w:before="120"/>
      </w:pPr>
      <w:r>
        <w:rPr>
          <w:b/>
          <w:i w:val="0"/>
          <w:color w:val="222B33"/>
          <w:sz w:val="22"/>
        </w:rPr>
        <w:t>The two cedars of Hatsuse</w:t>
      </w:r>
    </w:p>
    <w:p>
      <w:pPr>
        <w:keepNext/>
        <w:spacing w:after="20"/>
      </w:pPr>
      <w:r>
        <w:rPr>
          <w:b w:val="0"/>
          <w:i w:val="0"/>
          <w:color w:val="222B33"/>
          <w:sz w:val="19"/>
        </w:rPr>
        <w:t>Ukon’s poem on the cedars of reunion marks Tamakazura’s being found at Hatsuse; Ukifune, rescued after a Hatsuse pilgrimage, refuses to go seeking them.</w:t>
      </w:r>
    </w:p>
    <w:p>
      <w:pPr>
        <w:spacing w:after="40"/>
      </w:pPr>
      <w:hyperlink w:anchor="p345">
        <w:r>
          <w:rPr>
            <w:color w:val="2E5A80"/>
            <w:u w:val="single"/>
            <w:sz w:val="18"/>
          </w:rPr>
          <w:t xml:space="preserve">No. 345 (Ch. 22)</w:t>
        </w:r>
      </w:hyperlink>
      <w:r>
        <w:rPr>
          <w:b w:val="0"/>
          <w:i w:val="0"/>
          <w:color w:val="6A6F75"/>
          <w:sz w:val="18"/>
        </w:rPr>
        <w:t xml:space="preserve">, </w:t>
      </w:r>
      <w:hyperlink w:anchor="p777">
        <w:r>
          <w:rPr>
            <w:color w:val="2E5A80"/>
            <w:u w:val="single"/>
            <w:sz w:val="18"/>
          </w:rPr>
          <w:t xml:space="preserve">No. 777 (Ch. 53)</w:t>
        </w:r>
      </w:hyperlink>
      <w:r>
        <w:rPr>
          <w:b w:val="0"/>
          <w:i w:val="0"/>
          <w:color w:val="6A6F75"/>
          <w:sz w:val="18"/>
        </w:rPr>
        <w:t xml:space="preserve">, </w:t>
      </w:r>
      <w:hyperlink w:anchor="p778">
        <w:r>
          <w:rPr>
            <w:color w:val="2E5A80"/>
            <w:u w:val="single"/>
            <w:sz w:val="18"/>
          </w:rPr>
          <w:t xml:space="preserve">No. 778 (Ch. 53)</w:t>
        </w:r>
      </w:hyperlink>
    </w:p>
    <w:p>
      <w:pPr>
        <w:keepNext/>
        <w:spacing w:after="20" w:before="120"/>
      </w:pPr>
      <w:r>
        <w:rPr>
          <w:b/>
          <w:i w:val="0"/>
          <w:color w:val="222B33"/>
          <w:sz w:val="22"/>
        </w:rPr>
        <w:t>The river of tears</w:t>
      </w:r>
    </w:p>
    <w:p>
      <w:pPr>
        <w:keepNext/>
        <w:spacing w:after="20"/>
      </w:pPr>
      <w:r>
        <w:rPr>
          <w:b w:val="0"/>
          <w:i w:val="0"/>
          <w:color w:val="222B33"/>
          <w:sz w:val="19"/>
        </w:rPr>
        <w:t>Ben and Kaoru speak of throwing themselves into a river of tears; Ukifune, who has tried to, asks who dammed its rapids.</w:t>
      </w:r>
    </w:p>
    <w:p>
      <w:pPr>
        <w:spacing w:after="40"/>
      </w:pPr>
      <w:hyperlink w:anchor="p691">
        <w:r>
          <w:rPr>
            <w:color w:val="2E5A80"/>
            <w:u w:val="single"/>
            <w:sz w:val="18"/>
          </w:rPr>
          <w:t xml:space="preserve">No. 691 (Ch. 48)</w:t>
        </w:r>
      </w:hyperlink>
      <w:r>
        <w:rPr>
          <w:b w:val="0"/>
          <w:i w:val="0"/>
          <w:color w:val="6A6F75"/>
          <w:sz w:val="18"/>
        </w:rPr>
        <w:t xml:space="preserve">, </w:t>
      </w:r>
      <w:hyperlink w:anchor="p692">
        <w:r>
          <w:rPr>
            <w:color w:val="2E5A80"/>
            <w:u w:val="single"/>
            <w:sz w:val="18"/>
          </w:rPr>
          <w:t xml:space="preserve">No. 692 (Ch. 48)</w:t>
        </w:r>
      </w:hyperlink>
      <w:r>
        <w:rPr>
          <w:b w:val="0"/>
          <w:i w:val="0"/>
          <w:color w:val="6A6F75"/>
          <w:sz w:val="18"/>
        </w:rPr>
        <w:t xml:space="preserve">, </w:t>
      </w:r>
      <w:hyperlink w:anchor="p767">
        <w:r>
          <w:rPr>
            <w:color w:val="2E5A80"/>
            <w:u w:val="single"/>
            <w:sz w:val="18"/>
          </w:rPr>
          <w:t xml:space="preserve">No. 767 (Ch. 53)</w:t>
        </w:r>
      </w:hyperlink>
    </w:p>
    <w:p>
      <w:pPr>
        <w:keepNext/>
        <w:spacing w:after="20" w:before="120"/>
      </w:pPr>
      <w:r>
        <w:rPr>
          <w:b/>
          <w:i w:val="0"/>
          <w:color w:val="222B33"/>
          <w:sz w:val="22"/>
        </w:rPr>
        <w:t>The Lady of the Bridge and Uji Bridge</w:t>
      </w:r>
    </w:p>
    <w:p>
      <w:pPr>
        <w:keepNext/>
        <w:spacing w:after="20"/>
      </w:pPr>
      <w:r>
        <w:rPr>
          <w:b w:val="0"/>
          <w:i w:val="0"/>
          <w:color w:val="222B33"/>
          <w:sz w:val="19"/>
        </w:rPr>
        <w:t>The guardian of Uji Bridge and the bridge itself carry the Uji chapters from Ōigimi to Naka no Kimi to Ukifune: a long pledge, a break, a dangerous gap.</w:t>
      </w:r>
    </w:p>
    <w:p>
      <w:pPr>
        <w:spacing w:after="40"/>
      </w:pPr>
      <w:hyperlink w:anchor="p628">
        <w:r>
          <w:rPr>
            <w:color w:val="2E5A80"/>
            <w:u w:val="single"/>
            <w:sz w:val="18"/>
          </w:rPr>
          <w:t xml:space="preserve">No. 628 (Ch. 45)</w:t>
        </w:r>
      </w:hyperlink>
      <w:r>
        <w:rPr>
          <w:b w:val="0"/>
          <w:i w:val="0"/>
          <w:color w:val="6A6F75"/>
          <w:sz w:val="18"/>
        </w:rPr>
        <w:t xml:space="preserve">, </w:t>
      </w:r>
      <w:hyperlink w:anchor="p666">
        <w:r>
          <w:rPr>
            <w:color w:val="2E5A80"/>
            <w:u w:val="single"/>
            <w:sz w:val="18"/>
          </w:rPr>
          <w:t xml:space="preserve">No. 666 (Ch. 47)</w:t>
        </w:r>
      </w:hyperlink>
      <w:r>
        <w:rPr>
          <w:b w:val="0"/>
          <w:i w:val="0"/>
          <w:color w:val="6A6F75"/>
          <w:sz w:val="18"/>
        </w:rPr>
        <w:t xml:space="preserve">, </w:t>
      </w:r>
      <w:hyperlink w:anchor="p667">
        <w:r>
          <w:rPr>
            <w:color w:val="2E5A80"/>
            <w:u w:val="single"/>
            <w:sz w:val="18"/>
          </w:rPr>
          <w:t xml:space="preserve">No. 667 (Ch. 47)</w:t>
        </w:r>
      </w:hyperlink>
      <w:r>
        <w:rPr>
          <w:b w:val="0"/>
          <w:i w:val="0"/>
          <w:color w:val="6A6F75"/>
          <w:sz w:val="18"/>
        </w:rPr>
        <w:t xml:space="preserve">, </w:t>
      </w:r>
      <w:hyperlink w:anchor="p739">
        <w:r>
          <w:rPr>
            <w:color w:val="2E5A80"/>
            <w:u w:val="single"/>
            <w:sz w:val="18"/>
          </w:rPr>
          <w:t xml:space="preserve">No. 739 (Ch. 51)</w:t>
        </w:r>
      </w:hyperlink>
      <w:r>
        <w:rPr>
          <w:b w:val="0"/>
          <w:i w:val="0"/>
          <w:color w:val="6A6F75"/>
          <w:sz w:val="18"/>
        </w:rPr>
        <w:t xml:space="preserve">, </w:t>
      </w:r>
      <w:hyperlink w:anchor="p740">
        <w:r>
          <w:rPr>
            <w:color w:val="2E5A80"/>
            <w:u w:val="single"/>
            <w:sz w:val="18"/>
          </w:rPr>
          <w:t xml:space="preserve">No. 740 (Ch. 51)</w:t>
        </w:r>
      </w:hyperlink>
    </w:p>
    <w:p>
      <w:pPr>
        <w:keepNext/>
        <w:spacing w:after="20" w:before="120"/>
      </w:pPr>
      <w:r>
        <w:rPr>
          <w:b/>
          <w:i w:val="0"/>
          <w:color w:val="222B33"/>
          <w:sz w:val="22"/>
        </w:rPr>
        <w:t>Takekawa</w:t>
      </w:r>
    </w:p>
    <w:p>
      <w:pPr>
        <w:keepNext/>
        <w:spacing w:after="20"/>
      </w:pPr>
      <w:r>
        <w:rPr>
          <w:b w:val="0"/>
          <w:i w:val="0"/>
          <w:color w:val="222B33"/>
          <w:sz w:val="19"/>
        </w:rPr>
        <w:t>Kaoru’s song at the Takekawa party is recalled after Ōigimi (Higekuro’s daughter) has gone to Reizei.</w:t>
      </w:r>
    </w:p>
    <w:p>
      <w:pPr>
        <w:spacing w:after="40"/>
      </w:pPr>
      <w:hyperlink w:anchor="p599">
        <w:r>
          <w:rPr>
            <w:color w:val="2E5A80"/>
            <w:u w:val="single"/>
            <w:sz w:val="18"/>
          </w:rPr>
          <w:t xml:space="preserve">No. 599 (Ch. 44)</w:t>
        </w:r>
      </w:hyperlink>
      <w:r>
        <w:rPr>
          <w:b w:val="0"/>
          <w:i w:val="0"/>
          <w:color w:val="6A6F75"/>
          <w:sz w:val="18"/>
        </w:rPr>
        <w:t xml:space="preserve">, </w:t>
      </w:r>
      <w:hyperlink w:anchor="p600">
        <w:r>
          <w:rPr>
            <w:color w:val="2E5A80"/>
            <w:u w:val="single"/>
            <w:sz w:val="18"/>
          </w:rPr>
          <w:t xml:space="preserve">No. 600 (Ch. 44)</w:t>
        </w:r>
      </w:hyperlink>
      <w:r>
        <w:rPr>
          <w:b w:val="0"/>
          <w:i w:val="0"/>
          <w:color w:val="6A6F75"/>
          <w:sz w:val="18"/>
        </w:rPr>
        <w:t xml:space="preserve">, </w:t>
      </w:r>
      <w:hyperlink w:anchor="p617">
        <w:r>
          <w:rPr>
            <w:color w:val="2E5A80"/>
            <w:u w:val="single"/>
            <w:sz w:val="18"/>
          </w:rPr>
          <w:t xml:space="preserve">No. 617 (Ch. 44)</w:t>
        </w:r>
      </w:hyperlink>
      <w:r>
        <w:rPr>
          <w:b w:val="0"/>
          <w:i w:val="0"/>
          <w:color w:val="6A6F75"/>
          <w:sz w:val="18"/>
        </w:rPr>
        <w:t xml:space="preserve">, </w:t>
      </w:r>
      <w:hyperlink w:anchor="p618">
        <w:r>
          <w:rPr>
            <w:color w:val="2E5A80"/>
            <w:u w:val="single"/>
            <w:sz w:val="18"/>
          </w:rPr>
          <w:t xml:space="preserve">No. 618 (Ch. 44)</w:t>
        </w:r>
      </w:hyperlink>
    </w:p>
    <w:p>
      <w:pPr>
        <w:keepNext/>
        <w:spacing w:after="20" w:before="120"/>
      </w:pPr>
      <w:r>
        <w:rPr>
          <w:b/>
          <w:i w:val="0"/>
          <w:color w:val="222B33"/>
          <w:sz w:val="22"/>
        </w:rPr>
        <w:t>A place not of this world</w:t>
      </w:r>
    </w:p>
    <w:p>
      <w:pPr>
        <w:keepNext/>
        <w:spacing w:after="20"/>
      </w:pPr>
      <w:r>
        <w:rPr>
          <w:b w:val="0"/>
          <w:i w:val="0"/>
          <w:color w:val="222B33"/>
          <w:sz w:val="19"/>
        </w:rPr>
        <w:t>The Third Princess’s wish for a place not of the bitter world, as she takes vows, returns in the words of Ukifune and her mother.</w:t>
      </w:r>
    </w:p>
    <w:p>
      <w:pPr>
        <w:spacing w:after="40"/>
      </w:pPr>
      <w:hyperlink w:anchor="p513">
        <w:r>
          <w:rPr>
            <w:color w:val="2E5A80"/>
            <w:u w:val="single"/>
            <w:sz w:val="18"/>
          </w:rPr>
          <w:t xml:space="preserve">No. 513 (Ch. 37)</w:t>
        </w:r>
      </w:hyperlink>
      <w:r>
        <w:rPr>
          <w:b w:val="0"/>
          <w:i w:val="0"/>
          <w:color w:val="6A6F75"/>
          <w:sz w:val="18"/>
        </w:rPr>
        <w:t xml:space="preserve">, </w:t>
      </w:r>
      <w:hyperlink w:anchor="p727">
        <w:r>
          <w:rPr>
            <w:color w:val="2E5A80"/>
            <w:u w:val="single"/>
            <w:sz w:val="18"/>
          </w:rPr>
          <w:t xml:space="preserve">No. 727 (Ch. 50)</w:t>
        </w:r>
      </w:hyperlink>
      <w:r>
        <w:rPr>
          <w:b w:val="0"/>
          <w:i w:val="0"/>
          <w:color w:val="6A6F75"/>
          <w:sz w:val="18"/>
        </w:rPr>
        <w:t xml:space="preserve">, </w:t>
      </w:r>
      <w:hyperlink w:anchor="p728">
        <w:r>
          <w:rPr>
            <w:color w:val="2E5A80"/>
            <w:u w:val="single"/>
            <w:sz w:val="18"/>
          </w:rPr>
          <w:t xml:space="preserve">No. 728 (Ch. 50)</w:t>
        </w:r>
      </w:hyperlink>
    </w:p>
    <w:p>
      <w:pPr>
        <w:keepNext/>
        <w:spacing w:after="20" w:before="120"/>
      </w:pPr>
      <w:r>
        <w:rPr>
          <w:b/>
          <w:i w:val="0"/>
          <w:color w:val="222B33"/>
          <w:sz w:val="22"/>
        </w:rPr>
        <w:t>Guide and lost way</w:t>
      </w:r>
    </w:p>
    <w:p>
      <w:pPr>
        <w:keepNext/>
        <w:spacing w:after="20"/>
      </w:pPr>
      <w:r>
        <w:rPr>
          <w:b w:val="0"/>
          <w:i w:val="0"/>
          <w:color w:val="222B33"/>
          <w:sz w:val="19"/>
        </w:rPr>
        <w:t>Shirube, the guide: Kaoru offers to guide, then finds himself lost; the tale’s last poem has him lost in mountains he never meant to enter.</w:t>
      </w:r>
    </w:p>
    <w:p>
      <w:pPr>
        <w:spacing w:after="40"/>
      </w:pPr>
      <w:hyperlink w:anchor="p30">
        <w:r>
          <w:rPr>
            <w:color w:val="2E5A80"/>
            <w:u w:val="single"/>
            <w:sz w:val="18"/>
          </w:rPr>
          <w:t xml:space="preserve">No. 30 (Ch. 4)</w:t>
        </w:r>
      </w:hyperlink>
      <w:r>
        <w:rPr>
          <w:b w:val="0"/>
          <w:i w:val="0"/>
          <w:color w:val="6A6F75"/>
          <w:sz w:val="18"/>
        </w:rPr>
        <w:t xml:space="preserve">, </w:t>
      </w:r>
      <w:hyperlink w:anchor="p647">
        <w:r>
          <w:rPr>
            <w:color w:val="2E5A80"/>
            <w:u w:val="single"/>
            <w:sz w:val="18"/>
          </w:rPr>
          <w:t xml:space="preserve">No. 647 (Ch. 46)</w:t>
        </w:r>
      </w:hyperlink>
      <w:r>
        <w:rPr>
          <w:b w:val="0"/>
          <w:i w:val="0"/>
          <w:color w:val="6A6F75"/>
          <w:sz w:val="18"/>
        </w:rPr>
        <w:t xml:space="preserve">, </w:t>
      </w:r>
      <w:hyperlink w:anchor="p661">
        <w:r>
          <w:rPr>
            <w:color w:val="2E5A80"/>
            <w:u w:val="single"/>
            <w:sz w:val="18"/>
          </w:rPr>
          <w:t xml:space="preserve">No. 661 (Ch. 47)</w:t>
        </w:r>
      </w:hyperlink>
      <w:r>
        <w:rPr>
          <w:b w:val="0"/>
          <w:i w:val="0"/>
          <w:color w:val="6A6F75"/>
          <w:sz w:val="18"/>
        </w:rPr>
        <w:t xml:space="preserve">, </w:t>
      </w:r>
      <w:hyperlink w:anchor="p795">
        <w:r>
          <w:rPr>
            <w:color w:val="2E5A80"/>
            <w:u w:val="single"/>
            <w:sz w:val="18"/>
          </w:rPr>
          <w:t xml:space="preserve">No. 795 (Ch. 54)</w:t>
        </w:r>
      </w:hyperlink>
    </w:p>
    <w:p>
      <w:pPr>
        <w:keepNext/>
        <w:spacing w:after="20" w:before="120"/>
      </w:pPr>
      <w:r>
        <w:rPr>
          <w:b/>
          <w:i w:val="0"/>
          <w:color w:val="222B33"/>
          <w:sz w:val="22"/>
        </w:rPr>
        <w:t>Suetsumuhana’s Chinese robe</w:t>
      </w:r>
    </w:p>
    <w:p>
      <w:pPr>
        <w:keepNext/>
        <w:spacing w:after="20"/>
      </w:pPr>
      <w:r>
        <w:rPr>
          <w:b w:val="0"/>
          <w:i w:val="0"/>
          <w:color w:val="222B33"/>
          <w:sz w:val="19"/>
        </w:rPr>
        <w:t>Her one recurring image, karakoromo, until Genji parodies it.</w:t>
      </w:r>
    </w:p>
    <w:p>
      <w:pPr>
        <w:spacing w:after="40"/>
      </w:pPr>
      <w:hyperlink w:anchor="p79">
        <w:r>
          <w:rPr>
            <w:color w:val="2E5A80"/>
            <w:u w:val="single"/>
            <w:sz w:val="18"/>
          </w:rPr>
          <w:t xml:space="preserve">No. 79 (Ch. 6)</w:t>
        </w:r>
      </w:hyperlink>
      <w:r>
        <w:rPr>
          <w:b w:val="0"/>
          <w:i w:val="0"/>
          <w:color w:val="6A6F75"/>
          <w:sz w:val="18"/>
        </w:rPr>
        <w:t xml:space="preserve">, </w:t>
      </w:r>
      <w:hyperlink w:anchor="p350">
        <w:r>
          <w:rPr>
            <w:color w:val="2E5A80"/>
            <w:u w:val="single"/>
            <w:sz w:val="18"/>
          </w:rPr>
          <w:t xml:space="preserve">No. 350 (Ch. 22)</w:t>
        </w:r>
      </w:hyperlink>
      <w:r>
        <w:rPr>
          <w:b w:val="0"/>
          <w:i w:val="0"/>
          <w:color w:val="6A6F75"/>
          <w:sz w:val="18"/>
        </w:rPr>
        <w:t xml:space="preserve">, </w:t>
      </w:r>
      <w:hyperlink w:anchor="p395">
        <w:r>
          <w:rPr>
            <w:color w:val="2E5A80"/>
            <w:u w:val="single"/>
            <w:sz w:val="18"/>
          </w:rPr>
          <w:t xml:space="preserve">No. 395 (Ch. 29)</w:t>
        </w:r>
      </w:hyperlink>
      <w:r>
        <w:rPr>
          <w:b w:val="0"/>
          <w:i w:val="0"/>
          <w:color w:val="6A6F75"/>
          <w:sz w:val="18"/>
        </w:rPr>
        <w:t xml:space="preserve">, </w:t>
      </w:r>
      <w:hyperlink w:anchor="p396">
        <w:r>
          <w:rPr>
            <w:color w:val="2E5A80"/>
            <w:u w:val="single"/>
            <w:sz w:val="18"/>
          </w:rPr>
          <w:t xml:space="preserve">No. 396 (Ch. 29)</w:t>
        </w:r>
      </w:hyperlink>
    </w:p>
    <w:p>
      <w:pPr>
        <w:keepNext/>
        <w:spacing w:after="20" w:before="120"/>
      </w:pPr>
      <w:r>
        <w:rPr>
          <w:b/>
          <w:i w:val="0"/>
          <w:color w:val="222B33"/>
          <w:sz w:val="22"/>
        </w:rPr>
        <w:t>The cicada shell</w:t>
      </w:r>
    </w:p>
    <w:p>
      <w:pPr>
        <w:keepNext/>
        <w:spacing w:after="20"/>
      </w:pPr>
      <w:r>
        <w:rPr>
          <w:b w:val="0"/>
          <w:i w:val="0"/>
          <w:color w:val="222B33"/>
          <w:sz w:val="19"/>
        </w:rPr>
        <w:t>Utsusemi’s shed robe becomes, for Genji in mourning, the ‘cicada-shell world’ itself.</w:t>
      </w:r>
    </w:p>
    <w:p>
      <w:pPr>
        <w:spacing w:after="40"/>
      </w:pPr>
      <w:hyperlink w:anchor="p24">
        <w:r>
          <w:rPr>
            <w:color w:val="2E5A80"/>
            <w:u w:val="single"/>
            <w:sz w:val="18"/>
          </w:rPr>
          <w:t xml:space="preserve">No. 24 (Ch. 3)</w:t>
        </w:r>
      </w:hyperlink>
      <w:r>
        <w:rPr>
          <w:b w:val="0"/>
          <w:i w:val="0"/>
          <w:color w:val="6A6F75"/>
          <w:sz w:val="18"/>
        </w:rPr>
        <w:t xml:space="preserve">, </w:t>
      </w:r>
      <w:hyperlink w:anchor="p25">
        <w:r>
          <w:rPr>
            <w:color w:val="2E5A80"/>
            <w:u w:val="single"/>
            <w:sz w:val="18"/>
          </w:rPr>
          <w:t xml:space="preserve">No. 25 (Ch. 3)</w:t>
        </w:r>
      </w:hyperlink>
      <w:r>
        <w:rPr>
          <w:b w:val="0"/>
          <w:i w:val="0"/>
          <w:color w:val="6A6F75"/>
          <w:sz w:val="18"/>
        </w:rPr>
        <w:t xml:space="preserve">, </w:t>
      </w:r>
      <w:hyperlink w:anchor="p38">
        <w:r>
          <w:rPr>
            <w:color w:val="2E5A80"/>
            <w:u w:val="single"/>
            <w:sz w:val="18"/>
          </w:rPr>
          <w:t xml:space="preserve">No. 38 (Ch. 4)</w:t>
        </w:r>
      </w:hyperlink>
      <w:r>
        <w:rPr>
          <w:b w:val="0"/>
          <w:i w:val="0"/>
          <w:color w:val="6A6F75"/>
          <w:sz w:val="18"/>
        </w:rPr>
        <w:t xml:space="preserve">, </w:t>
      </w:r>
      <w:hyperlink w:anchor="p572">
        <w:r>
          <w:rPr>
            <w:color w:val="2E5A80"/>
            <w:u w:val="single"/>
            <w:sz w:val="18"/>
          </w:rPr>
          <w:t xml:space="preserve">No. 572 (Ch. 41)</w:t>
        </w:r>
      </w:hyperlink>
    </w:p>
    <w:p>
      <w:pPr>
        <w:keepNext/>
        <w:spacing w:after="20" w:before="120"/>
      </w:pPr>
      <w:r>
        <w:rPr>
          <w:b/>
          <w:i w:val="0"/>
          <w:color w:val="222B33"/>
          <w:sz w:val="22"/>
        </w:rPr>
        <w:t>The bell cricket</w:t>
      </w:r>
    </w:p>
    <w:p>
      <w:pPr>
        <w:keepNext/>
        <w:spacing w:after="20"/>
      </w:pPr>
      <w:r>
        <w:rPr>
          <w:b w:val="0"/>
          <w:i w:val="0"/>
          <w:color w:val="222B33"/>
          <w:sz w:val="19"/>
        </w:rPr>
        <w:t>The cricket’s cry for grief in Chapter 1 returns in the Third Princess’s poem that names Chapter 38.</w:t>
      </w:r>
    </w:p>
    <w:p>
      <w:pPr>
        <w:spacing w:after="40"/>
      </w:pPr>
      <w:hyperlink w:anchor="p3">
        <w:r>
          <w:rPr>
            <w:color w:val="2E5A80"/>
            <w:u w:val="single"/>
            <w:sz w:val="18"/>
          </w:rPr>
          <w:t xml:space="preserve">No. 3 (Ch. 1)</w:t>
        </w:r>
      </w:hyperlink>
      <w:r>
        <w:rPr>
          <w:b w:val="0"/>
          <w:i w:val="0"/>
          <w:color w:val="6A6F75"/>
          <w:sz w:val="18"/>
        </w:rPr>
        <w:t xml:space="preserve">, </w:t>
      </w:r>
      <w:hyperlink w:anchor="p522">
        <w:r>
          <w:rPr>
            <w:color w:val="2E5A80"/>
            <w:u w:val="single"/>
            <w:sz w:val="18"/>
          </w:rPr>
          <w:t xml:space="preserve">No. 522 (Ch. 38)</w:t>
        </w:r>
      </w:hyperlink>
      <w:r>
        <w:rPr>
          <w:b w:val="0"/>
          <w:i w:val="0"/>
          <w:color w:val="6A6F75"/>
          <w:sz w:val="18"/>
        </w:rPr>
        <w:t xml:space="preserve">, </w:t>
      </w:r>
      <w:hyperlink w:anchor="p523">
        <w:r>
          <w:rPr>
            <w:color w:val="2E5A80"/>
            <w:u w:val="single"/>
            <w:sz w:val="18"/>
          </w:rPr>
          <w:t xml:space="preserve">No. 523 (Ch. 38)</w:t>
        </w:r>
      </w:hyperlink>
    </w:p>
    <w:p>
      <w:pPr>
        <w:keepNext/>
        <w:spacing w:after="20" w:before="120"/>
      </w:pPr>
      <w:r>
        <w:rPr>
          <w:b/>
          <w:i w:val="0"/>
          <w:color w:val="222B33"/>
          <w:sz w:val="22"/>
        </w:rPr>
        <w:t>The same sky</w:t>
      </w:r>
    </w:p>
    <w:p>
      <w:pPr>
        <w:keepNext/>
        <w:spacing w:after="20"/>
      </w:pPr>
      <w:r>
        <w:rPr>
          <w:b w:val="0"/>
          <w:i w:val="0"/>
          <w:color w:val="222B33"/>
          <w:sz w:val="19"/>
        </w:rPr>
        <w:t>Onaji kumoi, the same sky: separated people look at one sky, in exile, in retirement and in death.</w:t>
      </w:r>
    </w:p>
    <w:p>
      <w:pPr>
        <w:spacing w:after="40"/>
      </w:pPr>
      <w:hyperlink w:anchor="p188">
        <w:r>
          <w:rPr>
            <w:color w:val="2E5A80"/>
            <w:u w:val="single"/>
            <w:sz w:val="18"/>
          </w:rPr>
          <w:t xml:space="preserve">No. 188 (Ch. 12)</w:t>
        </w:r>
      </w:hyperlink>
      <w:r>
        <w:rPr>
          <w:b w:val="0"/>
          <w:i w:val="0"/>
          <w:color w:val="6A6F75"/>
          <w:sz w:val="18"/>
        </w:rPr>
        <w:t xml:space="preserve">, </w:t>
      </w:r>
      <w:hyperlink w:anchor="p225">
        <w:r>
          <w:rPr>
            <w:color w:val="2E5A80"/>
            <w:u w:val="single"/>
            <w:sz w:val="18"/>
          </w:rPr>
          <w:t xml:space="preserve">No. 225 (Ch. 13)</w:t>
        </w:r>
      </w:hyperlink>
      <w:r>
        <w:rPr>
          <w:b w:val="0"/>
          <w:i w:val="0"/>
          <w:color w:val="6A6F75"/>
          <w:sz w:val="18"/>
        </w:rPr>
        <w:t xml:space="preserve">, </w:t>
      </w:r>
      <w:hyperlink w:anchor="p525">
        <w:r>
          <w:rPr>
            <w:color w:val="2E5A80"/>
            <w:u w:val="single"/>
            <w:sz w:val="18"/>
          </w:rPr>
          <w:t xml:space="preserve">No. 525 (Ch. 38)</w:t>
        </w:r>
      </w:hyperlink>
      <w:r>
        <w:rPr>
          <w:b w:val="0"/>
          <w:i w:val="0"/>
          <w:color w:val="6A6F75"/>
          <w:sz w:val="18"/>
        </w:rPr>
        <w:t xml:space="preserve">, </w:t>
      </w:r>
      <w:hyperlink w:anchor="p586">
        <w:r>
          <w:rPr>
            <w:color w:val="2E5A80"/>
            <w:u w:val="single"/>
            <w:sz w:val="18"/>
          </w:rPr>
          <w:t xml:space="preserve">No. 586 (Ch. 41)</w:t>
        </w:r>
      </w:hyperlink>
      <w:r>
        <w:rPr>
          <w:b w:val="0"/>
          <w:i w:val="0"/>
          <w:color w:val="6A6F75"/>
          <w:sz w:val="18"/>
        </w:rPr>
        <w:t xml:space="preserve">, </w:t>
      </w:r>
      <w:hyperlink w:anchor="p674">
        <w:r>
          <w:rPr>
            <w:color w:val="2E5A80"/>
            <w:u w:val="single"/>
            <w:sz w:val="18"/>
          </w:rPr>
          <w:t xml:space="preserve">No. 674 (Ch. 47)</w:t>
        </w:r>
      </w:hyperlink>
    </w:p>
    <w:p>
      <w:pPr>
        <w:keepNext/>
        <w:spacing w:after="20" w:before="120"/>
      </w:pPr>
      <w:r>
        <w:rPr>
          <w:b/>
          <w:i w:val="0"/>
          <w:color w:val="222B33"/>
          <w:sz w:val="22"/>
        </w:rPr>
        <w:t>Purple and the bond of kinship</w:t>
      </w:r>
    </w:p>
    <w:p>
      <w:pPr>
        <w:keepNext/>
        <w:spacing w:after="20"/>
      </w:pPr>
      <w:r>
        <w:rPr>
          <w:b w:val="0"/>
          <w:i w:val="0"/>
          <w:color w:val="222B33"/>
          <w:sz w:val="19"/>
        </w:rPr>
        <w:t>Murasaki, the purple root, as yukari: kinship that licenses or forbids desire.</w:t>
      </w:r>
    </w:p>
    <w:p>
      <w:pPr>
        <w:spacing w:after="40"/>
      </w:pPr>
      <w:hyperlink w:anchor="p63">
        <w:r>
          <w:rPr>
            <w:color w:val="2E5A80"/>
            <w:u w:val="single"/>
            <w:sz w:val="18"/>
          </w:rPr>
          <w:t xml:space="preserve">No. 63 (Ch. 5)</w:t>
        </w:r>
      </w:hyperlink>
      <w:r>
        <w:rPr>
          <w:b w:val="0"/>
          <w:i w:val="0"/>
          <w:color w:val="6A6F75"/>
          <w:sz w:val="18"/>
        </w:rPr>
        <w:t xml:space="preserve">, </w:t>
      </w:r>
      <w:hyperlink w:anchor="p362">
        <w:r>
          <w:rPr>
            <w:color w:val="2E5A80"/>
            <w:u w:val="single"/>
            <w:sz w:val="18"/>
          </w:rPr>
          <w:t xml:space="preserve">No. 362 (Ch. 24)</w:t>
        </w:r>
      </w:hyperlink>
      <w:r>
        <w:rPr>
          <w:b w:val="0"/>
          <w:i w:val="0"/>
          <w:color w:val="6A6F75"/>
          <w:sz w:val="18"/>
        </w:rPr>
        <w:t xml:space="preserve">, </w:t>
      </w:r>
      <w:hyperlink w:anchor="p449">
        <w:r>
          <w:rPr>
            <w:color w:val="2E5A80"/>
            <w:u w:val="single"/>
            <w:sz w:val="18"/>
          </w:rPr>
          <w:t xml:space="preserve">No. 449 (Ch. 33)</w:t>
        </w:r>
      </w:hyperlink>
      <w:r>
        <w:rPr>
          <w:b w:val="0"/>
          <w:i w:val="0"/>
          <w:color w:val="6A6F75"/>
          <w:sz w:val="18"/>
        </w:rPr>
        <w:t xml:space="preserve">, </w:t>
      </w:r>
      <w:hyperlink w:anchor="p456">
        <w:r>
          <w:rPr>
            <w:color w:val="2E5A80"/>
            <w:u w:val="single"/>
            <w:sz w:val="18"/>
          </w:rPr>
          <w:t xml:space="preserve">No. 456 (Ch. 33)</w:t>
        </w:r>
      </w:hyperlink>
      <w:r>
        <w:rPr>
          <w:b w:val="0"/>
          <w:i w:val="0"/>
          <w:color w:val="6A6F75"/>
          <w:sz w:val="18"/>
        </w:rPr>
        <w:t xml:space="preserve">, </w:t>
      </w:r>
      <w:hyperlink w:anchor="p616">
        <w:r>
          <w:rPr>
            <w:color w:val="2E5A80"/>
            <w:u w:val="single"/>
            <w:sz w:val="18"/>
          </w:rPr>
          <w:t xml:space="preserve">No. 616 (Ch. 44)</w:t>
        </w:r>
      </w:hyperlink>
    </w:p>
    <w:p>
      <w:pPr>
        <w:keepNext/>
        <w:spacing w:after="20" w:before="120"/>
      </w:pPr>
      <w:r>
        <w:rPr>
          <w:b/>
          <w:i w:val="0"/>
          <w:color w:val="222B33"/>
          <w:sz w:val="22"/>
        </w:rPr>
        <w:t>Spring against autumn</w:t>
      </w:r>
    </w:p>
    <w:p>
      <w:pPr>
        <w:keepNext/>
        <w:spacing w:after="20"/>
      </w:pPr>
      <w:r>
        <w:rPr>
          <w:b w:val="0"/>
          <w:i w:val="0"/>
          <w:color w:val="222B33"/>
          <w:sz w:val="19"/>
        </w:rPr>
        <w:t>Akikonomu’s and Murasaki’s debate of seasons, renewed after Murasaki’s death.</w:t>
      </w:r>
    </w:p>
    <w:p>
      <w:pPr>
        <w:spacing w:after="40"/>
      </w:pPr>
      <w:hyperlink w:anchor="p336">
        <w:r>
          <w:rPr>
            <w:color w:val="2E5A80"/>
            <w:u w:val="single"/>
            <w:sz w:val="18"/>
          </w:rPr>
          <w:t xml:space="preserve">No. 336 (Ch. 21)</w:t>
        </w:r>
      </w:hyperlink>
      <w:r>
        <w:rPr>
          <w:b w:val="0"/>
          <w:i w:val="0"/>
          <w:color w:val="6A6F75"/>
          <w:sz w:val="18"/>
        </w:rPr>
        <w:t xml:space="preserve">, </w:t>
      </w:r>
      <w:hyperlink w:anchor="p337">
        <w:r>
          <w:rPr>
            <w:color w:val="2E5A80"/>
            <w:u w:val="single"/>
            <w:sz w:val="18"/>
          </w:rPr>
          <w:t xml:space="preserve">No. 337 (Ch. 21)</w:t>
        </w:r>
      </w:hyperlink>
      <w:r>
        <w:rPr>
          <w:b w:val="0"/>
          <w:i w:val="0"/>
          <w:color w:val="6A6F75"/>
          <w:sz w:val="18"/>
        </w:rPr>
        <w:t xml:space="preserve">, </w:t>
      </w:r>
      <w:hyperlink w:anchor="p364">
        <w:r>
          <w:rPr>
            <w:color w:val="2E5A80"/>
            <w:u w:val="single"/>
            <w:sz w:val="18"/>
          </w:rPr>
          <w:t xml:space="preserve">No. 364 (Ch. 24)</w:t>
        </w:r>
      </w:hyperlink>
      <w:r>
        <w:rPr>
          <w:b w:val="0"/>
          <w:i w:val="0"/>
          <w:color w:val="6A6F75"/>
          <w:sz w:val="18"/>
        </w:rPr>
        <w:t xml:space="preserve">, </w:t>
      </w:r>
      <w:hyperlink w:anchor="p365">
        <w:r>
          <w:rPr>
            <w:color w:val="2E5A80"/>
            <w:u w:val="single"/>
            <w:sz w:val="18"/>
          </w:rPr>
          <w:t xml:space="preserve">No. 365 (Ch. 24)</w:t>
        </w:r>
      </w:hyperlink>
      <w:r>
        <w:rPr>
          <w:b w:val="0"/>
          <w:i w:val="0"/>
          <w:color w:val="6A6F75"/>
          <w:sz w:val="18"/>
        </w:rPr>
        <w:t xml:space="preserve">, </w:t>
      </w:r>
      <w:hyperlink w:anchor="p562">
        <w:r>
          <w:rPr>
            <w:color w:val="2E5A80"/>
            <w:u w:val="single"/>
            <w:sz w:val="18"/>
          </w:rPr>
          <w:t xml:space="preserve">No. 562 (Ch. 40)</w:t>
        </w:r>
      </w:hyperlink>
      <w:r>
        <w:rPr>
          <w:b w:val="0"/>
          <w:i w:val="0"/>
          <w:color w:val="6A6F75"/>
          <w:sz w:val="18"/>
        </w:rPr>
        <w:t xml:space="preserve">, </w:t>
      </w:r>
      <w:hyperlink w:anchor="p563">
        <w:r>
          <w:rPr>
            <w:color w:val="2E5A80"/>
            <w:u w:val="single"/>
            <w:sz w:val="18"/>
          </w:rPr>
          <w:t xml:space="preserve">No. 563 (Ch. 40)</w:t>
        </w:r>
      </w:hyperlink>
    </w:p>
    <w:p>
      <w:pPr>
        <w:pStyle w:val="Heading1"/>
      </w:pPr>
      <w:bookmarkStart w:id="852" w:name="idx_wp"/>
      <w:r>
        <w:t>Wordplay index</w:t>
      </w:r>
      <w:bookmarkEnd w:id="852"/>
    </w:p>
    <w:p>
      <w:pPr>
        <w:spacing w:after="120"/>
      </w:pPr>
      <w:r>
        <w:rPr>
          <w:b w:val="0"/>
          <w:i w:val="0"/>
          <w:color w:val="6A6F75"/>
          <w:sz w:val="19"/>
        </w:rPr>
        <w:t>Recurring pivot words (kakekotoba) and associated words. Each list gives every poem in which the word occurs; the double sense is live in many of these, not all.</w:t>
      </w:r>
    </w:p>
    <w:p>
      <w:pPr>
        <w:keepNext/>
        <w:spacing w:after="20" w:before="120"/>
      </w:pPr>
      <w:r>
        <w:rPr>
          <w:b/>
          <w:i w:val="0"/>
          <w:color w:val="222B33"/>
          <w:sz w:val="22"/>
        </w:rPr>
        <w:t>ama</w:t>
      </w:r>
      <w:r>
        <w:rPr>
          <w:rFonts w:ascii="Noto Serif CJK JP" w:hAnsi="Noto Serif CJK JP" w:eastAsia="Noto Serif CJK JP"/>
          <w:b w:val="0"/>
          <w:i w:val="0"/>
          <w:sz w:val="21"/>
        </w:rPr>
        <w:t xml:space="preserve">  海人 / 尼</w:t>
      </w:r>
      <w:r>
        <w:rPr>
          <w:b w:val="0"/>
          <w:i w:val="0"/>
          <w:color w:val="222B33"/>
          <w:sz w:val="19"/>
        </w:rPr>
        <w:t xml:space="preserve">  fisher (diver) and nun; also 天 heaven. Poems by or to women who have taken vows turn on it.</w:t>
      </w:r>
    </w:p>
    <w:p>
      <w:pPr>
        <w:spacing w:after="40"/>
      </w:pPr>
      <w:hyperlink w:anchor="p162">
        <w:r>
          <w:rPr>
            <w:color w:val="2E5A80"/>
            <w:u w:val="single"/>
            <w:sz w:val="18"/>
          </w:rPr>
          <w:t xml:space="preserve">162</w:t>
        </w:r>
      </w:hyperlink>
      <w:r>
        <w:rPr>
          <w:b w:val="0"/>
          <w:i w:val="0"/>
          <w:color w:val="6A6F75"/>
          <w:sz w:val="18"/>
        </w:rPr>
        <w:t xml:space="preserve">, </w:t>
      </w:r>
      <w:hyperlink w:anchor="p170">
        <w:r>
          <w:rPr>
            <w:color w:val="2E5A80"/>
            <w:u w:val="single"/>
            <w:sz w:val="18"/>
          </w:rPr>
          <w:t xml:space="preserve">170</w:t>
        </w:r>
      </w:hyperlink>
      <w:r>
        <w:rPr>
          <w:b w:val="0"/>
          <w:i w:val="0"/>
          <w:color w:val="6A6F75"/>
          <w:sz w:val="18"/>
        </w:rPr>
        <w:t xml:space="preserve">, </w:t>
      </w:r>
      <w:hyperlink w:anchor="p189">
        <w:r>
          <w:rPr>
            <w:color w:val="2E5A80"/>
            <w:u w:val="single"/>
            <w:sz w:val="18"/>
          </w:rPr>
          <w:t xml:space="preserve">189</w:t>
        </w:r>
      </w:hyperlink>
      <w:r>
        <w:rPr>
          <w:b w:val="0"/>
          <w:i w:val="0"/>
          <w:color w:val="6A6F75"/>
          <w:sz w:val="18"/>
        </w:rPr>
        <w:t xml:space="preserve">, </w:t>
      </w:r>
      <w:hyperlink w:anchor="p190">
        <w:r>
          <w:rPr>
            <w:color w:val="2E5A80"/>
            <w:u w:val="single"/>
            <w:sz w:val="18"/>
          </w:rPr>
          <w:t xml:space="preserve">190</w:t>
        </w:r>
      </w:hyperlink>
      <w:r>
        <w:rPr>
          <w:b w:val="0"/>
          <w:i w:val="0"/>
          <w:color w:val="6A6F75"/>
          <w:sz w:val="18"/>
        </w:rPr>
        <w:t xml:space="preserve">, </w:t>
      </w:r>
      <w:hyperlink w:anchor="p191">
        <w:r>
          <w:rPr>
            <w:color w:val="2E5A80"/>
            <w:u w:val="single"/>
            <w:sz w:val="18"/>
          </w:rPr>
          <w:t xml:space="preserve">191</w:t>
        </w:r>
      </w:hyperlink>
      <w:r>
        <w:rPr>
          <w:b w:val="0"/>
          <w:i w:val="0"/>
          <w:color w:val="6A6F75"/>
          <w:sz w:val="18"/>
        </w:rPr>
        <w:t xml:space="preserve">, </w:t>
      </w:r>
      <w:hyperlink w:anchor="p192">
        <w:r>
          <w:rPr>
            <w:color w:val="2E5A80"/>
            <w:u w:val="single"/>
            <w:sz w:val="18"/>
          </w:rPr>
          <w:t xml:space="preserve">192</w:t>
        </w:r>
      </w:hyperlink>
      <w:r>
        <w:rPr>
          <w:b w:val="0"/>
          <w:i w:val="0"/>
          <w:color w:val="6A6F75"/>
          <w:sz w:val="18"/>
        </w:rPr>
        <w:t xml:space="preserve">, </w:t>
      </w:r>
      <w:hyperlink w:anchor="p194">
        <w:r>
          <w:rPr>
            <w:color w:val="2E5A80"/>
            <w:u w:val="single"/>
            <w:sz w:val="18"/>
          </w:rPr>
          <w:t xml:space="preserve">194</w:t>
        </w:r>
      </w:hyperlink>
      <w:r>
        <w:rPr>
          <w:b w:val="0"/>
          <w:i w:val="0"/>
          <w:color w:val="6A6F75"/>
          <w:sz w:val="18"/>
        </w:rPr>
        <w:t xml:space="preserve">, </w:t>
      </w:r>
      <w:hyperlink w:anchor="p197">
        <w:r>
          <w:rPr>
            <w:color w:val="2E5A80"/>
            <w:u w:val="single"/>
            <w:sz w:val="18"/>
          </w:rPr>
          <w:t xml:space="preserve">197</w:t>
        </w:r>
      </w:hyperlink>
      <w:r>
        <w:rPr>
          <w:b w:val="0"/>
          <w:i w:val="0"/>
          <w:color w:val="6A6F75"/>
          <w:sz w:val="18"/>
        </w:rPr>
        <w:t xml:space="preserve">, </w:t>
      </w:r>
      <w:hyperlink w:anchor="p231">
        <w:r>
          <w:rPr>
            <w:color w:val="2E5A80"/>
            <w:u w:val="single"/>
            <w:sz w:val="18"/>
          </w:rPr>
          <w:t xml:space="preserve">231</w:t>
        </w:r>
      </w:hyperlink>
      <w:r>
        <w:rPr>
          <w:b w:val="0"/>
          <w:i w:val="0"/>
          <w:color w:val="6A6F75"/>
          <w:sz w:val="18"/>
        </w:rPr>
        <w:t xml:space="preserve">, </w:t>
      </w:r>
      <w:hyperlink w:anchor="p234">
        <w:r>
          <w:rPr>
            <w:color w:val="2E5A80"/>
            <w:u w:val="single"/>
            <w:sz w:val="18"/>
          </w:rPr>
          <w:t xml:space="preserve">234</w:t>
        </w:r>
      </w:hyperlink>
      <w:r>
        <w:rPr>
          <w:b w:val="0"/>
          <w:i w:val="0"/>
          <w:color w:val="6A6F75"/>
          <w:sz w:val="18"/>
        </w:rPr>
        <w:t xml:space="preserve">, </w:t>
      </w:r>
      <w:hyperlink w:anchor="p276">
        <w:r>
          <w:rPr>
            <w:color w:val="2E5A80"/>
            <w:u w:val="single"/>
            <w:sz w:val="18"/>
          </w:rPr>
          <w:t xml:space="preserve">276</w:t>
        </w:r>
      </w:hyperlink>
      <w:r>
        <w:rPr>
          <w:b w:val="0"/>
          <w:i w:val="0"/>
          <w:color w:val="6A6F75"/>
          <w:sz w:val="18"/>
        </w:rPr>
        <w:t xml:space="preserve">, </w:t>
      </w:r>
      <w:hyperlink w:anchor="p280">
        <w:r>
          <w:rPr>
            <w:color w:val="2E5A80"/>
            <w:u w:val="single"/>
            <w:sz w:val="18"/>
          </w:rPr>
          <w:t xml:space="preserve">280</w:t>
        </w:r>
      </w:hyperlink>
      <w:r>
        <w:rPr>
          <w:b w:val="0"/>
          <w:i w:val="0"/>
          <w:color w:val="6A6F75"/>
          <w:sz w:val="18"/>
        </w:rPr>
        <w:t xml:space="preserve">, </w:t>
      </w:r>
      <w:hyperlink w:anchor="p286">
        <w:r>
          <w:rPr>
            <w:color w:val="2E5A80"/>
            <w:u w:val="single"/>
            <w:sz w:val="18"/>
          </w:rPr>
          <w:t xml:space="preserve">286</w:t>
        </w:r>
      </w:hyperlink>
      <w:r>
        <w:rPr>
          <w:b w:val="0"/>
          <w:i w:val="0"/>
          <w:color w:val="6A6F75"/>
          <w:sz w:val="18"/>
        </w:rPr>
        <w:t xml:space="preserve">, </w:t>
      </w:r>
      <w:hyperlink w:anchor="p331">
        <w:r>
          <w:rPr>
            <w:color w:val="2E5A80"/>
            <w:u w:val="single"/>
            <w:sz w:val="18"/>
          </w:rPr>
          <w:t xml:space="preserve">331</w:t>
        </w:r>
      </w:hyperlink>
      <w:r>
        <w:rPr>
          <w:b w:val="0"/>
          <w:i w:val="0"/>
          <w:color w:val="6A6F75"/>
          <w:sz w:val="18"/>
        </w:rPr>
        <w:t xml:space="preserve">, </w:t>
      </w:r>
      <w:hyperlink w:anchor="p397">
        <w:r>
          <w:rPr>
            <w:color w:val="2E5A80"/>
            <w:u w:val="single"/>
            <w:sz w:val="18"/>
          </w:rPr>
          <w:t xml:space="preserve">397</w:t>
        </w:r>
      </w:hyperlink>
      <w:r>
        <w:rPr>
          <w:b w:val="0"/>
          <w:i w:val="0"/>
          <w:color w:val="6A6F75"/>
          <w:sz w:val="18"/>
        </w:rPr>
        <w:t xml:space="preserve">, </w:t>
      </w:r>
      <w:hyperlink w:anchor="p398">
        <w:r>
          <w:rPr>
            <w:color w:val="2E5A80"/>
            <w:u w:val="single"/>
            <w:sz w:val="18"/>
          </w:rPr>
          <w:t xml:space="preserve">398</w:t>
        </w:r>
      </w:hyperlink>
      <w:r>
        <w:rPr>
          <w:b w:val="0"/>
          <w:i w:val="0"/>
          <w:color w:val="6A6F75"/>
          <w:sz w:val="18"/>
        </w:rPr>
        <w:t xml:space="preserve">, </w:t>
      </w:r>
      <w:hyperlink w:anchor="p475">
        <w:r>
          <w:rPr>
            <w:color w:val="2E5A80"/>
            <w:u w:val="single"/>
            <w:sz w:val="18"/>
          </w:rPr>
          <w:t xml:space="preserve">475</w:t>
        </w:r>
      </w:hyperlink>
      <w:r>
        <w:rPr>
          <w:b w:val="0"/>
          <w:i w:val="0"/>
          <w:color w:val="6A6F75"/>
          <w:sz w:val="18"/>
        </w:rPr>
        <w:t xml:space="preserve">, </w:t>
      </w:r>
      <w:hyperlink w:anchor="p476">
        <w:r>
          <w:rPr>
            <w:color w:val="2E5A80"/>
            <w:u w:val="single"/>
            <w:sz w:val="18"/>
          </w:rPr>
          <w:t xml:space="preserve">476</w:t>
        </w:r>
      </w:hyperlink>
      <w:r>
        <w:rPr>
          <w:b w:val="0"/>
          <w:i w:val="0"/>
          <w:color w:val="6A6F75"/>
          <w:sz w:val="18"/>
        </w:rPr>
        <w:t xml:space="preserve">, </w:t>
      </w:r>
      <w:hyperlink w:anchor="p485">
        <w:r>
          <w:rPr>
            <w:color w:val="2E5A80"/>
            <w:u w:val="single"/>
            <w:sz w:val="18"/>
          </w:rPr>
          <w:t xml:space="preserve">485</w:t>
        </w:r>
      </w:hyperlink>
      <w:r>
        <w:rPr>
          <w:b w:val="0"/>
          <w:i w:val="0"/>
          <w:color w:val="6A6F75"/>
          <w:sz w:val="18"/>
        </w:rPr>
        <w:t xml:space="preserve">, </w:t>
      </w:r>
      <w:hyperlink w:anchor="p499">
        <w:r>
          <w:rPr>
            <w:color w:val="2E5A80"/>
            <w:u w:val="single"/>
            <w:sz w:val="18"/>
          </w:rPr>
          <w:t xml:space="preserve">499</w:t>
        </w:r>
      </w:hyperlink>
      <w:r>
        <w:rPr>
          <w:b w:val="0"/>
          <w:i w:val="0"/>
          <w:color w:val="6A6F75"/>
          <w:sz w:val="18"/>
        </w:rPr>
        <w:t xml:space="preserve">, </w:t>
      </w:r>
      <w:hyperlink w:anchor="p500">
        <w:r>
          <w:rPr>
            <w:color w:val="2E5A80"/>
            <w:u w:val="single"/>
            <w:sz w:val="18"/>
          </w:rPr>
          <w:t xml:space="preserve">500</w:t>
        </w:r>
      </w:hyperlink>
      <w:r>
        <w:rPr>
          <w:b w:val="0"/>
          <w:i w:val="0"/>
          <w:color w:val="6A6F75"/>
          <w:sz w:val="18"/>
        </w:rPr>
        <w:t xml:space="preserve">, </w:t>
      </w:r>
      <w:hyperlink w:anchor="p546">
        <w:r>
          <w:rPr>
            <w:color w:val="2E5A80"/>
            <w:u w:val="single"/>
            <w:sz w:val="18"/>
          </w:rPr>
          <w:t xml:space="preserve">546</w:t>
        </w:r>
      </w:hyperlink>
      <w:r>
        <w:rPr>
          <w:b w:val="0"/>
          <w:i w:val="0"/>
          <w:color w:val="6A6F75"/>
          <w:sz w:val="18"/>
        </w:rPr>
        <w:t xml:space="preserve">, </w:t>
      </w:r>
      <w:hyperlink w:anchor="p547">
        <w:r>
          <w:rPr>
            <w:color w:val="2E5A80"/>
            <w:u w:val="single"/>
            <w:sz w:val="18"/>
          </w:rPr>
          <w:t xml:space="preserve">547</w:t>
        </w:r>
      </w:hyperlink>
      <w:r>
        <w:rPr>
          <w:b w:val="0"/>
          <w:i w:val="0"/>
          <w:color w:val="6A6F75"/>
          <w:sz w:val="18"/>
        </w:rPr>
        <w:t xml:space="preserve">, </w:t>
      </w:r>
      <w:hyperlink w:anchor="p693">
        <w:r>
          <w:rPr>
            <w:color w:val="2E5A80"/>
            <w:u w:val="single"/>
            <w:sz w:val="18"/>
          </w:rPr>
          <w:t xml:space="preserve">693</w:t>
        </w:r>
      </w:hyperlink>
      <w:r>
        <w:rPr>
          <w:b w:val="0"/>
          <w:i w:val="0"/>
          <w:color w:val="6A6F75"/>
          <w:sz w:val="18"/>
        </w:rPr>
        <w:t xml:space="preserve">, </w:t>
      </w:r>
      <w:hyperlink w:anchor="p694">
        <w:r>
          <w:rPr>
            <w:color w:val="2E5A80"/>
            <w:u w:val="single"/>
            <w:sz w:val="18"/>
          </w:rPr>
          <w:t xml:space="preserve">694</w:t>
        </w:r>
      </w:hyperlink>
      <w:r>
        <w:rPr>
          <w:b w:val="0"/>
          <w:i w:val="0"/>
          <w:color w:val="6A6F75"/>
          <w:sz w:val="18"/>
        </w:rPr>
        <w:t xml:space="preserve">, </w:t>
      </w:r>
      <w:hyperlink w:anchor="p784">
        <w:r>
          <w:rPr>
            <w:color w:val="2E5A80"/>
            <w:u w:val="single"/>
            <w:sz w:val="18"/>
          </w:rPr>
          <w:t xml:space="preserve">784</w:t>
        </w:r>
      </w:hyperlink>
      <w:r>
        <w:rPr>
          <w:b w:val="0"/>
          <w:i w:val="0"/>
          <w:color w:val="6A6F75"/>
          <w:sz w:val="18"/>
        </w:rPr>
        <w:t xml:space="preserve">, </w:t>
      </w:r>
      <w:hyperlink w:anchor="p785">
        <w:r>
          <w:rPr>
            <w:color w:val="2E5A80"/>
            <w:u w:val="single"/>
            <w:sz w:val="18"/>
          </w:rPr>
          <w:t xml:space="preserve">785</w:t>
        </w:r>
      </w:hyperlink>
      <w:r>
        <w:rPr>
          <w:b w:val="0"/>
          <w:i w:val="0"/>
          <w:color w:val="6A6F75"/>
          <w:sz w:val="18"/>
        </w:rPr>
        <w:t xml:space="preserve">, </w:t>
      </w:r>
      <w:hyperlink w:anchor="p794">
        <w:r>
          <w:rPr>
            <w:color w:val="2E5A80"/>
            <w:u w:val="single"/>
            <w:sz w:val="18"/>
          </w:rPr>
          <w:t xml:space="preserve">794</w:t>
        </w:r>
      </w:hyperlink>
    </w:p>
    <w:p>
      <w:pPr>
        <w:keepNext/>
        <w:spacing w:after="20" w:before="120"/>
      </w:pPr>
      <w:r>
        <w:rPr>
          <w:b/>
          <w:i w:val="0"/>
          <w:color w:val="222B33"/>
          <w:sz w:val="22"/>
        </w:rPr>
        <w:t>matsu</w:t>
      </w:r>
      <w:r>
        <w:rPr>
          <w:rFonts w:ascii="Noto Serif CJK JP" w:hAnsi="Noto Serif CJK JP" w:eastAsia="Noto Serif CJK JP"/>
          <w:b w:val="0"/>
          <w:i w:val="0"/>
          <w:sz w:val="21"/>
        </w:rPr>
        <w:t xml:space="preserve">  松 / 待つ</w:t>
      </w:r>
      <w:r>
        <w:rPr>
          <w:b w:val="0"/>
          <w:i w:val="0"/>
          <w:color w:val="222B33"/>
          <w:sz w:val="19"/>
        </w:rPr>
        <w:t xml:space="preserve">  pine and to wait; the pine’s constancy becomes waiting.</w:t>
      </w:r>
    </w:p>
    <w:p>
      <w:pPr>
        <w:spacing w:after="40"/>
      </w:pPr>
      <w:hyperlink w:anchor="p53">
        <w:r>
          <w:rPr>
            <w:color w:val="2E5A80"/>
            <w:u w:val="single"/>
            <w:sz w:val="18"/>
          </w:rPr>
          <w:t xml:space="preserve">53</w:t>
        </w:r>
      </w:hyperlink>
      <w:r>
        <w:rPr>
          <w:b w:val="0"/>
          <w:i w:val="0"/>
          <w:color w:val="6A6F75"/>
          <w:sz w:val="18"/>
        </w:rPr>
        <w:t xml:space="preserve">, </w:t>
      </w:r>
      <w:hyperlink w:anchor="p76">
        <w:r>
          <w:rPr>
            <w:color w:val="2E5A80"/>
            <w:u w:val="single"/>
            <w:sz w:val="18"/>
          </w:rPr>
          <w:t xml:space="preserve">76</w:t>
        </w:r>
      </w:hyperlink>
      <w:r>
        <w:rPr>
          <w:b w:val="0"/>
          <w:i w:val="0"/>
          <w:color w:val="6A6F75"/>
          <w:sz w:val="18"/>
        </w:rPr>
        <w:t xml:space="preserve">, </w:t>
      </w:r>
      <w:hyperlink w:anchor="p110">
        <w:r>
          <w:rPr>
            <w:color w:val="2E5A80"/>
            <w:u w:val="single"/>
            <w:sz w:val="18"/>
          </w:rPr>
          <w:t xml:space="preserve">110</w:t>
        </w:r>
      </w:hyperlink>
      <w:r>
        <w:rPr>
          <w:b w:val="0"/>
          <w:i w:val="0"/>
          <w:color w:val="6A6F75"/>
          <w:sz w:val="18"/>
        </w:rPr>
        <w:t xml:space="preserve">, </w:t>
      </w:r>
      <w:hyperlink w:anchor="p136">
        <w:r>
          <w:rPr>
            <w:color w:val="2E5A80"/>
            <w:u w:val="single"/>
            <w:sz w:val="18"/>
          </w:rPr>
          <w:t xml:space="preserve">136</w:t>
        </w:r>
      </w:hyperlink>
      <w:r>
        <w:rPr>
          <w:b w:val="0"/>
          <w:i w:val="0"/>
          <w:color w:val="6A6F75"/>
          <w:sz w:val="18"/>
        </w:rPr>
        <w:t xml:space="preserve">, </w:t>
      </w:r>
      <w:hyperlink w:anchor="p138">
        <w:r>
          <w:rPr>
            <w:color w:val="2E5A80"/>
            <w:u w:val="single"/>
            <w:sz w:val="18"/>
          </w:rPr>
          <w:t xml:space="preserve">138</w:t>
        </w:r>
      </w:hyperlink>
      <w:r>
        <w:rPr>
          <w:b w:val="0"/>
          <w:i w:val="0"/>
          <w:color w:val="6A6F75"/>
          <w:sz w:val="18"/>
        </w:rPr>
        <w:t xml:space="preserve">, </w:t>
      </w:r>
      <w:hyperlink w:anchor="p143">
        <w:r>
          <w:rPr>
            <w:color w:val="2E5A80"/>
            <w:u w:val="single"/>
            <w:sz w:val="18"/>
          </w:rPr>
          <w:t xml:space="preserve">143</w:t>
        </w:r>
      </w:hyperlink>
      <w:r>
        <w:rPr>
          <w:b w:val="0"/>
          <w:i w:val="0"/>
          <w:color w:val="6A6F75"/>
          <w:sz w:val="18"/>
        </w:rPr>
        <w:t xml:space="preserve">, </w:t>
      </w:r>
      <w:hyperlink w:anchor="p151">
        <w:r>
          <w:rPr>
            <w:color w:val="2E5A80"/>
            <w:u w:val="single"/>
            <w:sz w:val="18"/>
          </w:rPr>
          <w:t xml:space="preserve">151</w:t>
        </w:r>
      </w:hyperlink>
      <w:r>
        <w:rPr>
          <w:b w:val="0"/>
          <w:i w:val="0"/>
          <w:color w:val="6A6F75"/>
          <w:sz w:val="18"/>
        </w:rPr>
        <w:t xml:space="preserve">, </w:t>
      </w:r>
      <w:hyperlink w:anchor="p162">
        <w:r>
          <w:rPr>
            <w:color w:val="2E5A80"/>
            <w:u w:val="single"/>
            <w:sz w:val="18"/>
          </w:rPr>
          <w:t xml:space="preserve">162</w:t>
        </w:r>
      </w:hyperlink>
      <w:r>
        <w:rPr>
          <w:b w:val="0"/>
          <w:i w:val="0"/>
          <w:color w:val="6A6F75"/>
          <w:sz w:val="18"/>
        </w:rPr>
        <w:t xml:space="preserve">, </w:t>
      </w:r>
      <w:hyperlink w:anchor="p189">
        <w:r>
          <w:rPr>
            <w:color w:val="2E5A80"/>
            <w:u w:val="single"/>
            <w:sz w:val="18"/>
          </w:rPr>
          <w:t xml:space="preserve">189</w:t>
        </w:r>
      </w:hyperlink>
      <w:r>
        <w:rPr>
          <w:b w:val="0"/>
          <w:i w:val="0"/>
          <w:color w:val="6A6F75"/>
          <w:sz w:val="18"/>
        </w:rPr>
        <w:t xml:space="preserve">, </w:t>
      </w:r>
      <w:hyperlink w:anchor="p191">
        <w:r>
          <w:rPr>
            <w:color w:val="2E5A80"/>
            <w:u w:val="single"/>
            <w:sz w:val="18"/>
          </w:rPr>
          <w:t xml:space="preserve">191</w:t>
        </w:r>
      </w:hyperlink>
      <w:r>
        <w:rPr>
          <w:b w:val="0"/>
          <w:i w:val="0"/>
          <w:color w:val="6A6F75"/>
          <w:sz w:val="18"/>
        </w:rPr>
        <w:t xml:space="preserve">, </w:t>
      </w:r>
      <w:hyperlink w:anchor="p231">
        <w:r>
          <w:rPr>
            <w:color w:val="2E5A80"/>
            <w:u w:val="single"/>
            <w:sz w:val="18"/>
          </w:rPr>
          <w:t xml:space="preserve">231</w:t>
        </w:r>
      </w:hyperlink>
      <w:r>
        <w:rPr>
          <w:b w:val="0"/>
          <w:i w:val="0"/>
          <w:color w:val="6A6F75"/>
          <w:sz w:val="18"/>
        </w:rPr>
        <w:t xml:space="preserve">, </w:t>
      </w:r>
      <w:hyperlink w:anchor="p232">
        <w:r>
          <w:rPr>
            <w:color w:val="2E5A80"/>
            <w:u w:val="single"/>
            <w:sz w:val="18"/>
          </w:rPr>
          <w:t xml:space="preserve">232</w:t>
        </w:r>
      </w:hyperlink>
      <w:r>
        <w:rPr>
          <w:b w:val="0"/>
          <w:i w:val="0"/>
          <w:color w:val="6A6F75"/>
          <w:sz w:val="18"/>
        </w:rPr>
        <w:t xml:space="preserve">, </w:t>
      </w:r>
      <w:hyperlink w:anchor="p251">
        <w:r>
          <w:rPr>
            <w:color w:val="2E5A80"/>
            <w:u w:val="single"/>
            <w:sz w:val="18"/>
          </w:rPr>
          <w:t xml:space="preserve">251</w:t>
        </w:r>
      </w:hyperlink>
      <w:r>
        <w:rPr>
          <w:b w:val="0"/>
          <w:i w:val="0"/>
          <w:color w:val="6A6F75"/>
          <w:sz w:val="18"/>
        </w:rPr>
        <w:t xml:space="preserve">, </w:t>
      </w:r>
      <w:hyperlink w:anchor="p254">
        <w:r>
          <w:rPr>
            <w:color w:val="2E5A80"/>
            <w:u w:val="single"/>
            <w:sz w:val="18"/>
          </w:rPr>
          <w:t xml:space="preserve">254</w:t>
        </w:r>
      </w:hyperlink>
      <w:r>
        <w:rPr>
          <w:b w:val="0"/>
          <w:i w:val="0"/>
          <w:color w:val="6A6F75"/>
          <w:sz w:val="18"/>
        </w:rPr>
        <w:t xml:space="preserve">, </w:t>
      </w:r>
      <w:hyperlink w:anchor="p258">
        <w:r>
          <w:rPr>
            <w:color w:val="2E5A80"/>
            <w:u w:val="single"/>
            <w:sz w:val="18"/>
          </w:rPr>
          <w:t xml:space="preserve">258</w:t>
        </w:r>
      </w:hyperlink>
      <w:r>
        <w:rPr>
          <w:b w:val="0"/>
          <w:i w:val="0"/>
          <w:color w:val="6A6F75"/>
          <w:sz w:val="18"/>
        </w:rPr>
        <w:t xml:space="preserve">, </w:t>
      </w:r>
      <w:hyperlink w:anchor="p269">
        <w:r>
          <w:rPr>
            <w:color w:val="2E5A80"/>
            <w:u w:val="single"/>
            <w:sz w:val="18"/>
          </w:rPr>
          <w:t xml:space="preserve">269</w:t>
        </w:r>
      </w:hyperlink>
      <w:r>
        <w:rPr>
          <w:b w:val="0"/>
          <w:i w:val="0"/>
          <w:color w:val="6A6F75"/>
          <w:sz w:val="18"/>
        </w:rPr>
        <w:t xml:space="preserve">, </w:t>
      </w:r>
      <w:hyperlink w:anchor="p270">
        <w:r>
          <w:rPr>
            <w:color w:val="2E5A80"/>
            <w:u w:val="single"/>
            <w:sz w:val="18"/>
          </w:rPr>
          <w:t xml:space="preserve">270</w:t>
        </w:r>
      </w:hyperlink>
      <w:r>
        <w:rPr>
          <w:b w:val="0"/>
          <w:i w:val="0"/>
          <w:color w:val="6A6F75"/>
          <w:sz w:val="18"/>
        </w:rPr>
        <w:t xml:space="preserve">, </w:t>
      </w:r>
      <w:hyperlink w:anchor="p288">
        <w:r>
          <w:rPr>
            <w:color w:val="2E5A80"/>
            <w:u w:val="single"/>
            <w:sz w:val="18"/>
          </w:rPr>
          <w:t xml:space="preserve">288</w:t>
        </w:r>
      </w:hyperlink>
      <w:r>
        <w:rPr>
          <w:b w:val="0"/>
          <w:i w:val="0"/>
          <w:color w:val="6A6F75"/>
          <w:sz w:val="18"/>
        </w:rPr>
        <w:t xml:space="preserve">, </w:t>
      </w:r>
      <w:hyperlink w:anchor="p293">
        <w:r>
          <w:rPr>
            <w:color w:val="2E5A80"/>
            <w:u w:val="single"/>
            <w:sz w:val="18"/>
          </w:rPr>
          <w:t xml:space="preserve">293</w:t>
        </w:r>
      </w:hyperlink>
      <w:r>
        <w:rPr>
          <w:b w:val="0"/>
          <w:i w:val="0"/>
          <w:color w:val="6A6F75"/>
          <w:sz w:val="18"/>
        </w:rPr>
        <w:t xml:space="preserve">, </w:t>
      </w:r>
      <w:hyperlink w:anchor="p301">
        <w:r>
          <w:rPr>
            <w:color w:val="2E5A80"/>
            <w:u w:val="single"/>
            <w:sz w:val="18"/>
          </w:rPr>
          <w:t xml:space="preserve">301</w:t>
        </w:r>
      </w:hyperlink>
      <w:r>
        <w:rPr>
          <w:b w:val="0"/>
          <w:i w:val="0"/>
          <w:color w:val="6A6F75"/>
          <w:sz w:val="18"/>
        </w:rPr>
        <w:t xml:space="preserve">, </w:t>
      </w:r>
      <w:hyperlink w:anchor="p302">
        <w:r>
          <w:rPr>
            <w:color w:val="2E5A80"/>
            <w:u w:val="single"/>
            <w:sz w:val="18"/>
          </w:rPr>
          <w:t xml:space="preserve">302</w:t>
        </w:r>
      </w:hyperlink>
      <w:r>
        <w:rPr>
          <w:b w:val="0"/>
          <w:i w:val="0"/>
          <w:color w:val="6A6F75"/>
          <w:sz w:val="18"/>
        </w:rPr>
        <w:t xml:space="preserve">, </w:t>
      </w:r>
      <w:hyperlink w:anchor="p329">
        <w:r>
          <w:rPr>
            <w:color w:val="2E5A80"/>
            <w:u w:val="single"/>
            <w:sz w:val="18"/>
          </w:rPr>
          <w:t xml:space="preserve">329</w:t>
        </w:r>
      </w:hyperlink>
      <w:r>
        <w:rPr>
          <w:b w:val="0"/>
          <w:i w:val="0"/>
          <w:color w:val="6A6F75"/>
          <w:sz w:val="18"/>
        </w:rPr>
        <w:t xml:space="preserve">, </w:t>
      </w:r>
      <w:hyperlink w:anchor="p336">
        <w:r>
          <w:rPr>
            <w:color w:val="2E5A80"/>
            <w:u w:val="single"/>
            <w:sz w:val="18"/>
          </w:rPr>
          <w:t xml:space="preserve">336</w:t>
        </w:r>
      </w:hyperlink>
      <w:r>
        <w:rPr>
          <w:b w:val="0"/>
          <w:i w:val="0"/>
          <w:color w:val="6A6F75"/>
          <w:sz w:val="18"/>
        </w:rPr>
        <w:t xml:space="preserve">, </w:t>
      </w:r>
      <w:hyperlink w:anchor="p337">
        <w:r>
          <w:rPr>
            <w:color w:val="2E5A80"/>
            <w:u w:val="single"/>
            <w:sz w:val="18"/>
          </w:rPr>
          <w:t xml:space="preserve">337</w:t>
        </w:r>
      </w:hyperlink>
      <w:r>
        <w:rPr>
          <w:b w:val="0"/>
          <w:i w:val="0"/>
          <w:color w:val="6A6F75"/>
          <w:sz w:val="18"/>
        </w:rPr>
        <w:t xml:space="preserve">, </w:t>
      </w:r>
      <w:hyperlink w:anchor="p340">
        <w:r>
          <w:rPr>
            <w:color w:val="2E5A80"/>
            <w:u w:val="single"/>
            <w:sz w:val="18"/>
          </w:rPr>
          <w:t xml:space="preserve">340</w:t>
        </w:r>
      </w:hyperlink>
      <w:r>
        <w:rPr>
          <w:b w:val="0"/>
          <w:i w:val="0"/>
          <w:color w:val="6A6F75"/>
          <w:sz w:val="18"/>
        </w:rPr>
        <w:t xml:space="preserve">, </w:t>
      </w:r>
      <w:hyperlink w:anchor="p354">
        <w:r>
          <w:rPr>
            <w:color w:val="2E5A80"/>
            <w:u w:val="single"/>
            <w:sz w:val="18"/>
          </w:rPr>
          <w:t xml:space="preserve">354</w:t>
        </w:r>
      </w:hyperlink>
      <w:r>
        <w:rPr>
          <w:b w:val="0"/>
          <w:i w:val="0"/>
          <w:color w:val="6A6F75"/>
          <w:sz w:val="18"/>
        </w:rPr>
        <w:t xml:space="preserve">, </w:t>
      </w:r>
      <w:hyperlink w:anchor="p355">
        <w:r>
          <w:rPr>
            <w:color w:val="2E5A80"/>
            <w:u w:val="single"/>
            <w:sz w:val="18"/>
          </w:rPr>
          <w:t xml:space="preserve">355</w:t>
        </w:r>
      </w:hyperlink>
      <w:r>
        <w:rPr>
          <w:b w:val="0"/>
          <w:i w:val="0"/>
          <w:color w:val="6A6F75"/>
          <w:sz w:val="18"/>
        </w:rPr>
        <w:t xml:space="preserve">, </w:t>
      </w:r>
      <w:hyperlink w:anchor="p364">
        <w:r>
          <w:rPr>
            <w:color w:val="2E5A80"/>
            <w:u w:val="single"/>
            <w:sz w:val="18"/>
          </w:rPr>
          <w:t xml:space="preserve">364</w:t>
        </w:r>
      </w:hyperlink>
      <w:r>
        <w:rPr>
          <w:b w:val="0"/>
          <w:i w:val="0"/>
          <w:color w:val="6A6F75"/>
          <w:sz w:val="18"/>
        </w:rPr>
        <w:t xml:space="preserve">, </w:t>
      </w:r>
      <w:hyperlink w:anchor="p383">
        <w:r>
          <w:rPr>
            <w:color w:val="2E5A80"/>
            <w:u w:val="single"/>
            <w:sz w:val="18"/>
          </w:rPr>
          <w:t xml:space="preserve">383</w:t>
        </w:r>
      </w:hyperlink>
      <w:r>
        <w:rPr>
          <w:b w:val="0"/>
          <w:i w:val="0"/>
          <w:color w:val="6A6F75"/>
          <w:sz w:val="18"/>
        </w:rPr>
        <w:t xml:space="preserve">, </w:t>
      </w:r>
      <w:hyperlink w:anchor="p391">
        <w:r>
          <w:rPr>
            <w:color w:val="2E5A80"/>
            <w:u w:val="single"/>
            <w:sz w:val="18"/>
          </w:rPr>
          <w:t xml:space="preserve">391</w:t>
        </w:r>
      </w:hyperlink>
      <w:r>
        <w:rPr>
          <w:b w:val="0"/>
          <w:i w:val="0"/>
          <w:color w:val="6A6F75"/>
          <w:sz w:val="18"/>
        </w:rPr>
        <w:t xml:space="preserve">, </w:t>
      </w:r>
      <w:hyperlink w:anchor="p441">
        <w:r>
          <w:rPr>
            <w:color w:val="2E5A80"/>
            <w:u w:val="single"/>
            <w:sz w:val="18"/>
          </w:rPr>
          <w:t xml:space="preserve">441</w:t>
        </w:r>
      </w:hyperlink>
      <w:r>
        <w:rPr>
          <w:b w:val="0"/>
          <w:i w:val="0"/>
          <w:color w:val="6A6F75"/>
          <w:sz w:val="18"/>
        </w:rPr>
        <w:t xml:space="preserve">, </w:t>
      </w:r>
      <w:hyperlink w:anchor="p453">
        <w:r>
          <w:rPr>
            <w:color w:val="2E5A80"/>
            <w:u w:val="single"/>
            <w:sz w:val="18"/>
          </w:rPr>
          <w:t xml:space="preserve">453</w:t>
        </w:r>
      </w:hyperlink>
      <w:r>
        <w:rPr>
          <w:b w:val="0"/>
          <w:i w:val="0"/>
          <w:color w:val="6A6F75"/>
          <w:sz w:val="18"/>
        </w:rPr>
        <w:t xml:space="preserve">, </w:t>
      </w:r>
      <w:hyperlink w:anchor="p454">
        <w:r>
          <w:rPr>
            <w:color w:val="2E5A80"/>
            <w:u w:val="single"/>
            <w:sz w:val="18"/>
          </w:rPr>
          <w:t xml:space="preserve">454</w:t>
        </w:r>
      </w:hyperlink>
      <w:r>
        <w:rPr>
          <w:b w:val="0"/>
          <w:i w:val="0"/>
          <w:color w:val="6A6F75"/>
          <w:sz w:val="18"/>
        </w:rPr>
        <w:t xml:space="preserve">, </w:t>
      </w:r>
      <w:hyperlink w:anchor="p461">
        <w:r>
          <w:rPr>
            <w:color w:val="2E5A80"/>
            <w:u w:val="single"/>
            <w:sz w:val="18"/>
          </w:rPr>
          <w:t xml:space="preserve">461</w:t>
        </w:r>
      </w:hyperlink>
      <w:r>
        <w:rPr>
          <w:b w:val="0"/>
          <w:i w:val="0"/>
          <w:color w:val="6A6F75"/>
          <w:sz w:val="18"/>
        </w:rPr>
        <w:t xml:space="preserve">, </w:t>
      </w:r>
      <w:hyperlink w:anchor="p462">
        <w:r>
          <w:rPr>
            <w:color w:val="2E5A80"/>
            <w:u w:val="single"/>
            <w:sz w:val="18"/>
          </w:rPr>
          <w:t xml:space="preserve">462</w:t>
        </w:r>
      </w:hyperlink>
      <w:r>
        <w:rPr>
          <w:b w:val="0"/>
          <w:i w:val="0"/>
          <w:color w:val="6A6F75"/>
          <w:sz w:val="18"/>
        </w:rPr>
        <w:t xml:space="preserve">, </w:t>
      </w:r>
      <w:hyperlink w:anchor="p484">
        <w:r>
          <w:rPr>
            <w:color w:val="2E5A80"/>
            <w:u w:val="single"/>
            <w:sz w:val="18"/>
          </w:rPr>
          <w:t xml:space="preserve">484</w:t>
        </w:r>
      </w:hyperlink>
      <w:r>
        <w:rPr>
          <w:b w:val="0"/>
          <w:i w:val="0"/>
          <w:color w:val="6A6F75"/>
          <w:sz w:val="18"/>
        </w:rPr>
        <w:t xml:space="preserve">, </w:t>
      </w:r>
      <w:hyperlink w:anchor="p486">
        <w:r>
          <w:rPr>
            <w:color w:val="2E5A80"/>
            <w:u w:val="single"/>
            <w:sz w:val="18"/>
          </w:rPr>
          <w:t xml:space="preserve">486</w:t>
        </w:r>
      </w:hyperlink>
      <w:r>
        <w:rPr>
          <w:b w:val="0"/>
          <w:i w:val="0"/>
          <w:color w:val="6A6F75"/>
          <w:sz w:val="18"/>
        </w:rPr>
        <w:t xml:space="preserve">, </w:t>
      </w:r>
      <w:hyperlink w:anchor="p487">
        <w:r>
          <w:rPr>
            <w:color w:val="2E5A80"/>
            <w:u w:val="single"/>
            <w:sz w:val="18"/>
          </w:rPr>
          <w:t xml:space="preserve">487</w:t>
        </w:r>
      </w:hyperlink>
      <w:r>
        <w:rPr>
          <w:b w:val="0"/>
          <w:i w:val="0"/>
          <w:color w:val="6A6F75"/>
          <w:sz w:val="18"/>
        </w:rPr>
        <w:t xml:space="preserve">, </w:t>
      </w:r>
      <w:hyperlink w:anchor="p498">
        <w:r>
          <w:rPr>
            <w:color w:val="2E5A80"/>
            <w:u w:val="single"/>
            <w:sz w:val="18"/>
          </w:rPr>
          <w:t xml:space="preserve">498</w:t>
        </w:r>
      </w:hyperlink>
      <w:r>
        <w:rPr>
          <w:b w:val="0"/>
          <w:i w:val="0"/>
          <w:color w:val="6A6F75"/>
          <w:sz w:val="18"/>
        </w:rPr>
        <w:t xml:space="preserve">, </w:t>
      </w:r>
      <w:hyperlink w:anchor="p504">
        <w:r>
          <w:rPr>
            <w:color w:val="2E5A80"/>
            <w:u w:val="single"/>
            <w:sz w:val="18"/>
          </w:rPr>
          <w:t xml:space="preserve">504</w:t>
        </w:r>
      </w:hyperlink>
      <w:r>
        <w:rPr>
          <w:b w:val="0"/>
          <w:i w:val="0"/>
          <w:color w:val="6A6F75"/>
          <w:sz w:val="18"/>
        </w:rPr>
        <w:t xml:space="preserve">, </w:t>
      </w:r>
      <w:hyperlink w:anchor="p546">
        <w:r>
          <w:rPr>
            <w:color w:val="2E5A80"/>
            <w:u w:val="single"/>
            <w:sz w:val="18"/>
          </w:rPr>
          <w:t xml:space="preserve">546</w:t>
        </w:r>
      </w:hyperlink>
      <w:r>
        <w:rPr>
          <w:b w:val="0"/>
          <w:i w:val="0"/>
          <w:color w:val="6A6F75"/>
          <w:sz w:val="18"/>
        </w:rPr>
        <w:t xml:space="preserve">, </w:t>
      </w:r>
      <w:hyperlink w:anchor="p547">
        <w:r>
          <w:rPr>
            <w:color w:val="2E5A80"/>
            <w:u w:val="single"/>
            <w:sz w:val="18"/>
          </w:rPr>
          <w:t xml:space="preserve">547</w:t>
        </w:r>
      </w:hyperlink>
      <w:r>
        <w:rPr>
          <w:b w:val="0"/>
          <w:i w:val="0"/>
          <w:color w:val="6A6F75"/>
          <w:sz w:val="18"/>
        </w:rPr>
        <w:t xml:space="preserve">, </w:t>
      </w:r>
      <w:hyperlink w:anchor="p591">
        <w:r>
          <w:rPr>
            <w:color w:val="2E5A80"/>
            <w:u w:val="single"/>
            <w:sz w:val="18"/>
          </w:rPr>
          <w:t xml:space="preserve">591</w:t>
        </w:r>
      </w:hyperlink>
      <w:r>
        <w:rPr>
          <w:b w:val="0"/>
          <w:i w:val="0"/>
          <w:color w:val="6A6F75"/>
          <w:sz w:val="18"/>
        </w:rPr>
        <w:t xml:space="preserve">, </w:t>
      </w:r>
      <w:hyperlink w:anchor="p615">
        <w:r>
          <w:rPr>
            <w:color w:val="2E5A80"/>
            <w:u w:val="single"/>
            <w:sz w:val="18"/>
          </w:rPr>
          <w:t xml:space="preserve">615</w:t>
        </w:r>
      </w:hyperlink>
      <w:r>
        <w:rPr>
          <w:b w:val="0"/>
          <w:i w:val="0"/>
          <w:color w:val="6A6F75"/>
          <w:sz w:val="18"/>
        </w:rPr>
        <w:t xml:space="preserve">, </w:t>
      </w:r>
      <w:hyperlink w:anchor="p631">
        <w:r>
          <w:rPr>
            <w:color w:val="2E5A80"/>
            <w:u w:val="single"/>
            <w:sz w:val="18"/>
          </w:rPr>
          <w:t xml:space="preserve">631</w:t>
        </w:r>
      </w:hyperlink>
      <w:r>
        <w:rPr>
          <w:b w:val="0"/>
          <w:i w:val="0"/>
          <w:color w:val="6A6F75"/>
          <w:sz w:val="18"/>
        </w:rPr>
        <w:t xml:space="preserve">, </w:t>
      </w:r>
      <w:hyperlink w:anchor="p644">
        <w:r>
          <w:rPr>
            <w:color w:val="2E5A80"/>
            <w:u w:val="single"/>
            <w:sz w:val="18"/>
          </w:rPr>
          <w:t xml:space="preserve">644</w:t>
        </w:r>
      </w:hyperlink>
      <w:r>
        <w:rPr>
          <w:b w:val="0"/>
          <w:i w:val="0"/>
          <w:color w:val="6A6F75"/>
          <w:sz w:val="18"/>
        </w:rPr>
        <w:t xml:space="preserve">, </w:t>
      </w:r>
      <w:hyperlink w:anchor="p645">
        <w:r>
          <w:rPr>
            <w:color w:val="2E5A80"/>
            <w:u w:val="single"/>
            <w:sz w:val="18"/>
          </w:rPr>
          <w:t xml:space="preserve">645</w:t>
        </w:r>
      </w:hyperlink>
      <w:r>
        <w:rPr>
          <w:b w:val="0"/>
          <w:i w:val="0"/>
          <w:color w:val="6A6F75"/>
          <w:sz w:val="18"/>
        </w:rPr>
        <w:t xml:space="preserve">, </w:t>
      </w:r>
      <w:hyperlink w:anchor="p647">
        <w:r>
          <w:rPr>
            <w:color w:val="2E5A80"/>
            <w:u w:val="single"/>
            <w:sz w:val="18"/>
          </w:rPr>
          <w:t xml:space="preserve">647</w:t>
        </w:r>
      </w:hyperlink>
      <w:r>
        <w:rPr>
          <w:b w:val="0"/>
          <w:i w:val="0"/>
          <w:color w:val="6A6F75"/>
          <w:sz w:val="18"/>
        </w:rPr>
        <w:t xml:space="preserve">, </w:t>
      </w:r>
      <w:hyperlink w:anchor="p672">
        <w:r>
          <w:rPr>
            <w:color w:val="2E5A80"/>
            <w:u w:val="single"/>
            <w:sz w:val="18"/>
          </w:rPr>
          <w:t xml:space="preserve">672</w:t>
        </w:r>
      </w:hyperlink>
      <w:r>
        <w:rPr>
          <w:b w:val="0"/>
          <w:i w:val="0"/>
          <w:color w:val="6A6F75"/>
          <w:sz w:val="18"/>
        </w:rPr>
        <w:t xml:space="preserve">, </w:t>
      </w:r>
      <w:hyperlink w:anchor="p696">
        <w:r>
          <w:rPr>
            <w:color w:val="2E5A80"/>
            <w:u w:val="single"/>
            <w:sz w:val="18"/>
          </w:rPr>
          <w:t xml:space="preserve">696</w:t>
        </w:r>
      </w:hyperlink>
      <w:r>
        <w:rPr>
          <w:b w:val="0"/>
          <w:i w:val="0"/>
          <w:color w:val="6A6F75"/>
          <w:sz w:val="18"/>
        </w:rPr>
        <w:t xml:space="preserve">, </w:t>
      </w:r>
      <w:hyperlink w:anchor="p705">
        <w:r>
          <w:rPr>
            <w:color w:val="2E5A80"/>
            <w:u w:val="single"/>
            <w:sz w:val="18"/>
          </w:rPr>
          <w:t xml:space="preserve">705</w:t>
        </w:r>
      </w:hyperlink>
      <w:r>
        <w:rPr>
          <w:b w:val="0"/>
          <w:i w:val="0"/>
          <w:color w:val="6A6F75"/>
          <w:sz w:val="18"/>
        </w:rPr>
        <w:t xml:space="preserve">, </w:t>
      </w:r>
      <w:hyperlink w:anchor="p734">
        <w:r>
          <w:rPr>
            <w:color w:val="2E5A80"/>
            <w:u w:val="single"/>
            <w:sz w:val="18"/>
          </w:rPr>
          <w:t xml:space="preserve">734</w:t>
        </w:r>
      </w:hyperlink>
      <w:r>
        <w:rPr>
          <w:b w:val="0"/>
          <w:i w:val="0"/>
          <w:color w:val="6A6F75"/>
          <w:sz w:val="18"/>
        </w:rPr>
        <w:t xml:space="preserve">, </w:t>
      </w:r>
      <w:hyperlink w:anchor="p750">
        <w:r>
          <w:rPr>
            <w:color w:val="2E5A80"/>
            <w:u w:val="single"/>
            <w:sz w:val="18"/>
          </w:rPr>
          <w:t xml:space="preserve">750</w:t>
        </w:r>
      </w:hyperlink>
      <w:r>
        <w:rPr>
          <w:b w:val="0"/>
          <w:i w:val="0"/>
          <w:color w:val="6A6F75"/>
          <w:sz w:val="18"/>
        </w:rPr>
        <w:t xml:space="preserve">, </w:t>
      </w:r>
      <w:hyperlink w:anchor="p771">
        <w:r>
          <w:rPr>
            <w:color w:val="2E5A80"/>
            <w:u w:val="single"/>
            <w:sz w:val="18"/>
          </w:rPr>
          <w:t xml:space="preserve">771</w:t>
        </w:r>
      </w:hyperlink>
    </w:p>
    <w:p>
      <w:pPr>
        <w:keepNext/>
        <w:spacing w:after="20" w:before="120"/>
      </w:pPr>
      <w:r>
        <w:rPr>
          <w:b/>
          <w:i w:val="0"/>
          <w:color w:val="222B33"/>
          <w:sz w:val="22"/>
        </w:rPr>
        <w:t>furu</w:t>
      </w:r>
      <w:r>
        <w:rPr>
          <w:rFonts w:ascii="Noto Serif CJK JP" w:hAnsi="Noto Serif CJK JP" w:eastAsia="Noto Serif CJK JP"/>
          <w:b w:val="0"/>
          <w:i w:val="0"/>
          <w:sz w:val="21"/>
        </w:rPr>
        <w:t xml:space="preserve">  降る / 経る / 古る / 振る</w:t>
      </w:r>
      <w:r>
        <w:rPr>
          <w:b w:val="0"/>
          <w:i w:val="0"/>
          <w:color w:val="222B33"/>
          <w:sz w:val="19"/>
        </w:rPr>
        <w:t xml:space="preserve">  to fall (rain, snow), to pass time, to grow old, to wave a sleeve.</w:t>
      </w:r>
    </w:p>
    <w:p>
      <w:pPr>
        <w:spacing w:after="40"/>
      </w:pPr>
      <w:hyperlink w:anchor="p3">
        <w:r>
          <w:rPr>
            <w:color w:val="2E5A80"/>
            <w:u w:val="single"/>
            <w:sz w:val="18"/>
          </w:rPr>
          <w:t xml:space="preserve">3</w:t>
        </w:r>
      </w:hyperlink>
      <w:r>
        <w:rPr>
          <w:b w:val="0"/>
          <w:i w:val="0"/>
          <w:color w:val="6A6F75"/>
          <w:sz w:val="18"/>
        </w:rPr>
        <w:t xml:space="preserve">, </w:t>
      </w:r>
      <w:hyperlink w:anchor="p4">
        <w:r>
          <w:rPr>
            <w:color w:val="2E5A80"/>
            <w:u w:val="single"/>
            <w:sz w:val="18"/>
          </w:rPr>
          <w:t xml:space="preserve">4</w:t>
        </w:r>
      </w:hyperlink>
      <w:r>
        <w:rPr>
          <w:b w:val="0"/>
          <w:i w:val="0"/>
          <w:color w:val="6A6F75"/>
          <w:sz w:val="18"/>
        </w:rPr>
        <w:t xml:space="preserve">, </w:t>
      </w:r>
      <w:hyperlink w:anchor="p23">
        <w:r>
          <w:rPr>
            <w:color w:val="2E5A80"/>
            <w:u w:val="single"/>
            <w:sz w:val="18"/>
          </w:rPr>
          <w:t xml:space="preserve">23</w:t>
        </w:r>
      </w:hyperlink>
      <w:r>
        <w:rPr>
          <w:b w:val="0"/>
          <w:i w:val="0"/>
          <w:color w:val="6A6F75"/>
          <w:sz w:val="18"/>
        </w:rPr>
        <w:t xml:space="preserve">, </w:t>
      </w:r>
      <w:hyperlink w:anchor="p37">
        <w:r>
          <w:rPr>
            <w:color w:val="2E5A80"/>
            <w:u w:val="single"/>
            <w:sz w:val="18"/>
          </w:rPr>
          <w:t xml:space="preserve">37</w:t>
        </w:r>
      </w:hyperlink>
      <w:r>
        <w:rPr>
          <w:b w:val="0"/>
          <w:i w:val="0"/>
          <w:color w:val="6A6F75"/>
          <w:sz w:val="18"/>
        </w:rPr>
        <w:t xml:space="preserve">, </w:t>
      </w:r>
      <w:hyperlink w:anchor="p68">
        <w:r>
          <w:rPr>
            <w:color w:val="2E5A80"/>
            <w:u w:val="single"/>
            <w:sz w:val="18"/>
          </w:rPr>
          <w:t xml:space="preserve">68</w:t>
        </w:r>
      </w:hyperlink>
      <w:r>
        <w:rPr>
          <w:b w:val="0"/>
          <w:i w:val="0"/>
          <w:color w:val="6A6F75"/>
          <w:sz w:val="18"/>
        </w:rPr>
        <w:t xml:space="preserve">, </w:t>
      </w:r>
      <w:hyperlink w:anchor="p75">
        <w:r>
          <w:rPr>
            <w:color w:val="2E5A80"/>
            <w:u w:val="single"/>
            <w:sz w:val="18"/>
          </w:rPr>
          <w:t xml:space="preserve">75</w:t>
        </w:r>
      </w:hyperlink>
      <w:r>
        <w:rPr>
          <w:b w:val="0"/>
          <w:i w:val="0"/>
          <w:color w:val="6A6F75"/>
          <w:sz w:val="18"/>
        </w:rPr>
        <w:t xml:space="preserve">, </w:t>
      </w:r>
      <w:hyperlink w:anchor="p78">
        <w:r>
          <w:rPr>
            <w:color w:val="2E5A80"/>
            <w:u w:val="single"/>
            <w:sz w:val="18"/>
          </w:rPr>
          <w:t xml:space="preserve">78</w:t>
        </w:r>
      </w:hyperlink>
      <w:r>
        <w:rPr>
          <w:b w:val="0"/>
          <w:i w:val="0"/>
          <w:color w:val="6A6F75"/>
          <w:sz w:val="18"/>
        </w:rPr>
        <w:t xml:space="preserve">, </w:t>
      </w:r>
      <w:hyperlink w:anchor="p85">
        <w:r>
          <w:rPr>
            <w:color w:val="2E5A80"/>
            <w:u w:val="single"/>
            <w:sz w:val="18"/>
          </w:rPr>
          <w:t xml:space="preserve">85</w:t>
        </w:r>
      </w:hyperlink>
      <w:r>
        <w:rPr>
          <w:b w:val="0"/>
          <w:i w:val="0"/>
          <w:color w:val="6A6F75"/>
          <w:sz w:val="18"/>
        </w:rPr>
        <w:t xml:space="preserve">, </w:t>
      </w:r>
      <w:hyperlink w:anchor="p94">
        <w:r>
          <w:rPr>
            <w:color w:val="2E5A80"/>
            <w:u w:val="single"/>
            <w:sz w:val="18"/>
          </w:rPr>
          <w:t xml:space="preserve">94</w:t>
        </w:r>
      </w:hyperlink>
      <w:r>
        <w:rPr>
          <w:b w:val="0"/>
          <w:i w:val="0"/>
          <w:color w:val="6A6F75"/>
          <w:sz w:val="18"/>
        </w:rPr>
        <w:t xml:space="preserve">, </w:t>
      </w:r>
      <w:hyperlink w:anchor="p131">
        <w:r>
          <w:rPr>
            <w:color w:val="2E5A80"/>
            <w:u w:val="single"/>
            <w:sz w:val="18"/>
          </w:rPr>
          <w:t xml:space="preserve">131</w:t>
        </w:r>
      </w:hyperlink>
      <w:r>
        <w:rPr>
          <w:b w:val="0"/>
          <w:i w:val="0"/>
          <w:color w:val="6A6F75"/>
          <w:sz w:val="18"/>
        </w:rPr>
        <w:t xml:space="preserve">, </w:t>
      </w:r>
      <w:hyperlink w:anchor="p132">
        <w:r>
          <w:rPr>
            <w:color w:val="2E5A80"/>
            <w:u w:val="single"/>
            <w:sz w:val="18"/>
          </w:rPr>
          <w:t xml:space="preserve">132</w:t>
        </w:r>
      </w:hyperlink>
      <w:r>
        <w:rPr>
          <w:b w:val="0"/>
          <w:i w:val="0"/>
          <w:color w:val="6A6F75"/>
          <w:sz w:val="18"/>
        </w:rPr>
        <w:t xml:space="preserve">, </w:t>
      </w:r>
      <w:hyperlink w:anchor="p146">
        <w:r>
          <w:rPr>
            <w:color w:val="2E5A80"/>
            <w:u w:val="single"/>
            <w:sz w:val="18"/>
          </w:rPr>
          <w:t xml:space="preserve">146</w:t>
        </w:r>
      </w:hyperlink>
      <w:r>
        <w:rPr>
          <w:b w:val="0"/>
          <w:i w:val="0"/>
          <w:color w:val="6A6F75"/>
          <w:sz w:val="18"/>
        </w:rPr>
        <w:t xml:space="preserve">, </w:t>
      </w:r>
      <w:hyperlink w:anchor="p157">
        <w:r>
          <w:rPr>
            <w:color w:val="2E5A80"/>
            <w:u w:val="single"/>
            <w:sz w:val="18"/>
          </w:rPr>
          <w:t xml:space="preserve">157</w:t>
        </w:r>
      </w:hyperlink>
      <w:r>
        <w:rPr>
          <w:b w:val="0"/>
          <w:i w:val="0"/>
          <w:color w:val="6A6F75"/>
          <w:sz w:val="18"/>
        </w:rPr>
        <w:t xml:space="preserve">, </w:t>
      </w:r>
      <w:hyperlink w:anchor="p159">
        <w:r>
          <w:rPr>
            <w:color w:val="2E5A80"/>
            <w:u w:val="single"/>
            <w:sz w:val="18"/>
          </w:rPr>
          <w:t xml:space="preserve">159</w:t>
        </w:r>
      </w:hyperlink>
      <w:r>
        <w:rPr>
          <w:b w:val="0"/>
          <w:i w:val="0"/>
          <w:color w:val="6A6F75"/>
          <w:sz w:val="18"/>
        </w:rPr>
        <w:t xml:space="preserve">, </w:t>
      </w:r>
      <w:hyperlink w:anchor="p178">
        <w:r>
          <w:rPr>
            <w:color w:val="2E5A80"/>
            <w:u w:val="single"/>
            <w:sz w:val="18"/>
          </w:rPr>
          <w:t xml:space="preserve">178</w:t>
        </w:r>
      </w:hyperlink>
      <w:r>
        <w:rPr>
          <w:b w:val="0"/>
          <w:i w:val="0"/>
          <w:color w:val="6A6F75"/>
          <w:sz w:val="18"/>
        </w:rPr>
        <w:t xml:space="preserve">, </w:t>
      </w:r>
      <w:hyperlink w:anchor="p188">
        <w:r>
          <w:rPr>
            <w:color w:val="2E5A80"/>
            <w:u w:val="single"/>
            <w:sz w:val="18"/>
          </w:rPr>
          <w:t xml:space="preserve">188</w:t>
        </w:r>
      </w:hyperlink>
      <w:r>
        <w:rPr>
          <w:b w:val="0"/>
          <w:i w:val="0"/>
          <w:color w:val="6A6F75"/>
          <w:sz w:val="18"/>
        </w:rPr>
        <w:t xml:space="preserve">, </w:t>
      </w:r>
      <w:hyperlink w:anchor="p191">
        <w:r>
          <w:rPr>
            <w:color w:val="2E5A80"/>
            <w:u w:val="single"/>
            <w:sz w:val="18"/>
          </w:rPr>
          <w:t xml:space="preserve">191</w:t>
        </w:r>
      </w:hyperlink>
      <w:r>
        <w:rPr>
          <w:b w:val="0"/>
          <w:i w:val="0"/>
          <w:color w:val="6A6F75"/>
          <w:sz w:val="18"/>
        </w:rPr>
        <w:t xml:space="preserve">, </w:t>
      </w:r>
      <w:hyperlink w:anchor="p208">
        <w:r>
          <w:rPr>
            <w:color w:val="2E5A80"/>
            <w:u w:val="single"/>
            <w:sz w:val="18"/>
          </w:rPr>
          <w:t xml:space="preserve">208</w:t>
        </w:r>
      </w:hyperlink>
      <w:r>
        <w:rPr>
          <w:b w:val="0"/>
          <w:i w:val="0"/>
          <w:color w:val="6A6F75"/>
          <w:sz w:val="18"/>
        </w:rPr>
        <w:t xml:space="preserve">, </w:t>
      </w:r>
      <w:hyperlink w:anchor="p212">
        <w:r>
          <w:rPr>
            <w:color w:val="2E5A80"/>
            <w:u w:val="single"/>
            <w:sz w:val="18"/>
          </w:rPr>
          <w:t xml:space="preserve">212</w:t>
        </w:r>
      </w:hyperlink>
      <w:r>
        <w:rPr>
          <w:b w:val="0"/>
          <w:i w:val="0"/>
          <w:color w:val="6A6F75"/>
          <w:sz w:val="18"/>
        </w:rPr>
        <w:t xml:space="preserve">, </w:t>
      </w:r>
      <w:hyperlink w:anchor="p228">
        <w:r>
          <w:rPr>
            <w:color w:val="2E5A80"/>
            <w:u w:val="single"/>
            <w:sz w:val="18"/>
          </w:rPr>
          <w:t xml:space="preserve">228</w:t>
        </w:r>
      </w:hyperlink>
      <w:r>
        <w:rPr>
          <w:b w:val="0"/>
          <w:i w:val="0"/>
          <w:color w:val="6A6F75"/>
          <w:sz w:val="18"/>
        </w:rPr>
        <w:t xml:space="preserve">, </w:t>
      </w:r>
      <w:hyperlink w:anchor="p242">
        <w:r>
          <w:rPr>
            <w:color w:val="2E5A80"/>
            <w:u w:val="single"/>
            <w:sz w:val="18"/>
          </w:rPr>
          <w:t xml:space="preserve">242</w:t>
        </w:r>
      </w:hyperlink>
      <w:r>
        <w:rPr>
          <w:b w:val="0"/>
          <w:i w:val="0"/>
          <w:color w:val="6A6F75"/>
          <w:sz w:val="18"/>
        </w:rPr>
        <w:t xml:space="preserve">, </w:t>
      </w:r>
      <w:hyperlink w:anchor="p260">
        <w:r>
          <w:rPr>
            <w:color w:val="2E5A80"/>
            <w:u w:val="single"/>
            <w:sz w:val="18"/>
          </w:rPr>
          <w:t xml:space="preserve">260</w:t>
        </w:r>
      </w:hyperlink>
      <w:r>
        <w:rPr>
          <w:b w:val="0"/>
          <w:i w:val="0"/>
          <w:color w:val="6A6F75"/>
          <w:sz w:val="18"/>
        </w:rPr>
        <w:t xml:space="preserve">, </w:t>
      </w:r>
      <w:hyperlink w:anchor="p263">
        <w:r>
          <w:rPr>
            <w:color w:val="2E5A80"/>
            <w:u w:val="single"/>
            <w:sz w:val="18"/>
          </w:rPr>
          <w:t xml:space="preserve">263</w:t>
        </w:r>
      </w:hyperlink>
      <w:r>
        <w:rPr>
          <w:b w:val="0"/>
          <w:i w:val="0"/>
          <w:color w:val="6A6F75"/>
          <w:sz w:val="18"/>
        </w:rPr>
        <w:t xml:space="preserve">, </w:t>
      </w:r>
      <w:hyperlink w:anchor="p264">
        <w:r>
          <w:rPr>
            <w:color w:val="2E5A80"/>
            <w:u w:val="single"/>
            <w:sz w:val="18"/>
          </w:rPr>
          <w:t xml:space="preserve">264</w:t>
        </w:r>
      </w:hyperlink>
      <w:r>
        <w:rPr>
          <w:b w:val="0"/>
          <w:i w:val="0"/>
          <w:color w:val="6A6F75"/>
          <w:sz w:val="18"/>
        </w:rPr>
        <w:t xml:space="preserve">, </w:t>
      </w:r>
      <w:hyperlink w:anchor="p267">
        <w:r>
          <w:rPr>
            <w:color w:val="2E5A80"/>
            <w:u w:val="single"/>
            <w:sz w:val="18"/>
          </w:rPr>
          <w:t xml:space="preserve">267</w:t>
        </w:r>
      </w:hyperlink>
      <w:r>
        <w:rPr>
          <w:b w:val="0"/>
          <w:i w:val="0"/>
          <w:color w:val="6A6F75"/>
          <w:sz w:val="18"/>
        </w:rPr>
        <w:t xml:space="preserve">, </w:t>
      </w:r>
      <w:hyperlink w:anchor="p289">
        <w:r>
          <w:rPr>
            <w:color w:val="2E5A80"/>
            <w:u w:val="single"/>
            <w:sz w:val="18"/>
          </w:rPr>
          <w:t xml:space="preserve">289</w:t>
        </w:r>
      </w:hyperlink>
      <w:r>
        <w:rPr>
          <w:b w:val="0"/>
          <w:i w:val="0"/>
          <w:color w:val="6A6F75"/>
          <w:sz w:val="18"/>
        </w:rPr>
        <w:t xml:space="preserve">, </w:t>
      </w:r>
      <w:hyperlink w:anchor="p313">
        <w:r>
          <w:rPr>
            <w:color w:val="2E5A80"/>
            <w:u w:val="single"/>
            <w:sz w:val="18"/>
          </w:rPr>
          <w:t xml:space="preserve">313</w:t>
        </w:r>
      </w:hyperlink>
      <w:r>
        <w:rPr>
          <w:b w:val="0"/>
          <w:i w:val="0"/>
          <w:color w:val="6A6F75"/>
          <w:sz w:val="18"/>
        </w:rPr>
        <w:t xml:space="preserve">, </w:t>
      </w:r>
      <w:hyperlink w:anchor="p314">
        <w:r>
          <w:rPr>
            <w:color w:val="2E5A80"/>
            <w:u w:val="single"/>
            <w:sz w:val="18"/>
          </w:rPr>
          <w:t xml:space="preserve">314</w:t>
        </w:r>
      </w:hyperlink>
      <w:r>
        <w:rPr>
          <w:b w:val="0"/>
          <w:i w:val="0"/>
          <w:color w:val="6A6F75"/>
          <w:sz w:val="18"/>
        </w:rPr>
        <w:t xml:space="preserve">, </w:t>
      </w:r>
      <w:hyperlink w:anchor="p319">
        <w:r>
          <w:rPr>
            <w:color w:val="2E5A80"/>
            <w:u w:val="single"/>
            <w:sz w:val="18"/>
          </w:rPr>
          <w:t xml:space="preserve">319</w:t>
        </w:r>
      </w:hyperlink>
      <w:r>
        <w:rPr>
          <w:b w:val="0"/>
          <w:i w:val="0"/>
          <w:color w:val="6A6F75"/>
          <w:sz w:val="18"/>
        </w:rPr>
        <w:t xml:space="preserve">, </w:t>
      </w:r>
      <w:hyperlink w:anchor="p327">
        <w:r>
          <w:rPr>
            <w:color w:val="2E5A80"/>
            <w:u w:val="single"/>
            <w:sz w:val="18"/>
          </w:rPr>
          <w:t xml:space="preserve">327</w:t>
        </w:r>
      </w:hyperlink>
      <w:r>
        <w:rPr>
          <w:b w:val="0"/>
          <w:i w:val="0"/>
          <w:color w:val="6A6F75"/>
          <w:sz w:val="18"/>
        </w:rPr>
        <w:t xml:space="preserve">, </w:t>
      </w:r>
      <w:hyperlink w:anchor="p329">
        <w:r>
          <w:rPr>
            <w:color w:val="2E5A80"/>
            <w:u w:val="single"/>
            <w:sz w:val="18"/>
          </w:rPr>
          <w:t xml:space="preserve">329</w:t>
        </w:r>
      </w:hyperlink>
      <w:r>
        <w:rPr>
          <w:b w:val="0"/>
          <w:i w:val="0"/>
          <w:color w:val="6A6F75"/>
          <w:sz w:val="18"/>
        </w:rPr>
        <w:t xml:space="preserve">, </w:t>
      </w:r>
      <w:hyperlink w:anchor="p345">
        <w:r>
          <w:rPr>
            <w:color w:val="2E5A80"/>
            <w:u w:val="single"/>
            <w:sz w:val="18"/>
          </w:rPr>
          <w:t xml:space="preserve">345</w:t>
        </w:r>
      </w:hyperlink>
      <w:r>
        <w:rPr>
          <w:b w:val="0"/>
          <w:i w:val="0"/>
          <w:color w:val="6A6F75"/>
          <w:sz w:val="18"/>
        </w:rPr>
        <w:t xml:space="preserve">, </w:t>
      </w:r>
      <w:hyperlink w:anchor="p347">
        <w:r>
          <w:rPr>
            <w:color w:val="2E5A80"/>
            <w:u w:val="single"/>
            <w:sz w:val="18"/>
          </w:rPr>
          <w:t xml:space="preserve">347</w:t>
        </w:r>
      </w:hyperlink>
      <w:r>
        <w:rPr>
          <w:b w:val="0"/>
          <w:i w:val="0"/>
          <w:color w:val="6A6F75"/>
          <w:sz w:val="18"/>
        </w:rPr>
        <w:t xml:space="preserve">, </w:t>
      </w:r>
      <w:hyperlink w:anchor="p354">
        <w:r>
          <w:rPr>
            <w:color w:val="2E5A80"/>
            <w:u w:val="single"/>
            <w:sz w:val="18"/>
          </w:rPr>
          <w:t xml:space="preserve">354</w:t>
        </w:r>
      </w:hyperlink>
      <w:r>
        <w:rPr>
          <w:b w:val="0"/>
          <w:i w:val="0"/>
          <w:color w:val="6A6F75"/>
          <w:sz w:val="18"/>
        </w:rPr>
        <w:t xml:space="preserve">, </w:t>
      </w:r>
      <w:hyperlink w:anchor="p355">
        <w:r>
          <w:rPr>
            <w:color w:val="2E5A80"/>
            <w:u w:val="single"/>
            <w:sz w:val="18"/>
          </w:rPr>
          <w:t xml:space="preserve">355</w:t>
        </w:r>
      </w:hyperlink>
      <w:r>
        <w:rPr>
          <w:b w:val="0"/>
          <w:i w:val="0"/>
          <w:color w:val="6A6F75"/>
          <w:sz w:val="18"/>
        </w:rPr>
        <w:t xml:space="preserve">, </w:t>
      </w:r>
      <w:hyperlink w:anchor="p356">
        <w:r>
          <w:rPr>
            <w:color w:val="2E5A80"/>
            <w:u w:val="single"/>
            <w:sz w:val="18"/>
          </w:rPr>
          <w:t xml:space="preserve">356</w:t>
        </w:r>
      </w:hyperlink>
      <w:r>
        <w:rPr>
          <w:b w:val="0"/>
          <w:i w:val="0"/>
          <w:color w:val="6A6F75"/>
          <w:sz w:val="18"/>
        </w:rPr>
        <w:t xml:space="preserve">, </w:t>
      </w:r>
      <w:hyperlink w:anchor="p357">
        <w:r>
          <w:rPr>
            <w:color w:val="2E5A80"/>
            <w:u w:val="single"/>
            <w:sz w:val="18"/>
          </w:rPr>
          <w:t xml:space="preserve">357</w:t>
        </w:r>
      </w:hyperlink>
      <w:r>
        <w:rPr>
          <w:b w:val="0"/>
          <w:i w:val="0"/>
          <w:color w:val="6A6F75"/>
          <w:sz w:val="18"/>
        </w:rPr>
        <w:t xml:space="preserve">, </w:t>
      </w:r>
      <w:hyperlink w:anchor="p370">
        <w:r>
          <w:rPr>
            <w:color w:val="2E5A80"/>
            <w:u w:val="single"/>
            <w:sz w:val="18"/>
          </w:rPr>
          <w:t xml:space="preserve">370</w:t>
        </w:r>
      </w:hyperlink>
      <w:r>
        <w:rPr>
          <w:b w:val="0"/>
          <w:i w:val="0"/>
          <w:color w:val="6A6F75"/>
          <w:sz w:val="18"/>
        </w:rPr>
        <w:t xml:space="preserve">, </w:t>
      </w:r>
      <w:hyperlink w:anchor="p374">
        <w:r>
          <w:rPr>
            <w:color w:val="2E5A80"/>
            <w:u w:val="single"/>
            <w:sz w:val="18"/>
          </w:rPr>
          <w:t xml:space="preserve">374</w:t>
        </w:r>
      </w:hyperlink>
      <w:r>
        <w:rPr>
          <w:b w:val="0"/>
          <w:i w:val="0"/>
          <w:color w:val="6A6F75"/>
          <w:sz w:val="18"/>
        </w:rPr>
        <w:t xml:space="preserve">, </w:t>
      </w:r>
      <w:hyperlink w:anchor="p377">
        <w:r>
          <w:rPr>
            <w:color w:val="2E5A80"/>
            <w:u w:val="single"/>
            <w:sz w:val="18"/>
          </w:rPr>
          <w:t xml:space="preserve">377</w:t>
        </w:r>
      </w:hyperlink>
      <w:r>
        <w:rPr>
          <w:b w:val="0"/>
          <w:i w:val="0"/>
          <w:color w:val="6A6F75"/>
          <w:sz w:val="18"/>
        </w:rPr>
        <w:t xml:space="preserve">, </w:t>
      </w:r>
      <w:hyperlink w:anchor="p379">
        <w:r>
          <w:rPr>
            <w:color w:val="2E5A80"/>
            <w:u w:val="single"/>
            <w:sz w:val="18"/>
          </w:rPr>
          <w:t xml:space="preserve">379</w:t>
        </w:r>
      </w:hyperlink>
      <w:r>
        <w:rPr>
          <w:b w:val="0"/>
          <w:i w:val="0"/>
          <w:color w:val="6A6F75"/>
          <w:sz w:val="18"/>
        </w:rPr>
        <w:t xml:space="preserve">, </w:t>
      </w:r>
      <w:hyperlink w:anchor="p390">
        <w:r>
          <w:rPr>
            <w:color w:val="2E5A80"/>
            <w:u w:val="single"/>
            <w:sz w:val="18"/>
          </w:rPr>
          <w:t xml:space="preserve">390</w:t>
        </w:r>
      </w:hyperlink>
      <w:r>
        <w:rPr>
          <w:b w:val="0"/>
          <w:i w:val="0"/>
          <w:color w:val="6A6F75"/>
          <w:sz w:val="18"/>
        </w:rPr>
        <w:t xml:space="preserve">, </w:t>
      </w:r>
      <w:hyperlink w:anchor="p421">
        <w:r>
          <w:rPr>
            <w:color w:val="2E5A80"/>
            <w:u w:val="single"/>
            <w:sz w:val="18"/>
          </w:rPr>
          <w:t xml:space="preserve">421</w:t>
        </w:r>
      </w:hyperlink>
      <w:r>
        <w:rPr>
          <w:b w:val="0"/>
          <w:i w:val="0"/>
          <w:color w:val="6A6F75"/>
          <w:sz w:val="18"/>
        </w:rPr>
        <w:t xml:space="preserve">, </w:t>
      </w:r>
      <w:hyperlink w:anchor="p423">
        <w:r>
          <w:rPr>
            <w:color w:val="2E5A80"/>
            <w:u w:val="single"/>
            <w:sz w:val="18"/>
          </w:rPr>
          <w:t xml:space="preserve">423</w:t>
        </w:r>
      </w:hyperlink>
      <w:r>
        <w:rPr>
          <w:b w:val="0"/>
          <w:i w:val="0"/>
          <w:color w:val="6A6F75"/>
          <w:sz w:val="18"/>
        </w:rPr>
        <w:t xml:space="preserve">, </w:t>
      </w:r>
      <w:hyperlink w:anchor="p436">
        <w:r>
          <w:rPr>
            <w:color w:val="2E5A80"/>
            <w:u w:val="single"/>
            <w:sz w:val="18"/>
          </w:rPr>
          <w:t xml:space="preserve">436</w:t>
        </w:r>
      </w:hyperlink>
      <w:r>
        <w:rPr>
          <w:b w:val="0"/>
          <w:i w:val="0"/>
          <w:color w:val="6A6F75"/>
          <w:sz w:val="18"/>
        </w:rPr>
        <w:t xml:space="preserve">, </w:t>
      </w:r>
      <w:hyperlink w:anchor="p483">
        <w:r>
          <w:rPr>
            <w:color w:val="2E5A80"/>
            <w:u w:val="single"/>
            <w:sz w:val="18"/>
          </w:rPr>
          <w:t xml:space="preserve">483</w:t>
        </w:r>
      </w:hyperlink>
      <w:r>
        <w:rPr>
          <w:b w:val="0"/>
          <w:i w:val="0"/>
          <w:color w:val="6A6F75"/>
          <w:sz w:val="18"/>
        </w:rPr>
        <w:t xml:space="preserve">, </w:t>
      </w:r>
      <w:hyperlink w:anchor="p485">
        <w:r>
          <w:rPr>
            <w:color w:val="2E5A80"/>
            <w:u w:val="single"/>
            <w:sz w:val="18"/>
          </w:rPr>
          <w:t xml:space="preserve">485</w:t>
        </w:r>
      </w:hyperlink>
      <w:r>
        <w:rPr>
          <w:b w:val="0"/>
          <w:i w:val="0"/>
          <w:color w:val="6A6F75"/>
          <w:sz w:val="18"/>
        </w:rPr>
        <w:t xml:space="preserve">, </w:t>
      </w:r>
      <w:hyperlink w:anchor="p488">
        <w:r>
          <w:rPr>
            <w:color w:val="2E5A80"/>
            <w:u w:val="single"/>
            <w:sz w:val="18"/>
          </w:rPr>
          <w:t xml:space="preserve">488</w:t>
        </w:r>
      </w:hyperlink>
      <w:r>
        <w:rPr>
          <w:b w:val="0"/>
          <w:i w:val="0"/>
          <w:color w:val="6A6F75"/>
          <w:sz w:val="18"/>
        </w:rPr>
        <w:t xml:space="preserve">, </w:t>
      </w:r>
      <w:hyperlink w:anchor="p526">
        <w:r>
          <w:rPr>
            <w:color w:val="2E5A80"/>
            <w:u w:val="single"/>
            <w:sz w:val="18"/>
          </w:rPr>
          <w:t xml:space="preserve">526</w:t>
        </w:r>
      </w:hyperlink>
      <w:r>
        <w:rPr>
          <w:b w:val="0"/>
          <w:i w:val="0"/>
          <w:color w:val="6A6F75"/>
          <w:sz w:val="18"/>
        </w:rPr>
        <w:t xml:space="preserve">, </w:t>
      </w:r>
      <w:hyperlink w:anchor="p566">
        <w:r>
          <w:rPr>
            <w:color w:val="2E5A80"/>
            <w:u w:val="single"/>
            <w:sz w:val="18"/>
          </w:rPr>
          <w:t xml:space="preserve">566</w:t>
        </w:r>
      </w:hyperlink>
      <w:r>
        <w:rPr>
          <w:b w:val="0"/>
          <w:i w:val="0"/>
          <w:color w:val="6A6F75"/>
          <w:sz w:val="18"/>
        </w:rPr>
        <w:t xml:space="preserve">, </w:t>
      </w:r>
      <w:hyperlink w:anchor="p571">
        <w:r>
          <w:rPr>
            <w:color w:val="2E5A80"/>
            <w:u w:val="single"/>
            <w:sz w:val="18"/>
          </w:rPr>
          <w:t xml:space="preserve">571</w:t>
        </w:r>
      </w:hyperlink>
      <w:r>
        <w:rPr>
          <w:b w:val="0"/>
          <w:i w:val="0"/>
          <w:color w:val="6A6F75"/>
          <w:sz w:val="18"/>
        </w:rPr>
        <w:t xml:space="preserve">, </w:t>
      </w:r>
      <w:hyperlink w:anchor="p575">
        <w:r>
          <w:rPr>
            <w:color w:val="2E5A80"/>
            <w:u w:val="single"/>
            <w:sz w:val="18"/>
          </w:rPr>
          <w:t xml:space="preserve">575</w:t>
        </w:r>
      </w:hyperlink>
      <w:r>
        <w:rPr>
          <w:b w:val="0"/>
          <w:i w:val="0"/>
          <w:color w:val="6A6F75"/>
          <w:sz w:val="18"/>
        </w:rPr>
        <w:t xml:space="preserve">, </w:t>
      </w:r>
      <w:hyperlink w:anchor="p576">
        <w:r>
          <w:rPr>
            <w:color w:val="2E5A80"/>
            <w:u w:val="single"/>
            <w:sz w:val="18"/>
          </w:rPr>
          <w:t xml:space="preserve">576</w:t>
        </w:r>
      </w:hyperlink>
      <w:r>
        <w:rPr>
          <w:b w:val="0"/>
          <w:i w:val="0"/>
          <w:color w:val="6A6F75"/>
          <w:sz w:val="18"/>
        </w:rPr>
        <w:t xml:space="preserve">, </w:t>
      </w:r>
      <w:hyperlink w:anchor="p580">
        <w:r>
          <w:rPr>
            <w:color w:val="2E5A80"/>
            <w:u w:val="single"/>
            <w:sz w:val="18"/>
          </w:rPr>
          <w:t xml:space="preserve">580</w:t>
        </w:r>
      </w:hyperlink>
      <w:r>
        <w:rPr>
          <w:b w:val="0"/>
          <w:i w:val="0"/>
          <w:color w:val="6A6F75"/>
          <w:sz w:val="18"/>
        </w:rPr>
        <w:t xml:space="preserve">, </w:t>
      </w:r>
      <w:hyperlink w:anchor="p581">
        <w:r>
          <w:rPr>
            <w:color w:val="2E5A80"/>
            <w:u w:val="single"/>
            <w:sz w:val="18"/>
          </w:rPr>
          <w:t xml:space="preserve">581</w:t>
        </w:r>
      </w:hyperlink>
      <w:r>
        <w:rPr>
          <w:b w:val="0"/>
          <w:i w:val="0"/>
          <w:color w:val="6A6F75"/>
          <w:sz w:val="18"/>
        </w:rPr>
        <w:t xml:space="preserve">, </w:t>
      </w:r>
      <w:hyperlink w:anchor="p674">
        <w:r>
          <w:rPr>
            <w:color w:val="2E5A80"/>
            <w:u w:val="single"/>
            <w:sz w:val="18"/>
          </w:rPr>
          <w:t xml:space="preserve">674</w:t>
        </w:r>
      </w:hyperlink>
      <w:r>
        <w:rPr>
          <w:b w:val="0"/>
          <w:i w:val="0"/>
          <w:color w:val="6A6F75"/>
          <w:sz w:val="18"/>
        </w:rPr>
        <w:t xml:space="preserve">, </w:t>
      </w:r>
      <w:hyperlink w:anchor="p675">
        <w:r>
          <w:rPr>
            <w:color w:val="2E5A80"/>
            <w:u w:val="single"/>
            <w:sz w:val="18"/>
          </w:rPr>
          <w:t xml:space="preserve">675</w:t>
        </w:r>
      </w:hyperlink>
      <w:r>
        <w:rPr>
          <w:b w:val="0"/>
          <w:i w:val="0"/>
          <w:color w:val="6A6F75"/>
          <w:sz w:val="18"/>
        </w:rPr>
        <w:t xml:space="preserve">, </w:t>
      </w:r>
      <w:hyperlink w:anchor="p727">
        <w:r>
          <w:rPr>
            <w:color w:val="2E5A80"/>
            <w:u w:val="single"/>
            <w:sz w:val="18"/>
          </w:rPr>
          <w:t xml:space="preserve">727</w:t>
        </w:r>
      </w:hyperlink>
      <w:r>
        <w:rPr>
          <w:b w:val="0"/>
          <w:i w:val="0"/>
          <w:color w:val="6A6F75"/>
          <w:sz w:val="18"/>
        </w:rPr>
        <w:t xml:space="preserve">, </w:t>
      </w:r>
      <w:hyperlink w:anchor="p730">
        <w:r>
          <w:rPr>
            <w:color w:val="2E5A80"/>
            <w:u w:val="single"/>
            <w:sz w:val="18"/>
          </w:rPr>
          <w:t xml:space="preserve">730</w:t>
        </w:r>
      </w:hyperlink>
      <w:r>
        <w:rPr>
          <w:b w:val="0"/>
          <w:i w:val="0"/>
          <w:color w:val="6A6F75"/>
          <w:sz w:val="18"/>
        </w:rPr>
        <w:t xml:space="preserve">, </w:t>
      </w:r>
      <w:hyperlink w:anchor="p734">
        <w:r>
          <w:rPr>
            <w:color w:val="2E5A80"/>
            <w:u w:val="single"/>
            <w:sz w:val="18"/>
          </w:rPr>
          <w:t xml:space="preserve">734</w:t>
        </w:r>
      </w:hyperlink>
      <w:r>
        <w:rPr>
          <w:b w:val="0"/>
          <w:i w:val="0"/>
          <w:color w:val="6A6F75"/>
          <w:sz w:val="18"/>
        </w:rPr>
        <w:t xml:space="preserve">, </w:t>
      </w:r>
      <w:hyperlink w:anchor="p744">
        <w:r>
          <w:rPr>
            <w:color w:val="2E5A80"/>
            <w:u w:val="single"/>
            <w:sz w:val="18"/>
          </w:rPr>
          <w:t xml:space="preserve">744</w:t>
        </w:r>
      </w:hyperlink>
      <w:r>
        <w:rPr>
          <w:b w:val="0"/>
          <w:i w:val="0"/>
          <w:color w:val="6A6F75"/>
          <w:sz w:val="18"/>
        </w:rPr>
        <w:t xml:space="preserve">, </w:t>
      </w:r>
      <w:hyperlink w:anchor="p748">
        <w:r>
          <w:rPr>
            <w:color w:val="2E5A80"/>
            <w:u w:val="single"/>
            <w:sz w:val="18"/>
          </w:rPr>
          <w:t xml:space="preserve">748</w:t>
        </w:r>
      </w:hyperlink>
      <w:r>
        <w:rPr>
          <w:b w:val="0"/>
          <w:i w:val="0"/>
          <w:color w:val="6A6F75"/>
          <w:sz w:val="18"/>
        </w:rPr>
        <w:t xml:space="preserve">, </w:t>
      </w:r>
      <w:hyperlink w:anchor="p758">
        <w:r>
          <w:rPr>
            <w:color w:val="2E5A80"/>
            <w:u w:val="single"/>
            <w:sz w:val="18"/>
          </w:rPr>
          <w:t xml:space="preserve">758</w:t>
        </w:r>
      </w:hyperlink>
      <w:r>
        <w:rPr>
          <w:b w:val="0"/>
          <w:i w:val="0"/>
          <w:color w:val="6A6F75"/>
          <w:sz w:val="18"/>
        </w:rPr>
        <w:t xml:space="preserve">, </w:t>
      </w:r>
      <w:hyperlink w:anchor="p759">
        <w:r>
          <w:rPr>
            <w:color w:val="2E5A80"/>
            <w:u w:val="single"/>
            <w:sz w:val="18"/>
          </w:rPr>
          <w:t xml:space="preserve">759</w:t>
        </w:r>
      </w:hyperlink>
      <w:r>
        <w:rPr>
          <w:b w:val="0"/>
          <w:i w:val="0"/>
          <w:color w:val="6A6F75"/>
          <w:sz w:val="18"/>
        </w:rPr>
        <w:t xml:space="preserve">, </w:t>
      </w:r>
      <w:hyperlink w:anchor="p777">
        <w:r>
          <w:rPr>
            <w:color w:val="2E5A80"/>
            <w:u w:val="single"/>
            <w:sz w:val="18"/>
          </w:rPr>
          <w:t xml:space="preserve">777</w:t>
        </w:r>
      </w:hyperlink>
      <w:r>
        <w:rPr>
          <w:b w:val="0"/>
          <w:i w:val="0"/>
          <w:color w:val="6A6F75"/>
          <w:sz w:val="18"/>
        </w:rPr>
        <w:t xml:space="preserve">, </w:t>
      </w:r>
      <w:hyperlink w:anchor="p778">
        <w:r>
          <w:rPr>
            <w:color w:val="2E5A80"/>
            <w:u w:val="single"/>
            <w:sz w:val="18"/>
          </w:rPr>
          <w:t xml:space="preserve">778</w:t>
        </w:r>
      </w:hyperlink>
      <w:r>
        <w:rPr>
          <w:b w:val="0"/>
          <w:i w:val="0"/>
          <w:color w:val="6A6F75"/>
          <w:sz w:val="18"/>
        </w:rPr>
        <w:t xml:space="preserve">, </w:t>
      </w:r>
      <w:hyperlink w:anchor="p789">
        <w:r>
          <w:rPr>
            <w:color w:val="2E5A80"/>
            <w:u w:val="single"/>
            <w:sz w:val="18"/>
          </w:rPr>
          <w:t xml:space="preserve">789</w:t>
        </w:r>
      </w:hyperlink>
    </w:p>
    <w:p>
      <w:pPr>
        <w:keepNext/>
        <w:spacing w:after="20" w:before="120"/>
      </w:pPr>
      <w:r>
        <w:rPr>
          <w:b/>
          <w:i w:val="0"/>
          <w:color w:val="222B33"/>
          <w:sz w:val="22"/>
        </w:rPr>
        <w:t>nagame</w:t>
      </w:r>
      <w:r>
        <w:rPr>
          <w:rFonts w:ascii="Noto Serif CJK JP" w:hAnsi="Noto Serif CJK JP" w:eastAsia="Noto Serif CJK JP"/>
          <w:b w:val="0"/>
          <w:i w:val="0"/>
          <w:sz w:val="21"/>
        </w:rPr>
        <w:t xml:space="preserve">  長雨 / 眺め</w:t>
      </w:r>
      <w:r>
        <w:rPr>
          <w:b w:val="0"/>
          <w:i w:val="0"/>
          <w:color w:val="222B33"/>
          <w:sz w:val="19"/>
        </w:rPr>
        <w:t xml:space="preserve">  long rains and gazing lost in thought.</w:t>
      </w:r>
    </w:p>
    <w:p>
      <w:pPr>
        <w:spacing w:after="40"/>
      </w:pPr>
      <w:hyperlink w:anchor="p76">
        <w:r>
          <w:rPr>
            <w:color w:val="2E5A80"/>
            <w:u w:val="single"/>
            <w:sz w:val="18"/>
          </w:rPr>
          <w:t xml:space="preserve">76</w:t>
        </w:r>
      </w:hyperlink>
      <w:r>
        <w:rPr>
          <w:b w:val="0"/>
          <w:i w:val="0"/>
          <w:color w:val="6A6F75"/>
          <w:sz w:val="18"/>
        </w:rPr>
        <w:t xml:space="preserve">, </w:t>
      </w:r>
      <w:hyperlink w:anchor="p122">
        <w:r>
          <w:rPr>
            <w:color w:val="2E5A80"/>
            <w:u w:val="single"/>
            <w:sz w:val="18"/>
          </w:rPr>
          <w:t xml:space="preserve">122</w:t>
        </w:r>
      </w:hyperlink>
      <w:r>
        <w:rPr>
          <w:b w:val="0"/>
          <w:i w:val="0"/>
          <w:color w:val="6A6F75"/>
          <w:sz w:val="18"/>
        </w:rPr>
        <w:t xml:space="preserve">, </w:t>
      </w:r>
      <w:hyperlink w:anchor="p142">
        <w:r>
          <w:rPr>
            <w:color w:val="2E5A80"/>
            <w:u w:val="single"/>
            <w:sz w:val="18"/>
          </w:rPr>
          <w:t xml:space="preserve">142</w:t>
        </w:r>
      </w:hyperlink>
      <w:r>
        <w:rPr>
          <w:b w:val="0"/>
          <w:i w:val="0"/>
          <w:color w:val="6A6F75"/>
          <w:sz w:val="18"/>
        </w:rPr>
        <w:t xml:space="preserve">, </w:t>
      </w:r>
      <w:hyperlink w:anchor="p162">
        <w:r>
          <w:rPr>
            <w:color w:val="2E5A80"/>
            <w:u w:val="single"/>
            <w:sz w:val="18"/>
          </w:rPr>
          <w:t xml:space="preserve">162</w:t>
        </w:r>
      </w:hyperlink>
      <w:r>
        <w:rPr>
          <w:b w:val="0"/>
          <w:i w:val="0"/>
          <w:color w:val="6A6F75"/>
          <w:sz w:val="18"/>
        </w:rPr>
        <w:t xml:space="preserve">, </w:t>
      </w:r>
      <w:hyperlink w:anchor="p175">
        <w:r>
          <w:rPr>
            <w:color w:val="2E5A80"/>
            <w:u w:val="single"/>
            <w:sz w:val="18"/>
          </w:rPr>
          <w:t xml:space="preserve">175</w:t>
        </w:r>
      </w:hyperlink>
      <w:r>
        <w:rPr>
          <w:b w:val="0"/>
          <w:i w:val="0"/>
          <w:color w:val="6A6F75"/>
          <w:sz w:val="18"/>
        </w:rPr>
        <w:t xml:space="preserve">, </w:t>
      </w:r>
      <w:hyperlink w:anchor="p197">
        <w:r>
          <w:rPr>
            <w:color w:val="2E5A80"/>
            <w:u w:val="single"/>
            <w:sz w:val="18"/>
          </w:rPr>
          <w:t xml:space="preserve">197</w:t>
        </w:r>
      </w:hyperlink>
      <w:r>
        <w:rPr>
          <w:b w:val="0"/>
          <w:i w:val="0"/>
          <w:color w:val="6A6F75"/>
          <w:sz w:val="18"/>
        </w:rPr>
        <w:t xml:space="preserve">, </w:t>
      </w:r>
      <w:hyperlink w:anchor="p198">
        <w:r>
          <w:rPr>
            <w:color w:val="2E5A80"/>
            <w:u w:val="single"/>
            <w:sz w:val="18"/>
          </w:rPr>
          <w:t xml:space="preserve">198</w:t>
        </w:r>
      </w:hyperlink>
      <w:r>
        <w:rPr>
          <w:b w:val="0"/>
          <w:i w:val="0"/>
          <w:color w:val="6A6F75"/>
          <w:sz w:val="18"/>
        </w:rPr>
        <w:t xml:space="preserve">, </w:t>
      </w:r>
      <w:hyperlink w:anchor="p224">
        <w:r>
          <w:rPr>
            <w:color w:val="2E5A80"/>
            <w:u w:val="single"/>
            <w:sz w:val="18"/>
          </w:rPr>
          <w:t xml:space="preserve">224</w:t>
        </w:r>
      </w:hyperlink>
      <w:r>
        <w:rPr>
          <w:b w:val="0"/>
          <w:i w:val="0"/>
          <w:color w:val="6A6F75"/>
          <w:sz w:val="18"/>
        </w:rPr>
        <w:t xml:space="preserve">, </w:t>
      </w:r>
      <w:hyperlink w:anchor="p422">
        <w:r>
          <w:rPr>
            <w:color w:val="2E5A80"/>
            <w:u w:val="single"/>
            <w:sz w:val="18"/>
          </w:rPr>
          <w:t xml:space="preserve">422</w:t>
        </w:r>
      </w:hyperlink>
      <w:r>
        <w:rPr>
          <w:b w:val="0"/>
          <w:i w:val="0"/>
          <w:color w:val="6A6F75"/>
          <w:sz w:val="18"/>
        </w:rPr>
        <w:t xml:space="preserve">, </w:t>
      </w:r>
      <w:hyperlink w:anchor="p537">
        <w:r>
          <w:rPr>
            <w:color w:val="2E5A80"/>
            <w:u w:val="single"/>
            <w:sz w:val="18"/>
          </w:rPr>
          <w:t xml:space="preserve">537</w:t>
        </w:r>
      </w:hyperlink>
      <w:r>
        <w:rPr>
          <w:b w:val="0"/>
          <w:i w:val="0"/>
          <w:color w:val="6A6F75"/>
          <w:sz w:val="18"/>
        </w:rPr>
        <w:t xml:space="preserve">, </w:t>
      </w:r>
      <w:hyperlink w:anchor="p745">
        <w:r>
          <w:rPr>
            <w:color w:val="2E5A80"/>
            <w:u w:val="single"/>
            <w:sz w:val="18"/>
          </w:rPr>
          <w:t xml:space="preserve">745</w:t>
        </w:r>
      </w:hyperlink>
      <w:r>
        <w:rPr>
          <w:b w:val="0"/>
          <w:i w:val="0"/>
          <w:color w:val="6A6F75"/>
          <w:sz w:val="18"/>
        </w:rPr>
        <w:t xml:space="preserve">, </w:t>
      </w:r>
      <w:hyperlink w:anchor="p746">
        <w:r>
          <w:rPr>
            <w:color w:val="2E5A80"/>
            <w:u w:val="single"/>
            <w:sz w:val="18"/>
          </w:rPr>
          <w:t xml:space="preserve">746</w:t>
        </w:r>
      </w:hyperlink>
      <w:r>
        <w:rPr>
          <w:b w:val="0"/>
          <w:i w:val="0"/>
          <w:color w:val="6A6F75"/>
          <w:sz w:val="18"/>
        </w:rPr>
        <w:t xml:space="preserve">, </w:t>
      </w:r>
      <w:hyperlink w:anchor="p774">
        <w:r>
          <w:rPr>
            <w:color w:val="2E5A80"/>
            <w:u w:val="single"/>
            <w:sz w:val="18"/>
          </w:rPr>
          <w:t xml:space="preserve">774</w:t>
        </w:r>
      </w:hyperlink>
      <w:r>
        <w:rPr>
          <w:b w:val="0"/>
          <w:i w:val="0"/>
          <w:color w:val="6A6F75"/>
          <w:sz w:val="18"/>
        </w:rPr>
        <w:t xml:space="preserve">, </w:t>
      </w:r>
      <w:hyperlink w:anchor="p789">
        <w:r>
          <w:rPr>
            <w:color w:val="2E5A80"/>
            <w:u w:val="single"/>
            <w:sz w:val="18"/>
          </w:rPr>
          <w:t xml:space="preserve">789</w:t>
        </w:r>
      </w:hyperlink>
    </w:p>
    <w:p>
      <w:pPr>
        <w:keepNext/>
        <w:spacing w:after="20" w:before="120"/>
      </w:pPr>
      <w:r>
        <w:rPr>
          <w:b/>
          <w:i w:val="0"/>
          <w:color w:val="222B33"/>
          <w:sz w:val="22"/>
        </w:rPr>
        <w:t>kari</w:t>
      </w:r>
      <w:r>
        <w:rPr>
          <w:rFonts w:ascii="Noto Serif CJK JP" w:hAnsi="Noto Serif CJK JP" w:eastAsia="Noto Serif CJK JP"/>
          <w:b w:val="0"/>
          <w:i w:val="0"/>
          <w:sz w:val="21"/>
        </w:rPr>
        <w:t xml:space="preserve">  雁 / 仮 / 刈る / 狩</w:t>
      </w:r>
      <w:r>
        <w:rPr>
          <w:b w:val="0"/>
          <w:i w:val="0"/>
          <w:color w:val="222B33"/>
          <w:sz w:val="19"/>
        </w:rPr>
        <w:t xml:space="preserve">  wild goose, temporary (the transient world), to reap, to hunt.</w:t>
      </w:r>
    </w:p>
    <w:p>
      <w:pPr>
        <w:spacing w:after="40"/>
      </w:pPr>
      <w:hyperlink w:anchor="p26">
        <w:r>
          <w:rPr>
            <w:color w:val="2E5A80"/>
            <w:u w:val="single"/>
            <w:sz w:val="18"/>
          </w:rPr>
          <w:t xml:space="preserve">26</w:t>
        </w:r>
      </w:hyperlink>
      <w:r>
        <w:rPr>
          <w:b w:val="0"/>
          <w:i w:val="0"/>
          <w:color w:val="6A6F75"/>
          <w:sz w:val="18"/>
        </w:rPr>
        <w:t xml:space="preserve">, </w:t>
      </w:r>
      <w:hyperlink w:anchor="p68">
        <w:r>
          <w:rPr>
            <w:color w:val="2E5A80"/>
            <w:u w:val="single"/>
            <w:sz w:val="18"/>
          </w:rPr>
          <w:t xml:space="preserve">68</w:t>
        </w:r>
      </w:hyperlink>
      <w:r>
        <w:rPr>
          <w:b w:val="0"/>
          <w:i w:val="0"/>
          <w:color w:val="6A6F75"/>
          <w:sz w:val="18"/>
        </w:rPr>
        <w:t xml:space="preserve">, </w:t>
      </w:r>
      <w:hyperlink w:anchor="p69">
        <w:r>
          <w:rPr>
            <w:color w:val="2E5A80"/>
            <w:u w:val="single"/>
            <w:sz w:val="18"/>
          </w:rPr>
          <w:t xml:space="preserve">69</w:t>
        </w:r>
      </w:hyperlink>
      <w:r>
        <w:rPr>
          <w:b w:val="0"/>
          <w:i w:val="0"/>
          <w:color w:val="6A6F75"/>
          <w:sz w:val="18"/>
        </w:rPr>
        <w:t xml:space="preserve">, </w:t>
      </w:r>
      <w:hyperlink w:anchor="p89">
        <w:r>
          <w:rPr>
            <w:color w:val="2E5A80"/>
            <w:u w:val="single"/>
            <w:sz w:val="18"/>
          </w:rPr>
          <w:t xml:space="preserve">89</w:t>
        </w:r>
      </w:hyperlink>
      <w:r>
        <w:rPr>
          <w:b w:val="0"/>
          <w:i w:val="0"/>
          <w:color w:val="6A6F75"/>
          <w:sz w:val="18"/>
        </w:rPr>
        <w:t xml:space="preserve">, </w:t>
      </w:r>
      <w:hyperlink w:anchor="p90">
        <w:r>
          <w:rPr>
            <w:color w:val="2E5A80"/>
            <w:u w:val="single"/>
            <w:sz w:val="18"/>
          </w:rPr>
          <w:t xml:space="preserve">90</w:t>
        </w:r>
      </w:hyperlink>
      <w:r>
        <w:rPr>
          <w:b w:val="0"/>
          <w:i w:val="0"/>
          <w:color w:val="6A6F75"/>
          <w:sz w:val="18"/>
        </w:rPr>
        <w:t xml:space="preserve">, </w:t>
      </w:r>
      <w:hyperlink w:anchor="p174">
        <w:r>
          <w:rPr>
            <w:color w:val="2E5A80"/>
            <w:u w:val="single"/>
            <w:sz w:val="18"/>
          </w:rPr>
          <w:t xml:space="preserve">174</w:t>
        </w:r>
      </w:hyperlink>
      <w:r>
        <w:rPr>
          <w:b w:val="0"/>
          <w:i w:val="0"/>
          <w:color w:val="6A6F75"/>
          <w:sz w:val="18"/>
        </w:rPr>
        <w:t xml:space="preserve">, </w:t>
      </w:r>
      <w:hyperlink w:anchor="p196">
        <w:r>
          <w:rPr>
            <w:color w:val="2E5A80"/>
            <w:u w:val="single"/>
            <w:sz w:val="18"/>
          </w:rPr>
          <w:t xml:space="preserve">196</w:t>
        </w:r>
      </w:hyperlink>
      <w:r>
        <w:rPr>
          <w:b w:val="0"/>
          <w:i w:val="0"/>
          <w:color w:val="6A6F75"/>
          <w:sz w:val="18"/>
        </w:rPr>
        <w:t xml:space="preserve">, </w:t>
      </w:r>
      <w:hyperlink w:anchor="p200">
        <w:r>
          <w:rPr>
            <w:color w:val="2E5A80"/>
            <w:u w:val="single"/>
            <w:sz w:val="18"/>
          </w:rPr>
          <w:t xml:space="preserve">200</w:t>
        </w:r>
      </w:hyperlink>
      <w:r>
        <w:rPr>
          <w:b w:val="0"/>
          <w:i w:val="0"/>
          <w:color w:val="6A6F75"/>
          <w:sz w:val="18"/>
        </w:rPr>
        <w:t xml:space="preserve">, </w:t>
      </w:r>
      <w:hyperlink w:anchor="p201">
        <w:r>
          <w:rPr>
            <w:color w:val="2E5A80"/>
            <w:u w:val="single"/>
            <w:sz w:val="18"/>
          </w:rPr>
          <w:t xml:space="preserve">201</w:t>
        </w:r>
      </w:hyperlink>
      <w:r>
        <w:rPr>
          <w:b w:val="0"/>
          <w:i w:val="0"/>
          <w:color w:val="6A6F75"/>
          <w:sz w:val="18"/>
        </w:rPr>
        <w:t xml:space="preserve">, </w:t>
      </w:r>
      <w:hyperlink w:anchor="p202">
        <w:r>
          <w:rPr>
            <w:color w:val="2E5A80"/>
            <w:u w:val="single"/>
            <w:sz w:val="18"/>
          </w:rPr>
          <w:t xml:space="preserve">202</w:t>
        </w:r>
      </w:hyperlink>
      <w:r>
        <w:rPr>
          <w:b w:val="0"/>
          <w:i w:val="0"/>
          <w:color w:val="6A6F75"/>
          <w:sz w:val="18"/>
        </w:rPr>
        <w:t xml:space="preserve">, </w:t>
      </w:r>
      <w:hyperlink w:anchor="p203">
        <w:r>
          <w:rPr>
            <w:color w:val="2E5A80"/>
            <w:u w:val="single"/>
            <w:sz w:val="18"/>
          </w:rPr>
          <w:t xml:space="preserve">203</w:t>
        </w:r>
      </w:hyperlink>
      <w:r>
        <w:rPr>
          <w:b w:val="0"/>
          <w:i w:val="0"/>
          <w:color w:val="6A6F75"/>
          <w:sz w:val="18"/>
        </w:rPr>
        <w:t xml:space="preserve">, </w:t>
      </w:r>
      <w:hyperlink w:anchor="p212">
        <w:r>
          <w:rPr>
            <w:color w:val="2E5A80"/>
            <w:u w:val="single"/>
            <w:sz w:val="18"/>
          </w:rPr>
          <w:t xml:space="preserve">212</w:t>
        </w:r>
      </w:hyperlink>
      <w:r>
        <w:rPr>
          <w:b w:val="0"/>
          <w:i w:val="0"/>
          <w:color w:val="6A6F75"/>
          <w:sz w:val="18"/>
        </w:rPr>
        <w:t xml:space="preserve">, </w:t>
      </w:r>
      <w:hyperlink w:anchor="p213">
        <w:r>
          <w:rPr>
            <w:color w:val="2E5A80"/>
            <w:u w:val="single"/>
            <w:sz w:val="18"/>
          </w:rPr>
          <w:t xml:space="preserve">213</w:t>
        </w:r>
      </w:hyperlink>
      <w:r>
        <w:rPr>
          <w:b w:val="0"/>
          <w:i w:val="0"/>
          <w:color w:val="6A6F75"/>
          <w:sz w:val="18"/>
        </w:rPr>
        <w:t xml:space="preserve">, </w:t>
      </w:r>
      <w:hyperlink w:anchor="p231">
        <w:r>
          <w:rPr>
            <w:color w:val="2E5A80"/>
            <w:u w:val="single"/>
            <w:sz w:val="18"/>
          </w:rPr>
          <w:t xml:space="preserve">231</w:t>
        </w:r>
      </w:hyperlink>
      <w:r>
        <w:rPr>
          <w:b w:val="0"/>
          <w:i w:val="0"/>
          <w:color w:val="6A6F75"/>
          <w:sz w:val="18"/>
        </w:rPr>
        <w:t xml:space="preserve">, </w:t>
      </w:r>
      <w:hyperlink w:anchor="p247">
        <w:r>
          <w:rPr>
            <w:color w:val="2E5A80"/>
            <w:u w:val="single"/>
            <w:sz w:val="18"/>
          </w:rPr>
          <w:t xml:space="preserve">247</w:t>
        </w:r>
      </w:hyperlink>
      <w:r>
        <w:rPr>
          <w:b w:val="0"/>
          <w:i w:val="0"/>
          <w:color w:val="6A6F75"/>
          <w:sz w:val="18"/>
        </w:rPr>
        <w:t xml:space="preserve">, </w:t>
      </w:r>
      <w:hyperlink w:anchor="p259">
        <w:r>
          <w:rPr>
            <w:color w:val="2E5A80"/>
            <w:u w:val="single"/>
            <w:sz w:val="18"/>
          </w:rPr>
          <w:t xml:space="preserve">259</w:t>
        </w:r>
      </w:hyperlink>
      <w:r>
        <w:rPr>
          <w:b w:val="0"/>
          <w:i w:val="0"/>
          <w:color w:val="6A6F75"/>
          <w:sz w:val="18"/>
        </w:rPr>
        <w:t xml:space="preserve">, </w:t>
      </w:r>
      <w:hyperlink w:anchor="p295">
        <w:r>
          <w:rPr>
            <w:color w:val="2E5A80"/>
            <w:u w:val="single"/>
            <w:sz w:val="18"/>
          </w:rPr>
          <w:t xml:space="preserve">295</w:t>
        </w:r>
      </w:hyperlink>
      <w:r>
        <w:rPr>
          <w:b w:val="0"/>
          <w:i w:val="0"/>
          <w:color w:val="6A6F75"/>
          <w:sz w:val="18"/>
        </w:rPr>
        <w:t xml:space="preserve">, </w:t>
      </w:r>
      <w:hyperlink w:anchor="p311">
        <w:r>
          <w:rPr>
            <w:color w:val="2E5A80"/>
            <w:u w:val="single"/>
            <w:sz w:val="18"/>
          </w:rPr>
          <w:t xml:space="preserve">311</w:t>
        </w:r>
      </w:hyperlink>
      <w:r>
        <w:rPr>
          <w:b w:val="0"/>
          <w:i w:val="0"/>
          <w:color w:val="6A6F75"/>
          <w:sz w:val="18"/>
        </w:rPr>
        <w:t xml:space="preserve">, </w:t>
      </w:r>
      <w:hyperlink w:anchor="p317">
        <w:r>
          <w:rPr>
            <w:color w:val="2E5A80"/>
            <w:u w:val="single"/>
            <w:sz w:val="18"/>
          </w:rPr>
          <w:t xml:space="preserve">317</w:t>
        </w:r>
      </w:hyperlink>
      <w:r>
        <w:rPr>
          <w:b w:val="0"/>
          <w:i w:val="0"/>
          <w:color w:val="6A6F75"/>
          <w:sz w:val="18"/>
        </w:rPr>
        <w:t xml:space="preserve">, </w:t>
      </w:r>
      <w:hyperlink w:anchor="p324">
        <w:r>
          <w:rPr>
            <w:color w:val="2E5A80"/>
            <w:u w:val="single"/>
            <w:sz w:val="18"/>
          </w:rPr>
          <w:t xml:space="preserve">324</w:t>
        </w:r>
      </w:hyperlink>
      <w:r>
        <w:rPr>
          <w:b w:val="0"/>
          <w:i w:val="0"/>
          <w:color w:val="6A6F75"/>
          <w:sz w:val="18"/>
        </w:rPr>
        <w:t xml:space="preserve">, </w:t>
      </w:r>
      <w:hyperlink w:anchor="p404">
        <w:r>
          <w:rPr>
            <w:color w:val="2E5A80"/>
            <w:u w:val="single"/>
            <w:sz w:val="18"/>
          </w:rPr>
          <w:t xml:space="preserve">404</w:t>
        </w:r>
      </w:hyperlink>
      <w:r>
        <w:rPr>
          <w:b w:val="0"/>
          <w:i w:val="0"/>
          <w:color w:val="6A6F75"/>
          <w:sz w:val="18"/>
        </w:rPr>
        <w:t xml:space="preserve">, </w:t>
      </w:r>
      <w:hyperlink w:anchor="p406">
        <w:r>
          <w:rPr>
            <w:color w:val="2E5A80"/>
            <w:u w:val="single"/>
            <w:sz w:val="18"/>
          </w:rPr>
          <w:t xml:space="preserve">406</w:t>
        </w:r>
      </w:hyperlink>
      <w:r>
        <w:rPr>
          <w:b w:val="0"/>
          <w:i w:val="0"/>
          <w:color w:val="6A6F75"/>
          <w:sz w:val="18"/>
        </w:rPr>
        <w:t xml:space="preserve">, </w:t>
      </w:r>
      <w:hyperlink w:anchor="p425">
        <w:r>
          <w:rPr>
            <w:color w:val="2E5A80"/>
            <w:u w:val="single"/>
            <w:sz w:val="18"/>
          </w:rPr>
          <w:t xml:space="preserve">425</w:t>
        </w:r>
      </w:hyperlink>
      <w:r>
        <w:rPr>
          <w:b w:val="0"/>
          <w:i w:val="0"/>
          <w:color w:val="6A6F75"/>
          <w:sz w:val="18"/>
        </w:rPr>
        <w:t xml:space="preserve">, </w:t>
      </w:r>
      <w:hyperlink w:anchor="p478">
        <w:r>
          <w:rPr>
            <w:color w:val="2E5A80"/>
            <w:u w:val="single"/>
            <w:sz w:val="18"/>
          </w:rPr>
          <w:t xml:space="preserve">478</w:t>
        </w:r>
      </w:hyperlink>
      <w:r>
        <w:rPr>
          <w:b w:val="0"/>
          <w:i w:val="0"/>
          <w:color w:val="6A6F75"/>
          <w:sz w:val="18"/>
        </w:rPr>
        <w:t xml:space="preserve">, </w:t>
      </w:r>
      <w:hyperlink w:anchor="p535">
        <w:r>
          <w:rPr>
            <w:color w:val="2E5A80"/>
            <w:u w:val="single"/>
            <w:sz w:val="18"/>
          </w:rPr>
          <w:t xml:space="preserve">535</w:t>
        </w:r>
      </w:hyperlink>
      <w:r>
        <w:rPr>
          <w:b w:val="0"/>
          <w:i w:val="0"/>
          <w:color w:val="6A6F75"/>
          <w:sz w:val="18"/>
        </w:rPr>
        <w:t xml:space="preserve">, </w:t>
      </w:r>
      <w:hyperlink w:anchor="p569">
        <w:r>
          <w:rPr>
            <w:color w:val="2E5A80"/>
            <w:u w:val="single"/>
            <w:sz w:val="18"/>
          </w:rPr>
          <w:t xml:space="preserve">569</w:t>
        </w:r>
      </w:hyperlink>
      <w:r>
        <w:rPr>
          <w:b w:val="0"/>
          <w:i w:val="0"/>
          <w:color w:val="6A6F75"/>
          <w:sz w:val="18"/>
        </w:rPr>
        <w:t xml:space="preserve">, </w:t>
      </w:r>
      <w:hyperlink w:anchor="p570">
        <w:r>
          <w:rPr>
            <w:color w:val="2E5A80"/>
            <w:u w:val="single"/>
            <w:sz w:val="18"/>
          </w:rPr>
          <w:t xml:space="preserve">570</w:t>
        </w:r>
      </w:hyperlink>
      <w:r>
        <w:rPr>
          <w:b w:val="0"/>
          <w:i w:val="0"/>
          <w:color w:val="6A6F75"/>
          <w:sz w:val="18"/>
        </w:rPr>
        <w:t xml:space="preserve">, </w:t>
      </w:r>
      <w:hyperlink w:anchor="p576">
        <w:r>
          <w:rPr>
            <w:color w:val="2E5A80"/>
            <w:u w:val="single"/>
            <w:sz w:val="18"/>
          </w:rPr>
          <w:t xml:space="preserve">576</w:t>
        </w:r>
      </w:hyperlink>
      <w:r>
        <w:rPr>
          <w:b w:val="0"/>
          <w:i w:val="0"/>
          <w:color w:val="6A6F75"/>
          <w:sz w:val="18"/>
        </w:rPr>
        <w:t xml:space="preserve">, </w:t>
      </w:r>
      <w:hyperlink w:anchor="p619">
        <w:r>
          <w:rPr>
            <w:color w:val="2E5A80"/>
            <w:u w:val="single"/>
            <w:sz w:val="18"/>
          </w:rPr>
          <w:t xml:space="preserve">619</w:t>
        </w:r>
      </w:hyperlink>
      <w:r>
        <w:rPr>
          <w:b w:val="0"/>
          <w:i w:val="0"/>
          <w:color w:val="6A6F75"/>
          <w:sz w:val="18"/>
        </w:rPr>
        <w:t xml:space="preserve">, </w:t>
      </w:r>
      <w:hyperlink w:anchor="p643">
        <w:r>
          <w:rPr>
            <w:color w:val="2E5A80"/>
            <w:u w:val="single"/>
            <w:sz w:val="18"/>
          </w:rPr>
          <w:t xml:space="preserve">643</w:t>
        </w:r>
      </w:hyperlink>
      <w:r>
        <w:rPr>
          <w:b w:val="0"/>
          <w:i w:val="0"/>
          <w:color w:val="6A6F75"/>
          <w:sz w:val="18"/>
        </w:rPr>
        <w:t xml:space="preserve">, </w:t>
      </w:r>
      <w:hyperlink w:anchor="p668">
        <w:r>
          <w:rPr>
            <w:color w:val="2E5A80"/>
            <w:u w:val="single"/>
            <w:sz w:val="18"/>
          </w:rPr>
          <w:t xml:space="preserve">668</w:t>
        </w:r>
      </w:hyperlink>
      <w:r>
        <w:rPr>
          <w:b w:val="0"/>
          <w:i w:val="0"/>
          <w:color w:val="6A6F75"/>
          <w:sz w:val="18"/>
        </w:rPr>
        <w:t xml:space="preserve">, </w:t>
      </w:r>
      <w:hyperlink w:anchor="p728">
        <w:r>
          <w:rPr>
            <w:color w:val="2E5A80"/>
            <w:u w:val="single"/>
            <w:sz w:val="18"/>
          </w:rPr>
          <w:t xml:space="preserve">728</w:t>
        </w:r>
      </w:hyperlink>
      <w:r>
        <w:rPr>
          <w:b w:val="0"/>
          <w:i w:val="0"/>
          <w:color w:val="6A6F75"/>
          <w:sz w:val="18"/>
        </w:rPr>
        <w:t xml:space="preserve">, </w:t>
      </w:r>
      <w:hyperlink w:anchor="p764">
        <w:r>
          <w:rPr>
            <w:color w:val="2E5A80"/>
            <w:u w:val="single"/>
            <w:sz w:val="18"/>
          </w:rPr>
          <w:t xml:space="preserve">764</w:t>
        </w:r>
      </w:hyperlink>
      <w:r>
        <w:rPr>
          <w:b w:val="0"/>
          <w:i w:val="0"/>
          <w:color w:val="6A6F75"/>
          <w:sz w:val="18"/>
        </w:rPr>
        <w:t xml:space="preserve">, </w:t>
      </w:r>
      <w:hyperlink w:anchor="p772">
        <w:r>
          <w:rPr>
            <w:color w:val="2E5A80"/>
            <w:u w:val="single"/>
            <w:sz w:val="18"/>
          </w:rPr>
          <w:t xml:space="preserve">772</w:t>
        </w:r>
      </w:hyperlink>
    </w:p>
    <w:p>
      <w:pPr>
        <w:keepNext/>
        <w:spacing w:after="20" w:before="120"/>
      </w:pPr>
      <w:r>
        <w:rPr>
          <w:b/>
          <w:i w:val="0"/>
          <w:color w:val="222B33"/>
          <w:sz w:val="22"/>
        </w:rPr>
        <w:t>tsumu</w:t>
      </w:r>
      <w:r>
        <w:rPr>
          <w:rFonts w:ascii="Noto Serif CJK JP" w:hAnsi="Noto Serif CJK JP" w:eastAsia="Noto Serif CJK JP"/>
          <w:b w:val="0"/>
          <w:i w:val="0"/>
          <w:sz w:val="21"/>
        </w:rPr>
        <w:t xml:space="preserve">  摘む / 積む</w:t>
      </w:r>
      <w:r>
        <w:rPr>
          <w:b w:val="0"/>
          <w:i w:val="0"/>
          <w:color w:val="222B33"/>
          <w:sz w:val="19"/>
        </w:rPr>
        <w:t xml:space="preserve">  to pick (young herbs) and to pile up (years).</w:t>
      </w:r>
    </w:p>
    <w:p>
      <w:pPr>
        <w:spacing w:after="40"/>
      </w:pPr>
      <w:hyperlink w:anchor="p62">
        <w:r>
          <w:rPr>
            <w:color w:val="2E5A80"/>
            <w:u w:val="single"/>
            <w:sz w:val="18"/>
          </w:rPr>
          <w:t xml:space="preserve">62</w:t>
        </w:r>
      </w:hyperlink>
      <w:r>
        <w:rPr>
          <w:b w:val="0"/>
          <w:i w:val="0"/>
          <w:color w:val="6A6F75"/>
          <w:sz w:val="18"/>
        </w:rPr>
        <w:t xml:space="preserve">, </w:t>
      </w:r>
      <w:hyperlink w:anchor="p63">
        <w:r>
          <w:rPr>
            <w:color w:val="2E5A80"/>
            <w:u w:val="single"/>
            <w:sz w:val="18"/>
          </w:rPr>
          <w:t xml:space="preserve">63</w:t>
        </w:r>
      </w:hyperlink>
      <w:r>
        <w:rPr>
          <w:b w:val="0"/>
          <w:i w:val="0"/>
          <w:color w:val="6A6F75"/>
          <w:sz w:val="18"/>
        </w:rPr>
        <w:t xml:space="preserve">, </w:t>
      </w:r>
      <w:hyperlink w:anchor="p80">
        <w:r>
          <w:rPr>
            <w:color w:val="2E5A80"/>
            <w:u w:val="single"/>
            <w:sz w:val="18"/>
          </w:rPr>
          <w:t xml:space="preserve">80</w:t>
        </w:r>
      </w:hyperlink>
      <w:r>
        <w:rPr>
          <w:b w:val="0"/>
          <w:i w:val="0"/>
          <w:color w:val="6A6F75"/>
          <w:sz w:val="18"/>
        </w:rPr>
        <w:t xml:space="preserve">, </w:t>
      </w:r>
      <w:hyperlink w:anchor="p94">
        <w:r>
          <w:rPr>
            <w:color w:val="2E5A80"/>
            <w:u w:val="single"/>
            <w:sz w:val="18"/>
          </w:rPr>
          <w:t xml:space="preserve">94</w:t>
        </w:r>
      </w:hyperlink>
      <w:r>
        <w:rPr>
          <w:b w:val="0"/>
          <w:i w:val="0"/>
          <w:color w:val="6A6F75"/>
          <w:sz w:val="18"/>
        </w:rPr>
        <w:t xml:space="preserve">, </w:t>
      </w:r>
      <w:hyperlink w:anchor="p136">
        <w:r>
          <w:rPr>
            <w:color w:val="2E5A80"/>
            <w:u w:val="single"/>
            <w:sz w:val="18"/>
          </w:rPr>
          <w:t xml:space="preserve">136</w:t>
        </w:r>
      </w:hyperlink>
      <w:r>
        <w:rPr>
          <w:b w:val="0"/>
          <w:i w:val="0"/>
          <w:color w:val="6A6F75"/>
          <w:sz w:val="18"/>
        </w:rPr>
        <w:t xml:space="preserve">, </w:t>
      </w:r>
      <w:hyperlink w:anchor="p191">
        <w:r>
          <w:rPr>
            <w:color w:val="2E5A80"/>
            <w:u w:val="single"/>
            <w:sz w:val="18"/>
          </w:rPr>
          <w:t xml:space="preserve">191</w:t>
        </w:r>
      </w:hyperlink>
      <w:r>
        <w:rPr>
          <w:b w:val="0"/>
          <w:i w:val="0"/>
          <w:color w:val="6A6F75"/>
          <w:sz w:val="18"/>
        </w:rPr>
        <w:t xml:space="preserve">, </w:t>
      </w:r>
      <w:hyperlink w:anchor="p192">
        <w:r>
          <w:rPr>
            <w:color w:val="2E5A80"/>
            <w:u w:val="single"/>
            <w:sz w:val="18"/>
          </w:rPr>
          <w:t xml:space="preserve">192</w:t>
        </w:r>
      </w:hyperlink>
      <w:r>
        <w:rPr>
          <w:b w:val="0"/>
          <w:i w:val="0"/>
          <w:color w:val="6A6F75"/>
          <w:sz w:val="18"/>
        </w:rPr>
        <w:t xml:space="preserve">, </w:t>
      </w:r>
      <w:hyperlink w:anchor="p197">
        <w:r>
          <w:rPr>
            <w:color w:val="2E5A80"/>
            <w:u w:val="single"/>
            <w:sz w:val="18"/>
          </w:rPr>
          <w:t xml:space="preserve">197</w:t>
        </w:r>
      </w:hyperlink>
      <w:r>
        <w:rPr>
          <w:b w:val="0"/>
          <w:i w:val="0"/>
          <w:color w:val="6A6F75"/>
          <w:sz w:val="18"/>
        </w:rPr>
        <w:t xml:space="preserve">, </w:t>
      </w:r>
      <w:hyperlink w:anchor="p253">
        <w:r>
          <w:rPr>
            <w:color w:val="2E5A80"/>
            <w:u w:val="single"/>
            <w:sz w:val="18"/>
          </w:rPr>
          <w:t xml:space="preserve">253</w:t>
        </w:r>
      </w:hyperlink>
      <w:r>
        <w:rPr>
          <w:b w:val="0"/>
          <w:i w:val="0"/>
          <w:color w:val="6A6F75"/>
          <w:sz w:val="18"/>
        </w:rPr>
        <w:t xml:space="preserve">, </w:t>
      </w:r>
      <w:hyperlink w:anchor="p364">
        <w:r>
          <w:rPr>
            <w:color w:val="2E5A80"/>
            <w:u w:val="single"/>
            <w:sz w:val="18"/>
          </w:rPr>
          <w:t xml:space="preserve">364</w:t>
        </w:r>
      </w:hyperlink>
      <w:r>
        <w:rPr>
          <w:b w:val="0"/>
          <w:i w:val="0"/>
          <w:color w:val="6A6F75"/>
          <w:sz w:val="18"/>
        </w:rPr>
        <w:t xml:space="preserve">, </w:t>
      </w:r>
      <w:hyperlink w:anchor="p391">
        <w:r>
          <w:rPr>
            <w:color w:val="2E5A80"/>
            <w:u w:val="single"/>
            <w:sz w:val="18"/>
          </w:rPr>
          <w:t xml:space="preserve">391</w:t>
        </w:r>
      </w:hyperlink>
      <w:r>
        <w:rPr>
          <w:b w:val="0"/>
          <w:i w:val="0"/>
          <w:color w:val="6A6F75"/>
          <w:sz w:val="18"/>
        </w:rPr>
        <w:t xml:space="preserve">, </w:t>
      </w:r>
      <w:hyperlink w:anchor="p462">
        <w:r>
          <w:rPr>
            <w:color w:val="2E5A80"/>
            <w:u w:val="single"/>
            <w:sz w:val="18"/>
          </w:rPr>
          <w:t xml:space="preserve">462</w:t>
        </w:r>
      </w:hyperlink>
      <w:r>
        <w:rPr>
          <w:b w:val="0"/>
          <w:i w:val="0"/>
          <w:color w:val="6A6F75"/>
          <w:sz w:val="18"/>
        </w:rPr>
        <w:t xml:space="preserve">, </w:t>
      </w:r>
      <w:hyperlink w:anchor="p492">
        <w:r>
          <w:rPr>
            <w:color w:val="2E5A80"/>
            <w:u w:val="single"/>
            <w:sz w:val="18"/>
          </w:rPr>
          <w:t xml:space="preserve">492</w:t>
        </w:r>
      </w:hyperlink>
      <w:r>
        <w:rPr>
          <w:b w:val="0"/>
          <w:i w:val="0"/>
          <w:color w:val="6A6F75"/>
          <w:sz w:val="18"/>
        </w:rPr>
        <w:t xml:space="preserve">, </w:t>
      </w:r>
      <w:hyperlink w:anchor="p574">
        <w:r>
          <w:rPr>
            <w:color w:val="2E5A80"/>
            <w:u w:val="single"/>
            <w:sz w:val="18"/>
          </w:rPr>
          <w:t xml:space="preserve">574</w:t>
        </w:r>
      </w:hyperlink>
      <w:r>
        <w:rPr>
          <w:b w:val="0"/>
          <w:i w:val="0"/>
          <w:color w:val="6A6F75"/>
          <w:sz w:val="18"/>
        </w:rPr>
        <w:t xml:space="preserve">, </w:t>
      </w:r>
      <w:hyperlink w:anchor="p645">
        <w:r>
          <w:rPr>
            <w:color w:val="2E5A80"/>
            <w:u w:val="single"/>
            <w:sz w:val="18"/>
          </w:rPr>
          <w:t xml:space="preserve">645</w:t>
        </w:r>
      </w:hyperlink>
      <w:r>
        <w:rPr>
          <w:b w:val="0"/>
          <w:i w:val="0"/>
          <w:color w:val="6A6F75"/>
          <w:sz w:val="18"/>
        </w:rPr>
        <w:t xml:space="preserve">, </w:t>
      </w:r>
      <w:hyperlink w:anchor="p650">
        <w:r>
          <w:rPr>
            <w:color w:val="2E5A80"/>
            <w:u w:val="single"/>
            <w:sz w:val="18"/>
          </w:rPr>
          <w:t xml:space="preserve">650</w:t>
        </w:r>
      </w:hyperlink>
      <w:r>
        <w:rPr>
          <w:b w:val="0"/>
          <w:i w:val="0"/>
          <w:color w:val="6A6F75"/>
          <w:sz w:val="18"/>
        </w:rPr>
        <w:t xml:space="preserve">, </w:t>
      </w:r>
      <w:hyperlink w:anchor="p684">
        <w:r>
          <w:rPr>
            <w:color w:val="2E5A80"/>
            <w:u w:val="single"/>
            <w:sz w:val="18"/>
          </w:rPr>
          <w:t xml:space="preserve">684</w:t>
        </w:r>
      </w:hyperlink>
      <w:r>
        <w:rPr>
          <w:b w:val="0"/>
          <w:i w:val="0"/>
          <w:color w:val="6A6F75"/>
          <w:sz w:val="18"/>
        </w:rPr>
        <w:t xml:space="preserve">, </w:t>
      </w:r>
      <w:hyperlink w:anchor="p685">
        <w:r>
          <w:rPr>
            <w:color w:val="2E5A80"/>
            <w:u w:val="single"/>
            <w:sz w:val="18"/>
          </w:rPr>
          <w:t xml:space="preserve">685</w:t>
        </w:r>
      </w:hyperlink>
      <w:r>
        <w:rPr>
          <w:b w:val="0"/>
          <w:i w:val="0"/>
          <w:color w:val="6A6F75"/>
          <w:sz w:val="18"/>
        </w:rPr>
        <w:t xml:space="preserve">, </w:t>
      </w:r>
      <w:hyperlink w:anchor="p790">
        <w:r>
          <w:rPr>
            <w:color w:val="2E5A80"/>
            <w:u w:val="single"/>
            <w:sz w:val="18"/>
          </w:rPr>
          <w:t xml:space="preserve">790</w:t>
        </w:r>
      </w:hyperlink>
      <w:r>
        <w:rPr>
          <w:b w:val="0"/>
          <w:i w:val="0"/>
          <w:color w:val="6A6F75"/>
          <w:sz w:val="18"/>
        </w:rPr>
        <w:t xml:space="preserve">, </w:t>
      </w:r>
      <w:hyperlink w:anchor="p791">
        <w:r>
          <w:rPr>
            <w:color w:val="2E5A80"/>
            <w:u w:val="single"/>
            <w:sz w:val="18"/>
          </w:rPr>
          <w:t xml:space="preserve">791</w:t>
        </w:r>
      </w:hyperlink>
    </w:p>
    <w:p>
      <w:pPr>
        <w:keepNext/>
        <w:spacing w:after="20" w:before="120"/>
      </w:pPr>
      <w:r>
        <w:rPr>
          <w:b/>
          <w:i w:val="0"/>
          <w:color w:val="222B33"/>
          <w:sz w:val="22"/>
        </w:rPr>
        <w:t>mirume</w:t>
      </w:r>
      <w:r>
        <w:rPr>
          <w:rFonts w:ascii="Noto Serif CJK JP" w:hAnsi="Noto Serif CJK JP" w:eastAsia="Noto Serif CJK JP"/>
          <w:b w:val="0"/>
          <w:i w:val="0"/>
          <w:sz w:val="21"/>
        </w:rPr>
        <w:t xml:space="preserve">  海松布 / 見る目</w:t>
      </w:r>
      <w:r>
        <w:rPr>
          <w:b w:val="0"/>
          <w:i w:val="0"/>
          <w:color w:val="222B33"/>
          <w:sz w:val="19"/>
        </w:rPr>
        <w:t xml:space="preserve">  a seaweed and a chance to meet (‘seeing eyes’).</w:t>
      </w:r>
    </w:p>
    <w:p>
      <w:pPr>
        <w:spacing w:after="40"/>
      </w:pPr>
      <w:hyperlink w:anchor="p64">
        <w:r>
          <w:rPr>
            <w:color w:val="2E5A80"/>
            <w:u w:val="single"/>
            <w:sz w:val="18"/>
          </w:rPr>
          <w:t xml:space="preserve">64</w:t>
        </w:r>
      </w:hyperlink>
      <w:r>
        <w:rPr>
          <w:b w:val="0"/>
          <w:i w:val="0"/>
          <w:color w:val="6A6F75"/>
          <w:sz w:val="18"/>
        </w:rPr>
        <w:t xml:space="preserve">, </w:t>
      </w:r>
      <w:hyperlink w:anchor="p110">
        <w:r>
          <w:rPr>
            <w:color w:val="2E5A80"/>
            <w:u w:val="single"/>
            <w:sz w:val="18"/>
          </w:rPr>
          <w:t xml:space="preserve">110</w:t>
        </w:r>
      </w:hyperlink>
      <w:r>
        <w:rPr>
          <w:b w:val="0"/>
          <w:i w:val="0"/>
          <w:color w:val="6A6F75"/>
          <w:sz w:val="18"/>
        </w:rPr>
        <w:t xml:space="preserve">, </w:t>
      </w:r>
      <w:hyperlink w:anchor="p190">
        <w:r>
          <w:rPr>
            <w:color w:val="2E5A80"/>
            <w:u w:val="single"/>
            <w:sz w:val="18"/>
          </w:rPr>
          <w:t xml:space="preserve">190</w:t>
        </w:r>
      </w:hyperlink>
      <w:r>
        <w:rPr>
          <w:b w:val="0"/>
          <w:i w:val="0"/>
          <w:color w:val="6A6F75"/>
          <w:sz w:val="18"/>
        </w:rPr>
        <w:t xml:space="preserve">, </w:t>
      </w:r>
      <w:hyperlink w:anchor="p231">
        <w:r>
          <w:rPr>
            <w:color w:val="2E5A80"/>
            <w:u w:val="single"/>
            <w:sz w:val="18"/>
          </w:rPr>
          <w:t xml:space="preserve">231</w:t>
        </w:r>
      </w:hyperlink>
      <w:r>
        <w:rPr>
          <w:b w:val="0"/>
          <w:i w:val="0"/>
          <w:color w:val="6A6F75"/>
          <w:sz w:val="18"/>
        </w:rPr>
        <w:t xml:space="preserve">, </w:t>
      </w:r>
      <w:hyperlink w:anchor="p254">
        <w:r>
          <w:rPr>
            <w:color w:val="2E5A80"/>
            <w:u w:val="single"/>
            <w:sz w:val="18"/>
          </w:rPr>
          <w:t xml:space="preserve">254</w:t>
        </w:r>
      </w:hyperlink>
      <w:r>
        <w:rPr>
          <w:b w:val="0"/>
          <w:i w:val="0"/>
          <w:color w:val="6A6F75"/>
          <w:sz w:val="18"/>
        </w:rPr>
        <w:t xml:space="preserve">, </w:t>
      </w:r>
      <w:hyperlink w:anchor="p280">
        <w:r>
          <w:rPr>
            <w:color w:val="2E5A80"/>
            <w:u w:val="single"/>
            <w:sz w:val="18"/>
          </w:rPr>
          <w:t xml:space="preserve">280</w:t>
        </w:r>
      </w:hyperlink>
    </w:p>
    <w:p>
      <w:pPr>
        <w:keepNext/>
        <w:spacing w:after="20" w:before="120"/>
      </w:pPr>
      <w:r>
        <w:rPr>
          <w:b/>
          <w:i w:val="0"/>
          <w:color w:val="222B33"/>
          <w:sz w:val="22"/>
        </w:rPr>
        <w:t>au · aoi</w:t>
      </w:r>
      <w:r>
        <w:rPr>
          <w:rFonts w:ascii="Noto Serif CJK JP" w:hAnsi="Noto Serif CJK JP" w:eastAsia="Noto Serif CJK JP"/>
          <w:b w:val="0"/>
          <w:i w:val="0"/>
          <w:sz w:val="21"/>
        </w:rPr>
        <w:t xml:space="preserve">  逢ふ / 葵 (あふひ)</w:t>
      </w:r>
      <w:r>
        <w:rPr>
          <w:b w:val="0"/>
          <w:i w:val="0"/>
          <w:color w:val="222B33"/>
          <w:sz w:val="19"/>
        </w:rPr>
        <w:t xml:space="preserve">  to meet; aoi, heartvine, read as au-hi, ‘day of meeting’.</w:t>
      </w:r>
    </w:p>
    <w:p>
      <w:pPr>
        <w:spacing w:after="40"/>
      </w:pPr>
      <w:hyperlink w:anchor="p18">
        <w:r>
          <w:rPr>
            <w:color w:val="2E5A80"/>
            <w:u w:val="single"/>
            <w:sz w:val="18"/>
          </w:rPr>
          <w:t xml:space="preserve">18</w:t>
        </w:r>
      </w:hyperlink>
      <w:r>
        <w:rPr>
          <w:b w:val="0"/>
          <w:i w:val="0"/>
          <w:color w:val="6A6F75"/>
          <w:sz w:val="18"/>
        </w:rPr>
        <w:t xml:space="preserve">, </w:t>
      </w:r>
      <w:hyperlink w:anchor="p21">
        <w:r>
          <w:rPr>
            <w:color w:val="2E5A80"/>
            <w:u w:val="single"/>
            <w:sz w:val="18"/>
          </w:rPr>
          <w:t xml:space="preserve">21</w:t>
        </w:r>
      </w:hyperlink>
      <w:r>
        <w:rPr>
          <w:b w:val="0"/>
          <w:i w:val="0"/>
          <w:color w:val="6A6F75"/>
          <w:sz w:val="18"/>
        </w:rPr>
        <w:t xml:space="preserve">, </w:t>
      </w:r>
      <w:hyperlink w:anchor="p42">
        <w:r>
          <w:rPr>
            <w:color w:val="2E5A80"/>
            <w:u w:val="single"/>
            <w:sz w:val="18"/>
          </w:rPr>
          <w:t xml:space="preserve">42</w:t>
        </w:r>
      </w:hyperlink>
      <w:r>
        <w:rPr>
          <w:b w:val="0"/>
          <w:i w:val="0"/>
          <w:color w:val="6A6F75"/>
          <w:sz w:val="18"/>
        </w:rPr>
        <w:t xml:space="preserve">, </w:t>
      </w:r>
      <w:hyperlink w:anchor="p60">
        <w:r>
          <w:rPr>
            <w:color w:val="2E5A80"/>
            <w:u w:val="single"/>
            <w:sz w:val="18"/>
          </w:rPr>
          <w:t xml:space="preserve">60</w:t>
        </w:r>
      </w:hyperlink>
      <w:r>
        <w:rPr>
          <w:b w:val="0"/>
          <w:i w:val="0"/>
          <w:color w:val="6A6F75"/>
          <w:sz w:val="18"/>
        </w:rPr>
        <w:t xml:space="preserve">, </w:t>
      </w:r>
      <w:hyperlink w:anchor="p82">
        <w:r>
          <w:rPr>
            <w:color w:val="2E5A80"/>
            <w:u w:val="single"/>
            <w:sz w:val="18"/>
          </w:rPr>
          <w:t xml:space="preserve">82</w:t>
        </w:r>
      </w:hyperlink>
      <w:r>
        <w:rPr>
          <w:b w:val="0"/>
          <w:i w:val="0"/>
          <w:color w:val="6A6F75"/>
          <w:sz w:val="18"/>
        </w:rPr>
        <w:t xml:space="preserve">, </w:t>
      </w:r>
      <w:hyperlink w:anchor="p112">
        <w:r>
          <w:rPr>
            <w:color w:val="2E5A80"/>
            <w:u w:val="single"/>
            <w:sz w:val="18"/>
          </w:rPr>
          <w:t xml:space="preserve">112</w:t>
        </w:r>
      </w:hyperlink>
      <w:r>
        <w:rPr>
          <w:b w:val="0"/>
          <w:i w:val="0"/>
          <w:color w:val="6A6F75"/>
          <w:sz w:val="18"/>
        </w:rPr>
        <w:t xml:space="preserve">, </w:t>
      </w:r>
      <w:hyperlink w:anchor="p113">
        <w:r>
          <w:rPr>
            <w:color w:val="2E5A80"/>
            <w:u w:val="single"/>
            <w:sz w:val="18"/>
          </w:rPr>
          <w:t xml:space="preserve">113</w:t>
        </w:r>
      </w:hyperlink>
      <w:r>
        <w:rPr>
          <w:b w:val="0"/>
          <w:i w:val="0"/>
          <w:color w:val="6A6F75"/>
          <w:sz w:val="18"/>
        </w:rPr>
        <w:t xml:space="preserve">, </w:t>
      </w:r>
      <w:hyperlink w:anchor="p142">
        <w:r>
          <w:rPr>
            <w:color w:val="2E5A80"/>
            <w:u w:val="single"/>
            <w:sz w:val="18"/>
          </w:rPr>
          <w:t xml:space="preserve">142</w:t>
        </w:r>
      </w:hyperlink>
      <w:r>
        <w:rPr>
          <w:b w:val="0"/>
          <w:i w:val="0"/>
          <w:color w:val="6A6F75"/>
          <w:sz w:val="18"/>
        </w:rPr>
        <w:t xml:space="preserve">, </w:t>
      </w:r>
      <w:hyperlink w:anchor="p148">
        <w:r>
          <w:rPr>
            <w:color w:val="2E5A80"/>
            <w:u w:val="single"/>
            <w:sz w:val="18"/>
          </w:rPr>
          <w:t xml:space="preserve">148</w:t>
        </w:r>
      </w:hyperlink>
      <w:r>
        <w:rPr>
          <w:b w:val="0"/>
          <w:i w:val="0"/>
          <w:color w:val="6A6F75"/>
          <w:sz w:val="18"/>
        </w:rPr>
        <w:t xml:space="preserve">, </w:t>
      </w:r>
      <w:hyperlink w:anchor="p158">
        <w:r>
          <w:rPr>
            <w:color w:val="2E5A80"/>
            <w:u w:val="single"/>
            <w:sz w:val="18"/>
          </w:rPr>
          <w:t xml:space="preserve">158</w:t>
        </w:r>
      </w:hyperlink>
      <w:r>
        <w:rPr>
          <w:b w:val="0"/>
          <w:i w:val="0"/>
          <w:color w:val="6A6F75"/>
          <w:sz w:val="18"/>
        </w:rPr>
        <w:t xml:space="preserve">, </w:t>
      </w:r>
      <w:hyperlink w:anchor="p159">
        <w:r>
          <w:rPr>
            <w:color w:val="2E5A80"/>
            <w:u w:val="single"/>
            <w:sz w:val="18"/>
          </w:rPr>
          <w:t xml:space="preserve">159</w:t>
        </w:r>
      </w:hyperlink>
      <w:r>
        <w:rPr>
          <w:b w:val="0"/>
          <w:i w:val="0"/>
          <w:color w:val="6A6F75"/>
          <w:sz w:val="18"/>
        </w:rPr>
        <w:t xml:space="preserve">, </w:t>
      </w:r>
      <w:hyperlink w:anchor="p176">
        <w:r>
          <w:rPr>
            <w:color w:val="2E5A80"/>
            <w:u w:val="single"/>
            <w:sz w:val="18"/>
          </w:rPr>
          <w:t xml:space="preserve">176</w:t>
        </w:r>
      </w:hyperlink>
      <w:r>
        <w:rPr>
          <w:b w:val="0"/>
          <w:i w:val="0"/>
          <w:color w:val="6A6F75"/>
          <w:sz w:val="18"/>
        </w:rPr>
        <w:t xml:space="preserve">, </w:t>
      </w:r>
      <w:hyperlink w:anchor="p180">
        <w:r>
          <w:rPr>
            <w:color w:val="2E5A80"/>
            <w:u w:val="single"/>
            <w:sz w:val="18"/>
          </w:rPr>
          <w:t xml:space="preserve">180</w:t>
        </w:r>
      </w:hyperlink>
      <w:r>
        <w:rPr>
          <w:b w:val="0"/>
          <w:i w:val="0"/>
          <w:color w:val="6A6F75"/>
          <w:sz w:val="18"/>
        </w:rPr>
        <w:t xml:space="preserve">, </w:t>
      </w:r>
      <w:hyperlink w:anchor="p236">
        <w:r>
          <w:rPr>
            <w:color w:val="2E5A80"/>
            <w:u w:val="single"/>
            <w:sz w:val="18"/>
          </w:rPr>
          <w:t xml:space="preserve">236</w:t>
        </w:r>
      </w:hyperlink>
      <w:r>
        <w:rPr>
          <w:b w:val="0"/>
          <w:i w:val="0"/>
          <w:color w:val="6A6F75"/>
          <w:sz w:val="18"/>
        </w:rPr>
        <w:t xml:space="preserve">, </w:t>
      </w:r>
      <w:hyperlink w:anchor="p240">
        <w:r>
          <w:rPr>
            <w:color w:val="2E5A80"/>
            <w:u w:val="single"/>
            <w:sz w:val="18"/>
          </w:rPr>
          <w:t xml:space="preserve">240</w:t>
        </w:r>
      </w:hyperlink>
      <w:r>
        <w:rPr>
          <w:b w:val="0"/>
          <w:i w:val="0"/>
          <w:color w:val="6A6F75"/>
          <w:sz w:val="18"/>
        </w:rPr>
        <w:t xml:space="preserve">, </w:t>
      </w:r>
      <w:hyperlink w:anchor="p260">
        <w:r>
          <w:rPr>
            <w:color w:val="2E5A80"/>
            <w:u w:val="single"/>
            <w:sz w:val="18"/>
          </w:rPr>
          <w:t xml:space="preserve">260</w:t>
        </w:r>
      </w:hyperlink>
      <w:r>
        <w:rPr>
          <w:b w:val="0"/>
          <w:i w:val="0"/>
          <w:color w:val="6A6F75"/>
          <w:sz w:val="18"/>
        </w:rPr>
        <w:t xml:space="preserve">, </w:t>
      </w:r>
      <w:hyperlink w:anchor="p272">
        <w:r>
          <w:rPr>
            <w:color w:val="2E5A80"/>
            <w:u w:val="single"/>
            <w:sz w:val="18"/>
          </w:rPr>
          <w:t xml:space="preserve">272</w:t>
        </w:r>
      </w:hyperlink>
      <w:r>
        <w:rPr>
          <w:b w:val="0"/>
          <w:i w:val="0"/>
          <w:color w:val="6A6F75"/>
          <w:sz w:val="18"/>
        </w:rPr>
        <w:t xml:space="preserve">, </w:t>
      </w:r>
      <w:hyperlink w:anchor="p273">
        <w:r>
          <w:rPr>
            <w:color w:val="2E5A80"/>
            <w:u w:val="single"/>
            <w:sz w:val="18"/>
          </w:rPr>
          <w:t xml:space="preserve">273</w:t>
        </w:r>
      </w:hyperlink>
      <w:r>
        <w:rPr>
          <w:b w:val="0"/>
          <w:i w:val="0"/>
          <w:color w:val="6A6F75"/>
          <w:sz w:val="18"/>
        </w:rPr>
        <w:t xml:space="preserve">, </w:t>
      </w:r>
      <w:hyperlink w:anchor="p346">
        <w:r>
          <w:rPr>
            <w:color w:val="2E5A80"/>
            <w:u w:val="single"/>
            <w:sz w:val="18"/>
          </w:rPr>
          <w:t xml:space="preserve">346</w:t>
        </w:r>
      </w:hyperlink>
      <w:r>
        <w:rPr>
          <w:b w:val="0"/>
          <w:i w:val="0"/>
          <w:color w:val="6A6F75"/>
          <w:sz w:val="18"/>
        </w:rPr>
        <w:t xml:space="preserve">, </w:t>
      </w:r>
      <w:hyperlink w:anchor="p406">
        <w:r>
          <w:rPr>
            <w:color w:val="2E5A80"/>
            <w:u w:val="single"/>
            <w:sz w:val="18"/>
          </w:rPr>
          <w:t xml:space="preserve">406</w:t>
        </w:r>
      </w:hyperlink>
      <w:r>
        <w:rPr>
          <w:b w:val="0"/>
          <w:i w:val="0"/>
          <w:color w:val="6A6F75"/>
          <w:sz w:val="18"/>
        </w:rPr>
        <w:t xml:space="preserve">, </w:t>
      </w:r>
      <w:hyperlink w:anchor="p442">
        <w:r>
          <w:rPr>
            <w:color w:val="2E5A80"/>
            <w:u w:val="single"/>
            <w:sz w:val="18"/>
          </w:rPr>
          <w:t xml:space="preserve">442</w:t>
        </w:r>
      </w:hyperlink>
      <w:r>
        <w:rPr>
          <w:b w:val="0"/>
          <w:i w:val="0"/>
          <w:color w:val="6A6F75"/>
          <w:sz w:val="18"/>
        </w:rPr>
        <w:t xml:space="preserve">, </w:t>
      </w:r>
      <w:hyperlink w:anchor="p469">
        <w:r>
          <w:rPr>
            <w:color w:val="2E5A80"/>
            <w:u w:val="single"/>
            <w:sz w:val="18"/>
          </w:rPr>
          <w:t xml:space="preserve">469</w:t>
        </w:r>
      </w:hyperlink>
      <w:r>
        <w:rPr>
          <w:b w:val="0"/>
          <w:i w:val="0"/>
          <w:color w:val="6A6F75"/>
          <w:sz w:val="18"/>
        </w:rPr>
        <w:t xml:space="preserve">, </w:t>
      </w:r>
      <w:hyperlink w:anchor="p470">
        <w:r>
          <w:rPr>
            <w:color w:val="2E5A80"/>
            <w:u w:val="single"/>
            <w:sz w:val="18"/>
          </w:rPr>
          <w:t xml:space="preserve">470</w:t>
        </w:r>
      </w:hyperlink>
      <w:r>
        <w:rPr>
          <w:b w:val="0"/>
          <w:i w:val="0"/>
          <w:color w:val="6A6F75"/>
          <w:sz w:val="18"/>
        </w:rPr>
        <w:t xml:space="preserve">, </w:t>
      </w:r>
      <w:hyperlink w:anchor="p492">
        <w:r>
          <w:rPr>
            <w:color w:val="2E5A80"/>
            <w:u w:val="single"/>
            <w:sz w:val="18"/>
          </w:rPr>
          <w:t xml:space="preserve">492</w:t>
        </w:r>
      </w:hyperlink>
      <w:r>
        <w:rPr>
          <w:b w:val="0"/>
          <w:i w:val="0"/>
          <w:color w:val="6A6F75"/>
          <w:sz w:val="18"/>
        </w:rPr>
        <w:t xml:space="preserve">, </w:t>
      </w:r>
      <w:hyperlink w:anchor="p574">
        <w:r>
          <w:rPr>
            <w:color w:val="2E5A80"/>
            <w:u w:val="single"/>
            <w:sz w:val="18"/>
          </w:rPr>
          <w:t xml:space="preserve">574</w:t>
        </w:r>
      </w:hyperlink>
      <w:r>
        <w:rPr>
          <w:b w:val="0"/>
          <w:i w:val="0"/>
          <w:color w:val="6A6F75"/>
          <w:sz w:val="18"/>
        </w:rPr>
        <w:t xml:space="preserve">, </w:t>
      </w:r>
      <w:hyperlink w:anchor="p579">
        <w:r>
          <w:rPr>
            <w:color w:val="2E5A80"/>
            <w:u w:val="single"/>
            <w:sz w:val="18"/>
          </w:rPr>
          <w:t xml:space="preserve">579</w:t>
        </w:r>
      </w:hyperlink>
      <w:r>
        <w:rPr>
          <w:b w:val="0"/>
          <w:i w:val="0"/>
          <w:color w:val="6A6F75"/>
          <w:sz w:val="18"/>
        </w:rPr>
        <w:t xml:space="preserve">, </w:t>
      </w:r>
      <w:hyperlink w:anchor="p695">
        <w:r>
          <w:rPr>
            <w:color w:val="2E5A80"/>
            <w:u w:val="single"/>
            <w:sz w:val="18"/>
          </w:rPr>
          <w:t xml:space="preserve">695</w:t>
        </w:r>
      </w:hyperlink>
    </w:p>
    <w:p>
      <w:pPr>
        <w:keepNext/>
        <w:spacing w:after="20" w:before="120"/>
      </w:pPr>
      <w:r>
        <w:rPr>
          <w:b/>
          <w:i w:val="0"/>
          <w:color w:val="222B33"/>
          <w:sz w:val="22"/>
        </w:rPr>
        <w:t>Ōsaka</w:t>
      </w:r>
      <w:r>
        <w:rPr>
          <w:rFonts w:ascii="Noto Serif CJK JP" w:hAnsi="Noto Serif CJK JP" w:eastAsia="Noto Serif CJK JP"/>
          <w:b w:val="0"/>
          <w:i w:val="0"/>
          <w:sz w:val="21"/>
        </w:rPr>
        <w:t xml:space="preserve">  逢坂の関</w:t>
      </w:r>
      <w:r>
        <w:rPr>
          <w:b w:val="0"/>
          <w:i w:val="0"/>
          <w:color w:val="222B33"/>
          <w:sz w:val="19"/>
        </w:rPr>
        <w:t xml:space="preserve">  the barrier of Ōsaka, ‘slope of meeting’: the frontier of lovers’ meeting.</w:t>
      </w:r>
    </w:p>
    <w:p>
      <w:pPr>
        <w:spacing w:after="40"/>
      </w:pPr>
      <w:hyperlink w:anchor="p142">
        <w:r>
          <w:rPr>
            <w:color w:val="2E5A80"/>
            <w:u w:val="single"/>
            <w:sz w:val="18"/>
          </w:rPr>
          <w:t xml:space="preserve">142</w:t>
        </w:r>
      </w:hyperlink>
      <w:r>
        <w:rPr>
          <w:b w:val="0"/>
          <w:i w:val="0"/>
          <w:color w:val="6A6F75"/>
          <w:sz w:val="18"/>
        </w:rPr>
        <w:t xml:space="preserve">, </w:t>
      </w:r>
      <w:hyperlink w:anchor="p273">
        <w:r>
          <w:rPr>
            <w:color w:val="2E5A80"/>
            <w:u w:val="single"/>
            <w:sz w:val="18"/>
          </w:rPr>
          <w:t xml:space="preserve">273</w:t>
        </w:r>
      </w:hyperlink>
      <w:r>
        <w:rPr>
          <w:b w:val="0"/>
          <w:i w:val="0"/>
          <w:color w:val="6A6F75"/>
          <w:sz w:val="18"/>
        </w:rPr>
        <w:t xml:space="preserve">, </w:t>
      </w:r>
      <w:hyperlink w:anchor="p444">
        <w:r>
          <w:rPr>
            <w:color w:val="2E5A80"/>
            <w:u w:val="single"/>
            <w:sz w:val="18"/>
          </w:rPr>
          <w:t xml:space="preserve">444</w:t>
        </w:r>
      </w:hyperlink>
      <w:r>
        <w:rPr>
          <w:b w:val="0"/>
          <w:i w:val="0"/>
          <w:color w:val="6A6F75"/>
          <w:sz w:val="18"/>
        </w:rPr>
        <w:t xml:space="preserve">, </w:t>
      </w:r>
      <w:hyperlink w:anchor="p445">
        <w:r>
          <w:rPr>
            <w:color w:val="2E5A80"/>
            <w:u w:val="single"/>
            <w:sz w:val="18"/>
          </w:rPr>
          <w:t xml:space="preserve">445</w:t>
        </w:r>
      </w:hyperlink>
      <w:r>
        <w:rPr>
          <w:b w:val="0"/>
          <w:i w:val="0"/>
          <w:color w:val="6A6F75"/>
          <w:sz w:val="18"/>
        </w:rPr>
        <w:t xml:space="preserve">, </w:t>
      </w:r>
      <w:hyperlink w:anchor="p469">
        <w:r>
          <w:rPr>
            <w:color w:val="2E5A80"/>
            <w:u w:val="single"/>
            <w:sz w:val="18"/>
          </w:rPr>
          <w:t xml:space="preserve">469</w:t>
        </w:r>
      </w:hyperlink>
      <w:r>
        <w:rPr>
          <w:b w:val="0"/>
          <w:i w:val="0"/>
          <w:color w:val="6A6F75"/>
          <w:sz w:val="18"/>
        </w:rPr>
        <w:t xml:space="preserve">, </w:t>
      </w:r>
      <w:hyperlink w:anchor="p545">
        <w:r>
          <w:rPr>
            <w:color w:val="2E5A80"/>
            <w:u w:val="single"/>
            <w:sz w:val="18"/>
          </w:rPr>
          <w:t xml:space="preserve">545</w:t>
        </w:r>
      </w:hyperlink>
      <w:r>
        <w:rPr>
          <w:b w:val="0"/>
          <w:i w:val="0"/>
          <w:color w:val="6A6F75"/>
          <w:sz w:val="18"/>
        </w:rPr>
        <w:t xml:space="preserve">, </w:t>
      </w:r>
      <w:hyperlink w:anchor="p708">
        <w:r>
          <w:rPr>
            <w:color w:val="2E5A80"/>
            <w:u w:val="single"/>
            <w:sz w:val="18"/>
          </w:rPr>
          <w:t xml:space="preserve">708</w:t>
        </w:r>
      </w:hyperlink>
      <w:r>
        <w:rPr>
          <w:b w:val="0"/>
          <w:i w:val="0"/>
          <w:color w:val="6A6F75"/>
          <w:sz w:val="18"/>
        </w:rPr>
        <w:t xml:space="preserve">, </w:t>
      </w:r>
      <w:hyperlink w:anchor="p709">
        <w:r>
          <w:rPr>
            <w:color w:val="2E5A80"/>
            <w:u w:val="single"/>
            <w:sz w:val="18"/>
          </w:rPr>
          <w:t xml:space="preserve">709</w:t>
        </w:r>
      </w:hyperlink>
    </w:p>
    <w:p>
      <w:pPr>
        <w:keepNext/>
        <w:spacing w:after="20" w:before="120"/>
      </w:pPr>
      <w:r>
        <w:rPr>
          <w:b/>
          <w:i w:val="0"/>
          <w:color w:val="222B33"/>
          <w:sz w:val="22"/>
        </w:rPr>
        <w:t>aki</w:t>
      </w:r>
      <w:r>
        <w:rPr>
          <w:rFonts w:ascii="Noto Serif CJK JP" w:hAnsi="Noto Serif CJK JP" w:eastAsia="Noto Serif CJK JP"/>
          <w:b w:val="0"/>
          <w:i w:val="0"/>
          <w:sz w:val="21"/>
        </w:rPr>
        <w:t xml:space="preserve">  秋 / 飽き</w:t>
      </w:r>
      <w:r>
        <w:rPr>
          <w:b w:val="0"/>
          <w:i w:val="0"/>
          <w:color w:val="222B33"/>
          <w:sz w:val="19"/>
        </w:rPr>
        <w:t xml:space="preserve">  autumn and weariness of a lover.</w:t>
      </w:r>
    </w:p>
    <w:p>
      <w:pPr>
        <w:spacing w:after="40"/>
      </w:pPr>
      <w:hyperlink w:anchor="p7">
        <w:r>
          <w:rPr>
            <w:color w:val="2E5A80"/>
            <w:u w:val="single"/>
            <w:sz w:val="18"/>
          </w:rPr>
          <w:t xml:space="preserve">7</w:t>
        </w:r>
      </w:hyperlink>
      <w:r>
        <w:rPr>
          <w:b w:val="0"/>
          <w:i w:val="0"/>
          <w:color w:val="6A6F75"/>
          <w:sz w:val="18"/>
        </w:rPr>
        <w:t xml:space="preserve">, </w:t>
      </w:r>
      <w:hyperlink w:anchor="p16">
        <w:r>
          <w:rPr>
            <w:color w:val="2E5A80"/>
            <w:u w:val="single"/>
            <w:sz w:val="18"/>
          </w:rPr>
          <w:t xml:space="preserve">16</w:t>
        </w:r>
      </w:hyperlink>
      <w:r>
        <w:rPr>
          <w:b w:val="0"/>
          <w:i w:val="0"/>
          <w:color w:val="6A6F75"/>
          <w:sz w:val="18"/>
        </w:rPr>
        <w:t xml:space="preserve">, </w:t>
      </w:r>
      <w:hyperlink w:anchor="p44">
        <w:r>
          <w:rPr>
            <w:color w:val="2E5A80"/>
            <w:u w:val="single"/>
            <w:sz w:val="18"/>
          </w:rPr>
          <w:t xml:space="preserve">44</w:t>
        </w:r>
      </w:hyperlink>
      <w:r>
        <w:rPr>
          <w:b w:val="0"/>
          <w:i w:val="0"/>
          <w:color w:val="6A6F75"/>
          <w:sz w:val="18"/>
        </w:rPr>
        <w:t xml:space="preserve">, </w:t>
      </w:r>
      <w:hyperlink w:anchor="p124">
        <w:r>
          <w:rPr>
            <w:color w:val="2E5A80"/>
            <w:u w:val="single"/>
            <w:sz w:val="18"/>
          </w:rPr>
          <w:t xml:space="preserve">124</w:t>
        </w:r>
      </w:hyperlink>
      <w:r>
        <w:rPr>
          <w:b w:val="0"/>
          <w:i w:val="0"/>
          <w:color w:val="6A6F75"/>
          <w:sz w:val="18"/>
        </w:rPr>
        <w:t xml:space="preserve">, </w:t>
      </w:r>
      <w:hyperlink w:anchor="p126">
        <w:r>
          <w:rPr>
            <w:color w:val="2E5A80"/>
            <w:u w:val="single"/>
            <w:sz w:val="18"/>
          </w:rPr>
          <w:t xml:space="preserve">126</w:t>
        </w:r>
      </w:hyperlink>
      <w:r>
        <w:rPr>
          <w:b w:val="0"/>
          <w:i w:val="0"/>
          <w:color w:val="6A6F75"/>
          <w:sz w:val="18"/>
        </w:rPr>
        <w:t xml:space="preserve">, </w:t>
      </w:r>
      <w:hyperlink w:anchor="p127">
        <w:r>
          <w:rPr>
            <w:color w:val="2E5A80"/>
            <w:u w:val="single"/>
            <w:sz w:val="18"/>
          </w:rPr>
          <w:t xml:space="preserve">127</w:t>
        </w:r>
      </w:hyperlink>
      <w:r>
        <w:rPr>
          <w:b w:val="0"/>
          <w:i w:val="0"/>
          <w:color w:val="6A6F75"/>
          <w:sz w:val="18"/>
        </w:rPr>
        <w:t xml:space="preserve">, </w:t>
      </w:r>
      <w:hyperlink w:anchor="p135">
        <w:r>
          <w:rPr>
            <w:color w:val="2E5A80"/>
            <w:u w:val="single"/>
            <w:sz w:val="18"/>
          </w:rPr>
          <w:t xml:space="preserve">135</w:t>
        </w:r>
      </w:hyperlink>
      <w:r>
        <w:rPr>
          <w:b w:val="0"/>
          <w:i w:val="0"/>
          <w:color w:val="6A6F75"/>
          <w:sz w:val="18"/>
        </w:rPr>
        <w:t xml:space="preserve">, </w:t>
      </w:r>
      <w:hyperlink w:anchor="p136">
        <w:r>
          <w:rPr>
            <w:color w:val="2E5A80"/>
            <w:u w:val="single"/>
            <w:sz w:val="18"/>
          </w:rPr>
          <w:t xml:space="preserve">136</w:t>
        </w:r>
      </w:hyperlink>
      <w:r>
        <w:rPr>
          <w:b w:val="0"/>
          <w:i w:val="0"/>
          <w:color w:val="6A6F75"/>
          <w:sz w:val="18"/>
        </w:rPr>
        <w:t xml:space="preserve">, </w:t>
      </w:r>
      <w:hyperlink w:anchor="p137">
        <w:r>
          <w:rPr>
            <w:color w:val="2E5A80"/>
            <w:u w:val="single"/>
            <w:sz w:val="18"/>
          </w:rPr>
          <w:t xml:space="preserve">137</w:t>
        </w:r>
      </w:hyperlink>
      <w:r>
        <w:rPr>
          <w:b w:val="0"/>
          <w:i w:val="0"/>
          <w:color w:val="6A6F75"/>
          <w:sz w:val="18"/>
        </w:rPr>
        <w:t xml:space="preserve">, </w:t>
      </w:r>
      <w:hyperlink w:anchor="p142">
        <w:r>
          <w:rPr>
            <w:color w:val="2E5A80"/>
            <w:u w:val="single"/>
            <w:sz w:val="18"/>
          </w:rPr>
          <w:t xml:space="preserve">142</w:t>
        </w:r>
      </w:hyperlink>
      <w:r>
        <w:rPr>
          <w:b w:val="0"/>
          <w:i w:val="0"/>
          <w:color w:val="6A6F75"/>
          <w:sz w:val="18"/>
        </w:rPr>
        <w:t xml:space="preserve">, </w:t>
      </w:r>
      <w:hyperlink w:anchor="p152">
        <w:r>
          <w:rPr>
            <w:color w:val="2E5A80"/>
            <w:u w:val="single"/>
            <w:sz w:val="18"/>
          </w:rPr>
          <w:t xml:space="preserve">152</w:t>
        </w:r>
      </w:hyperlink>
      <w:r>
        <w:rPr>
          <w:b w:val="0"/>
          <w:i w:val="0"/>
          <w:color w:val="6A6F75"/>
          <w:sz w:val="18"/>
        </w:rPr>
        <w:t xml:space="preserve">, </w:t>
      </w:r>
      <w:hyperlink w:anchor="p155">
        <w:r>
          <w:rPr>
            <w:color w:val="2E5A80"/>
            <w:u w:val="single"/>
            <w:sz w:val="18"/>
          </w:rPr>
          <w:t xml:space="preserve">155</w:t>
        </w:r>
      </w:hyperlink>
      <w:r>
        <w:rPr>
          <w:b w:val="0"/>
          <w:i w:val="0"/>
          <w:color w:val="6A6F75"/>
          <w:sz w:val="18"/>
        </w:rPr>
        <w:t xml:space="preserve">, </w:t>
      </w:r>
      <w:hyperlink w:anchor="p228">
        <w:r>
          <w:rPr>
            <w:color w:val="2E5A80"/>
            <w:u w:val="single"/>
            <w:sz w:val="18"/>
          </w:rPr>
          <w:t xml:space="preserve">228</w:t>
        </w:r>
      </w:hyperlink>
      <w:r>
        <w:rPr>
          <w:b w:val="0"/>
          <w:i w:val="0"/>
          <w:color w:val="6A6F75"/>
          <w:sz w:val="18"/>
        </w:rPr>
        <w:t xml:space="preserve">, </w:t>
      </w:r>
      <w:hyperlink w:anchor="p242">
        <w:r>
          <w:rPr>
            <w:color w:val="2E5A80"/>
            <w:u w:val="single"/>
            <w:sz w:val="18"/>
          </w:rPr>
          <w:t xml:space="preserve">242</w:t>
        </w:r>
      </w:hyperlink>
      <w:r>
        <w:rPr>
          <w:b w:val="0"/>
          <w:i w:val="0"/>
          <w:color w:val="6A6F75"/>
          <w:sz w:val="18"/>
        </w:rPr>
        <w:t xml:space="preserve">, </w:t>
      </w:r>
      <w:hyperlink w:anchor="p287">
        <w:r>
          <w:rPr>
            <w:color w:val="2E5A80"/>
            <w:u w:val="single"/>
            <w:sz w:val="18"/>
          </w:rPr>
          <w:t xml:space="preserve">287</w:t>
        </w:r>
      </w:hyperlink>
      <w:r>
        <w:rPr>
          <w:b w:val="0"/>
          <w:i w:val="0"/>
          <w:color w:val="6A6F75"/>
          <w:sz w:val="18"/>
        </w:rPr>
        <w:t xml:space="preserve">, </w:t>
      </w:r>
      <w:hyperlink w:anchor="p306">
        <w:r>
          <w:rPr>
            <w:color w:val="2E5A80"/>
            <w:u w:val="single"/>
            <w:sz w:val="18"/>
          </w:rPr>
          <w:t xml:space="preserve">306</w:t>
        </w:r>
      </w:hyperlink>
      <w:r>
        <w:rPr>
          <w:b w:val="0"/>
          <w:i w:val="0"/>
          <w:color w:val="6A6F75"/>
          <w:sz w:val="18"/>
        </w:rPr>
        <w:t xml:space="preserve">, </w:t>
      </w:r>
      <w:hyperlink w:anchor="p312">
        <w:r>
          <w:rPr>
            <w:color w:val="2E5A80"/>
            <w:u w:val="single"/>
            <w:sz w:val="18"/>
          </w:rPr>
          <w:t xml:space="preserve">312</w:t>
        </w:r>
      </w:hyperlink>
      <w:r>
        <w:rPr>
          <w:b w:val="0"/>
          <w:i w:val="0"/>
          <w:color w:val="6A6F75"/>
          <w:sz w:val="18"/>
        </w:rPr>
        <w:t xml:space="preserve">, </w:t>
      </w:r>
      <w:hyperlink w:anchor="p364">
        <w:r>
          <w:rPr>
            <w:color w:val="2E5A80"/>
            <w:u w:val="single"/>
            <w:sz w:val="18"/>
          </w:rPr>
          <w:t xml:space="preserve">364</w:t>
        </w:r>
      </w:hyperlink>
      <w:r>
        <w:rPr>
          <w:b w:val="0"/>
          <w:i w:val="0"/>
          <w:color w:val="6A6F75"/>
          <w:sz w:val="18"/>
        </w:rPr>
        <w:t xml:space="preserve">, </w:t>
      </w:r>
      <w:hyperlink w:anchor="p455">
        <w:r>
          <w:rPr>
            <w:color w:val="2E5A80"/>
            <w:u w:val="single"/>
            <w:sz w:val="18"/>
          </w:rPr>
          <w:t xml:space="preserve">455</w:t>
        </w:r>
      </w:hyperlink>
      <w:r>
        <w:rPr>
          <w:b w:val="0"/>
          <w:i w:val="0"/>
          <w:color w:val="6A6F75"/>
          <w:sz w:val="18"/>
        </w:rPr>
        <w:t xml:space="preserve">, </w:t>
      </w:r>
      <w:hyperlink w:anchor="p457">
        <w:r>
          <w:rPr>
            <w:color w:val="2E5A80"/>
            <w:u w:val="single"/>
            <w:sz w:val="18"/>
          </w:rPr>
          <w:t xml:space="preserve">457</w:t>
        </w:r>
      </w:hyperlink>
      <w:r>
        <w:rPr>
          <w:b w:val="0"/>
          <w:i w:val="0"/>
          <w:color w:val="6A6F75"/>
          <w:sz w:val="18"/>
        </w:rPr>
        <w:t xml:space="preserve">, </w:t>
      </w:r>
      <w:hyperlink w:anchor="p473">
        <w:r>
          <w:rPr>
            <w:color w:val="2E5A80"/>
            <w:u w:val="single"/>
            <w:sz w:val="18"/>
          </w:rPr>
          <w:t xml:space="preserve">473</w:t>
        </w:r>
      </w:hyperlink>
      <w:r>
        <w:rPr>
          <w:b w:val="0"/>
          <w:i w:val="0"/>
          <w:color w:val="6A6F75"/>
          <w:sz w:val="18"/>
        </w:rPr>
        <w:t xml:space="preserve">, </w:t>
      </w:r>
      <w:hyperlink w:anchor="p480">
        <w:r>
          <w:rPr>
            <w:color w:val="2E5A80"/>
            <w:u w:val="single"/>
            <w:sz w:val="18"/>
          </w:rPr>
          <w:t xml:space="preserve">480</w:t>
        </w:r>
      </w:hyperlink>
      <w:r>
        <w:rPr>
          <w:b w:val="0"/>
          <w:i w:val="0"/>
          <w:color w:val="6A6F75"/>
          <w:sz w:val="18"/>
        </w:rPr>
        <w:t xml:space="preserve">, </w:t>
      </w:r>
      <w:hyperlink w:anchor="p517">
        <w:r>
          <w:rPr>
            <w:color w:val="2E5A80"/>
            <w:u w:val="single"/>
            <w:sz w:val="18"/>
          </w:rPr>
          <w:t xml:space="preserve">517</w:t>
        </w:r>
      </w:hyperlink>
      <w:r>
        <w:rPr>
          <w:b w:val="0"/>
          <w:i w:val="0"/>
          <w:color w:val="6A6F75"/>
          <w:sz w:val="18"/>
        </w:rPr>
        <w:t xml:space="preserve">, </w:t>
      </w:r>
      <w:hyperlink w:anchor="p522">
        <w:r>
          <w:rPr>
            <w:color w:val="2E5A80"/>
            <w:u w:val="single"/>
            <w:sz w:val="18"/>
          </w:rPr>
          <w:t xml:space="preserve">522</w:t>
        </w:r>
      </w:hyperlink>
      <w:r>
        <w:rPr>
          <w:b w:val="0"/>
          <w:i w:val="0"/>
          <w:color w:val="6A6F75"/>
          <w:sz w:val="18"/>
        </w:rPr>
        <w:t xml:space="preserve">, </w:t>
      </w:r>
      <w:hyperlink w:anchor="p524">
        <w:r>
          <w:rPr>
            <w:color w:val="2E5A80"/>
            <w:u w:val="single"/>
            <w:sz w:val="18"/>
          </w:rPr>
          <w:t xml:space="preserve">524</w:t>
        </w:r>
      </w:hyperlink>
      <w:r>
        <w:rPr>
          <w:b w:val="0"/>
          <w:i w:val="0"/>
          <w:color w:val="6A6F75"/>
          <w:sz w:val="18"/>
        </w:rPr>
        <w:t xml:space="preserve">, </w:t>
      </w:r>
      <w:hyperlink w:anchor="p525">
        <w:r>
          <w:rPr>
            <w:color w:val="2E5A80"/>
            <w:u w:val="single"/>
            <w:sz w:val="18"/>
          </w:rPr>
          <w:t xml:space="preserve">525</w:t>
        </w:r>
      </w:hyperlink>
      <w:r>
        <w:rPr>
          <w:b w:val="0"/>
          <w:i w:val="0"/>
          <w:color w:val="6A6F75"/>
          <w:sz w:val="18"/>
        </w:rPr>
        <w:t xml:space="preserve">, </w:t>
      </w:r>
      <w:hyperlink w:anchor="p535">
        <w:r>
          <w:rPr>
            <w:color w:val="2E5A80"/>
            <w:u w:val="single"/>
            <w:sz w:val="18"/>
          </w:rPr>
          <w:t xml:space="preserve">535</w:t>
        </w:r>
      </w:hyperlink>
      <w:r>
        <w:rPr>
          <w:b w:val="0"/>
          <w:i w:val="0"/>
          <w:color w:val="6A6F75"/>
          <w:sz w:val="18"/>
        </w:rPr>
        <w:t xml:space="preserve">, </w:t>
      </w:r>
      <w:hyperlink w:anchor="p539">
        <w:r>
          <w:rPr>
            <w:color w:val="2E5A80"/>
            <w:u w:val="single"/>
            <w:sz w:val="18"/>
          </w:rPr>
          <w:t xml:space="preserve">539</w:t>
        </w:r>
      </w:hyperlink>
      <w:r>
        <w:rPr>
          <w:b w:val="0"/>
          <w:i w:val="0"/>
          <w:color w:val="6A6F75"/>
          <w:sz w:val="18"/>
        </w:rPr>
        <w:t xml:space="preserve">, </w:t>
      </w:r>
      <w:hyperlink w:anchor="p540">
        <w:r>
          <w:rPr>
            <w:color w:val="2E5A80"/>
            <w:u w:val="single"/>
            <w:sz w:val="18"/>
          </w:rPr>
          <w:t xml:space="preserve">540</w:t>
        </w:r>
      </w:hyperlink>
      <w:r>
        <w:rPr>
          <w:b w:val="0"/>
          <w:i w:val="0"/>
          <w:color w:val="6A6F75"/>
          <w:sz w:val="18"/>
        </w:rPr>
        <w:t xml:space="preserve">, </w:t>
      </w:r>
      <w:hyperlink w:anchor="p545">
        <w:r>
          <w:rPr>
            <w:color w:val="2E5A80"/>
            <w:u w:val="single"/>
            <w:sz w:val="18"/>
          </w:rPr>
          <w:t xml:space="preserve">545</w:t>
        </w:r>
      </w:hyperlink>
      <w:r>
        <w:rPr>
          <w:b w:val="0"/>
          <w:i w:val="0"/>
          <w:color w:val="6A6F75"/>
          <w:sz w:val="18"/>
        </w:rPr>
        <w:t xml:space="preserve">, </w:t>
      </w:r>
      <w:hyperlink w:anchor="p558">
        <w:r>
          <w:rPr>
            <w:color w:val="2E5A80"/>
            <w:u w:val="single"/>
            <w:sz w:val="18"/>
          </w:rPr>
          <w:t xml:space="preserve">558</w:t>
        </w:r>
      </w:hyperlink>
      <w:r>
        <w:rPr>
          <w:b w:val="0"/>
          <w:i w:val="0"/>
          <w:color w:val="6A6F75"/>
          <w:sz w:val="18"/>
        </w:rPr>
        <w:t xml:space="preserve">, </w:t>
      </w:r>
      <w:hyperlink w:anchor="p559">
        <w:r>
          <w:rPr>
            <w:color w:val="2E5A80"/>
            <w:u w:val="single"/>
            <w:sz w:val="18"/>
          </w:rPr>
          <w:t xml:space="preserve">559</w:t>
        </w:r>
      </w:hyperlink>
      <w:r>
        <w:rPr>
          <w:b w:val="0"/>
          <w:i w:val="0"/>
          <w:color w:val="6A6F75"/>
          <w:sz w:val="18"/>
        </w:rPr>
        <w:t xml:space="preserve">, </w:t>
      </w:r>
      <w:hyperlink w:anchor="p560">
        <w:r>
          <w:rPr>
            <w:color w:val="2E5A80"/>
            <w:u w:val="single"/>
            <w:sz w:val="18"/>
          </w:rPr>
          <w:t xml:space="preserve">560</w:t>
        </w:r>
      </w:hyperlink>
      <w:r>
        <w:rPr>
          <w:b w:val="0"/>
          <w:i w:val="0"/>
          <w:color w:val="6A6F75"/>
          <w:sz w:val="18"/>
        </w:rPr>
        <w:t xml:space="preserve">, </w:t>
      </w:r>
      <w:hyperlink w:anchor="p561">
        <w:r>
          <w:rPr>
            <w:color w:val="2E5A80"/>
            <w:u w:val="single"/>
            <w:sz w:val="18"/>
          </w:rPr>
          <w:t xml:space="preserve">561</w:t>
        </w:r>
      </w:hyperlink>
      <w:r>
        <w:rPr>
          <w:b w:val="0"/>
          <w:i w:val="0"/>
          <w:color w:val="6A6F75"/>
          <w:sz w:val="18"/>
        </w:rPr>
        <w:t xml:space="preserve">, </w:t>
      </w:r>
      <w:hyperlink w:anchor="p562">
        <w:r>
          <w:rPr>
            <w:color w:val="2E5A80"/>
            <w:u w:val="single"/>
            <w:sz w:val="18"/>
          </w:rPr>
          <w:t xml:space="preserve">562</w:t>
        </w:r>
      </w:hyperlink>
      <w:r>
        <w:rPr>
          <w:b w:val="0"/>
          <w:i w:val="0"/>
          <w:color w:val="6A6F75"/>
          <w:sz w:val="18"/>
        </w:rPr>
        <w:t xml:space="preserve">, </w:t>
      </w:r>
      <w:hyperlink w:anchor="p563">
        <w:r>
          <w:rPr>
            <w:color w:val="2E5A80"/>
            <w:u w:val="single"/>
            <w:sz w:val="18"/>
          </w:rPr>
          <w:t xml:space="preserve">563</w:t>
        </w:r>
      </w:hyperlink>
      <w:r>
        <w:rPr>
          <w:b w:val="0"/>
          <w:i w:val="0"/>
          <w:color w:val="6A6F75"/>
          <w:sz w:val="18"/>
        </w:rPr>
        <w:t xml:space="preserve">, </w:t>
      </w:r>
      <w:hyperlink w:anchor="p582">
        <w:r>
          <w:rPr>
            <w:color w:val="2E5A80"/>
            <w:u w:val="single"/>
            <w:sz w:val="18"/>
          </w:rPr>
          <w:t xml:space="preserve">582</w:t>
        </w:r>
      </w:hyperlink>
      <w:r>
        <w:rPr>
          <w:b w:val="0"/>
          <w:i w:val="0"/>
          <w:color w:val="6A6F75"/>
          <w:sz w:val="18"/>
        </w:rPr>
        <w:t xml:space="preserve">, </w:t>
      </w:r>
      <w:hyperlink w:anchor="p627">
        <w:r>
          <w:rPr>
            <w:color w:val="2E5A80"/>
            <w:u w:val="single"/>
            <w:sz w:val="18"/>
          </w:rPr>
          <w:t xml:space="preserve">627</w:t>
        </w:r>
      </w:hyperlink>
      <w:r>
        <w:rPr>
          <w:b w:val="0"/>
          <w:i w:val="0"/>
          <w:color w:val="6A6F75"/>
          <w:sz w:val="18"/>
        </w:rPr>
        <w:t xml:space="preserve">, </w:t>
      </w:r>
      <w:hyperlink w:anchor="p638">
        <w:r>
          <w:rPr>
            <w:color w:val="2E5A80"/>
            <w:u w:val="single"/>
            <w:sz w:val="18"/>
          </w:rPr>
          <w:t xml:space="preserve">638</w:t>
        </w:r>
      </w:hyperlink>
      <w:r>
        <w:rPr>
          <w:b w:val="0"/>
          <w:i w:val="0"/>
          <w:color w:val="6A6F75"/>
          <w:sz w:val="18"/>
        </w:rPr>
        <w:t xml:space="preserve">, </w:t>
      </w:r>
      <w:hyperlink w:anchor="p643">
        <w:r>
          <w:rPr>
            <w:color w:val="2E5A80"/>
            <w:u w:val="single"/>
            <w:sz w:val="18"/>
          </w:rPr>
          <w:t xml:space="preserve">643</w:t>
        </w:r>
      </w:hyperlink>
      <w:r>
        <w:rPr>
          <w:b w:val="0"/>
          <w:i w:val="0"/>
          <w:color w:val="6A6F75"/>
          <w:sz w:val="18"/>
        </w:rPr>
        <w:t xml:space="preserve">, </w:t>
      </w:r>
      <w:hyperlink w:anchor="p668">
        <w:r>
          <w:rPr>
            <w:color w:val="2E5A80"/>
            <w:u w:val="single"/>
            <w:sz w:val="18"/>
          </w:rPr>
          <w:t xml:space="preserve">668</w:t>
        </w:r>
      </w:hyperlink>
      <w:r>
        <w:rPr>
          <w:b w:val="0"/>
          <w:i w:val="0"/>
          <w:color w:val="6A6F75"/>
          <w:sz w:val="18"/>
        </w:rPr>
        <w:t xml:space="preserve">, </w:t>
      </w:r>
      <w:hyperlink w:anchor="p670">
        <w:r>
          <w:rPr>
            <w:color w:val="2E5A80"/>
            <w:u w:val="single"/>
            <w:sz w:val="18"/>
          </w:rPr>
          <w:t xml:space="preserve">670</w:t>
        </w:r>
      </w:hyperlink>
      <w:r>
        <w:rPr>
          <w:b w:val="0"/>
          <w:i w:val="0"/>
          <w:color w:val="6A6F75"/>
          <w:sz w:val="18"/>
        </w:rPr>
        <w:t xml:space="preserve">, </w:t>
      </w:r>
      <w:hyperlink w:anchor="p672">
        <w:r>
          <w:rPr>
            <w:color w:val="2E5A80"/>
            <w:u w:val="single"/>
            <w:sz w:val="18"/>
          </w:rPr>
          <w:t xml:space="preserve">672</w:t>
        </w:r>
      </w:hyperlink>
      <w:r>
        <w:rPr>
          <w:b w:val="0"/>
          <w:i w:val="0"/>
          <w:color w:val="6A6F75"/>
          <w:sz w:val="18"/>
        </w:rPr>
        <w:t xml:space="preserve">, </w:t>
      </w:r>
      <w:hyperlink w:anchor="p705">
        <w:r>
          <w:rPr>
            <w:color w:val="2E5A80"/>
            <w:u w:val="single"/>
            <w:sz w:val="18"/>
          </w:rPr>
          <w:t xml:space="preserve">705</w:t>
        </w:r>
      </w:hyperlink>
      <w:r>
        <w:rPr>
          <w:b w:val="0"/>
          <w:i w:val="0"/>
          <w:color w:val="6A6F75"/>
          <w:sz w:val="18"/>
        </w:rPr>
        <w:t xml:space="preserve">, </w:t>
      </w:r>
      <w:hyperlink w:anchor="p707">
        <w:r>
          <w:rPr>
            <w:color w:val="2E5A80"/>
            <w:u w:val="single"/>
            <w:sz w:val="18"/>
          </w:rPr>
          <w:t xml:space="preserve">707</w:t>
        </w:r>
      </w:hyperlink>
      <w:r>
        <w:rPr>
          <w:b w:val="0"/>
          <w:i w:val="0"/>
          <w:color w:val="6A6F75"/>
          <w:sz w:val="18"/>
        </w:rPr>
        <w:t xml:space="preserve">, </w:t>
      </w:r>
      <w:hyperlink w:anchor="p710">
        <w:r>
          <w:rPr>
            <w:color w:val="2E5A80"/>
            <w:u w:val="single"/>
            <w:sz w:val="18"/>
          </w:rPr>
          <w:t xml:space="preserve">710</w:t>
        </w:r>
      </w:hyperlink>
      <w:r>
        <w:rPr>
          <w:b w:val="0"/>
          <w:i w:val="0"/>
          <w:color w:val="6A6F75"/>
          <w:sz w:val="18"/>
        </w:rPr>
        <w:t xml:space="preserve">, </w:t>
      </w:r>
      <w:hyperlink w:anchor="p717">
        <w:r>
          <w:rPr>
            <w:color w:val="2E5A80"/>
            <w:u w:val="single"/>
            <w:sz w:val="18"/>
          </w:rPr>
          <w:t xml:space="preserve">717</w:t>
        </w:r>
      </w:hyperlink>
      <w:r>
        <w:rPr>
          <w:b w:val="0"/>
          <w:i w:val="0"/>
          <w:color w:val="6A6F75"/>
          <w:sz w:val="18"/>
        </w:rPr>
        <w:t xml:space="preserve">, </w:t>
      </w:r>
      <w:hyperlink w:anchor="p719">
        <w:r>
          <w:rPr>
            <w:color w:val="2E5A80"/>
            <w:u w:val="single"/>
            <w:sz w:val="18"/>
          </w:rPr>
          <w:t xml:space="preserve">719</w:t>
        </w:r>
      </w:hyperlink>
      <w:r>
        <w:rPr>
          <w:b w:val="0"/>
          <w:i w:val="0"/>
          <w:color w:val="6A6F75"/>
          <w:sz w:val="18"/>
        </w:rPr>
        <w:t xml:space="preserve">, </w:t>
      </w:r>
      <w:hyperlink w:anchor="p732">
        <w:r>
          <w:rPr>
            <w:color w:val="2E5A80"/>
            <w:u w:val="single"/>
            <w:sz w:val="18"/>
          </w:rPr>
          <w:t xml:space="preserve">732</w:t>
        </w:r>
      </w:hyperlink>
      <w:r>
        <w:rPr>
          <w:b w:val="0"/>
          <w:i w:val="0"/>
          <w:color w:val="6A6F75"/>
          <w:sz w:val="18"/>
        </w:rPr>
        <w:t xml:space="preserve">, </w:t>
      </w:r>
      <w:hyperlink w:anchor="p761">
        <w:r>
          <w:rPr>
            <w:color w:val="2E5A80"/>
            <w:u w:val="single"/>
            <w:sz w:val="18"/>
          </w:rPr>
          <w:t xml:space="preserve">761</w:t>
        </w:r>
      </w:hyperlink>
      <w:r>
        <w:rPr>
          <w:b w:val="0"/>
          <w:i w:val="0"/>
          <w:color w:val="6A6F75"/>
          <w:sz w:val="18"/>
        </w:rPr>
        <w:t xml:space="preserve">, </w:t>
      </w:r>
      <w:hyperlink w:anchor="p772">
        <w:r>
          <w:rPr>
            <w:color w:val="2E5A80"/>
            <w:u w:val="single"/>
            <w:sz w:val="18"/>
          </w:rPr>
          <w:t xml:space="preserve">772</w:t>
        </w:r>
      </w:hyperlink>
      <w:r>
        <w:rPr>
          <w:b w:val="0"/>
          <w:i w:val="0"/>
          <w:color w:val="6A6F75"/>
          <w:sz w:val="18"/>
        </w:rPr>
        <w:t xml:space="preserve">, </w:t>
      </w:r>
      <w:hyperlink w:anchor="p779">
        <w:r>
          <w:rPr>
            <w:color w:val="2E5A80"/>
            <w:u w:val="single"/>
            <w:sz w:val="18"/>
          </w:rPr>
          <w:t xml:space="preserve">779</w:t>
        </w:r>
      </w:hyperlink>
      <w:r>
        <w:rPr>
          <w:b w:val="0"/>
          <w:i w:val="0"/>
          <w:color w:val="6A6F75"/>
          <w:sz w:val="18"/>
        </w:rPr>
        <w:t xml:space="preserve">, </w:t>
      </w:r>
      <w:hyperlink w:anchor="p780">
        <w:r>
          <w:rPr>
            <w:color w:val="2E5A80"/>
            <w:u w:val="single"/>
            <w:sz w:val="18"/>
          </w:rPr>
          <w:t xml:space="preserve">780</w:t>
        </w:r>
      </w:hyperlink>
    </w:p>
    <w:p>
      <w:pPr>
        <w:keepNext/>
        <w:spacing w:after="20" w:before="120"/>
      </w:pPr>
      <w:r>
        <w:rPr>
          <w:b/>
          <w:i w:val="0"/>
          <w:color w:val="222B33"/>
          <w:sz w:val="22"/>
        </w:rPr>
        <w:t>uki · Uji</w:t>
      </w:r>
      <w:r>
        <w:rPr>
          <w:rFonts w:ascii="Noto Serif CJK JP" w:hAnsi="Noto Serif CJK JP" w:eastAsia="Noto Serif CJK JP"/>
          <w:b w:val="0"/>
          <w:i w:val="0"/>
          <w:sz w:val="21"/>
        </w:rPr>
        <w:t xml:space="preserve">  憂き / 浮き / 宇治</w:t>
      </w:r>
      <w:r>
        <w:rPr>
          <w:b w:val="0"/>
          <w:i w:val="0"/>
          <w:color w:val="222B33"/>
          <w:sz w:val="19"/>
        </w:rPr>
        <w:t xml:space="preserve">  sorrowful, floating; Uji heard as ushi, ‘sorrowful’, after Kisen.</w:t>
      </w:r>
    </w:p>
    <w:p>
      <w:pPr>
        <w:spacing w:after="40"/>
      </w:pPr>
      <w:hyperlink w:anchor="p10">
        <w:r>
          <w:rPr>
            <w:color w:val="2E5A80"/>
            <w:u w:val="single"/>
            <w:sz w:val="18"/>
          </w:rPr>
          <w:t xml:space="preserve">10</w:t>
        </w:r>
      </w:hyperlink>
      <w:r>
        <w:rPr>
          <w:b w:val="0"/>
          <w:i w:val="0"/>
          <w:color w:val="6A6F75"/>
          <w:sz w:val="18"/>
        </w:rPr>
        <w:t xml:space="preserve">, </w:t>
      </w:r>
      <w:hyperlink w:anchor="p11">
        <w:r>
          <w:rPr>
            <w:color w:val="2E5A80"/>
            <w:u w:val="single"/>
            <w:sz w:val="18"/>
          </w:rPr>
          <w:t xml:space="preserve">11</w:t>
        </w:r>
      </w:hyperlink>
      <w:r>
        <w:rPr>
          <w:b w:val="0"/>
          <w:i w:val="0"/>
          <w:color w:val="6A6F75"/>
          <w:sz w:val="18"/>
        </w:rPr>
        <w:t xml:space="preserve">, </w:t>
      </w:r>
      <w:hyperlink w:anchor="p20">
        <w:r>
          <w:rPr>
            <w:color w:val="2E5A80"/>
            <w:u w:val="single"/>
            <w:sz w:val="18"/>
          </w:rPr>
          <w:t xml:space="preserve">20</w:t>
        </w:r>
      </w:hyperlink>
      <w:r>
        <w:rPr>
          <w:b w:val="0"/>
          <w:i w:val="0"/>
          <w:color w:val="6A6F75"/>
          <w:sz w:val="18"/>
        </w:rPr>
        <w:t xml:space="preserve">, </w:t>
      </w:r>
      <w:hyperlink w:anchor="p23">
        <w:r>
          <w:rPr>
            <w:color w:val="2E5A80"/>
            <w:u w:val="single"/>
            <w:sz w:val="18"/>
          </w:rPr>
          <w:t xml:space="preserve">23</w:t>
        </w:r>
      </w:hyperlink>
      <w:r>
        <w:rPr>
          <w:b w:val="0"/>
          <w:i w:val="0"/>
          <w:color w:val="6A6F75"/>
          <w:sz w:val="18"/>
        </w:rPr>
        <w:t xml:space="preserve">, </w:t>
      </w:r>
      <w:hyperlink w:anchor="p28">
        <w:r>
          <w:rPr>
            <w:color w:val="2E5A80"/>
            <w:u w:val="single"/>
            <w:sz w:val="18"/>
          </w:rPr>
          <w:t xml:space="preserve">28</w:t>
        </w:r>
      </w:hyperlink>
      <w:r>
        <w:rPr>
          <w:b w:val="0"/>
          <w:i w:val="0"/>
          <w:color w:val="6A6F75"/>
          <w:sz w:val="18"/>
        </w:rPr>
        <w:t xml:space="preserve">, </w:t>
      </w:r>
      <w:hyperlink w:anchor="p31">
        <w:r>
          <w:rPr>
            <w:color w:val="2E5A80"/>
            <w:u w:val="single"/>
            <w:sz w:val="18"/>
          </w:rPr>
          <w:t xml:space="preserve">31</w:t>
        </w:r>
      </w:hyperlink>
      <w:r>
        <w:rPr>
          <w:b w:val="0"/>
          <w:i w:val="0"/>
          <w:color w:val="6A6F75"/>
          <w:sz w:val="18"/>
        </w:rPr>
        <w:t xml:space="preserve">, </w:t>
      </w:r>
      <w:hyperlink w:anchor="p38">
        <w:r>
          <w:rPr>
            <w:color w:val="2E5A80"/>
            <w:u w:val="single"/>
            <w:sz w:val="18"/>
          </w:rPr>
          <w:t xml:space="preserve">38</w:t>
        </w:r>
      </w:hyperlink>
      <w:r>
        <w:rPr>
          <w:b w:val="0"/>
          <w:i w:val="0"/>
          <w:color w:val="6A6F75"/>
          <w:sz w:val="18"/>
        </w:rPr>
        <w:t xml:space="preserve">, </w:t>
      </w:r>
      <w:hyperlink w:anchor="p55">
        <w:r>
          <w:rPr>
            <w:color w:val="2E5A80"/>
            <w:u w:val="single"/>
            <w:sz w:val="18"/>
          </w:rPr>
          <w:t xml:space="preserve">55</w:t>
        </w:r>
      </w:hyperlink>
      <w:r>
        <w:rPr>
          <w:b w:val="0"/>
          <w:i w:val="0"/>
          <w:color w:val="6A6F75"/>
          <w:sz w:val="18"/>
        </w:rPr>
        <w:t xml:space="preserve">, </w:t>
      </w:r>
      <w:hyperlink w:anchor="p61">
        <w:r>
          <w:rPr>
            <w:color w:val="2E5A80"/>
            <w:u w:val="single"/>
            <w:sz w:val="18"/>
          </w:rPr>
          <w:t xml:space="preserve">61</w:t>
        </w:r>
      </w:hyperlink>
      <w:r>
        <w:rPr>
          <w:b w:val="0"/>
          <w:i w:val="0"/>
          <w:color w:val="6A6F75"/>
          <w:sz w:val="18"/>
        </w:rPr>
        <w:t xml:space="preserve">, </w:t>
      </w:r>
      <w:hyperlink w:anchor="p65">
        <w:r>
          <w:rPr>
            <w:color w:val="2E5A80"/>
            <w:u w:val="single"/>
            <w:sz w:val="18"/>
          </w:rPr>
          <w:t xml:space="preserve">65</w:t>
        </w:r>
      </w:hyperlink>
      <w:r>
        <w:rPr>
          <w:b w:val="0"/>
          <w:i w:val="0"/>
          <w:color w:val="6A6F75"/>
          <w:sz w:val="18"/>
        </w:rPr>
        <w:t xml:space="preserve">, </w:t>
      </w:r>
      <w:hyperlink w:anchor="p73">
        <w:r>
          <w:rPr>
            <w:color w:val="2E5A80"/>
            <w:u w:val="single"/>
            <w:sz w:val="18"/>
          </w:rPr>
          <w:t xml:space="preserve">73</w:t>
        </w:r>
      </w:hyperlink>
      <w:r>
        <w:rPr>
          <w:b w:val="0"/>
          <w:i w:val="0"/>
          <w:color w:val="6A6F75"/>
          <w:sz w:val="18"/>
        </w:rPr>
        <w:t xml:space="preserve">, </w:t>
      </w:r>
      <w:hyperlink w:anchor="p103">
        <w:r>
          <w:rPr>
            <w:color w:val="2E5A80"/>
            <w:u w:val="single"/>
            <w:sz w:val="18"/>
          </w:rPr>
          <w:t xml:space="preserve">103</w:t>
        </w:r>
      </w:hyperlink>
      <w:r>
        <w:rPr>
          <w:b w:val="0"/>
          <w:i w:val="0"/>
          <w:color w:val="6A6F75"/>
          <w:sz w:val="18"/>
        </w:rPr>
        <w:t xml:space="preserve">, </w:t>
      </w:r>
      <w:hyperlink w:anchor="p109">
        <w:r>
          <w:rPr>
            <w:color w:val="2E5A80"/>
            <w:u w:val="single"/>
            <w:sz w:val="18"/>
          </w:rPr>
          <w:t xml:space="preserve">109</w:t>
        </w:r>
      </w:hyperlink>
      <w:r>
        <w:rPr>
          <w:b w:val="0"/>
          <w:i w:val="0"/>
          <w:color w:val="6A6F75"/>
          <w:sz w:val="18"/>
        </w:rPr>
        <w:t xml:space="preserve">, </w:t>
      </w:r>
      <w:hyperlink w:anchor="p115">
        <w:r>
          <w:rPr>
            <w:color w:val="2E5A80"/>
            <w:u w:val="single"/>
            <w:sz w:val="18"/>
          </w:rPr>
          <w:t xml:space="preserve">115</w:t>
        </w:r>
      </w:hyperlink>
      <w:r>
        <w:rPr>
          <w:b w:val="0"/>
          <w:i w:val="0"/>
          <w:color w:val="6A6F75"/>
          <w:sz w:val="18"/>
        </w:rPr>
        <w:t xml:space="preserve">, </w:t>
      </w:r>
      <w:hyperlink w:anchor="p122">
        <w:r>
          <w:rPr>
            <w:color w:val="2E5A80"/>
            <w:u w:val="single"/>
            <w:sz w:val="18"/>
          </w:rPr>
          <w:t xml:space="preserve">122</w:t>
        </w:r>
      </w:hyperlink>
      <w:r>
        <w:rPr>
          <w:b w:val="0"/>
          <w:i w:val="0"/>
          <w:color w:val="6A6F75"/>
          <w:sz w:val="18"/>
        </w:rPr>
        <w:t xml:space="preserve">, </w:t>
      </w:r>
      <w:hyperlink w:anchor="p159">
        <w:r>
          <w:rPr>
            <w:color w:val="2E5A80"/>
            <w:u w:val="single"/>
            <w:sz w:val="18"/>
          </w:rPr>
          <w:t xml:space="preserve">159</w:t>
        </w:r>
      </w:hyperlink>
      <w:r>
        <w:rPr>
          <w:b w:val="0"/>
          <w:i w:val="0"/>
          <w:color w:val="6A6F75"/>
          <w:sz w:val="18"/>
        </w:rPr>
        <w:t xml:space="preserve">, </w:t>
      </w:r>
      <w:hyperlink w:anchor="p161">
        <w:r>
          <w:rPr>
            <w:color w:val="2E5A80"/>
            <w:u w:val="single"/>
            <w:sz w:val="18"/>
          </w:rPr>
          <w:t xml:space="preserve">161</w:t>
        </w:r>
      </w:hyperlink>
      <w:r>
        <w:rPr>
          <w:b w:val="0"/>
          <w:i w:val="0"/>
          <w:color w:val="6A6F75"/>
          <w:sz w:val="18"/>
        </w:rPr>
        <w:t xml:space="preserve">, </w:t>
      </w:r>
      <w:hyperlink w:anchor="p177">
        <w:r>
          <w:rPr>
            <w:color w:val="2E5A80"/>
            <w:u w:val="single"/>
            <w:sz w:val="18"/>
          </w:rPr>
          <w:t xml:space="preserve">177</w:t>
        </w:r>
      </w:hyperlink>
      <w:r>
        <w:rPr>
          <w:b w:val="0"/>
          <w:i w:val="0"/>
          <w:color w:val="6A6F75"/>
          <w:sz w:val="18"/>
        </w:rPr>
        <w:t xml:space="preserve">, </w:t>
      </w:r>
      <w:hyperlink w:anchor="p179">
        <w:r>
          <w:rPr>
            <w:color w:val="2E5A80"/>
            <w:u w:val="single"/>
            <w:sz w:val="18"/>
          </w:rPr>
          <w:t xml:space="preserve">179</w:t>
        </w:r>
      </w:hyperlink>
      <w:r>
        <w:rPr>
          <w:b w:val="0"/>
          <w:i w:val="0"/>
          <w:color w:val="6A6F75"/>
          <w:sz w:val="18"/>
        </w:rPr>
        <w:t xml:space="preserve">, </w:t>
      </w:r>
      <w:hyperlink w:anchor="p181">
        <w:r>
          <w:rPr>
            <w:color w:val="2E5A80"/>
            <w:u w:val="single"/>
            <w:sz w:val="18"/>
          </w:rPr>
          <w:t xml:space="preserve">181</w:t>
        </w:r>
      </w:hyperlink>
      <w:r>
        <w:rPr>
          <w:b w:val="0"/>
          <w:i w:val="0"/>
          <w:color w:val="6A6F75"/>
          <w:sz w:val="18"/>
        </w:rPr>
        <w:t xml:space="preserve">, </w:t>
      </w:r>
      <w:hyperlink w:anchor="p184">
        <w:r>
          <w:rPr>
            <w:color w:val="2E5A80"/>
            <w:u w:val="single"/>
            <w:sz w:val="18"/>
          </w:rPr>
          <w:t xml:space="preserve">184</w:t>
        </w:r>
      </w:hyperlink>
      <w:r>
        <w:rPr>
          <w:b w:val="0"/>
          <w:i w:val="0"/>
          <w:color w:val="6A6F75"/>
          <w:sz w:val="18"/>
        </w:rPr>
        <w:t xml:space="preserve">, </w:t>
      </w:r>
      <w:hyperlink w:anchor="p194">
        <w:r>
          <w:rPr>
            <w:color w:val="2E5A80"/>
            <w:u w:val="single"/>
            <w:sz w:val="18"/>
          </w:rPr>
          <w:t xml:space="preserve">194</w:t>
        </w:r>
      </w:hyperlink>
      <w:r>
        <w:rPr>
          <w:b w:val="0"/>
          <w:i w:val="0"/>
          <w:color w:val="6A6F75"/>
          <w:sz w:val="18"/>
        </w:rPr>
        <w:t xml:space="preserve">, </w:t>
      </w:r>
      <w:hyperlink w:anchor="p196">
        <w:r>
          <w:rPr>
            <w:color w:val="2E5A80"/>
            <w:u w:val="single"/>
            <w:sz w:val="18"/>
          </w:rPr>
          <w:t xml:space="preserve">196</w:t>
        </w:r>
      </w:hyperlink>
      <w:r>
        <w:rPr>
          <w:b w:val="0"/>
          <w:i w:val="0"/>
          <w:color w:val="6A6F75"/>
          <w:sz w:val="18"/>
        </w:rPr>
        <w:t xml:space="preserve">, </w:t>
      </w:r>
      <w:hyperlink w:anchor="p205">
        <w:r>
          <w:rPr>
            <w:color w:val="2E5A80"/>
            <w:u w:val="single"/>
            <w:sz w:val="18"/>
          </w:rPr>
          <w:t xml:space="preserve">205</w:t>
        </w:r>
      </w:hyperlink>
      <w:r>
        <w:rPr>
          <w:b w:val="0"/>
          <w:i w:val="0"/>
          <w:color w:val="6A6F75"/>
          <w:sz w:val="18"/>
        </w:rPr>
        <w:t xml:space="preserve">, </w:t>
      </w:r>
      <w:hyperlink w:anchor="p229">
        <w:r>
          <w:rPr>
            <w:color w:val="2E5A80"/>
            <w:u w:val="single"/>
            <w:sz w:val="18"/>
          </w:rPr>
          <w:t xml:space="preserve">229</w:t>
        </w:r>
      </w:hyperlink>
      <w:r>
        <w:rPr>
          <w:b w:val="0"/>
          <w:i w:val="0"/>
          <w:color w:val="6A6F75"/>
          <w:sz w:val="18"/>
        </w:rPr>
        <w:t xml:space="preserve">, </w:t>
      </w:r>
      <w:hyperlink w:anchor="p238">
        <w:r>
          <w:rPr>
            <w:color w:val="2E5A80"/>
            <w:u w:val="single"/>
            <w:sz w:val="18"/>
          </w:rPr>
          <w:t xml:space="preserve">238</w:t>
        </w:r>
      </w:hyperlink>
      <w:r>
        <w:rPr>
          <w:b w:val="0"/>
          <w:i w:val="0"/>
          <w:color w:val="6A6F75"/>
          <w:sz w:val="18"/>
        </w:rPr>
        <w:t xml:space="preserve">, </w:t>
      </w:r>
      <w:hyperlink w:anchor="p253">
        <w:r>
          <w:rPr>
            <w:color w:val="2E5A80"/>
            <w:u w:val="single"/>
            <w:sz w:val="18"/>
          </w:rPr>
          <w:t xml:space="preserve">253</w:t>
        </w:r>
      </w:hyperlink>
      <w:r>
        <w:rPr>
          <w:b w:val="0"/>
          <w:i w:val="0"/>
          <w:color w:val="6A6F75"/>
          <w:sz w:val="18"/>
        </w:rPr>
        <w:t xml:space="preserve">, </w:t>
      </w:r>
      <w:hyperlink w:anchor="p277">
        <w:r>
          <w:rPr>
            <w:color w:val="2E5A80"/>
            <w:u w:val="single"/>
            <w:sz w:val="18"/>
          </w:rPr>
          <w:t xml:space="preserve">277</w:t>
        </w:r>
      </w:hyperlink>
      <w:r>
        <w:rPr>
          <w:b w:val="0"/>
          <w:i w:val="0"/>
          <w:color w:val="6A6F75"/>
          <w:sz w:val="18"/>
        </w:rPr>
        <w:t xml:space="preserve">, </w:t>
      </w:r>
      <w:hyperlink w:anchor="p287">
        <w:r>
          <w:rPr>
            <w:color w:val="2E5A80"/>
            <w:u w:val="single"/>
            <w:sz w:val="18"/>
          </w:rPr>
          <w:t xml:space="preserve">287</w:t>
        </w:r>
      </w:hyperlink>
      <w:r>
        <w:rPr>
          <w:b w:val="0"/>
          <w:i w:val="0"/>
          <w:color w:val="6A6F75"/>
          <w:sz w:val="18"/>
        </w:rPr>
        <w:t xml:space="preserve">, </w:t>
      </w:r>
      <w:hyperlink w:anchor="p297">
        <w:r>
          <w:rPr>
            <w:color w:val="2E5A80"/>
            <w:u w:val="single"/>
            <w:sz w:val="18"/>
          </w:rPr>
          <w:t xml:space="preserve">297</w:t>
        </w:r>
      </w:hyperlink>
      <w:r>
        <w:rPr>
          <w:b w:val="0"/>
          <w:i w:val="0"/>
          <w:color w:val="6A6F75"/>
          <w:sz w:val="18"/>
        </w:rPr>
        <w:t xml:space="preserve">, </w:t>
      </w:r>
      <w:hyperlink w:anchor="p307">
        <w:r>
          <w:rPr>
            <w:color w:val="2E5A80"/>
            <w:u w:val="single"/>
            <w:sz w:val="18"/>
          </w:rPr>
          <w:t xml:space="preserve">307</w:t>
        </w:r>
      </w:hyperlink>
      <w:r>
        <w:rPr>
          <w:b w:val="0"/>
          <w:i w:val="0"/>
          <w:color w:val="6A6F75"/>
          <w:sz w:val="18"/>
        </w:rPr>
        <w:t xml:space="preserve">, </w:t>
      </w:r>
      <w:hyperlink w:anchor="p319">
        <w:r>
          <w:rPr>
            <w:color w:val="2E5A80"/>
            <w:u w:val="single"/>
            <w:sz w:val="18"/>
          </w:rPr>
          <w:t xml:space="preserve">319</w:t>
        </w:r>
      </w:hyperlink>
      <w:r>
        <w:rPr>
          <w:b w:val="0"/>
          <w:i w:val="0"/>
          <w:color w:val="6A6F75"/>
          <w:sz w:val="18"/>
        </w:rPr>
        <w:t xml:space="preserve">, </w:t>
      </w:r>
      <w:hyperlink w:anchor="p326">
        <w:r>
          <w:rPr>
            <w:color w:val="2E5A80"/>
            <w:u w:val="single"/>
            <w:sz w:val="18"/>
          </w:rPr>
          <w:t xml:space="preserve">326</w:t>
        </w:r>
      </w:hyperlink>
      <w:r>
        <w:rPr>
          <w:b w:val="0"/>
          <w:i w:val="0"/>
          <w:color w:val="6A6F75"/>
          <w:sz w:val="18"/>
        </w:rPr>
        <w:t xml:space="preserve">, </w:t>
      </w:r>
      <w:hyperlink w:anchor="p342">
        <w:r>
          <w:rPr>
            <w:color w:val="2E5A80"/>
            <w:u w:val="single"/>
            <w:sz w:val="18"/>
          </w:rPr>
          <w:t xml:space="preserve">342</w:t>
        </w:r>
      </w:hyperlink>
      <w:r>
        <w:rPr>
          <w:b w:val="0"/>
          <w:i w:val="0"/>
          <w:color w:val="6A6F75"/>
          <w:sz w:val="18"/>
        </w:rPr>
        <w:t xml:space="preserve">, </w:t>
      </w:r>
      <w:hyperlink w:anchor="p343">
        <w:r>
          <w:rPr>
            <w:color w:val="2E5A80"/>
            <w:u w:val="single"/>
            <w:sz w:val="18"/>
          </w:rPr>
          <w:t xml:space="preserve">343</w:t>
        </w:r>
      </w:hyperlink>
      <w:r>
        <w:rPr>
          <w:b w:val="0"/>
          <w:i w:val="0"/>
          <w:color w:val="6A6F75"/>
          <w:sz w:val="18"/>
        </w:rPr>
        <w:t xml:space="preserve">, </w:t>
      </w:r>
      <w:hyperlink w:anchor="p344">
        <w:r>
          <w:rPr>
            <w:color w:val="2E5A80"/>
            <w:u w:val="single"/>
            <w:sz w:val="18"/>
          </w:rPr>
          <w:t xml:space="preserve">344</w:t>
        </w:r>
      </w:hyperlink>
      <w:r>
        <w:rPr>
          <w:b w:val="0"/>
          <w:i w:val="0"/>
          <w:color w:val="6A6F75"/>
          <w:sz w:val="18"/>
        </w:rPr>
        <w:t xml:space="preserve">, </w:t>
      </w:r>
      <w:hyperlink w:anchor="p348">
        <w:r>
          <w:rPr>
            <w:color w:val="2E5A80"/>
            <w:u w:val="single"/>
            <w:sz w:val="18"/>
          </w:rPr>
          <w:t xml:space="preserve">348</w:t>
        </w:r>
      </w:hyperlink>
      <w:r>
        <w:rPr>
          <w:b w:val="0"/>
          <w:i w:val="0"/>
          <w:color w:val="6A6F75"/>
          <w:sz w:val="18"/>
        </w:rPr>
        <w:t xml:space="preserve">, </w:t>
      </w:r>
      <w:hyperlink w:anchor="p386">
        <w:r>
          <w:rPr>
            <w:color w:val="2E5A80"/>
            <w:u w:val="single"/>
            <w:sz w:val="18"/>
          </w:rPr>
          <w:t xml:space="preserve">386</w:t>
        </w:r>
      </w:hyperlink>
      <w:r>
        <w:rPr>
          <w:b w:val="0"/>
          <w:i w:val="0"/>
          <w:color w:val="6A6F75"/>
          <w:sz w:val="18"/>
        </w:rPr>
        <w:t xml:space="preserve">, </w:t>
      </w:r>
      <w:hyperlink w:anchor="p411">
        <w:r>
          <w:rPr>
            <w:color w:val="2E5A80"/>
            <w:u w:val="single"/>
            <w:sz w:val="18"/>
          </w:rPr>
          <w:t xml:space="preserve">411</w:t>
        </w:r>
      </w:hyperlink>
      <w:r>
        <w:rPr>
          <w:b w:val="0"/>
          <w:i w:val="0"/>
          <w:color w:val="6A6F75"/>
          <w:sz w:val="18"/>
        </w:rPr>
        <w:t xml:space="preserve">, </w:t>
      </w:r>
      <w:hyperlink w:anchor="p437">
        <w:r>
          <w:rPr>
            <w:color w:val="2E5A80"/>
            <w:u w:val="single"/>
            <w:sz w:val="18"/>
          </w:rPr>
          <w:t xml:space="preserve">437</w:t>
        </w:r>
      </w:hyperlink>
      <w:r>
        <w:rPr>
          <w:b w:val="0"/>
          <w:i w:val="0"/>
          <w:color w:val="6A6F75"/>
          <w:sz w:val="18"/>
        </w:rPr>
        <w:t xml:space="preserve">, </w:t>
      </w:r>
      <w:hyperlink w:anchor="p491">
        <w:r>
          <w:rPr>
            <w:color w:val="2E5A80"/>
            <w:u w:val="single"/>
            <w:sz w:val="18"/>
          </w:rPr>
          <w:t xml:space="preserve">491</w:t>
        </w:r>
      </w:hyperlink>
      <w:r>
        <w:rPr>
          <w:b w:val="0"/>
          <w:i w:val="0"/>
          <w:color w:val="6A6F75"/>
          <w:sz w:val="18"/>
        </w:rPr>
        <w:t xml:space="preserve">, </w:t>
      </w:r>
      <w:hyperlink w:anchor="p502">
        <w:r>
          <w:rPr>
            <w:color w:val="2E5A80"/>
            <w:u w:val="single"/>
            <w:sz w:val="18"/>
          </w:rPr>
          <w:t xml:space="preserve">502</w:t>
        </w:r>
      </w:hyperlink>
      <w:r>
        <w:rPr>
          <w:b w:val="0"/>
          <w:i w:val="0"/>
          <w:color w:val="6A6F75"/>
          <w:sz w:val="18"/>
        </w:rPr>
        <w:t xml:space="preserve">, </w:t>
      </w:r>
      <w:hyperlink w:anchor="p513">
        <w:r>
          <w:rPr>
            <w:color w:val="2E5A80"/>
            <w:u w:val="single"/>
            <w:sz w:val="18"/>
          </w:rPr>
          <w:t xml:space="preserve">513</w:t>
        </w:r>
      </w:hyperlink>
      <w:r>
        <w:rPr>
          <w:b w:val="0"/>
          <w:i w:val="0"/>
          <w:color w:val="6A6F75"/>
          <w:sz w:val="18"/>
        </w:rPr>
        <w:t xml:space="preserve">, </w:t>
      </w:r>
      <w:hyperlink w:anchor="p514">
        <w:r>
          <w:rPr>
            <w:color w:val="2E5A80"/>
            <w:u w:val="single"/>
            <w:sz w:val="18"/>
          </w:rPr>
          <w:t xml:space="preserve">514</w:t>
        </w:r>
      </w:hyperlink>
      <w:r>
        <w:rPr>
          <w:b w:val="0"/>
          <w:i w:val="0"/>
          <w:color w:val="6A6F75"/>
          <w:sz w:val="18"/>
        </w:rPr>
        <w:t xml:space="preserve">, </w:t>
      </w:r>
      <w:hyperlink w:anchor="p522">
        <w:r>
          <w:rPr>
            <w:color w:val="2E5A80"/>
            <w:u w:val="single"/>
            <w:sz w:val="18"/>
          </w:rPr>
          <w:t xml:space="preserve">522</w:t>
        </w:r>
      </w:hyperlink>
      <w:r>
        <w:rPr>
          <w:b w:val="0"/>
          <w:i w:val="0"/>
          <w:color w:val="6A6F75"/>
          <w:sz w:val="18"/>
        </w:rPr>
        <w:t xml:space="preserve">, </w:t>
      </w:r>
      <w:hyperlink w:anchor="p528">
        <w:r>
          <w:rPr>
            <w:color w:val="2E5A80"/>
            <w:u w:val="single"/>
            <w:sz w:val="18"/>
          </w:rPr>
          <w:t xml:space="preserve">528</w:t>
        </w:r>
      </w:hyperlink>
      <w:r>
        <w:rPr>
          <w:b w:val="0"/>
          <w:i w:val="0"/>
          <w:color w:val="6A6F75"/>
          <w:sz w:val="18"/>
        </w:rPr>
        <w:t xml:space="preserve">, </w:t>
      </w:r>
      <w:hyperlink w:anchor="p549">
        <w:r>
          <w:rPr>
            <w:color w:val="2E5A80"/>
            <w:u w:val="single"/>
            <w:sz w:val="18"/>
          </w:rPr>
          <w:t xml:space="preserve">549</w:t>
        </w:r>
      </w:hyperlink>
      <w:r>
        <w:rPr>
          <w:b w:val="0"/>
          <w:i w:val="0"/>
          <w:color w:val="6A6F75"/>
          <w:sz w:val="18"/>
        </w:rPr>
        <w:t xml:space="preserve">, </w:t>
      </w:r>
      <w:hyperlink w:anchor="p550">
        <w:r>
          <w:rPr>
            <w:color w:val="2E5A80"/>
            <w:u w:val="single"/>
            <w:sz w:val="18"/>
          </w:rPr>
          <w:t xml:space="preserve">550</w:t>
        </w:r>
      </w:hyperlink>
      <w:r>
        <w:rPr>
          <w:b w:val="0"/>
          <w:i w:val="0"/>
          <w:color w:val="6A6F75"/>
          <w:sz w:val="18"/>
        </w:rPr>
        <w:t xml:space="preserve">, </w:t>
      </w:r>
      <w:hyperlink w:anchor="p551">
        <w:r>
          <w:rPr>
            <w:color w:val="2E5A80"/>
            <w:u w:val="single"/>
            <w:sz w:val="18"/>
          </w:rPr>
          <w:t xml:space="preserve">551</w:t>
        </w:r>
      </w:hyperlink>
      <w:r>
        <w:rPr>
          <w:b w:val="0"/>
          <w:i w:val="0"/>
          <w:color w:val="6A6F75"/>
          <w:sz w:val="18"/>
        </w:rPr>
        <w:t xml:space="preserve">, </w:t>
      </w:r>
      <w:hyperlink w:anchor="p562">
        <w:r>
          <w:rPr>
            <w:color w:val="2E5A80"/>
            <w:u w:val="single"/>
            <w:sz w:val="18"/>
          </w:rPr>
          <w:t xml:space="preserve">562</w:t>
        </w:r>
      </w:hyperlink>
      <w:r>
        <w:rPr>
          <w:b w:val="0"/>
          <w:i w:val="0"/>
          <w:color w:val="6A6F75"/>
          <w:sz w:val="18"/>
        </w:rPr>
        <w:t xml:space="preserve">, </w:t>
      </w:r>
      <w:hyperlink w:anchor="p566">
        <w:r>
          <w:rPr>
            <w:color w:val="2E5A80"/>
            <w:u w:val="single"/>
            <w:sz w:val="18"/>
          </w:rPr>
          <w:t xml:space="preserve">566</w:t>
        </w:r>
      </w:hyperlink>
      <w:r>
        <w:rPr>
          <w:b w:val="0"/>
          <w:i w:val="0"/>
          <w:color w:val="6A6F75"/>
          <w:sz w:val="18"/>
        </w:rPr>
        <w:t xml:space="preserve">, </w:t>
      </w:r>
      <w:hyperlink w:anchor="p618">
        <w:r>
          <w:rPr>
            <w:color w:val="2E5A80"/>
            <w:u w:val="single"/>
            <w:sz w:val="18"/>
          </w:rPr>
          <w:t xml:space="preserve">618</w:t>
        </w:r>
      </w:hyperlink>
      <w:r>
        <w:rPr>
          <w:b w:val="0"/>
          <w:i w:val="0"/>
          <w:color w:val="6A6F75"/>
          <w:sz w:val="18"/>
        </w:rPr>
        <w:t xml:space="preserve">, </w:t>
      </w:r>
      <w:hyperlink w:anchor="p620">
        <w:r>
          <w:rPr>
            <w:color w:val="2E5A80"/>
            <w:u w:val="single"/>
            <w:sz w:val="18"/>
          </w:rPr>
          <w:t xml:space="preserve">620</w:t>
        </w:r>
      </w:hyperlink>
      <w:r>
        <w:rPr>
          <w:b w:val="0"/>
          <w:i w:val="0"/>
          <w:color w:val="6A6F75"/>
          <w:sz w:val="18"/>
        </w:rPr>
        <w:t xml:space="preserve">, </w:t>
      </w:r>
      <w:hyperlink w:anchor="p624">
        <w:r>
          <w:rPr>
            <w:color w:val="2E5A80"/>
            <w:u w:val="single"/>
            <w:sz w:val="18"/>
          </w:rPr>
          <w:t xml:space="preserve">624</w:t>
        </w:r>
      </w:hyperlink>
      <w:r>
        <w:rPr>
          <w:b w:val="0"/>
          <w:i w:val="0"/>
          <w:color w:val="6A6F75"/>
          <w:sz w:val="18"/>
        </w:rPr>
        <w:t xml:space="preserve">, </w:t>
      </w:r>
      <w:hyperlink w:anchor="p629">
        <w:r>
          <w:rPr>
            <w:color w:val="2E5A80"/>
            <w:u w:val="single"/>
            <w:sz w:val="18"/>
          </w:rPr>
          <w:t xml:space="preserve">629</w:t>
        </w:r>
      </w:hyperlink>
      <w:r>
        <w:rPr>
          <w:b w:val="0"/>
          <w:i w:val="0"/>
          <w:color w:val="6A6F75"/>
          <w:sz w:val="18"/>
        </w:rPr>
        <w:t xml:space="preserve">, </w:t>
      </w:r>
      <w:hyperlink w:anchor="p633">
        <w:r>
          <w:rPr>
            <w:color w:val="2E5A80"/>
            <w:u w:val="single"/>
            <w:sz w:val="18"/>
          </w:rPr>
          <w:t xml:space="preserve">633</w:t>
        </w:r>
      </w:hyperlink>
      <w:r>
        <w:rPr>
          <w:b w:val="0"/>
          <w:i w:val="0"/>
          <w:color w:val="6A6F75"/>
          <w:sz w:val="18"/>
        </w:rPr>
        <w:t xml:space="preserve">, </w:t>
      </w:r>
      <w:hyperlink w:anchor="p656">
        <w:r>
          <w:rPr>
            <w:color w:val="2E5A80"/>
            <w:u w:val="single"/>
            <w:sz w:val="18"/>
          </w:rPr>
          <w:t xml:space="preserve">656</w:t>
        </w:r>
      </w:hyperlink>
      <w:r>
        <w:rPr>
          <w:b w:val="0"/>
          <w:i w:val="0"/>
          <w:color w:val="6A6F75"/>
          <w:sz w:val="18"/>
        </w:rPr>
        <w:t xml:space="preserve">, </w:t>
      </w:r>
      <w:hyperlink w:anchor="p667">
        <w:r>
          <w:rPr>
            <w:color w:val="2E5A80"/>
            <w:u w:val="single"/>
            <w:sz w:val="18"/>
          </w:rPr>
          <w:t xml:space="preserve">667</w:t>
        </w:r>
      </w:hyperlink>
      <w:r>
        <w:rPr>
          <w:b w:val="0"/>
          <w:i w:val="0"/>
          <w:color w:val="6A6F75"/>
          <w:sz w:val="18"/>
        </w:rPr>
        <w:t xml:space="preserve">, </w:t>
      </w:r>
      <w:hyperlink w:anchor="p670">
        <w:r>
          <w:rPr>
            <w:color w:val="2E5A80"/>
            <w:u w:val="single"/>
            <w:sz w:val="18"/>
          </w:rPr>
          <w:t xml:space="preserve">670</w:t>
        </w:r>
      </w:hyperlink>
      <w:r>
        <w:rPr>
          <w:b w:val="0"/>
          <w:i w:val="0"/>
          <w:color w:val="6A6F75"/>
          <w:sz w:val="18"/>
        </w:rPr>
        <w:t xml:space="preserve">, </w:t>
      </w:r>
      <w:hyperlink w:anchor="p694">
        <w:r>
          <w:rPr>
            <w:color w:val="2E5A80"/>
            <w:u w:val="single"/>
            <w:sz w:val="18"/>
          </w:rPr>
          <w:t xml:space="preserve">694</w:t>
        </w:r>
      </w:hyperlink>
      <w:r>
        <w:rPr>
          <w:b w:val="0"/>
          <w:i w:val="0"/>
          <w:color w:val="6A6F75"/>
          <w:sz w:val="18"/>
        </w:rPr>
        <w:t xml:space="preserve">, </w:t>
      </w:r>
      <w:hyperlink w:anchor="p695">
        <w:r>
          <w:rPr>
            <w:color w:val="2E5A80"/>
            <w:u w:val="single"/>
            <w:sz w:val="18"/>
          </w:rPr>
          <w:t xml:space="preserve">695</w:t>
        </w:r>
      </w:hyperlink>
      <w:r>
        <w:rPr>
          <w:b w:val="0"/>
          <w:i w:val="0"/>
          <w:color w:val="6A6F75"/>
          <w:sz w:val="18"/>
        </w:rPr>
        <w:t xml:space="preserve">, </w:t>
      </w:r>
      <w:hyperlink w:anchor="p728">
        <w:r>
          <w:rPr>
            <w:color w:val="2E5A80"/>
            <w:u w:val="single"/>
            <w:sz w:val="18"/>
          </w:rPr>
          <w:t xml:space="preserve">728</w:t>
        </w:r>
      </w:hyperlink>
      <w:r>
        <w:rPr>
          <w:b w:val="0"/>
          <w:i w:val="0"/>
          <w:color w:val="6A6F75"/>
          <w:sz w:val="18"/>
        </w:rPr>
        <w:t xml:space="preserve">, </w:t>
      </w:r>
      <w:hyperlink w:anchor="p739">
        <w:r>
          <w:rPr>
            <w:color w:val="2E5A80"/>
            <w:u w:val="single"/>
            <w:sz w:val="18"/>
          </w:rPr>
          <w:t xml:space="preserve">739</w:t>
        </w:r>
      </w:hyperlink>
      <w:r>
        <w:rPr>
          <w:b w:val="0"/>
          <w:i w:val="0"/>
          <w:color w:val="6A6F75"/>
          <w:sz w:val="18"/>
        </w:rPr>
        <w:t xml:space="preserve">, </w:t>
      </w:r>
      <w:hyperlink w:anchor="p740">
        <w:r>
          <w:rPr>
            <w:color w:val="2E5A80"/>
            <w:u w:val="single"/>
            <w:sz w:val="18"/>
          </w:rPr>
          <w:t xml:space="preserve">740</w:t>
        </w:r>
      </w:hyperlink>
      <w:r>
        <w:rPr>
          <w:b w:val="0"/>
          <w:i w:val="0"/>
          <w:color w:val="6A6F75"/>
          <w:sz w:val="18"/>
        </w:rPr>
        <w:t xml:space="preserve">, </w:t>
      </w:r>
      <w:hyperlink w:anchor="p742">
        <w:r>
          <w:rPr>
            <w:color w:val="2E5A80"/>
            <w:u w:val="single"/>
            <w:sz w:val="18"/>
          </w:rPr>
          <w:t xml:space="preserve">742</w:t>
        </w:r>
      </w:hyperlink>
      <w:r>
        <w:rPr>
          <w:b w:val="0"/>
          <w:i w:val="0"/>
          <w:color w:val="6A6F75"/>
          <w:sz w:val="18"/>
        </w:rPr>
        <w:t xml:space="preserve">, </w:t>
      </w:r>
      <w:hyperlink w:anchor="p747">
        <w:r>
          <w:rPr>
            <w:color w:val="2E5A80"/>
            <w:u w:val="single"/>
            <w:sz w:val="18"/>
          </w:rPr>
          <w:t xml:space="preserve">747</w:t>
        </w:r>
      </w:hyperlink>
      <w:r>
        <w:rPr>
          <w:b w:val="0"/>
          <w:i w:val="0"/>
          <w:color w:val="6A6F75"/>
          <w:sz w:val="18"/>
        </w:rPr>
        <w:t xml:space="preserve">, </w:t>
      </w:r>
      <w:hyperlink w:anchor="p748">
        <w:r>
          <w:rPr>
            <w:color w:val="2E5A80"/>
            <w:u w:val="single"/>
            <w:sz w:val="18"/>
          </w:rPr>
          <w:t xml:space="preserve">748</w:t>
        </w:r>
      </w:hyperlink>
      <w:r>
        <w:rPr>
          <w:b w:val="0"/>
          <w:i w:val="0"/>
          <w:color w:val="6A6F75"/>
          <w:sz w:val="18"/>
        </w:rPr>
        <w:t xml:space="preserve">, </w:t>
      </w:r>
      <w:hyperlink w:anchor="p752">
        <w:r>
          <w:rPr>
            <w:color w:val="2E5A80"/>
            <w:u w:val="single"/>
            <w:sz w:val="18"/>
          </w:rPr>
          <w:t xml:space="preserve">752</w:t>
        </w:r>
      </w:hyperlink>
      <w:r>
        <w:rPr>
          <w:b w:val="0"/>
          <w:i w:val="0"/>
          <w:color w:val="6A6F75"/>
          <w:sz w:val="18"/>
        </w:rPr>
        <w:t xml:space="preserve">, </w:t>
      </w:r>
      <w:hyperlink w:anchor="p753">
        <w:r>
          <w:rPr>
            <w:color w:val="2E5A80"/>
            <w:u w:val="single"/>
            <w:sz w:val="18"/>
          </w:rPr>
          <w:t xml:space="preserve">753</w:t>
        </w:r>
      </w:hyperlink>
      <w:r>
        <w:rPr>
          <w:b w:val="0"/>
          <w:i w:val="0"/>
          <w:color w:val="6A6F75"/>
          <w:sz w:val="18"/>
        </w:rPr>
        <w:t xml:space="preserve">, </w:t>
      </w:r>
      <w:hyperlink w:anchor="p758">
        <w:r>
          <w:rPr>
            <w:color w:val="2E5A80"/>
            <w:u w:val="single"/>
            <w:sz w:val="18"/>
          </w:rPr>
          <w:t xml:space="preserve">758</w:t>
        </w:r>
      </w:hyperlink>
      <w:r>
        <w:rPr>
          <w:b w:val="0"/>
          <w:i w:val="0"/>
          <w:color w:val="6A6F75"/>
          <w:sz w:val="18"/>
        </w:rPr>
        <w:t xml:space="preserve">, </w:t>
      </w:r>
      <w:hyperlink w:anchor="p760">
        <w:r>
          <w:rPr>
            <w:color w:val="2E5A80"/>
            <w:u w:val="single"/>
            <w:sz w:val="18"/>
          </w:rPr>
          <w:t xml:space="preserve">760</w:t>
        </w:r>
      </w:hyperlink>
      <w:r>
        <w:rPr>
          <w:b w:val="0"/>
          <w:i w:val="0"/>
          <w:color w:val="6A6F75"/>
          <w:sz w:val="18"/>
        </w:rPr>
        <w:t xml:space="preserve">, </w:t>
      </w:r>
      <w:hyperlink w:anchor="p768">
        <w:r>
          <w:rPr>
            <w:color w:val="2E5A80"/>
            <w:u w:val="single"/>
            <w:sz w:val="18"/>
          </w:rPr>
          <w:t xml:space="preserve">768</w:t>
        </w:r>
      </w:hyperlink>
      <w:r>
        <w:rPr>
          <w:b w:val="0"/>
          <w:i w:val="0"/>
          <w:color w:val="6A6F75"/>
          <w:sz w:val="18"/>
        </w:rPr>
        <w:t xml:space="preserve">, </w:t>
      </w:r>
      <w:hyperlink w:anchor="p770">
        <w:r>
          <w:rPr>
            <w:color w:val="2E5A80"/>
            <w:u w:val="single"/>
            <w:sz w:val="18"/>
          </w:rPr>
          <w:t xml:space="preserve">770</w:t>
        </w:r>
      </w:hyperlink>
      <w:r>
        <w:rPr>
          <w:b w:val="0"/>
          <w:i w:val="0"/>
          <w:color w:val="6A6F75"/>
          <w:sz w:val="18"/>
        </w:rPr>
        <w:t xml:space="preserve">, </w:t>
      </w:r>
      <w:hyperlink w:anchor="p777">
        <w:r>
          <w:rPr>
            <w:color w:val="2E5A80"/>
            <w:u w:val="single"/>
            <w:sz w:val="18"/>
          </w:rPr>
          <w:t xml:space="preserve">777</w:t>
        </w:r>
      </w:hyperlink>
      <w:r>
        <w:rPr>
          <w:b w:val="0"/>
          <w:i w:val="0"/>
          <w:color w:val="6A6F75"/>
          <w:sz w:val="18"/>
        </w:rPr>
        <w:t xml:space="preserve">, </w:t>
      </w:r>
      <w:hyperlink w:anchor="p781">
        <w:r>
          <w:rPr>
            <w:color w:val="2E5A80"/>
            <w:u w:val="single"/>
            <w:sz w:val="18"/>
          </w:rPr>
          <w:t xml:space="preserve">781</w:t>
        </w:r>
      </w:hyperlink>
      <w:r>
        <w:rPr>
          <w:b w:val="0"/>
          <w:i w:val="0"/>
          <w:color w:val="6A6F75"/>
          <w:sz w:val="18"/>
        </w:rPr>
        <w:t xml:space="preserve">, </w:t>
      </w:r>
      <w:hyperlink w:anchor="p785">
        <w:r>
          <w:rPr>
            <w:color w:val="2E5A80"/>
            <w:u w:val="single"/>
            <w:sz w:val="18"/>
          </w:rPr>
          <w:t xml:space="preserve">785</w:t>
        </w:r>
      </w:hyperlink>
      <w:r>
        <w:rPr>
          <w:b w:val="0"/>
          <w:i w:val="0"/>
          <w:color w:val="6A6F75"/>
          <w:sz w:val="18"/>
        </w:rPr>
        <w:t xml:space="preserve">, </w:t>
      </w:r>
      <w:hyperlink w:anchor="p787">
        <w:r>
          <w:rPr>
            <w:color w:val="2E5A80"/>
            <w:u w:val="single"/>
            <w:sz w:val="18"/>
          </w:rPr>
          <w:t xml:space="preserve">787</w:t>
        </w:r>
      </w:hyperlink>
    </w:p>
    <w:p>
      <w:pPr>
        <w:keepNext/>
        <w:spacing w:after="20" w:before="120"/>
      </w:pPr>
      <w:r>
        <w:rPr>
          <w:b/>
          <w:i w:val="0"/>
          <w:color w:val="222B33"/>
          <w:sz w:val="22"/>
        </w:rPr>
        <w:t>Ukifune</w:t>
      </w:r>
      <w:r>
        <w:rPr>
          <w:rFonts w:ascii="Noto Serif CJK JP" w:hAnsi="Noto Serif CJK JP" w:eastAsia="Noto Serif CJK JP"/>
          <w:b w:val="0"/>
          <w:i w:val="0"/>
          <w:sz w:val="21"/>
        </w:rPr>
        <w:t xml:space="preserve">  浮舟</w:t>
      </w:r>
      <w:r>
        <w:rPr>
          <w:b w:val="0"/>
          <w:i w:val="0"/>
          <w:color w:val="222B33"/>
          <w:sz w:val="19"/>
        </w:rPr>
        <w:t xml:space="preserve">  drifting boat, and the sorrowful one adrift: the name that gives Ukifune her title.</w:t>
      </w:r>
    </w:p>
    <w:p>
      <w:pPr>
        <w:spacing w:after="40"/>
      </w:pPr>
      <w:hyperlink w:anchor="p307">
        <w:r>
          <w:rPr>
            <w:color w:val="2E5A80"/>
            <w:u w:val="single"/>
            <w:sz w:val="18"/>
          </w:rPr>
          <w:t xml:space="preserve">307</w:t>
        </w:r>
      </w:hyperlink>
      <w:r>
        <w:rPr>
          <w:b w:val="0"/>
          <w:i w:val="0"/>
          <w:color w:val="6A6F75"/>
          <w:sz w:val="18"/>
        </w:rPr>
        <w:t xml:space="preserve">, </w:t>
      </w:r>
      <w:hyperlink w:anchor="p742">
        <w:r>
          <w:rPr>
            <w:color w:val="2E5A80"/>
            <w:u w:val="single"/>
            <w:sz w:val="18"/>
          </w:rPr>
          <w:t xml:space="preserve">742</w:t>
        </w:r>
      </w:hyperlink>
    </w:p>
    <w:p>
      <w:pPr>
        <w:keepNext/>
        <w:spacing w:after="20" w:before="120"/>
      </w:pPr>
      <w:r>
        <w:rPr>
          <w:b/>
          <w:i w:val="0"/>
          <w:color w:val="222B33"/>
          <w:sz w:val="22"/>
        </w:rPr>
        <w:t>iwane</w:t>
      </w:r>
      <w:r>
        <w:rPr>
          <w:rFonts w:ascii="Noto Serif CJK JP" w:hAnsi="Noto Serif CJK JP" w:eastAsia="Noto Serif CJK JP"/>
          <w:b w:val="0"/>
          <w:i w:val="0"/>
          <w:sz w:val="21"/>
        </w:rPr>
        <w:t xml:space="preserve">  岩根 / 言はね</w:t>
      </w:r>
      <w:r>
        <w:rPr>
          <w:b w:val="0"/>
          <w:i w:val="0"/>
          <w:color w:val="222B33"/>
          <w:sz w:val="19"/>
        </w:rPr>
        <w:t xml:space="preserve">  rock root and ‘does not say’: the unspeaking secret of Kaoru’s birth.</w:t>
      </w:r>
    </w:p>
    <w:p>
      <w:pPr>
        <w:spacing w:after="40"/>
      </w:pPr>
      <w:hyperlink w:anchor="p337">
        <w:r>
          <w:rPr>
            <w:color w:val="2E5A80"/>
            <w:u w:val="single"/>
            <w:sz w:val="18"/>
          </w:rPr>
          <w:t xml:space="preserve">337</w:t>
        </w:r>
      </w:hyperlink>
      <w:r>
        <w:rPr>
          <w:b w:val="0"/>
          <w:i w:val="0"/>
          <w:color w:val="6A6F75"/>
          <w:sz w:val="18"/>
        </w:rPr>
        <w:t xml:space="preserve">, </w:t>
      </w:r>
      <w:hyperlink w:anchor="p461">
        <w:r>
          <w:rPr>
            <w:color w:val="2E5A80"/>
            <w:u w:val="single"/>
            <w:sz w:val="18"/>
          </w:rPr>
          <w:t xml:space="preserve">461</w:t>
        </w:r>
      </w:hyperlink>
      <w:r>
        <w:rPr>
          <w:b w:val="0"/>
          <w:i w:val="0"/>
          <w:color w:val="6A6F75"/>
          <w:sz w:val="18"/>
        </w:rPr>
        <w:t xml:space="preserve">, </w:t>
      </w:r>
      <w:hyperlink w:anchor="p504">
        <w:r>
          <w:rPr>
            <w:color w:val="2E5A80"/>
            <w:u w:val="single"/>
            <w:sz w:val="18"/>
          </w:rPr>
          <w:t xml:space="preserve">504</w:t>
        </w:r>
      </w:hyperlink>
      <w:r>
        <w:rPr>
          <w:b w:val="0"/>
          <w:i w:val="0"/>
          <w:color w:val="6A6F75"/>
          <w:sz w:val="18"/>
        </w:rPr>
        <w:t xml:space="preserve">, </w:t>
      </w:r>
      <w:hyperlink w:anchor="p631">
        <w:r>
          <w:rPr>
            <w:color w:val="2E5A80"/>
            <w:u w:val="single"/>
            <w:sz w:val="18"/>
          </w:rPr>
          <w:t xml:space="preserve">631</w:t>
        </w:r>
      </w:hyperlink>
    </w:p>
    <w:p>
      <w:pPr>
        <w:keepNext/>
        <w:spacing w:after="20" w:before="120"/>
      </w:pPr>
      <w:r>
        <w:rPr>
          <w:b/>
          <w:i w:val="0"/>
          <w:color w:val="222B33"/>
          <w:sz w:val="22"/>
        </w:rPr>
        <w:t>shirube</w:t>
      </w:r>
      <w:r>
        <w:rPr>
          <w:rFonts w:ascii="Noto Serif CJK JP" w:hAnsi="Noto Serif CJK JP" w:eastAsia="Noto Serif CJK JP"/>
          <w:b w:val="0"/>
          <w:i w:val="0"/>
          <w:sz w:val="21"/>
        </w:rPr>
        <w:t xml:space="preserve">  標 / しるべ</w:t>
      </w:r>
      <w:r>
        <w:rPr>
          <w:b w:val="0"/>
          <w:i w:val="0"/>
          <w:color w:val="222B33"/>
          <w:sz w:val="19"/>
        </w:rPr>
        <w:t xml:space="preserve">  guide, signpost: the guide who loses the way.</w:t>
      </w:r>
    </w:p>
    <w:p>
      <w:pPr>
        <w:spacing w:after="40"/>
      </w:pPr>
      <w:hyperlink w:anchor="p6">
        <w:r>
          <w:rPr>
            <w:color w:val="2E5A80"/>
            <w:u w:val="single"/>
            <w:sz w:val="18"/>
          </w:rPr>
          <w:t xml:space="preserve">6</w:t>
        </w:r>
      </w:hyperlink>
      <w:r>
        <w:rPr>
          <w:b w:val="0"/>
          <w:i w:val="0"/>
          <w:color w:val="6A6F75"/>
          <w:sz w:val="18"/>
        </w:rPr>
        <w:t xml:space="preserve">, </w:t>
      </w:r>
      <w:hyperlink w:anchor="p30">
        <w:r>
          <w:rPr>
            <w:color w:val="2E5A80"/>
            <w:u w:val="single"/>
            <w:sz w:val="18"/>
          </w:rPr>
          <w:t xml:space="preserve">30</w:t>
        </w:r>
      </w:hyperlink>
      <w:r>
        <w:rPr>
          <w:b w:val="0"/>
          <w:i w:val="0"/>
          <w:color w:val="6A6F75"/>
          <w:sz w:val="18"/>
        </w:rPr>
        <w:t xml:space="preserve">, </w:t>
      </w:r>
      <w:hyperlink w:anchor="p476">
        <w:r>
          <w:rPr>
            <w:color w:val="2E5A80"/>
            <w:u w:val="single"/>
            <w:sz w:val="18"/>
          </w:rPr>
          <w:t xml:space="preserve">476</w:t>
        </w:r>
      </w:hyperlink>
      <w:r>
        <w:rPr>
          <w:b w:val="0"/>
          <w:i w:val="0"/>
          <w:color w:val="6A6F75"/>
          <w:sz w:val="18"/>
        </w:rPr>
        <w:t xml:space="preserve">, </w:t>
      </w:r>
      <w:hyperlink w:anchor="p647">
        <w:r>
          <w:rPr>
            <w:color w:val="2E5A80"/>
            <w:u w:val="single"/>
            <w:sz w:val="18"/>
          </w:rPr>
          <w:t xml:space="preserve">647</w:t>
        </w:r>
      </w:hyperlink>
      <w:r>
        <w:rPr>
          <w:b w:val="0"/>
          <w:i w:val="0"/>
          <w:color w:val="6A6F75"/>
          <w:sz w:val="18"/>
        </w:rPr>
        <w:t xml:space="preserve">, </w:t>
      </w:r>
      <w:hyperlink w:anchor="p661">
        <w:r>
          <w:rPr>
            <w:color w:val="2E5A80"/>
            <w:u w:val="single"/>
            <w:sz w:val="18"/>
          </w:rPr>
          <w:t xml:space="preserve">661</w:t>
        </w:r>
      </w:hyperlink>
      <w:r>
        <w:rPr>
          <w:b w:val="0"/>
          <w:i w:val="0"/>
          <w:color w:val="6A6F75"/>
          <w:sz w:val="18"/>
        </w:rPr>
        <w:t xml:space="preserve">, </w:t>
      </w:r>
      <w:hyperlink w:anchor="p795">
        <w:r>
          <w:rPr>
            <w:color w:val="2E5A80"/>
            <w:u w:val="single"/>
            <w:sz w:val="18"/>
          </w:rPr>
          <w:t xml:space="preserve">795</w:t>
        </w:r>
      </w:hyperlink>
    </w:p>
    <w:p>
      <w:pPr>
        <w:keepNext/>
        <w:spacing w:after="20" w:before="120"/>
      </w:pPr>
      <w:r>
        <w:rPr>
          <w:b/>
          <w:i w:val="0"/>
          <w:color w:val="222B33"/>
          <w:sz w:val="22"/>
        </w:rPr>
        <w:t>yukari</w:t>
      </w:r>
      <w:r>
        <w:rPr>
          <w:rFonts w:ascii="Noto Serif CJK JP" w:hAnsi="Noto Serif CJK JP" w:eastAsia="Noto Serif CJK JP"/>
          <w:b w:val="0"/>
          <w:i w:val="0"/>
          <w:sz w:val="21"/>
        </w:rPr>
        <w:t xml:space="preserve">  紫 / ゆかり</w:t>
      </w:r>
      <w:r>
        <w:rPr>
          <w:b w:val="0"/>
          <w:i w:val="0"/>
          <w:color w:val="222B33"/>
          <w:sz w:val="19"/>
        </w:rPr>
        <w:t xml:space="preserve">  purple (murasaki) and the bond of kinship.</w:t>
      </w:r>
    </w:p>
    <w:p>
      <w:pPr>
        <w:spacing w:after="40"/>
      </w:pPr>
      <w:hyperlink w:anchor="p9">
        <w:r>
          <w:rPr>
            <w:color w:val="2E5A80"/>
            <w:u w:val="single"/>
            <w:sz w:val="18"/>
          </w:rPr>
          <w:t xml:space="preserve">9</w:t>
        </w:r>
      </w:hyperlink>
      <w:r>
        <w:rPr>
          <w:b w:val="0"/>
          <w:i w:val="0"/>
          <w:color w:val="6A6F75"/>
          <w:sz w:val="18"/>
        </w:rPr>
        <w:t xml:space="preserve">, </w:t>
      </w:r>
      <w:hyperlink w:anchor="p63">
        <w:r>
          <w:rPr>
            <w:color w:val="2E5A80"/>
            <w:u w:val="single"/>
            <w:sz w:val="18"/>
          </w:rPr>
          <w:t xml:space="preserve">63</w:t>
        </w:r>
      </w:hyperlink>
      <w:r>
        <w:rPr>
          <w:b w:val="0"/>
          <w:i w:val="0"/>
          <w:color w:val="6A6F75"/>
          <w:sz w:val="18"/>
        </w:rPr>
        <w:t xml:space="preserve">, </w:t>
      </w:r>
      <w:hyperlink w:anchor="p68">
        <w:r>
          <w:rPr>
            <w:color w:val="2E5A80"/>
            <w:u w:val="single"/>
            <w:sz w:val="18"/>
          </w:rPr>
          <w:t xml:space="preserve">68</w:t>
        </w:r>
      </w:hyperlink>
      <w:r>
        <w:rPr>
          <w:b w:val="0"/>
          <w:i w:val="0"/>
          <w:color w:val="6A6F75"/>
          <w:sz w:val="18"/>
        </w:rPr>
        <w:t xml:space="preserve">, </w:t>
      </w:r>
      <w:hyperlink w:anchor="p69">
        <w:r>
          <w:rPr>
            <w:color w:val="2E5A80"/>
            <w:u w:val="single"/>
            <w:sz w:val="18"/>
          </w:rPr>
          <w:t xml:space="preserve">69</w:t>
        </w:r>
      </w:hyperlink>
      <w:r>
        <w:rPr>
          <w:b w:val="0"/>
          <w:i w:val="0"/>
          <w:color w:val="6A6F75"/>
          <w:sz w:val="18"/>
        </w:rPr>
        <w:t xml:space="preserve">, </w:t>
      </w:r>
      <w:hyperlink w:anchor="p89">
        <w:r>
          <w:rPr>
            <w:color w:val="2E5A80"/>
            <w:u w:val="single"/>
            <w:sz w:val="18"/>
          </w:rPr>
          <w:t xml:space="preserve">89</w:t>
        </w:r>
      </w:hyperlink>
      <w:r>
        <w:rPr>
          <w:b w:val="0"/>
          <w:i w:val="0"/>
          <w:color w:val="6A6F75"/>
          <w:sz w:val="18"/>
        </w:rPr>
        <w:t xml:space="preserve">, </w:t>
      </w:r>
      <w:hyperlink w:anchor="p362">
        <w:r>
          <w:rPr>
            <w:color w:val="2E5A80"/>
            <w:u w:val="single"/>
            <w:sz w:val="18"/>
          </w:rPr>
          <w:t xml:space="preserve">362</w:t>
        </w:r>
      </w:hyperlink>
      <w:r>
        <w:rPr>
          <w:b w:val="0"/>
          <w:i w:val="0"/>
          <w:color w:val="6A6F75"/>
          <w:sz w:val="18"/>
        </w:rPr>
        <w:t xml:space="preserve">, </w:t>
      </w:r>
      <w:hyperlink w:anchor="p400">
        <w:r>
          <w:rPr>
            <w:color w:val="2E5A80"/>
            <w:u w:val="single"/>
            <w:sz w:val="18"/>
          </w:rPr>
          <w:t xml:space="preserve">400</w:t>
        </w:r>
      </w:hyperlink>
      <w:r>
        <w:rPr>
          <w:b w:val="0"/>
          <w:i w:val="0"/>
          <w:color w:val="6A6F75"/>
          <w:sz w:val="18"/>
        </w:rPr>
        <w:t xml:space="preserve">, </w:t>
      </w:r>
      <w:hyperlink w:anchor="p417">
        <w:r>
          <w:rPr>
            <w:color w:val="2E5A80"/>
            <w:u w:val="single"/>
            <w:sz w:val="18"/>
          </w:rPr>
          <w:t xml:space="preserve">417</w:t>
        </w:r>
      </w:hyperlink>
      <w:r>
        <w:rPr>
          <w:b w:val="0"/>
          <w:i w:val="0"/>
          <w:color w:val="6A6F75"/>
          <w:sz w:val="18"/>
        </w:rPr>
        <w:t xml:space="preserve">, </w:t>
      </w:r>
      <w:hyperlink w:anchor="p418">
        <w:r>
          <w:rPr>
            <w:color w:val="2E5A80"/>
            <w:u w:val="single"/>
            <w:sz w:val="18"/>
          </w:rPr>
          <w:t xml:space="preserve">418</w:t>
        </w:r>
      </w:hyperlink>
      <w:r>
        <w:rPr>
          <w:b w:val="0"/>
          <w:i w:val="0"/>
          <w:color w:val="6A6F75"/>
          <w:sz w:val="18"/>
        </w:rPr>
        <w:t xml:space="preserve">, </w:t>
      </w:r>
      <w:hyperlink w:anchor="p441">
        <w:r>
          <w:rPr>
            <w:color w:val="2E5A80"/>
            <w:u w:val="single"/>
            <w:sz w:val="18"/>
          </w:rPr>
          <w:t xml:space="preserve">441</w:t>
        </w:r>
      </w:hyperlink>
      <w:r>
        <w:rPr>
          <w:b w:val="0"/>
          <w:i w:val="0"/>
          <w:color w:val="6A6F75"/>
          <w:sz w:val="18"/>
        </w:rPr>
        <w:t xml:space="preserve">, </w:t>
      </w:r>
      <w:hyperlink w:anchor="p449">
        <w:r>
          <w:rPr>
            <w:color w:val="2E5A80"/>
            <w:u w:val="single"/>
            <w:sz w:val="18"/>
          </w:rPr>
          <w:t xml:space="preserve">449</w:t>
        </w:r>
      </w:hyperlink>
      <w:r>
        <w:rPr>
          <w:b w:val="0"/>
          <w:i w:val="0"/>
          <w:color w:val="6A6F75"/>
          <w:sz w:val="18"/>
        </w:rPr>
        <w:t xml:space="preserve">, </w:t>
      </w:r>
      <w:hyperlink w:anchor="p456">
        <w:r>
          <w:rPr>
            <w:color w:val="2E5A80"/>
            <w:u w:val="single"/>
            <w:sz w:val="18"/>
          </w:rPr>
          <w:t xml:space="preserve">456</w:t>
        </w:r>
      </w:hyperlink>
      <w:r>
        <w:rPr>
          <w:b w:val="0"/>
          <w:i w:val="0"/>
          <w:color w:val="6A6F75"/>
          <w:sz w:val="18"/>
        </w:rPr>
        <w:t xml:space="preserve">, </w:t>
      </w:r>
      <w:hyperlink w:anchor="p616">
        <w:r>
          <w:rPr>
            <w:color w:val="2E5A80"/>
            <w:u w:val="single"/>
            <w:sz w:val="18"/>
          </w:rPr>
          <w:t xml:space="preserve">616</w:t>
        </w:r>
      </w:hyperlink>
      <w:r>
        <w:rPr>
          <w:b w:val="0"/>
          <w:i w:val="0"/>
          <w:color w:val="6A6F75"/>
          <w:sz w:val="18"/>
        </w:rPr>
        <w:t xml:space="preserve">, </w:t>
      </w:r>
      <w:hyperlink w:anchor="p720">
        <w:r>
          <w:rPr>
            <w:color w:val="2E5A80"/>
            <w:u w:val="single"/>
            <w:sz w:val="18"/>
          </w:rPr>
          <w:t xml:space="preserve">720</w:t>
        </w:r>
      </w:hyperlink>
    </w:p>
    <w:p>
      <w:pPr>
        <w:keepNext/>
        <w:spacing w:after="20" w:before="120"/>
      </w:pPr>
      <w:r>
        <w:rPr>
          <w:b/>
          <w:i w:val="0"/>
          <w:color w:val="222B33"/>
          <w:sz w:val="22"/>
        </w:rPr>
        <w:t>tokonatsu · nadeshiko</w:t>
      </w:r>
      <w:r>
        <w:rPr>
          <w:rFonts w:ascii="Noto Serif CJK JP" w:hAnsi="Noto Serif CJK JP" w:eastAsia="Noto Serif CJK JP"/>
          <w:b w:val="0"/>
          <w:i w:val="0"/>
          <w:sz w:val="21"/>
        </w:rPr>
        <w:t xml:space="preserve">  常夏 / 撫子</w:t>
      </w:r>
      <w:r>
        <w:rPr>
          <w:b w:val="0"/>
          <w:i w:val="0"/>
          <w:color w:val="222B33"/>
          <w:sz w:val="19"/>
        </w:rPr>
        <w:t xml:space="preserve">  everlasting pink (‘always summer’, constant love) and pink (‘stroked child’).</w:t>
      </w:r>
    </w:p>
    <w:p>
      <w:pPr>
        <w:spacing w:after="40"/>
      </w:pPr>
      <w:hyperlink w:anchor="p14">
        <w:r>
          <w:rPr>
            <w:color w:val="2E5A80"/>
            <w:u w:val="single"/>
            <w:sz w:val="18"/>
          </w:rPr>
          <w:t xml:space="preserve">14</w:t>
        </w:r>
      </w:hyperlink>
      <w:r>
        <w:rPr>
          <w:b w:val="0"/>
          <w:i w:val="0"/>
          <w:color w:val="6A6F75"/>
          <w:sz w:val="18"/>
        </w:rPr>
        <w:t xml:space="preserve">, </w:t>
      </w:r>
      <w:hyperlink w:anchor="p15">
        <w:r>
          <w:rPr>
            <w:color w:val="2E5A80"/>
            <w:u w:val="single"/>
            <w:sz w:val="18"/>
          </w:rPr>
          <w:t xml:space="preserve">15</w:t>
        </w:r>
      </w:hyperlink>
      <w:r>
        <w:rPr>
          <w:b w:val="0"/>
          <w:i w:val="0"/>
          <w:color w:val="6A6F75"/>
          <w:sz w:val="18"/>
        </w:rPr>
        <w:t xml:space="preserve">, </w:t>
      </w:r>
      <w:hyperlink w:anchor="p16">
        <w:r>
          <w:rPr>
            <w:color w:val="2E5A80"/>
            <w:u w:val="single"/>
            <w:sz w:val="18"/>
          </w:rPr>
          <w:t xml:space="preserve">16</w:t>
        </w:r>
      </w:hyperlink>
      <w:r>
        <w:rPr>
          <w:b w:val="0"/>
          <w:i w:val="0"/>
          <w:color w:val="6A6F75"/>
          <w:sz w:val="18"/>
        </w:rPr>
        <w:t xml:space="preserve">, </w:t>
      </w:r>
      <w:hyperlink w:anchor="p88">
        <w:r>
          <w:rPr>
            <w:color w:val="2E5A80"/>
            <w:u w:val="single"/>
            <w:sz w:val="18"/>
          </w:rPr>
          <w:t xml:space="preserve">88</w:t>
        </w:r>
      </w:hyperlink>
      <w:r>
        <w:rPr>
          <w:b w:val="0"/>
          <w:i w:val="0"/>
          <w:color w:val="6A6F75"/>
          <w:sz w:val="18"/>
        </w:rPr>
        <w:t xml:space="preserve">, </w:t>
      </w:r>
      <w:hyperlink w:anchor="p89">
        <w:r>
          <w:rPr>
            <w:color w:val="2E5A80"/>
            <w:u w:val="single"/>
            <w:sz w:val="18"/>
          </w:rPr>
          <w:t xml:space="preserve">89</w:t>
        </w:r>
      </w:hyperlink>
      <w:r>
        <w:rPr>
          <w:b w:val="0"/>
          <w:i w:val="0"/>
          <w:color w:val="6A6F75"/>
          <w:sz w:val="18"/>
        </w:rPr>
        <w:t xml:space="preserve">, </w:t>
      </w:r>
      <w:hyperlink w:anchor="p124">
        <w:r>
          <w:rPr>
            <w:color w:val="2E5A80"/>
            <w:u w:val="single"/>
            <w:sz w:val="18"/>
          </w:rPr>
          <w:t xml:space="preserve">124</w:t>
        </w:r>
      </w:hyperlink>
      <w:r>
        <w:rPr>
          <w:b w:val="0"/>
          <w:i w:val="0"/>
          <w:color w:val="6A6F75"/>
          <w:sz w:val="18"/>
        </w:rPr>
        <w:t xml:space="preserve">, </w:t>
      </w:r>
      <w:hyperlink w:anchor="p125">
        <w:r>
          <w:rPr>
            <w:color w:val="2E5A80"/>
            <w:u w:val="single"/>
            <w:sz w:val="18"/>
          </w:rPr>
          <w:t xml:space="preserve">125</w:t>
        </w:r>
      </w:hyperlink>
      <w:r>
        <w:rPr>
          <w:b w:val="0"/>
          <w:i w:val="0"/>
          <w:color w:val="6A6F75"/>
          <w:sz w:val="18"/>
        </w:rPr>
        <w:t xml:space="preserve">, </w:t>
      </w:r>
      <w:hyperlink w:anchor="p129">
        <w:r>
          <w:rPr>
            <w:color w:val="2E5A80"/>
            <w:u w:val="single"/>
            <w:sz w:val="18"/>
          </w:rPr>
          <w:t xml:space="preserve">129</w:t>
        </w:r>
      </w:hyperlink>
      <w:r>
        <w:rPr>
          <w:b w:val="0"/>
          <w:i w:val="0"/>
          <w:color w:val="6A6F75"/>
          <w:sz w:val="18"/>
        </w:rPr>
        <w:t xml:space="preserve">, </w:t>
      </w:r>
      <w:hyperlink w:anchor="p380">
        <w:r>
          <w:rPr>
            <w:color w:val="2E5A80"/>
            <w:u w:val="single"/>
            <w:sz w:val="18"/>
          </w:rPr>
          <w:t xml:space="preserve">380</w:t>
        </w:r>
      </w:hyperlink>
      <w:r>
        <w:rPr>
          <w:b w:val="0"/>
          <w:i w:val="0"/>
          <w:color w:val="6A6F75"/>
          <w:sz w:val="18"/>
        </w:rPr>
        <w:t xml:space="preserve">, </w:t>
      </w:r>
      <w:hyperlink w:anchor="p381">
        <w:r>
          <w:rPr>
            <w:color w:val="2E5A80"/>
            <w:u w:val="single"/>
            <w:sz w:val="18"/>
          </w:rPr>
          <w:t xml:space="preserve">381</w:t>
        </w:r>
      </w:hyperlink>
    </w:p>
    <w:p>
      <w:pPr>
        <w:keepNext/>
        <w:spacing w:after="20" w:before="120"/>
      </w:pPr>
      <w:r>
        <w:rPr>
          <w:b/>
          <w:i w:val="0"/>
          <w:color w:val="222B33"/>
          <w:sz w:val="22"/>
        </w:rPr>
        <w:t>utsusemi</w:t>
      </w:r>
      <w:r>
        <w:rPr>
          <w:rFonts w:ascii="Noto Serif CJK JP" w:hAnsi="Noto Serif CJK JP" w:eastAsia="Noto Serif CJK JP"/>
          <w:b w:val="0"/>
          <w:i w:val="0"/>
          <w:sz w:val="21"/>
        </w:rPr>
        <w:t xml:space="preserve">  空蝉</w:t>
      </w:r>
      <w:r>
        <w:rPr>
          <w:b w:val="0"/>
          <w:i w:val="0"/>
          <w:color w:val="222B33"/>
          <w:sz w:val="19"/>
        </w:rPr>
        <w:t xml:space="preserve">  cicada shell and the empty ‘world of the living’.</w:t>
      </w:r>
    </w:p>
    <w:p>
      <w:pPr>
        <w:spacing w:after="40"/>
      </w:pPr>
      <w:hyperlink w:anchor="p24">
        <w:r>
          <w:rPr>
            <w:color w:val="2E5A80"/>
            <w:u w:val="single"/>
            <w:sz w:val="18"/>
          </w:rPr>
          <w:t xml:space="preserve">24</w:t>
        </w:r>
      </w:hyperlink>
      <w:r>
        <w:rPr>
          <w:b w:val="0"/>
          <w:i w:val="0"/>
          <w:color w:val="6A6F75"/>
          <w:sz w:val="18"/>
        </w:rPr>
        <w:t xml:space="preserve">, </w:t>
      </w:r>
      <w:hyperlink w:anchor="p25">
        <w:r>
          <w:rPr>
            <w:color w:val="2E5A80"/>
            <w:u w:val="single"/>
            <w:sz w:val="18"/>
          </w:rPr>
          <w:t xml:space="preserve">25</w:t>
        </w:r>
      </w:hyperlink>
      <w:r>
        <w:rPr>
          <w:b w:val="0"/>
          <w:i w:val="0"/>
          <w:color w:val="6A6F75"/>
          <w:sz w:val="18"/>
        </w:rPr>
        <w:t xml:space="preserve">, </w:t>
      </w:r>
      <w:hyperlink w:anchor="p38">
        <w:r>
          <w:rPr>
            <w:color w:val="2E5A80"/>
            <w:u w:val="single"/>
            <w:sz w:val="18"/>
          </w:rPr>
          <w:t xml:space="preserve">38</w:t>
        </w:r>
      </w:hyperlink>
      <w:r>
        <w:rPr>
          <w:b w:val="0"/>
          <w:i w:val="0"/>
          <w:color w:val="6A6F75"/>
          <w:sz w:val="18"/>
        </w:rPr>
        <w:t xml:space="preserve">, </w:t>
      </w:r>
      <w:hyperlink w:anchor="p572">
        <w:r>
          <w:rPr>
            <w:color w:val="2E5A80"/>
            <w:u w:val="single"/>
            <w:sz w:val="18"/>
          </w:rPr>
          <w:t xml:space="preserve">572</w:t>
        </w:r>
      </w:hyperlink>
    </w:p>
    <w:p>
      <w:pPr>
        <w:keepNext/>
        <w:spacing w:after="20" w:before="120"/>
      </w:pPr>
      <w:r>
        <w:rPr>
          <w:b/>
          <w:i w:val="0"/>
          <w:color w:val="222B33"/>
          <w:sz w:val="22"/>
        </w:rPr>
        <w:t>moshio · kaki</w:t>
      </w:r>
      <w:r>
        <w:rPr>
          <w:rFonts w:ascii="Noto Serif CJK JP" w:hAnsi="Noto Serif CJK JP" w:eastAsia="Noto Serif CJK JP"/>
          <w:b w:val="0"/>
          <w:i w:val="0"/>
          <w:sz w:val="21"/>
        </w:rPr>
        <w:t xml:space="preserve">  藻塩 / 書き / 掻き</w:t>
      </w:r>
      <w:r>
        <w:rPr>
          <w:b w:val="0"/>
          <w:i w:val="0"/>
          <w:color w:val="222B33"/>
          <w:sz w:val="19"/>
        </w:rPr>
        <w:t xml:space="preserve">  salt-weed brine raked (kaki) and letters written (kaki).</w:t>
      </w:r>
    </w:p>
    <w:p>
      <w:pPr>
        <w:spacing w:after="40"/>
      </w:pPr>
      <w:hyperlink w:anchor="p194">
        <w:r>
          <w:rPr>
            <w:color w:val="2E5A80"/>
            <w:u w:val="single"/>
            <w:sz w:val="18"/>
          </w:rPr>
          <w:t xml:space="preserve">194</w:t>
        </w:r>
      </w:hyperlink>
      <w:r>
        <w:rPr>
          <w:b w:val="0"/>
          <w:i w:val="0"/>
          <w:color w:val="6A6F75"/>
          <w:sz w:val="18"/>
        </w:rPr>
        <w:t xml:space="preserve">, </w:t>
      </w:r>
      <w:hyperlink w:anchor="p233">
        <w:r>
          <w:rPr>
            <w:color w:val="2E5A80"/>
            <w:u w:val="single"/>
            <w:sz w:val="18"/>
          </w:rPr>
          <w:t xml:space="preserve">233</w:t>
        </w:r>
      </w:hyperlink>
      <w:r>
        <w:rPr>
          <w:b w:val="0"/>
          <w:i w:val="0"/>
          <w:color w:val="6A6F75"/>
          <w:sz w:val="18"/>
        </w:rPr>
        <w:t xml:space="preserve">, </w:t>
      </w:r>
      <w:hyperlink w:anchor="p234">
        <w:r>
          <w:rPr>
            <w:color w:val="2E5A80"/>
            <w:u w:val="single"/>
            <w:sz w:val="18"/>
          </w:rPr>
          <w:t xml:space="preserve">234</w:t>
        </w:r>
      </w:hyperlink>
      <w:r>
        <w:rPr>
          <w:b w:val="0"/>
          <w:i w:val="0"/>
          <w:color w:val="6A6F75"/>
          <w:sz w:val="18"/>
        </w:rPr>
        <w:t xml:space="preserve">, </w:t>
      </w:r>
      <w:hyperlink w:anchor="p319">
        <w:r>
          <w:rPr>
            <w:color w:val="2E5A80"/>
            <w:u w:val="single"/>
            <w:sz w:val="18"/>
          </w:rPr>
          <w:t xml:space="preserve">319</w:t>
        </w:r>
      </w:hyperlink>
      <w:r>
        <w:rPr>
          <w:b w:val="0"/>
          <w:i w:val="0"/>
          <w:color w:val="6A6F75"/>
          <w:sz w:val="18"/>
        </w:rPr>
        <w:t xml:space="preserve">, </w:t>
      </w:r>
      <w:hyperlink w:anchor="p499">
        <w:r>
          <w:rPr>
            <w:color w:val="2E5A80"/>
            <w:u w:val="single"/>
            <w:sz w:val="18"/>
          </w:rPr>
          <w:t xml:space="preserve">499</w:t>
        </w:r>
      </w:hyperlink>
      <w:r>
        <w:rPr>
          <w:b w:val="0"/>
          <w:i w:val="0"/>
          <w:color w:val="6A6F75"/>
          <w:sz w:val="18"/>
        </w:rPr>
        <w:t xml:space="preserve">, </w:t>
      </w:r>
      <w:hyperlink w:anchor="p586">
        <w:r>
          <w:rPr>
            <w:color w:val="2E5A80"/>
            <w:u w:val="single"/>
            <w:sz w:val="18"/>
          </w:rPr>
          <w:t xml:space="preserve">586</w:t>
        </w:r>
      </w:hyperlink>
      <w:r>
        <w:rPr>
          <w:b w:val="0"/>
          <w:i w:val="0"/>
          <w:color w:val="6A6F75"/>
          <w:sz w:val="18"/>
        </w:rPr>
        <w:t xml:space="preserve">, </w:t>
      </w:r>
      <w:hyperlink w:anchor="p605">
        <w:r>
          <w:rPr>
            <w:color w:val="2E5A80"/>
            <w:u w:val="single"/>
            <w:sz w:val="18"/>
          </w:rPr>
          <w:t xml:space="preserve">605</w:t>
        </w:r>
      </w:hyperlink>
      <w:r>
        <w:rPr>
          <w:b w:val="0"/>
          <w:i w:val="0"/>
          <w:color w:val="6A6F75"/>
          <w:sz w:val="18"/>
        </w:rPr>
        <w:t xml:space="preserve">, </w:t>
      </w:r>
      <w:hyperlink w:anchor="p693">
        <w:r>
          <w:rPr>
            <w:color w:val="2E5A80"/>
            <w:u w:val="single"/>
            <w:sz w:val="18"/>
          </w:rPr>
          <w:t xml:space="preserve">693</w:t>
        </w:r>
      </w:hyperlink>
    </w:p>
    <w:p>
      <w:pPr>
        <w:keepNext/>
        <w:spacing w:after="20" w:before="120"/>
      </w:pPr>
      <w:r>
        <w:rPr>
          <w:b/>
          <w:i w:val="0"/>
          <w:color w:val="222B33"/>
          <w:sz w:val="22"/>
        </w:rPr>
        <w:t>kai</w:t>
      </w:r>
      <w:r>
        <w:rPr>
          <w:rFonts w:ascii="Noto Serif CJK JP" w:hAnsi="Noto Serif CJK JP" w:eastAsia="Noto Serif CJK JP"/>
          <w:b w:val="0"/>
          <w:i w:val="0"/>
          <w:sz w:val="21"/>
        </w:rPr>
        <w:t xml:space="preserve">  甲斐 / 貝</w:t>
      </w:r>
      <w:r>
        <w:rPr>
          <w:b w:val="0"/>
          <w:i w:val="0"/>
          <w:color w:val="222B33"/>
          <w:sz w:val="19"/>
        </w:rPr>
        <w:t xml:space="preserve">  worth, use, and shell.</w:t>
      </w:r>
    </w:p>
    <w:p>
      <w:pPr>
        <w:spacing w:after="40"/>
      </w:pPr>
      <w:hyperlink w:anchor="p96">
        <w:r>
          <w:rPr>
            <w:color w:val="2E5A80"/>
            <w:u w:val="single"/>
            <w:sz w:val="18"/>
          </w:rPr>
          <w:t xml:space="preserve">96</w:t>
        </w:r>
      </w:hyperlink>
      <w:r>
        <w:rPr>
          <w:b w:val="0"/>
          <w:i w:val="0"/>
          <w:color w:val="6A6F75"/>
          <w:sz w:val="18"/>
        </w:rPr>
        <w:t xml:space="preserve">, </w:t>
      </w:r>
      <w:hyperlink w:anchor="p178">
        <w:r>
          <w:rPr>
            <w:color w:val="2E5A80"/>
            <w:u w:val="single"/>
            <w:sz w:val="18"/>
          </w:rPr>
          <w:t xml:space="preserve">178</w:t>
        </w:r>
      </w:hyperlink>
      <w:r>
        <w:rPr>
          <w:b w:val="0"/>
          <w:i w:val="0"/>
          <w:color w:val="6A6F75"/>
          <w:sz w:val="18"/>
        </w:rPr>
        <w:t xml:space="preserve">, </w:t>
      </w:r>
      <w:hyperlink w:anchor="p195">
        <w:r>
          <w:rPr>
            <w:color w:val="2E5A80"/>
            <w:u w:val="single"/>
            <w:sz w:val="18"/>
          </w:rPr>
          <w:t xml:space="preserve">195</w:t>
        </w:r>
      </w:hyperlink>
      <w:r>
        <w:rPr>
          <w:b w:val="0"/>
          <w:i w:val="0"/>
          <w:color w:val="6A6F75"/>
          <w:sz w:val="18"/>
        </w:rPr>
        <w:t xml:space="preserve">, </w:t>
      </w:r>
      <w:hyperlink w:anchor="p234">
        <w:r>
          <w:rPr>
            <w:color w:val="2E5A80"/>
            <w:u w:val="single"/>
            <w:sz w:val="18"/>
          </w:rPr>
          <w:t xml:space="preserve">234</w:t>
        </w:r>
      </w:hyperlink>
      <w:r>
        <w:rPr>
          <w:b w:val="0"/>
          <w:i w:val="0"/>
          <w:color w:val="6A6F75"/>
          <w:sz w:val="18"/>
        </w:rPr>
        <w:t xml:space="preserve">, </w:t>
      </w:r>
      <w:hyperlink w:anchor="p261">
        <w:r>
          <w:rPr>
            <w:color w:val="2E5A80"/>
            <w:u w:val="single"/>
            <w:sz w:val="18"/>
          </w:rPr>
          <w:t xml:space="preserve">261</w:t>
        </w:r>
      </w:hyperlink>
      <w:r>
        <w:rPr>
          <w:b w:val="0"/>
          <w:i w:val="0"/>
          <w:color w:val="6A6F75"/>
          <w:sz w:val="18"/>
        </w:rPr>
        <w:t xml:space="preserve">, </w:t>
      </w:r>
      <w:hyperlink w:anchor="p272">
        <w:r>
          <w:rPr>
            <w:color w:val="2E5A80"/>
            <w:u w:val="single"/>
            <w:sz w:val="18"/>
          </w:rPr>
          <w:t xml:space="preserve">272</w:t>
        </w:r>
      </w:hyperlink>
      <w:r>
        <w:rPr>
          <w:b w:val="0"/>
          <w:i w:val="0"/>
          <w:color w:val="6A6F75"/>
          <w:sz w:val="18"/>
        </w:rPr>
        <w:t xml:space="preserve">, </w:t>
      </w:r>
      <w:hyperlink w:anchor="p297">
        <w:r>
          <w:rPr>
            <w:color w:val="2E5A80"/>
            <w:u w:val="single"/>
            <w:sz w:val="18"/>
          </w:rPr>
          <w:t xml:space="preserve">297</w:t>
        </w:r>
      </w:hyperlink>
      <w:r>
        <w:rPr>
          <w:b w:val="0"/>
          <w:i w:val="0"/>
          <w:color w:val="6A6F75"/>
          <w:sz w:val="18"/>
        </w:rPr>
        <w:t xml:space="preserve">, </w:t>
      </w:r>
      <w:hyperlink w:anchor="p310">
        <w:r>
          <w:rPr>
            <w:color w:val="2E5A80"/>
            <w:u w:val="single"/>
            <w:sz w:val="18"/>
          </w:rPr>
          <w:t xml:space="preserve">310</w:t>
        </w:r>
      </w:hyperlink>
      <w:r>
        <w:rPr>
          <w:b w:val="0"/>
          <w:i w:val="0"/>
          <w:color w:val="6A6F75"/>
          <w:sz w:val="18"/>
        </w:rPr>
        <w:t xml:space="preserve">, </w:t>
      </w:r>
      <w:hyperlink w:anchor="p328">
        <w:r>
          <w:rPr>
            <w:color w:val="2E5A80"/>
            <w:u w:val="single"/>
            <w:sz w:val="18"/>
          </w:rPr>
          <w:t xml:space="preserve">328</w:t>
        </w:r>
      </w:hyperlink>
      <w:r>
        <w:rPr>
          <w:b w:val="0"/>
          <w:i w:val="0"/>
          <w:color w:val="6A6F75"/>
          <w:sz w:val="18"/>
        </w:rPr>
        <w:t xml:space="preserve">, </w:t>
      </w:r>
      <w:hyperlink w:anchor="p341">
        <w:r>
          <w:rPr>
            <w:color w:val="2E5A80"/>
            <w:u w:val="single"/>
            <w:sz w:val="18"/>
          </w:rPr>
          <w:t xml:space="preserve">341</w:t>
        </w:r>
      </w:hyperlink>
      <w:r>
        <w:rPr>
          <w:b w:val="0"/>
          <w:i w:val="0"/>
          <w:color w:val="6A6F75"/>
          <w:sz w:val="18"/>
        </w:rPr>
        <w:t xml:space="preserve">, </w:t>
      </w:r>
      <w:hyperlink w:anchor="p424">
        <w:r>
          <w:rPr>
            <w:color w:val="2E5A80"/>
            <w:u w:val="single"/>
            <w:sz w:val="18"/>
          </w:rPr>
          <w:t xml:space="preserve">424</w:t>
        </w:r>
      </w:hyperlink>
      <w:r>
        <w:rPr>
          <w:b w:val="0"/>
          <w:i w:val="0"/>
          <w:color w:val="6A6F75"/>
          <w:sz w:val="18"/>
        </w:rPr>
        <w:t xml:space="preserve">, </w:t>
      </w:r>
      <w:hyperlink w:anchor="p475">
        <w:r>
          <w:rPr>
            <w:color w:val="2E5A80"/>
            <w:u w:val="single"/>
            <w:sz w:val="18"/>
          </w:rPr>
          <w:t xml:space="preserve">475</w:t>
        </w:r>
      </w:hyperlink>
      <w:r>
        <w:rPr>
          <w:b w:val="0"/>
          <w:i w:val="0"/>
          <w:color w:val="6A6F75"/>
          <w:sz w:val="18"/>
        </w:rPr>
        <w:t xml:space="preserve">, </w:t>
      </w:r>
      <w:hyperlink w:anchor="p485">
        <w:r>
          <w:rPr>
            <w:color w:val="2E5A80"/>
            <w:u w:val="single"/>
            <w:sz w:val="18"/>
          </w:rPr>
          <w:t xml:space="preserve">485</w:t>
        </w:r>
      </w:hyperlink>
      <w:r>
        <w:rPr>
          <w:b w:val="0"/>
          <w:i w:val="0"/>
          <w:color w:val="6A6F75"/>
          <w:sz w:val="18"/>
        </w:rPr>
        <w:t xml:space="preserve">, </w:t>
      </w:r>
      <w:hyperlink w:anchor="p489">
        <w:r>
          <w:rPr>
            <w:color w:val="2E5A80"/>
            <w:u w:val="single"/>
            <w:sz w:val="18"/>
          </w:rPr>
          <w:t xml:space="preserve">489</w:t>
        </w:r>
      </w:hyperlink>
      <w:r>
        <w:rPr>
          <w:b w:val="0"/>
          <w:i w:val="0"/>
          <w:color w:val="6A6F75"/>
          <w:sz w:val="18"/>
        </w:rPr>
        <w:t xml:space="preserve">, </w:t>
      </w:r>
      <w:hyperlink w:anchor="p565">
        <w:r>
          <w:rPr>
            <w:color w:val="2E5A80"/>
            <w:u w:val="single"/>
            <w:sz w:val="18"/>
          </w:rPr>
          <w:t xml:space="preserve">565</w:t>
        </w:r>
      </w:hyperlink>
      <w:r>
        <w:rPr>
          <w:b w:val="0"/>
          <w:i w:val="0"/>
          <w:color w:val="6A6F75"/>
          <w:sz w:val="18"/>
        </w:rPr>
        <w:t xml:space="preserve">, </w:t>
      </w:r>
      <w:hyperlink w:anchor="p586">
        <w:r>
          <w:rPr>
            <w:color w:val="2E5A80"/>
            <w:u w:val="single"/>
            <w:sz w:val="18"/>
          </w:rPr>
          <w:t xml:space="preserve">586</w:t>
        </w:r>
      </w:hyperlink>
      <w:r>
        <w:rPr>
          <w:b w:val="0"/>
          <w:i w:val="0"/>
          <w:color w:val="6A6F75"/>
          <w:sz w:val="18"/>
        </w:rPr>
        <w:t xml:space="preserve">, </w:t>
      </w:r>
      <w:hyperlink w:anchor="p614">
        <w:r>
          <w:rPr>
            <w:color w:val="2E5A80"/>
            <w:u w:val="single"/>
            <w:sz w:val="18"/>
          </w:rPr>
          <w:t xml:space="preserve">614</w:t>
        </w:r>
      </w:hyperlink>
      <w:r>
        <w:rPr>
          <w:b w:val="0"/>
          <w:i w:val="0"/>
          <w:color w:val="6A6F75"/>
          <w:sz w:val="18"/>
        </w:rPr>
        <w:t xml:space="preserve">, </w:t>
      </w:r>
      <w:hyperlink w:anchor="p619">
        <w:r>
          <w:rPr>
            <w:color w:val="2E5A80"/>
            <w:u w:val="single"/>
            <w:sz w:val="18"/>
          </w:rPr>
          <w:t xml:space="preserve">619</w:t>
        </w:r>
      </w:hyperlink>
      <w:r>
        <w:rPr>
          <w:b w:val="0"/>
          <w:i w:val="0"/>
          <w:color w:val="6A6F75"/>
          <w:sz w:val="18"/>
        </w:rPr>
        <w:t xml:space="preserve">, </w:t>
      </w:r>
      <w:hyperlink w:anchor="p679">
        <w:r>
          <w:rPr>
            <w:color w:val="2E5A80"/>
            <w:u w:val="single"/>
            <w:sz w:val="18"/>
          </w:rPr>
          <w:t xml:space="preserve">679</w:t>
        </w:r>
      </w:hyperlink>
      <w:r>
        <w:rPr>
          <w:b w:val="0"/>
          <w:i w:val="0"/>
          <w:color w:val="6A6F75"/>
          <w:sz w:val="18"/>
        </w:rPr>
        <w:t xml:space="preserve">, </w:t>
      </w:r>
      <w:hyperlink w:anchor="p756">
        <w:r>
          <w:rPr>
            <w:color w:val="2E5A80"/>
            <w:u w:val="single"/>
            <w:sz w:val="18"/>
          </w:rPr>
          <w:t xml:space="preserve">756</w:t>
        </w:r>
      </w:hyperlink>
    </w:p>
    <w:p>
      <w:pPr>
        <w:keepNext/>
        <w:spacing w:after="20" w:before="120"/>
      </w:pPr>
      <w:r>
        <w:rPr>
          <w:b/>
          <w:i w:val="0"/>
          <w:color w:val="222B33"/>
          <w:sz w:val="22"/>
        </w:rPr>
        <w:t>kumoi</w:t>
      </w:r>
      <w:r>
        <w:rPr>
          <w:rFonts w:ascii="Noto Serif CJK JP" w:hAnsi="Noto Serif CJK JP" w:eastAsia="Noto Serif CJK JP"/>
          <w:b w:val="0"/>
          <w:i w:val="0"/>
          <w:sz w:val="21"/>
        </w:rPr>
        <w:t xml:space="preserve">  雲居</w:t>
      </w:r>
      <w:r>
        <w:rPr>
          <w:b w:val="0"/>
          <w:i w:val="0"/>
          <w:color w:val="222B33"/>
          <w:sz w:val="19"/>
        </w:rPr>
        <w:t xml:space="preserve">  the cloudy heights: the sky and the palace.</w:t>
      </w:r>
    </w:p>
    <w:p>
      <w:pPr>
        <w:spacing w:after="40"/>
      </w:pPr>
      <w:hyperlink w:anchor="p100">
        <w:r>
          <w:rPr>
            <w:color w:val="2E5A80"/>
            <w:u w:val="single"/>
            <w:sz w:val="18"/>
          </w:rPr>
          <w:t xml:space="preserve">100</w:t>
        </w:r>
      </w:hyperlink>
      <w:r>
        <w:rPr>
          <w:b w:val="0"/>
          <w:i w:val="0"/>
          <w:color w:val="6A6F75"/>
          <w:sz w:val="18"/>
        </w:rPr>
        <w:t xml:space="preserve">, </w:t>
      </w:r>
      <w:hyperlink w:anchor="p118">
        <w:r>
          <w:rPr>
            <w:color w:val="2E5A80"/>
            <w:u w:val="single"/>
            <w:sz w:val="18"/>
          </w:rPr>
          <w:t xml:space="preserve">118</w:t>
        </w:r>
      </w:hyperlink>
      <w:r>
        <w:rPr>
          <w:b w:val="0"/>
          <w:i w:val="0"/>
          <w:color w:val="6A6F75"/>
          <w:sz w:val="18"/>
        </w:rPr>
        <w:t xml:space="preserve">, </w:t>
      </w:r>
      <w:hyperlink w:anchor="p123">
        <w:r>
          <w:rPr>
            <w:color w:val="2E5A80"/>
            <w:u w:val="single"/>
            <w:sz w:val="18"/>
          </w:rPr>
          <w:t xml:space="preserve">123</w:t>
        </w:r>
      </w:hyperlink>
      <w:r>
        <w:rPr>
          <w:b w:val="0"/>
          <w:i w:val="0"/>
          <w:color w:val="6A6F75"/>
          <w:sz w:val="18"/>
        </w:rPr>
        <w:t xml:space="preserve">, </w:t>
      </w:r>
      <w:hyperlink w:anchor="p160">
        <w:r>
          <w:rPr>
            <w:color w:val="2E5A80"/>
            <w:u w:val="single"/>
            <w:sz w:val="18"/>
          </w:rPr>
          <w:t xml:space="preserve">160</w:t>
        </w:r>
      </w:hyperlink>
      <w:r>
        <w:rPr>
          <w:b w:val="0"/>
          <w:i w:val="0"/>
          <w:color w:val="6A6F75"/>
          <w:sz w:val="18"/>
        </w:rPr>
        <w:t xml:space="preserve">, </w:t>
      </w:r>
      <w:hyperlink w:anchor="p171">
        <w:r>
          <w:rPr>
            <w:color w:val="2E5A80"/>
            <w:u w:val="single"/>
            <w:sz w:val="18"/>
          </w:rPr>
          <w:t xml:space="preserve">171</w:t>
        </w:r>
      </w:hyperlink>
      <w:r>
        <w:rPr>
          <w:b w:val="0"/>
          <w:i w:val="0"/>
          <w:color w:val="6A6F75"/>
          <w:sz w:val="18"/>
        </w:rPr>
        <w:t xml:space="preserve">, </w:t>
      </w:r>
      <w:hyperlink w:anchor="p188">
        <w:r>
          <w:rPr>
            <w:color w:val="2E5A80"/>
            <w:u w:val="single"/>
            <w:sz w:val="18"/>
          </w:rPr>
          <w:t xml:space="preserve">188</w:t>
        </w:r>
      </w:hyperlink>
      <w:r>
        <w:rPr>
          <w:b w:val="0"/>
          <w:i w:val="0"/>
          <w:color w:val="6A6F75"/>
          <w:sz w:val="18"/>
        </w:rPr>
        <w:t xml:space="preserve">, </w:t>
      </w:r>
      <w:hyperlink w:anchor="p215">
        <w:r>
          <w:rPr>
            <w:color w:val="2E5A80"/>
            <w:u w:val="single"/>
            <w:sz w:val="18"/>
          </w:rPr>
          <w:t xml:space="preserve">215</w:t>
        </w:r>
      </w:hyperlink>
      <w:r>
        <w:rPr>
          <w:b w:val="0"/>
          <w:i w:val="0"/>
          <w:color w:val="6A6F75"/>
          <w:sz w:val="18"/>
        </w:rPr>
        <w:t xml:space="preserve">, </w:t>
      </w:r>
      <w:hyperlink w:anchor="p224">
        <w:r>
          <w:rPr>
            <w:color w:val="2E5A80"/>
            <w:u w:val="single"/>
            <w:sz w:val="18"/>
          </w:rPr>
          <w:t xml:space="preserve">224</w:t>
        </w:r>
      </w:hyperlink>
      <w:r>
        <w:rPr>
          <w:b w:val="0"/>
          <w:i w:val="0"/>
          <w:color w:val="6A6F75"/>
          <w:sz w:val="18"/>
        </w:rPr>
        <w:t xml:space="preserve">, </w:t>
      </w:r>
      <w:hyperlink w:anchor="p225">
        <w:r>
          <w:rPr>
            <w:color w:val="2E5A80"/>
            <w:u w:val="single"/>
            <w:sz w:val="18"/>
          </w:rPr>
          <w:t xml:space="preserve">225</w:t>
        </w:r>
      </w:hyperlink>
      <w:r>
        <w:rPr>
          <w:b w:val="0"/>
          <w:i w:val="0"/>
          <w:color w:val="6A6F75"/>
          <w:sz w:val="18"/>
        </w:rPr>
        <w:t xml:space="preserve">, </w:t>
      </w:r>
      <w:hyperlink w:anchor="p228">
        <w:r>
          <w:rPr>
            <w:color w:val="2E5A80"/>
            <w:u w:val="single"/>
            <w:sz w:val="18"/>
          </w:rPr>
          <w:t xml:space="preserve">228</w:t>
        </w:r>
      </w:hyperlink>
      <w:r>
        <w:rPr>
          <w:b w:val="0"/>
          <w:i w:val="0"/>
          <w:color w:val="6A6F75"/>
          <w:sz w:val="18"/>
        </w:rPr>
        <w:t xml:space="preserve">, </w:t>
      </w:r>
      <w:hyperlink w:anchor="p525">
        <w:r>
          <w:rPr>
            <w:color w:val="2E5A80"/>
            <w:u w:val="single"/>
            <w:sz w:val="18"/>
          </w:rPr>
          <w:t xml:space="preserve">525</w:t>
        </w:r>
      </w:hyperlink>
      <w:r>
        <w:rPr>
          <w:b w:val="0"/>
          <w:i w:val="0"/>
          <w:color w:val="6A6F75"/>
          <w:sz w:val="18"/>
        </w:rPr>
        <w:t xml:space="preserve">, </w:t>
      </w:r>
      <w:hyperlink w:anchor="p563">
        <w:r>
          <w:rPr>
            <w:color w:val="2E5A80"/>
            <w:u w:val="single"/>
            <w:sz w:val="18"/>
          </w:rPr>
          <w:t xml:space="preserve">563</w:t>
        </w:r>
      </w:hyperlink>
      <w:r>
        <w:rPr>
          <w:b w:val="0"/>
          <w:i w:val="0"/>
          <w:color w:val="6A6F75"/>
          <w:sz w:val="18"/>
        </w:rPr>
        <w:t xml:space="preserve">, </w:t>
      </w:r>
      <w:hyperlink w:anchor="p586">
        <w:r>
          <w:rPr>
            <w:color w:val="2E5A80"/>
            <w:u w:val="single"/>
            <w:sz w:val="18"/>
          </w:rPr>
          <w:t xml:space="preserve">586</w:t>
        </w:r>
      </w:hyperlink>
      <w:r>
        <w:rPr>
          <w:b w:val="0"/>
          <w:i w:val="0"/>
          <w:color w:val="6A6F75"/>
          <w:sz w:val="18"/>
        </w:rPr>
        <w:t xml:space="preserve">, </w:t>
      </w:r>
      <w:hyperlink w:anchor="p643">
        <w:r>
          <w:rPr>
            <w:color w:val="2E5A80"/>
            <w:u w:val="single"/>
            <w:sz w:val="18"/>
          </w:rPr>
          <w:t xml:space="preserve">643</w:t>
        </w:r>
      </w:hyperlink>
      <w:r>
        <w:rPr>
          <w:b w:val="0"/>
          <w:i w:val="0"/>
          <w:color w:val="6A6F75"/>
          <w:sz w:val="18"/>
        </w:rPr>
        <w:t xml:space="preserve">, </w:t>
      </w:r>
      <w:hyperlink w:anchor="p674">
        <w:r>
          <w:rPr>
            <w:color w:val="2E5A80"/>
            <w:u w:val="single"/>
            <w:sz w:val="18"/>
          </w:rPr>
          <w:t xml:space="preserve">674</w:t>
        </w:r>
      </w:hyperlink>
      <w:r>
        <w:rPr>
          <w:b w:val="0"/>
          <w:i w:val="0"/>
          <w:color w:val="6A6F75"/>
          <w:sz w:val="18"/>
        </w:rPr>
        <w:t xml:space="preserve">, </w:t>
      </w:r>
      <w:hyperlink w:anchor="p721">
        <w:r>
          <w:rPr>
            <w:color w:val="2E5A80"/>
            <w:u w:val="single"/>
            <w:sz w:val="18"/>
          </w:rPr>
          <w:t xml:space="preserve">721</w:t>
        </w:r>
      </w:hyperlink>
    </w:p>
    <w:p>
      <w:pPr>
        <w:keepNext/>
        <w:spacing w:after="20" w:before="120"/>
      </w:pPr>
      <w:r>
        <w:rPr>
          <w:b/>
          <w:i w:val="0"/>
          <w:color w:val="222B33"/>
          <w:sz w:val="22"/>
        </w:rPr>
        <w:t>fuchi · se</w:t>
      </w:r>
      <w:r>
        <w:rPr>
          <w:rFonts w:ascii="Noto Serif CJK JP" w:hAnsi="Noto Serif CJK JP" w:eastAsia="Noto Serif CJK JP"/>
          <w:b w:val="0"/>
          <w:i w:val="0"/>
          <w:sz w:val="21"/>
        </w:rPr>
        <w:t xml:space="preserve">  淵 / 瀬</w:t>
      </w:r>
      <w:r>
        <w:rPr>
          <w:b w:val="0"/>
          <w:i w:val="0"/>
          <w:color w:val="222B33"/>
          <w:sz w:val="19"/>
        </w:rPr>
        <w:t xml:space="preserve">  deep pool and shallows: fortune changing like the Asuka river.</w:t>
      </w:r>
    </w:p>
    <w:p>
      <w:pPr>
        <w:spacing w:after="40"/>
      </w:pPr>
      <w:hyperlink w:anchor="p119">
        <w:r>
          <w:rPr>
            <w:color w:val="2E5A80"/>
            <w:u w:val="single"/>
            <w:sz w:val="18"/>
          </w:rPr>
          <w:t xml:space="preserve">119</w:t>
        </w:r>
      </w:hyperlink>
      <w:r>
        <w:rPr>
          <w:b w:val="0"/>
          <w:i w:val="0"/>
          <w:color w:val="6A6F75"/>
          <w:sz w:val="18"/>
        </w:rPr>
        <w:t xml:space="preserve">, </w:t>
      </w:r>
      <w:hyperlink w:anchor="p140">
        <w:r>
          <w:rPr>
            <w:color w:val="2E5A80"/>
            <w:u w:val="single"/>
            <w:sz w:val="18"/>
          </w:rPr>
          <w:t xml:space="preserve">140</w:t>
        </w:r>
      </w:hyperlink>
      <w:r>
        <w:rPr>
          <w:b w:val="0"/>
          <w:i w:val="0"/>
          <w:color w:val="6A6F75"/>
          <w:sz w:val="18"/>
        </w:rPr>
        <w:t xml:space="preserve">, </w:t>
      </w:r>
      <w:hyperlink w:anchor="p141">
        <w:r>
          <w:rPr>
            <w:color w:val="2E5A80"/>
            <w:u w:val="single"/>
            <w:sz w:val="18"/>
          </w:rPr>
          <w:t xml:space="preserve">141</w:t>
        </w:r>
      </w:hyperlink>
      <w:r>
        <w:rPr>
          <w:b w:val="0"/>
          <w:i w:val="0"/>
          <w:color w:val="6A6F75"/>
          <w:sz w:val="18"/>
        </w:rPr>
        <w:t xml:space="preserve">, </w:t>
      </w:r>
      <w:hyperlink w:anchor="p176">
        <w:r>
          <w:rPr>
            <w:color w:val="2E5A80"/>
            <w:u w:val="single"/>
            <w:sz w:val="18"/>
          </w:rPr>
          <w:t xml:space="preserve">176</w:t>
        </w:r>
      </w:hyperlink>
      <w:r>
        <w:rPr>
          <w:b w:val="0"/>
          <w:i w:val="0"/>
          <w:color w:val="6A6F75"/>
          <w:sz w:val="18"/>
        </w:rPr>
        <w:t xml:space="preserve">, </w:t>
      </w:r>
      <w:hyperlink w:anchor="p177">
        <w:r>
          <w:rPr>
            <w:color w:val="2E5A80"/>
            <w:u w:val="single"/>
            <w:sz w:val="18"/>
          </w:rPr>
          <w:t xml:space="preserve">177</w:t>
        </w:r>
      </w:hyperlink>
      <w:r>
        <w:rPr>
          <w:b w:val="0"/>
          <w:i w:val="0"/>
          <w:color w:val="6A6F75"/>
          <w:sz w:val="18"/>
        </w:rPr>
        <w:t xml:space="preserve">, </w:t>
      </w:r>
      <w:hyperlink w:anchor="p321">
        <w:r>
          <w:rPr>
            <w:color w:val="2E5A80"/>
            <w:u w:val="single"/>
            <w:sz w:val="18"/>
          </w:rPr>
          <w:t xml:space="preserve">321</w:t>
        </w:r>
      </w:hyperlink>
      <w:r>
        <w:rPr>
          <w:b w:val="0"/>
          <w:i w:val="0"/>
          <w:color w:val="6A6F75"/>
          <w:sz w:val="18"/>
        </w:rPr>
        <w:t xml:space="preserve">, </w:t>
      </w:r>
      <w:hyperlink w:anchor="p322">
        <w:r>
          <w:rPr>
            <w:color w:val="2E5A80"/>
            <w:u w:val="single"/>
            <w:sz w:val="18"/>
          </w:rPr>
          <w:t xml:space="preserve">322</w:t>
        </w:r>
      </w:hyperlink>
      <w:r>
        <w:rPr>
          <w:b w:val="0"/>
          <w:i w:val="0"/>
          <w:color w:val="6A6F75"/>
          <w:sz w:val="18"/>
        </w:rPr>
        <w:t xml:space="preserve">, </w:t>
      </w:r>
      <w:hyperlink w:anchor="p323">
        <w:r>
          <w:rPr>
            <w:color w:val="2E5A80"/>
            <w:u w:val="single"/>
            <w:sz w:val="18"/>
          </w:rPr>
          <w:t xml:space="preserve">323</w:t>
        </w:r>
      </w:hyperlink>
      <w:r>
        <w:rPr>
          <w:b w:val="0"/>
          <w:i w:val="0"/>
          <w:color w:val="6A6F75"/>
          <w:sz w:val="18"/>
        </w:rPr>
        <w:t xml:space="preserve">, </w:t>
      </w:r>
      <w:hyperlink w:anchor="p346">
        <w:r>
          <w:rPr>
            <w:color w:val="2E5A80"/>
            <w:u w:val="single"/>
            <w:sz w:val="18"/>
          </w:rPr>
          <w:t xml:space="preserve">346</w:t>
        </w:r>
      </w:hyperlink>
      <w:r>
        <w:rPr>
          <w:b w:val="0"/>
          <w:i w:val="0"/>
          <w:color w:val="6A6F75"/>
          <w:sz w:val="18"/>
        </w:rPr>
        <w:t xml:space="preserve">, </w:t>
      </w:r>
      <w:hyperlink w:anchor="p359">
        <w:r>
          <w:rPr>
            <w:color w:val="2E5A80"/>
            <w:u w:val="single"/>
            <w:sz w:val="18"/>
          </w:rPr>
          <w:t xml:space="preserve">359</w:t>
        </w:r>
      </w:hyperlink>
      <w:r>
        <w:rPr>
          <w:b w:val="0"/>
          <w:i w:val="0"/>
          <w:color w:val="6A6F75"/>
          <w:sz w:val="18"/>
        </w:rPr>
        <w:t xml:space="preserve">, </w:t>
      </w:r>
      <w:hyperlink w:anchor="p362">
        <w:r>
          <w:rPr>
            <w:color w:val="2E5A80"/>
            <w:u w:val="single"/>
            <w:sz w:val="18"/>
          </w:rPr>
          <w:t xml:space="preserve">362</w:t>
        </w:r>
      </w:hyperlink>
      <w:r>
        <w:rPr>
          <w:b w:val="0"/>
          <w:i w:val="0"/>
          <w:color w:val="6A6F75"/>
          <w:sz w:val="18"/>
        </w:rPr>
        <w:t xml:space="preserve">, </w:t>
      </w:r>
      <w:hyperlink w:anchor="p363">
        <w:r>
          <w:rPr>
            <w:color w:val="2E5A80"/>
            <w:u w:val="single"/>
            <w:sz w:val="18"/>
          </w:rPr>
          <w:t xml:space="preserve">363</w:t>
        </w:r>
      </w:hyperlink>
      <w:r>
        <w:rPr>
          <w:b w:val="0"/>
          <w:i w:val="0"/>
          <w:color w:val="6A6F75"/>
          <w:sz w:val="18"/>
        </w:rPr>
        <w:t xml:space="preserve">, </w:t>
      </w:r>
      <w:hyperlink w:anchor="p407">
        <w:r>
          <w:rPr>
            <w:color w:val="2E5A80"/>
            <w:u w:val="single"/>
            <w:sz w:val="18"/>
          </w:rPr>
          <w:t xml:space="preserve">407</w:t>
        </w:r>
      </w:hyperlink>
      <w:r>
        <w:rPr>
          <w:b w:val="0"/>
          <w:i w:val="0"/>
          <w:color w:val="6A6F75"/>
          <w:sz w:val="18"/>
        </w:rPr>
        <w:t xml:space="preserve">, </w:t>
      </w:r>
      <w:hyperlink w:anchor="p472">
        <w:r>
          <w:rPr>
            <w:color w:val="2E5A80"/>
            <w:u w:val="single"/>
            <w:sz w:val="18"/>
          </w:rPr>
          <w:t xml:space="preserve">472</w:t>
        </w:r>
      </w:hyperlink>
      <w:r>
        <w:rPr>
          <w:b w:val="0"/>
          <w:i w:val="0"/>
          <w:color w:val="6A6F75"/>
          <w:sz w:val="18"/>
        </w:rPr>
        <w:t xml:space="preserve">, </w:t>
      </w:r>
      <w:hyperlink w:anchor="p579">
        <w:r>
          <w:rPr>
            <w:color w:val="2E5A80"/>
            <w:u w:val="single"/>
            <w:sz w:val="18"/>
          </w:rPr>
          <w:t xml:space="preserve">579</w:t>
        </w:r>
      </w:hyperlink>
      <w:r>
        <w:rPr>
          <w:b w:val="0"/>
          <w:i w:val="0"/>
          <w:color w:val="6A6F75"/>
          <w:sz w:val="18"/>
        </w:rPr>
        <w:t xml:space="preserve">, </w:t>
      </w:r>
      <w:hyperlink w:anchor="p628">
        <w:r>
          <w:rPr>
            <w:color w:val="2E5A80"/>
            <w:u w:val="single"/>
            <w:sz w:val="18"/>
          </w:rPr>
          <w:t xml:space="preserve">628</w:t>
        </w:r>
      </w:hyperlink>
      <w:r>
        <w:rPr>
          <w:b w:val="0"/>
          <w:i w:val="0"/>
          <w:color w:val="6A6F75"/>
          <w:sz w:val="18"/>
        </w:rPr>
        <w:t xml:space="preserve">, </w:t>
      </w:r>
      <w:hyperlink w:anchor="p692">
        <w:r>
          <w:rPr>
            <w:color w:val="2E5A80"/>
            <w:u w:val="single"/>
            <w:sz w:val="18"/>
          </w:rPr>
          <w:t xml:space="preserve">692</w:t>
        </w:r>
      </w:hyperlink>
      <w:r>
        <w:rPr>
          <w:b w:val="0"/>
          <w:i w:val="0"/>
          <w:color w:val="6A6F75"/>
          <w:sz w:val="18"/>
        </w:rPr>
        <w:t xml:space="preserve">, </w:t>
      </w:r>
      <w:hyperlink w:anchor="p695">
        <w:r>
          <w:rPr>
            <w:color w:val="2E5A80"/>
            <w:u w:val="single"/>
            <w:sz w:val="18"/>
          </w:rPr>
          <w:t xml:space="preserve">695</w:t>
        </w:r>
      </w:hyperlink>
      <w:r>
        <w:rPr>
          <w:b w:val="0"/>
          <w:i w:val="0"/>
          <w:color w:val="6A6F75"/>
          <w:sz w:val="18"/>
        </w:rPr>
        <w:t xml:space="preserve">, </w:t>
      </w:r>
      <w:hyperlink w:anchor="p723">
        <w:r>
          <w:rPr>
            <w:color w:val="2E5A80"/>
            <w:u w:val="single"/>
            <w:sz w:val="18"/>
          </w:rPr>
          <w:t xml:space="preserve">723</w:t>
        </w:r>
      </w:hyperlink>
      <w:r>
        <w:rPr>
          <w:b w:val="0"/>
          <w:i w:val="0"/>
          <w:color w:val="6A6F75"/>
          <w:sz w:val="18"/>
        </w:rPr>
        <w:t xml:space="preserve">, </w:t>
      </w:r>
      <w:hyperlink w:anchor="p724">
        <w:r>
          <w:rPr>
            <w:color w:val="2E5A80"/>
            <w:u w:val="single"/>
            <w:sz w:val="18"/>
          </w:rPr>
          <w:t xml:space="preserve">724</w:t>
        </w:r>
      </w:hyperlink>
      <w:r>
        <w:rPr>
          <w:b w:val="0"/>
          <w:i w:val="0"/>
          <w:color w:val="6A6F75"/>
          <w:sz w:val="18"/>
        </w:rPr>
        <w:t xml:space="preserve">, </w:t>
      </w:r>
      <w:hyperlink w:anchor="p767">
        <w:r>
          <w:rPr>
            <w:color w:val="2E5A80"/>
            <w:u w:val="single"/>
            <w:sz w:val="18"/>
          </w:rPr>
          <w:t xml:space="preserve">767</w:t>
        </w:r>
      </w:hyperlink>
      <w:r>
        <w:rPr>
          <w:b w:val="0"/>
          <w:i w:val="0"/>
          <w:color w:val="6A6F75"/>
          <w:sz w:val="18"/>
        </w:rPr>
        <w:t xml:space="preserve">, </w:t>
      </w:r>
      <w:hyperlink w:anchor="p777">
        <w:r>
          <w:rPr>
            <w:color w:val="2E5A80"/>
            <w:u w:val="single"/>
            <w:sz w:val="18"/>
          </w:rPr>
          <w:t xml:space="preserve">777</w:t>
        </w:r>
      </w:hyperlink>
    </w:p>
    <w:p>
      <w:pPr>
        <w:keepNext/>
        <w:spacing w:after="20" w:before="120"/>
      </w:pPr>
      <w:r>
        <w:rPr>
          <w:b/>
          <w:i w:val="0"/>
          <w:color w:val="222B33"/>
          <w:sz w:val="22"/>
        </w:rPr>
        <w:t>hashi</w:t>
      </w:r>
      <w:r>
        <w:rPr>
          <w:rFonts w:ascii="Noto Serif CJK JP" w:hAnsi="Noto Serif CJK JP" w:eastAsia="Noto Serif CJK JP"/>
          <w:b w:val="0"/>
          <w:i w:val="0"/>
          <w:sz w:val="21"/>
        </w:rPr>
        <w:t xml:space="preserve">  橋 / 端</w:t>
      </w:r>
      <w:r>
        <w:rPr>
          <w:b w:val="0"/>
          <w:i w:val="0"/>
          <w:color w:val="222B33"/>
          <w:sz w:val="19"/>
        </w:rPr>
        <w:t xml:space="preserve">  bridge and edge; the bridge of Uji and the floating bridge of dreams.</w:t>
      </w:r>
    </w:p>
    <w:p>
      <w:pPr>
        <w:spacing w:after="40"/>
      </w:pPr>
      <w:hyperlink w:anchor="p388">
        <w:r>
          <w:rPr>
            <w:color w:val="2E5A80"/>
            <w:u w:val="single"/>
            <w:sz w:val="18"/>
          </w:rPr>
          <w:t xml:space="preserve">388</w:t>
        </w:r>
      </w:hyperlink>
      <w:r>
        <w:rPr>
          <w:b w:val="0"/>
          <w:i w:val="0"/>
          <w:color w:val="6A6F75"/>
          <w:sz w:val="18"/>
        </w:rPr>
        <w:t xml:space="preserve">, </w:t>
      </w:r>
      <w:hyperlink w:anchor="p401">
        <w:r>
          <w:rPr>
            <w:color w:val="2E5A80"/>
            <w:u w:val="single"/>
            <w:sz w:val="18"/>
          </w:rPr>
          <w:t xml:space="preserve">401</w:t>
        </w:r>
      </w:hyperlink>
      <w:r>
        <w:rPr>
          <w:b w:val="0"/>
          <w:i w:val="0"/>
          <w:color w:val="6A6F75"/>
          <w:sz w:val="18"/>
        </w:rPr>
        <w:t xml:space="preserve">, </w:t>
      </w:r>
      <w:hyperlink w:anchor="p599">
        <w:r>
          <w:rPr>
            <w:color w:val="2E5A80"/>
            <w:u w:val="single"/>
            <w:sz w:val="18"/>
          </w:rPr>
          <w:t xml:space="preserve">599</w:t>
        </w:r>
      </w:hyperlink>
      <w:r>
        <w:rPr>
          <w:b w:val="0"/>
          <w:i w:val="0"/>
          <w:color w:val="6A6F75"/>
          <w:sz w:val="18"/>
        </w:rPr>
        <w:t xml:space="preserve">, </w:t>
      </w:r>
      <w:hyperlink w:anchor="p628">
        <w:r>
          <w:rPr>
            <w:color w:val="2E5A80"/>
            <w:u w:val="single"/>
            <w:sz w:val="18"/>
          </w:rPr>
          <w:t xml:space="preserve">628</w:t>
        </w:r>
      </w:hyperlink>
      <w:r>
        <w:rPr>
          <w:b w:val="0"/>
          <w:i w:val="0"/>
          <w:color w:val="6A6F75"/>
          <w:sz w:val="18"/>
        </w:rPr>
        <w:t xml:space="preserve">, </w:t>
      </w:r>
      <w:hyperlink w:anchor="p666">
        <w:r>
          <w:rPr>
            <w:color w:val="2E5A80"/>
            <w:u w:val="single"/>
            <w:sz w:val="18"/>
          </w:rPr>
          <w:t xml:space="preserve">666</w:t>
        </w:r>
      </w:hyperlink>
      <w:r>
        <w:rPr>
          <w:b w:val="0"/>
          <w:i w:val="0"/>
          <w:color w:val="6A6F75"/>
          <w:sz w:val="18"/>
        </w:rPr>
        <w:t xml:space="preserve">, </w:t>
      </w:r>
      <w:hyperlink w:anchor="p667">
        <w:r>
          <w:rPr>
            <w:color w:val="2E5A80"/>
            <w:u w:val="single"/>
            <w:sz w:val="18"/>
          </w:rPr>
          <w:t xml:space="preserve">667</w:t>
        </w:r>
      </w:hyperlink>
      <w:r>
        <w:rPr>
          <w:b w:val="0"/>
          <w:i w:val="0"/>
          <w:color w:val="6A6F75"/>
          <w:sz w:val="18"/>
        </w:rPr>
        <w:t xml:space="preserve">, </w:t>
      </w:r>
      <w:hyperlink w:anchor="p739">
        <w:r>
          <w:rPr>
            <w:color w:val="2E5A80"/>
            <w:u w:val="single"/>
            <w:sz w:val="18"/>
          </w:rPr>
          <w:t xml:space="preserve">739</w:t>
        </w:r>
      </w:hyperlink>
      <w:r>
        <w:rPr>
          <w:b w:val="0"/>
          <w:i w:val="0"/>
          <w:color w:val="6A6F75"/>
          <w:sz w:val="18"/>
        </w:rPr>
        <w:t xml:space="preserve">, </w:t>
      </w:r>
      <w:hyperlink w:anchor="p740">
        <w:r>
          <w:rPr>
            <w:color w:val="2E5A80"/>
            <w:u w:val="single"/>
            <w:sz w:val="18"/>
          </w:rPr>
          <w:t xml:space="preserve">740</w:t>
        </w:r>
      </w:hyperlink>
    </w:p>
    <w:p>
      <w:pPr>
        <w:keepNext/>
        <w:spacing w:after="20" w:before="120"/>
      </w:pPr>
      <w:r>
        <w:rPr>
          <w:b/>
          <w:i w:val="0"/>
          <w:color w:val="222B33"/>
          <w:sz w:val="22"/>
        </w:rPr>
        <w:t>hi</w:t>
      </w:r>
      <w:r>
        <w:rPr>
          <w:rFonts w:ascii="Noto Serif CJK JP" w:hAnsi="Noto Serif CJK JP" w:eastAsia="Noto Serif CJK JP"/>
          <w:b w:val="0"/>
          <w:i w:val="0"/>
          <w:sz w:val="21"/>
        </w:rPr>
        <w:t xml:space="preserve">  思ひ / 火</w:t>
      </w:r>
      <w:r>
        <w:rPr>
          <w:b w:val="0"/>
          <w:i w:val="0"/>
          <w:color w:val="222B33"/>
          <w:sz w:val="19"/>
        </w:rPr>
        <w:t xml:space="preserve">  the hi of omohi, ‘longing’, as fire: smoke and burning.</w:t>
      </w:r>
    </w:p>
    <w:p>
      <w:pPr>
        <w:spacing w:after="40"/>
      </w:pPr>
      <w:hyperlink w:anchor="p307">
        <w:r>
          <w:rPr>
            <w:color w:val="2E5A80"/>
            <w:u w:val="single"/>
            <w:sz w:val="18"/>
          </w:rPr>
          <w:t xml:space="preserve">307</w:t>
        </w:r>
      </w:hyperlink>
      <w:r>
        <w:rPr>
          <w:b w:val="0"/>
          <w:i w:val="0"/>
          <w:color w:val="6A6F75"/>
          <w:sz w:val="18"/>
        </w:rPr>
        <w:t xml:space="preserve">, </w:t>
      </w:r>
      <w:hyperlink w:anchor="p308">
        <w:r>
          <w:rPr>
            <w:color w:val="2E5A80"/>
            <w:u w:val="single"/>
            <w:sz w:val="18"/>
          </w:rPr>
          <w:t xml:space="preserve">308</w:t>
        </w:r>
      </w:hyperlink>
      <w:r>
        <w:rPr>
          <w:b w:val="0"/>
          <w:i w:val="0"/>
          <w:color w:val="6A6F75"/>
          <w:sz w:val="18"/>
        </w:rPr>
        <w:t xml:space="preserve">, </w:t>
      </w:r>
      <w:hyperlink w:anchor="p384">
        <w:r>
          <w:rPr>
            <w:color w:val="2E5A80"/>
            <w:u w:val="single"/>
            <w:sz w:val="18"/>
          </w:rPr>
          <w:t xml:space="preserve">384</w:t>
        </w:r>
      </w:hyperlink>
      <w:r>
        <w:rPr>
          <w:b w:val="0"/>
          <w:i w:val="0"/>
          <w:color w:val="6A6F75"/>
          <w:sz w:val="18"/>
        </w:rPr>
        <w:t xml:space="preserve">, </w:t>
      </w:r>
      <w:hyperlink w:anchor="p385">
        <w:r>
          <w:rPr>
            <w:color w:val="2E5A80"/>
            <w:u w:val="single"/>
            <w:sz w:val="18"/>
          </w:rPr>
          <w:t xml:space="preserve">385</w:t>
        </w:r>
      </w:hyperlink>
      <w:r>
        <w:rPr>
          <w:b w:val="0"/>
          <w:i w:val="0"/>
          <w:color w:val="6A6F75"/>
          <w:sz w:val="18"/>
        </w:rPr>
        <w:t xml:space="preserve">, </w:t>
      </w:r>
      <w:hyperlink w:anchor="p410">
        <w:r>
          <w:rPr>
            <w:color w:val="2E5A80"/>
            <w:u w:val="single"/>
            <w:sz w:val="18"/>
          </w:rPr>
          <w:t xml:space="preserve">410</w:t>
        </w:r>
      </w:hyperlink>
      <w:r>
        <w:rPr>
          <w:b w:val="0"/>
          <w:i w:val="0"/>
          <w:color w:val="6A6F75"/>
          <w:sz w:val="18"/>
        </w:rPr>
        <w:t xml:space="preserve">, </w:t>
      </w:r>
      <w:hyperlink w:anchor="p411">
        <w:r>
          <w:rPr>
            <w:color w:val="2E5A80"/>
            <w:u w:val="single"/>
            <w:sz w:val="18"/>
          </w:rPr>
          <w:t xml:space="preserve">411</w:t>
        </w:r>
      </w:hyperlink>
      <w:r>
        <w:rPr>
          <w:b w:val="0"/>
          <w:i w:val="0"/>
          <w:color w:val="6A6F75"/>
          <w:sz w:val="18"/>
        </w:rPr>
        <w:t xml:space="preserve">, </w:t>
      </w:r>
      <w:hyperlink w:anchor="p501">
        <w:r>
          <w:rPr>
            <w:color w:val="2E5A80"/>
            <w:u w:val="single"/>
            <w:sz w:val="18"/>
          </w:rPr>
          <w:t xml:space="preserve">501</w:t>
        </w:r>
      </w:hyperlink>
      <w:r>
        <w:rPr>
          <w:b w:val="0"/>
          <w:i w:val="0"/>
          <w:color w:val="6A6F75"/>
          <w:sz w:val="18"/>
        </w:rPr>
        <w:t xml:space="preserve">, </w:t>
      </w:r>
      <w:hyperlink w:anchor="p502">
        <w:r>
          <w:rPr>
            <w:color w:val="2E5A80"/>
            <w:u w:val="single"/>
            <w:sz w:val="18"/>
          </w:rPr>
          <w:t xml:space="preserve">502</w:t>
        </w:r>
      </w:hyperlink>
    </w:p>
    <w:p>
      <w:pPr>
        <w:keepNext/>
        <w:spacing w:after="20" w:before="120"/>
      </w:pPr>
      <w:r>
        <w:rPr>
          <w:b/>
          <w:i w:val="0"/>
          <w:color w:val="222B33"/>
          <w:sz w:val="22"/>
        </w:rPr>
        <w:t>tama</w:t>
      </w:r>
      <w:r>
        <w:rPr>
          <w:rFonts w:ascii="Noto Serif CJK JP" w:hAnsi="Noto Serif CJK JP" w:eastAsia="Noto Serif CJK JP"/>
          <w:b w:val="0"/>
          <w:i w:val="0"/>
          <w:sz w:val="21"/>
        </w:rPr>
        <w:t xml:space="preserve">  玉 / 魂</w:t>
      </w:r>
      <w:r>
        <w:rPr>
          <w:b w:val="0"/>
          <w:i w:val="0"/>
          <w:color w:val="222B33"/>
          <w:sz w:val="19"/>
        </w:rPr>
        <w:t xml:space="preserve">  jewel and soul; also the thread of life (tama no o).</w:t>
      </w:r>
    </w:p>
    <w:p>
      <w:pPr>
        <w:spacing w:after="40"/>
      </w:pPr>
      <w:hyperlink w:anchor="p6">
        <w:r>
          <w:rPr>
            <w:color w:val="2E5A80"/>
            <w:u w:val="single"/>
            <w:sz w:val="18"/>
          </w:rPr>
          <w:t xml:space="preserve">6</w:t>
        </w:r>
      </w:hyperlink>
      <w:r>
        <w:rPr>
          <w:b w:val="0"/>
          <w:i w:val="0"/>
          <w:color w:val="6A6F75"/>
          <w:sz w:val="18"/>
        </w:rPr>
        <w:t xml:space="preserve">, </w:t>
      </w:r>
      <w:hyperlink w:anchor="p34">
        <w:r>
          <w:rPr>
            <w:color w:val="2E5A80"/>
            <w:u w:val="single"/>
            <w:sz w:val="18"/>
          </w:rPr>
          <w:t xml:space="preserve">34</w:t>
        </w:r>
      </w:hyperlink>
      <w:r>
        <w:rPr>
          <w:b w:val="0"/>
          <w:i w:val="0"/>
          <w:color w:val="6A6F75"/>
          <w:sz w:val="18"/>
        </w:rPr>
        <w:t xml:space="preserve">, </w:t>
      </w:r>
      <w:hyperlink w:anchor="p65">
        <w:r>
          <w:rPr>
            <w:color w:val="2E5A80"/>
            <w:u w:val="single"/>
            <w:sz w:val="18"/>
          </w:rPr>
          <w:t xml:space="preserve">65</w:t>
        </w:r>
      </w:hyperlink>
      <w:r>
        <w:rPr>
          <w:b w:val="0"/>
          <w:i w:val="0"/>
          <w:color w:val="6A6F75"/>
          <w:sz w:val="18"/>
        </w:rPr>
        <w:t xml:space="preserve">, </w:t>
      </w:r>
      <w:hyperlink w:anchor="p117">
        <w:r>
          <w:rPr>
            <w:color w:val="2E5A80"/>
            <w:u w:val="single"/>
            <w:sz w:val="18"/>
          </w:rPr>
          <w:t xml:space="preserve">117</w:t>
        </w:r>
      </w:hyperlink>
      <w:r>
        <w:rPr>
          <w:b w:val="0"/>
          <w:i w:val="0"/>
          <w:color w:val="6A6F75"/>
          <w:sz w:val="18"/>
        </w:rPr>
        <w:t xml:space="preserve">, </w:t>
      </w:r>
      <w:hyperlink w:anchor="p128">
        <w:r>
          <w:rPr>
            <w:color w:val="2E5A80"/>
            <w:u w:val="single"/>
            <w:sz w:val="18"/>
          </w:rPr>
          <w:t xml:space="preserve">128</w:t>
        </w:r>
      </w:hyperlink>
      <w:r>
        <w:rPr>
          <w:b w:val="0"/>
          <w:i w:val="0"/>
          <w:color w:val="6A6F75"/>
          <w:sz w:val="18"/>
        </w:rPr>
        <w:t xml:space="preserve">, </w:t>
      </w:r>
      <w:hyperlink w:anchor="p265">
        <w:r>
          <w:rPr>
            <w:color w:val="2E5A80"/>
            <w:u w:val="single"/>
            <w:sz w:val="18"/>
          </w:rPr>
          <w:t xml:space="preserve">265</w:t>
        </w:r>
      </w:hyperlink>
      <w:r>
        <w:rPr>
          <w:b w:val="0"/>
          <w:i w:val="0"/>
          <w:color w:val="6A6F75"/>
          <w:sz w:val="18"/>
        </w:rPr>
        <w:t xml:space="preserve">, </w:t>
      </w:r>
      <w:hyperlink w:anchor="p266">
        <w:r>
          <w:rPr>
            <w:color w:val="2E5A80"/>
            <w:u w:val="single"/>
            <w:sz w:val="18"/>
          </w:rPr>
          <w:t xml:space="preserve">266</w:t>
        </w:r>
      </w:hyperlink>
      <w:r>
        <w:rPr>
          <w:b w:val="0"/>
          <w:i w:val="0"/>
          <w:color w:val="6A6F75"/>
          <w:sz w:val="18"/>
        </w:rPr>
        <w:t xml:space="preserve">, </w:t>
      </w:r>
      <w:hyperlink w:anchor="p349">
        <w:r>
          <w:rPr>
            <w:color w:val="2E5A80"/>
            <w:u w:val="single"/>
            <w:sz w:val="18"/>
          </w:rPr>
          <w:t xml:space="preserve">349</w:t>
        </w:r>
      </w:hyperlink>
      <w:r>
        <w:rPr>
          <w:b w:val="0"/>
          <w:i w:val="0"/>
          <w:color w:val="6A6F75"/>
          <w:sz w:val="18"/>
        </w:rPr>
        <w:t xml:space="preserve">, </w:t>
      </w:r>
      <w:hyperlink w:anchor="p394">
        <w:r>
          <w:rPr>
            <w:color w:val="2E5A80"/>
            <w:u w:val="single"/>
            <w:sz w:val="18"/>
          </w:rPr>
          <w:t xml:space="preserve">394</w:t>
        </w:r>
      </w:hyperlink>
      <w:r>
        <w:rPr>
          <w:b w:val="0"/>
          <w:i w:val="0"/>
          <w:color w:val="6A6F75"/>
          <w:sz w:val="18"/>
        </w:rPr>
        <w:t xml:space="preserve">, </w:t>
      </w:r>
      <w:hyperlink w:anchor="p397">
        <w:r>
          <w:rPr>
            <w:color w:val="2E5A80"/>
            <w:u w:val="single"/>
            <w:sz w:val="18"/>
          </w:rPr>
          <w:t xml:space="preserve">397</w:t>
        </w:r>
      </w:hyperlink>
      <w:r>
        <w:rPr>
          <w:b w:val="0"/>
          <w:i w:val="0"/>
          <w:color w:val="6A6F75"/>
          <w:sz w:val="18"/>
        </w:rPr>
        <w:t xml:space="preserve">, </w:t>
      </w:r>
      <w:hyperlink w:anchor="p404">
        <w:r>
          <w:rPr>
            <w:color w:val="2E5A80"/>
            <w:u w:val="single"/>
            <w:sz w:val="18"/>
          </w:rPr>
          <w:t xml:space="preserve">404</w:t>
        </w:r>
      </w:hyperlink>
      <w:r>
        <w:rPr>
          <w:b w:val="0"/>
          <w:i w:val="0"/>
          <w:color w:val="6A6F75"/>
          <w:sz w:val="18"/>
        </w:rPr>
        <w:t xml:space="preserve">, </w:t>
      </w:r>
      <w:hyperlink w:anchor="p459">
        <w:r>
          <w:rPr>
            <w:color w:val="2E5A80"/>
            <w:u w:val="single"/>
            <w:sz w:val="18"/>
          </w:rPr>
          <w:t xml:space="preserve">459</w:t>
        </w:r>
      </w:hyperlink>
      <w:r>
        <w:rPr>
          <w:b w:val="0"/>
          <w:i w:val="0"/>
          <w:color w:val="6A6F75"/>
          <w:sz w:val="18"/>
        </w:rPr>
        <w:t xml:space="preserve">, </w:t>
      </w:r>
      <w:hyperlink w:anchor="p496">
        <w:r>
          <w:rPr>
            <w:color w:val="2E5A80"/>
            <w:u w:val="single"/>
            <w:sz w:val="18"/>
          </w:rPr>
          <w:t xml:space="preserve">496</w:t>
        </w:r>
      </w:hyperlink>
      <w:r>
        <w:rPr>
          <w:b w:val="0"/>
          <w:i w:val="0"/>
          <w:color w:val="6A6F75"/>
          <w:sz w:val="18"/>
        </w:rPr>
        <w:t xml:space="preserve">, </w:t>
      </w:r>
      <w:hyperlink w:anchor="p506">
        <w:r>
          <w:rPr>
            <w:color w:val="2E5A80"/>
            <w:u w:val="single"/>
            <w:sz w:val="18"/>
          </w:rPr>
          <w:t xml:space="preserve">506</w:t>
        </w:r>
      </w:hyperlink>
      <w:r>
        <w:rPr>
          <w:b w:val="0"/>
          <w:i w:val="0"/>
          <w:color w:val="6A6F75"/>
          <w:sz w:val="18"/>
        </w:rPr>
        <w:t xml:space="preserve">, </w:t>
      </w:r>
      <w:hyperlink w:anchor="p532">
        <w:r>
          <w:rPr>
            <w:color w:val="2E5A80"/>
            <w:u w:val="single"/>
            <w:sz w:val="18"/>
          </w:rPr>
          <w:t xml:space="preserve">532</w:t>
        </w:r>
      </w:hyperlink>
      <w:r>
        <w:rPr>
          <w:b w:val="0"/>
          <w:i w:val="0"/>
          <w:color w:val="6A6F75"/>
          <w:sz w:val="18"/>
        </w:rPr>
        <w:t xml:space="preserve">, </w:t>
      </w:r>
      <w:hyperlink w:anchor="p544">
        <w:r>
          <w:rPr>
            <w:color w:val="2E5A80"/>
            <w:u w:val="single"/>
            <w:sz w:val="18"/>
          </w:rPr>
          <w:t xml:space="preserve">544</w:t>
        </w:r>
      </w:hyperlink>
      <w:r>
        <w:rPr>
          <w:b w:val="0"/>
          <w:i w:val="0"/>
          <w:color w:val="6A6F75"/>
          <w:sz w:val="18"/>
        </w:rPr>
        <w:t xml:space="preserve">, </w:t>
      </w:r>
      <w:hyperlink w:anchor="p583">
        <w:r>
          <w:rPr>
            <w:color w:val="2E5A80"/>
            <w:u w:val="single"/>
            <w:sz w:val="18"/>
          </w:rPr>
          <w:t xml:space="preserve">583</w:t>
        </w:r>
      </w:hyperlink>
      <w:r>
        <w:rPr>
          <w:b w:val="0"/>
          <w:i w:val="0"/>
          <w:color w:val="6A6F75"/>
          <w:sz w:val="18"/>
        </w:rPr>
        <w:t xml:space="preserve">, </w:t>
      </w:r>
      <w:hyperlink w:anchor="p630">
        <w:r>
          <w:rPr>
            <w:color w:val="2E5A80"/>
            <w:u w:val="single"/>
            <w:sz w:val="18"/>
          </w:rPr>
          <w:t xml:space="preserve">630</w:t>
        </w:r>
      </w:hyperlink>
      <w:r>
        <w:rPr>
          <w:b w:val="0"/>
          <w:i w:val="0"/>
          <w:color w:val="6A6F75"/>
          <w:sz w:val="18"/>
        </w:rPr>
        <w:t xml:space="preserve">, </w:t>
      </w:r>
      <w:hyperlink w:anchor="p654">
        <w:r>
          <w:rPr>
            <w:color w:val="2E5A80"/>
            <w:u w:val="single"/>
            <w:sz w:val="18"/>
          </w:rPr>
          <w:t xml:space="preserve">654</w:t>
        </w:r>
      </w:hyperlink>
    </w:p>
    <w:p>
      <w:pPr>
        <w:keepNext/>
        <w:spacing w:after="20" w:before="120"/>
      </w:pPr>
      <w:r>
        <w:rPr>
          <w:b/>
          <w:i w:val="0"/>
          <w:color w:val="222B33"/>
          <w:sz w:val="22"/>
        </w:rPr>
        <w:t>sumu</w:t>
      </w:r>
      <w:r>
        <w:rPr>
          <w:rFonts w:ascii="Noto Serif CJK JP" w:hAnsi="Noto Serif CJK JP" w:eastAsia="Noto Serif CJK JP"/>
          <w:b w:val="0"/>
          <w:i w:val="0"/>
          <w:sz w:val="21"/>
        </w:rPr>
        <w:t xml:space="preserve">  住む / 澄む</w:t>
      </w:r>
      <w:r>
        <w:rPr>
          <w:b w:val="0"/>
          <w:i w:val="0"/>
          <w:color w:val="222B33"/>
          <w:sz w:val="19"/>
        </w:rPr>
        <w:t xml:space="preserve">  to dwell and to be clear (of the moon, water).</w:t>
      </w:r>
    </w:p>
    <w:p>
      <w:pPr>
        <w:spacing w:after="40"/>
      </w:pPr>
      <w:hyperlink w:anchor="p7">
        <w:r>
          <w:rPr>
            <w:color w:val="2E5A80"/>
            <w:u w:val="single"/>
            <w:sz w:val="18"/>
          </w:rPr>
          <w:t xml:space="preserve">7</w:t>
        </w:r>
      </w:hyperlink>
      <w:r>
        <w:rPr>
          <w:b w:val="0"/>
          <w:i w:val="0"/>
          <w:color w:val="6A6F75"/>
          <w:sz w:val="18"/>
        </w:rPr>
        <w:t xml:space="preserve">, </w:t>
      </w:r>
      <w:hyperlink w:anchor="p50">
        <w:r>
          <w:rPr>
            <w:color w:val="2E5A80"/>
            <w:u w:val="single"/>
            <w:sz w:val="18"/>
          </w:rPr>
          <w:t xml:space="preserve">50</w:t>
        </w:r>
      </w:hyperlink>
      <w:r>
        <w:rPr>
          <w:b w:val="0"/>
          <w:i w:val="0"/>
          <w:color w:val="6A6F75"/>
          <w:sz w:val="18"/>
        </w:rPr>
        <w:t xml:space="preserve">, </w:t>
      </w:r>
      <w:hyperlink w:anchor="p54">
        <w:r>
          <w:rPr>
            <w:color w:val="2E5A80"/>
            <w:u w:val="single"/>
            <w:sz w:val="18"/>
          </w:rPr>
          <w:t xml:space="preserve">54</w:t>
        </w:r>
      </w:hyperlink>
      <w:r>
        <w:rPr>
          <w:b w:val="0"/>
          <w:i w:val="0"/>
          <w:color w:val="6A6F75"/>
          <w:sz w:val="18"/>
        </w:rPr>
        <w:t xml:space="preserve">, </w:t>
      </w:r>
      <w:hyperlink w:anchor="p55">
        <w:r>
          <w:rPr>
            <w:color w:val="2E5A80"/>
            <w:u w:val="single"/>
            <w:sz w:val="18"/>
          </w:rPr>
          <w:t xml:space="preserve">55</w:t>
        </w:r>
      </w:hyperlink>
      <w:r>
        <w:rPr>
          <w:b w:val="0"/>
          <w:i w:val="0"/>
          <w:color w:val="6A6F75"/>
          <w:sz w:val="18"/>
        </w:rPr>
        <w:t xml:space="preserve">, </w:t>
      </w:r>
      <w:hyperlink w:anchor="p160">
        <w:r>
          <w:rPr>
            <w:color w:val="2E5A80"/>
            <w:u w:val="single"/>
            <w:sz w:val="18"/>
          </w:rPr>
          <w:t xml:space="preserve">160</w:t>
        </w:r>
      </w:hyperlink>
      <w:r>
        <w:rPr>
          <w:b w:val="0"/>
          <w:i w:val="0"/>
          <w:color w:val="6A6F75"/>
          <w:sz w:val="18"/>
        </w:rPr>
        <w:t xml:space="preserve">, </w:t>
      </w:r>
      <w:hyperlink w:anchor="p162">
        <w:r>
          <w:rPr>
            <w:color w:val="2E5A80"/>
            <w:u w:val="single"/>
            <w:sz w:val="18"/>
          </w:rPr>
          <w:t xml:space="preserve">162</w:t>
        </w:r>
      </w:hyperlink>
      <w:r>
        <w:rPr>
          <w:b w:val="0"/>
          <w:i w:val="0"/>
          <w:color w:val="6A6F75"/>
          <w:sz w:val="18"/>
        </w:rPr>
        <w:t xml:space="preserve">, </w:t>
      </w:r>
      <w:hyperlink w:anchor="p175">
        <w:r>
          <w:rPr>
            <w:color w:val="2E5A80"/>
            <w:u w:val="single"/>
            <w:sz w:val="18"/>
          </w:rPr>
          <w:t xml:space="preserve">175</w:t>
        </w:r>
      </w:hyperlink>
      <w:r>
        <w:rPr>
          <w:b w:val="0"/>
          <w:i w:val="0"/>
          <w:color w:val="6A6F75"/>
          <w:sz w:val="18"/>
        </w:rPr>
        <w:t xml:space="preserve">, </w:t>
      </w:r>
      <w:hyperlink w:anchor="p188">
        <w:r>
          <w:rPr>
            <w:color w:val="2E5A80"/>
            <w:u w:val="single"/>
            <w:sz w:val="18"/>
          </w:rPr>
          <w:t xml:space="preserve">188</w:t>
        </w:r>
      </w:hyperlink>
      <w:r>
        <w:rPr>
          <w:b w:val="0"/>
          <w:i w:val="0"/>
          <w:color w:val="6A6F75"/>
          <w:sz w:val="18"/>
        </w:rPr>
        <w:t xml:space="preserve">, </w:t>
      </w:r>
      <w:hyperlink w:anchor="p221">
        <w:r>
          <w:rPr>
            <w:color w:val="2E5A80"/>
            <w:u w:val="single"/>
            <w:sz w:val="18"/>
          </w:rPr>
          <w:t xml:space="preserve">221</w:t>
        </w:r>
      </w:hyperlink>
      <w:r>
        <w:rPr>
          <w:b w:val="0"/>
          <w:i w:val="0"/>
          <w:color w:val="6A6F75"/>
          <w:sz w:val="18"/>
        </w:rPr>
        <w:t xml:space="preserve">, </w:t>
      </w:r>
      <w:hyperlink w:anchor="p258">
        <w:r>
          <w:rPr>
            <w:color w:val="2E5A80"/>
            <w:u w:val="single"/>
            <w:sz w:val="18"/>
          </w:rPr>
          <w:t xml:space="preserve">258</w:t>
        </w:r>
      </w:hyperlink>
      <w:r>
        <w:rPr>
          <w:b w:val="0"/>
          <w:i w:val="0"/>
          <w:color w:val="6A6F75"/>
          <w:sz w:val="18"/>
        </w:rPr>
        <w:t xml:space="preserve">, </w:t>
      </w:r>
      <w:hyperlink w:anchor="p259">
        <w:r>
          <w:rPr>
            <w:color w:val="2E5A80"/>
            <w:u w:val="single"/>
            <w:sz w:val="18"/>
          </w:rPr>
          <w:t xml:space="preserve">259</w:t>
        </w:r>
      </w:hyperlink>
      <w:r>
        <w:rPr>
          <w:b w:val="0"/>
          <w:i w:val="0"/>
          <w:color w:val="6A6F75"/>
          <w:sz w:val="18"/>
        </w:rPr>
        <w:t xml:space="preserve">, </w:t>
      </w:r>
      <w:hyperlink w:anchor="p276">
        <w:r>
          <w:rPr>
            <w:color w:val="2E5A80"/>
            <w:u w:val="single"/>
            <w:sz w:val="18"/>
          </w:rPr>
          <w:t xml:space="preserve">276</w:t>
        </w:r>
      </w:hyperlink>
      <w:r>
        <w:rPr>
          <w:b w:val="0"/>
          <w:i w:val="0"/>
          <w:color w:val="6A6F75"/>
          <w:sz w:val="18"/>
        </w:rPr>
        <w:t xml:space="preserve">, </w:t>
      </w:r>
      <w:hyperlink w:anchor="p290">
        <w:r>
          <w:rPr>
            <w:color w:val="2E5A80"/>
            <w:u w:val="single"/>
            <w:sz w:val="18"/>
          </w:rPr>
          <w:t xml:space="preserve">290</w:t>
        </w:r>
      </w:hyperlink>
      <w:r>
        <w:rPr>
          <w:b w:val="0"/>
          <w:i w:val="0"/>
          <w:color w:val="6A6F75"/>
          <w:sz w:val="18"/>
        </w:rPr>
        <w:t xml:space="preserve">, </w:t>
      </w:r>
      <w:hyperlink w:anchor="p294">
        <w:r>
          <w:rPr>
            <w:color w:val="2E5A80"/>
            <w:u w:val="single"/>
            <w:sz w:val="18"/>
          </w:rPr>
          <w:t xml:space="preserve">294</w:t>
        </w:r>
      </w:hyperlink>
      <w:r>
        <w:rPr>
          <w:b w:val="0"/>
          <w:i w:val="0"/>
          <w:color w:val="6A6F75"/>
          <w:sz w:val="18"/>
        </w:rPr>
        <w:t xml:space="preserve">, </w:t>
      </w:r>
      <w:hyperlink w:anchor="p297">
        <w:r>
          <w:rPr>
            <w:color w:val="2E5A80"/>
            <w:u w:val="single"/>
            <w:sz w:val="18"/>
          </w:rPr>
          <w:t xml:space="preserve">297</w:t>
        </w:r>
      </w:hyperlink>
      <w:r>
        <w:rPr>
          <w:b w:val="0"/>
          <w:i w:val="0"/>
          <w:color w:val="6A6F75"/>
          <w:sz w:val="18"/>
        </w:rPr>
        <w:t xml:space="preserve">, </w:t>
      </w:r>
      <w:hyperlink w:anchor="p298">
        <w:r>
          <w:rPr>
            <w:color w:val="2E5A80"/>
            <w:u w:val="single"/>
            <w:sz w:val="18"/>
          </w:rPr>
          <w:t xml:space="preserve">298</w:t>
        </w:r>
      </w:hyperlink>
      <w:r>
        <w:rPr>
          <w:b w:val="0"/>
          <w:i w:val="0"/>
          <w:color w:val="6A6F75"/>
          <w:sz w:val="18"/>
        </w:rPr>
        <w:t xml:space="preserve">, </w:t>
      </w:r>
      <w:hyperlink w:anchor="p305">
        <w:r>
          <w:rPr>
            <w:color w:val="2E5A80"/>
            <w:u w:val="single"/>
            <w:sz w:val="18"/>
          </w:rPr>
          <w:t xml:space="preserve">305</w:t>
        </w:r>
      </w:hyperlink>
      <w:r>
        <w:rPr>
          <w:b w:val="0"/>
          <w:i w:val="0"/>
          <w:color w:val="6A6F75"/>
          <w:sz w:val="18"/>
        </w:rPr>
        <w:t xml:space="preserve">, </w:t>
      </w:r>
      <w:hyperlink w:anchor="p318">
        <w:r>
          <w:rPr>
            <w:color w:val="2E5A80"/>
            <w:u w:val="single"/>
            <w:sz w:val="18"/>
          </w:rPr>
          <w:t xml:space="preserve">318</w:t>
        </w:r>
      </w:hyperlink>
      <w:r>
        <w:rPr>
          <w:b w:val="0"/>
          <w:i w:val="0"/>
          <w:color w:val="6A6F75"/>
          <w:sz w:val="18"/>
        </w:rPr>
        <w:t xml:space="preserve">, </w:t>
      </w:r>
      <w:hyperlink w:anchor="p333">
        <w:r>
          <w:rPr>
            <w:color w:val="2E5A80"/>
            <w:u w:val="single"/>
            <w:sz w:val="18"/>
          </w:rPr>
          <w:t xml:space="preserve">333</w:t>
        </w:r>
      </w:hyperlink>
      <w:r>
        <w:rPr>
          <w:b w:val="0"/>
          <w:i w:val="0"/>
          <w:color w:val="6A6F75"/>
          <w:sz w:val="18"/>
        </w:rPr>
        <w:t xml:space="preserve">, </w:t>
      </w:r>
      <w:hyperlink w:anchor="p353">
        <w:r>
          <w:rPr>
            <w:color w:val="2E5A80"/>
            <w:u w:val="single"/>
            <w:sz w:val="18"/>
          </w:rPr>
          <w:t xml:space="preserve">353</w:t>
        </w:r>
      </w:hyperlink>
      <w:r>
        <w:rPr>
          <w:b w:val="0"/>
          <w:i w:val="0"/>
          <w:color w:val="6A6F75"/>
          <w:sz w:val="18"/>
        </w:rPr>
        <w:t xml:space="preserve">, </w:t>
      </w:r>
      <w:hyperlink w:anchor="p400">
        <w:r>
          <w:rPr>
            <w:color w:val="2E5A80"/>
            <w:u w:val="single"/>
            <w:sz w:val="18"/>
          </w:rPr>
          <w:t xml:space="preserve">400</w:t>
        </w:r>
      </w:hyperlink>
      <w:r>
        <w:rPr>
          <w:b w:val="0"/>
          <w:i w:val="0"/>
          <w:color w:val="6A6F75"/>
          <w:sz w:val="18"/>
        </w:rPr>
        <w:t xml:space="preserve">, </w:t>
      </w:r>
      <w:hyperlink w:anchor="p414">
        <w:r>
          <w:rPr>
            <w:color w:val="2E5A80"/>
            <w:u w:val="single"/>
            <w:sz w:val="18"/>
          </w:rPr>
          <w:t xml:space="preserve">414</w:t>
        </w:r>
      </w:hyperlink>
      <w:r>
        <w:rPr>
          <w:b w:val="0"/>
          <w:i w:val="0"/>
          <w:color w:val="6A6F75"/>
          <w:sz w:val="18"/>
        </w:rPr>
        <w:t xml:space="preserve">, </w:t>
      </w:r>
      <w:hyperlink w:anchor="p419">
        <w:r>
          <w:rPr>
            <w:color w:val="2E5A80"/>
            <w:u w:val="single"/>
            <w:sz w:val="18"/>
          </w:rPr>
          <w:t xml:space="preserve">419</w:t>
        </w:r>
      </w:hyperlink>
      <w:r>
        <w:rPr>
          <w:b w:val="0"/>
          <w:i w:val="0"/>
          <w:color w:val="6A6F75"/>
          <w:sz w:val="18"/>
        </w:rPr>
        <w:t xml:space="preserve">, </w:t>
      </w:r>
      <w:hyperlink w:anchor="p434">
        <w:r>
          <w:rPr>
            <w:color w:val="2E5A80"/>
            <w:u w:val="single"/>
            <w:sz w:val="18"/>
          </w:rPr>
          <w:t xml:space="preserve">434</w:t>
        </w:r>
      </w:hyperlink>
      <w:r>
        <w:rPr>
          <w:b w:val="0"/>
          <w:i w:val="0"/>
          <w:color w:val="6A6F75"/>
          <w:sz w:val="18"/>
        </w:rPr>
        <w:t xml:space="preserve">, </w:t>
      </w:r>
      <w:hyperlink w:anchor="p477">
        <w:r>
          <w:rPr>
            <w:color w:val="2E5A80"/>
            <w:u w:val="single"/>
            <w:sz w:val="18"/>
          </w:rPr>
          <w:t xml:space="preserve">477</w:t>
        </w:r>
      </w:hyperlink>
      <w:r>
        <w:rPr>
          <w:b w:val="0"/>
          <w:i w:val="0"/>
          <w:color w:val="6A6F75"/>
          <w:sz w:val="18"/>
        </w:rPr>
        <w:t xml:space="preserve">, </w:t>
      </w:r>
      <w:hyperlink w:anchor="p484">
        <w:r>
          <w:rPr>
            <w:color w:val="2E5A80"/>
            <w:u w:val="single"/>
            <w:sz w:val="18"/>
          </w:rPr>
          <w:t xml:space="preserve">484</w:t>
        </w:r>
      </w:hyperlink>
      <w:r>
        <w:rPr>
          <w:b w:val="0"/>
          <w:i w:val="0"/>
          <w:color w:val="6A6F75"/>
          <w:sz w:val="18"/>
        </w:rPr>
        <w:t xml:space="preserve">, </w:t>
      </w:r>
      <w:hyperlink w:anchor="p485">
        <w:r>
          <w:rPr>
            <w:color w:val="2E5A80"/>
            <w:u w:val="single"/>
            <w:sz w:val="18"/>
          </w:rPr>
          <w:t xml:space="preserve">485</w:t>
        </w:r>
      </w:hyperlink>
      <w:r>
        <w:rPr>
          <w:b w:val="0"/>
          <w:i w:val="0"/>
          <w:color w:val="6A6F75"/>
          <w:sz w:val="18"/>
        </w:rPr>
        <w:t xml:space="preserve">, </w:t>
      </w:r>
      <w:hyperlink w:anchor="p486">
        <w:r>
          <w:rPr>
            <w:color w:val="2E5A80"/>
            <w:u w:val="single"/>
            <w:sz w:val="18"/>
          </w:rPr>
          <w:t xml:space="preserve">486</w:t>
        </w:r>
      </w:hyperlink>
      <w:r>
        <w:rPr>
          <w:b w:val="0"/>
          <w:i w:val="0"/>
          <w:color w:val="6A6F75"/>
          <w:sz w:val="18"/>
        </w:rPr>
        <w:t xml:space="preserve">, </w:t>
      </w:r>
      <w:hyperlink w:anchor="p487">
        <w:r>
          <w:rPr>
            <w:color w:val="2E5A80"/>
            <w:u w:val="single"/>
            <w:sz w:val="18"/>
          </w:rPr>
          <w:t xml:space="preserve">487</w:t>
        </w:r>
      </w:hyperlink>
      <w:r>
        <w:rPr>
          <w:b w:val="0"/>
          <w:i w:val="0"/>
          <w:color w:val="6A6F75"/>
          <w:sz w:val="18"/>
        </w:rPr>
        <w:t xml:space="preserve">, </w:t>
      </w:r>
      <w:hyperlink w:anchor="p507">
        <w:r>
          <w:rPr>
            <w:color w:val="2E5A80"/>
            <w:u w:val="single"/>
            <w:sz w:val="18"/>
          </w:rPr>
          <w:t xml:space="preserve">507</w:t>
        </w:r>
      </w:hyperlink>
      <w:r>
        <w:rPr>
          <w:b w:val="0"/>
          <w:i w:val="0"/>
          <w:color w:val="6A6F75"/>
          <w:sz w:val="18"/>
        </w:rPr>
        <w:t xml:space="preserve">, </w:t>
      </w:r>
      <w:hyperlink w:anchor="p508">
        <w:r>
          <w:rPr>
            <w:color w:val="2E5A80"/>
            <w:u w:val="single"/>
            <w:sz w:val="18"/>
          </w:rPr>
          <w:t xml:space="preserve">508</w:t>
        </w:r>
      </w:hyperlink>
      <w:r>
        <w:rPr>
          <w:b w:val="0"/>
          <w:i w:val="0"/>
          <w:color w:val="6A6F75"/>
          <w:sz w:val="18"/>
        </w:rPr>
        <w:t xml:space="preserve">, </w:t>
      </w:r>
      <w:hyperlink w:anchor="p509">
        <w:r>
          <w:rPr>
            <w:color w:val="2E5A80"/>
            <w:u w:val="single"/>
            <w:sz w:val="18"/>
          </w:rPr>
          <w:t xml:space="preserve">509</w:t>
        </w:r>
      </w:hyperlink>
      <w:r>
        <w:rPr>
          <w:b w:val="0"/>
          <w:i w:val="0"/>
          <w:color w:val="6A6F75"/>
          <w:sz w:val="18"/>
        </w:rPr>
        <w:t xml:space="preserve">, </w:t>
      </w:r>
      <w:hyperlink w:anchor="p521">
        <w:r>
          <w:rPr>
            <w:color w:val="2E5A80"/>
            <w:u w:val="single"/>
            <w:sz w:val="18"/>
          </w:rPr>
          <w:t xml:space="preserve">521</w:t>
        </w:r>
      </w:hyperlink>
      <w:r>
        <w:rPr>
          <w:b w:val="0"/>
          <w:i w:val="0"/>
          <w:color w:val="6A6F75"/>
          <w:sz w:val="18"/>
        </w:rPr>
        <w:t xml:space="preserve">, </w:t>
      </w:r>
      <w:hyperlink w:anchor="p524">
        <w:r>
          <w:rPr>
            <w:color w:val="2E5A80"/>
            <w:u w:val="single"/>
            <w:sz w:val="18"/>
          </w:rPr>
          <w:t xml:space="preserve">524</w:t>
        </w:r>
      </w:hyperlink>
      <w:r>
        <w:rPr>
          <w:b w:val="0"/>
          <w:i w:val="0"/>
          <w:color w:val="6A6F75"/>
          <w:sz w:val="18"/>
        </w:rPr>
        <w:t xml:space="preserve">, </w:t>
      </w:r>
      <w:hyperlink w:anchor="p540">
        <w:r>
          <w:rPr>
            <w:color w:val="2E5A80"/>
            <w:u w:val="single"/>
            <w:sz w:val="18"/>
          </w:rPr>
          <w:t xml:space="preserve">540</w:t>
        </w:r>
      </w:hyperlink>
      <w:r>
        <w:rPr>
          <w:b w:val="0"/>
          <w:i w:val="0"/>
          <w:color w:val="6A6F75"/>
          <w:sz w:val="18"/>
        </w:rPr>
        <w:t xml:space="preserve">, </w:t>
      </w:r>
      <w:hyperlink w:anchor="p571">
        <w:r>
          <w:rPr>
            <w:color w:val="2E5A80"/>
            <w:u w:val="single"/>
            <w:sz w:val="18"/>
          </w:rPr>
          <w:t xml:space="preserve">571</w:t>
        </w:r>
      </w:hyperlink>
      <w:r>
        <w:rPr>
          <w:b w:val="0"/>
          <w:i w:val="0"/>
          <w:color w:val="6A6F75"/>
          <w:sz w:val="18"/>
        </w:rPr>
        <w:t xml:space="preserve">, </w:t>
      </w:r>
      <w:hyperlink w:anchor="p624">
        <w:r>
          <w:rPr>
            <w:color w:val="2E5A80"/>
            <w:u w:val="single"/>
            <w:sz w:val="18"/>
          </w:rPr>
          <w:t xml:space="preserve">624</w:t>
        </w:r>
      </w:hyperlink>
      <w:r>
        <w:rPr>
          <w:b w:val="0"/>
          <w:i w:val="0"/>
          <w:color w:val="6A6F75"/>
          <w:sz w:val="18"/>
        </w:rPr>
        <w:t xml:space="preserve">, </w:t>
      </w:r>
      <w:hyperlink w:anchor="p632">
        <w:r>
          <w:rPr>
            <w:color w:val="2E5A80"/>
            <w:u w:val="single"/>
            <w:sz w:val="18"/>
          </w:rPr>
          <w:t xml:space="preserve">632</w:t>
        </w:r>
      </w:hyperlink>
      <w:r>
        <w:rPr>
          <w:b w:val="0"/>
          <w:i w:val="0"/>
          <w:color w:val="6A6F75"/>
          <w:sz w:val="18"/>
        </w:rPr>
        <w:t xml:space="preserve">, </w:t>
      </w:r>
      <w:hyperlink w:anchor="p651">
        <w:r>
          <w:rPr>
            <w:color w:val="2E5A80"/>
            <w:u w:val="single"/>
            <w:sz w:val="18"/>
          </w:rPr>
          <w:t xml:space="preserve">651</w:t>
        </w:r>
      </w:hyperlink>
      <w:r>
        <w:rPr>
          <w:b w:val="0"/>
          <w:i w:val="0"/>
          <w:color w:val="6A6F75"/>
          <w:sz w:val="18"/>
        </w:rPr>
        <w:t xml:space="preserve">, </w:t>
      </w:r>
      <w:hyperlink w:anchor="p652">
        <w:r>
          <w:rPr>
            <w:color w:val="2E5A80"/>
            <w:u w:val="single"/>
            <w:sz w:val="18"/>
          </w:rPr>
          <w:t xml:space="preserve">652</w:t>
        </w:r>
      </w:hyperlink>
      <w:r>
        <w:rPr>
          <w:b w:val="0"/>
          <w:i w:val="0"/>
          <w:color w:val="6A6F75"/>
          <w:sz w:val="18"/>
        </w:rPr>
        <w:t xml:space="preserve">, </w:t>
      </w:r>
      <w:hyperlink w:anchor="p680">
        <w:r>
          <w:rPr>
            <w:color w:val="2E5A80"/>
            <w:u w:val="single"/>
            <w:sz w:val="18"/>
          </w:rPr>
          <w:t xml:space="preserve">680</w:t>
        </w:r>
      </w:hyperlink>
      <w:r>
        <w:rPr>
          <w:b w:val="0"/>
          <w:i w:val="0"/>
          <w:color w:val="6A6F75"/>
          <w:sz w:val="18"/>
        </w:rPr>
        <w:t xml:space="preserve">, </w:t>
      </w:r>
      <w:hyperlink w:anchor="p688">
        <w:r>
          <w:rPr>
            <w:color w:val="2E5A80"/>
            <w:u w:val="single"/>
            <w:sz w:val="18"/>
          </w:rPr>
          <w:t xml:space="preserve">688</w:t>
        </w:r>
      </w:hyperlink>
      <w:r>
        <w:rPr>
          <w:b w:val="0"/>
          <w:i w:val="0"/>
          <w:color w:val="6A6F75"/>
          <w:sz w:val="18"/>
        </w:rPr>
        <w:t xml:space="preserve">, </w:t>
      </w:r>
      <w:hyperlink w:anchor="p697">
        <w:r>
          <w:rPr>
            <w:color w:val="2E5A80"/>
            <w:u w:val="single"/>
            <w:sz w:val="18"/>
          </w:rPr>
          <w:t xml:space="preserve">697</w:t>
        </w:r>
      </w:hyperlink>
      <w:r>
        <w:rPr>
          <w:b w:val="0"/>
          <w:i w:val="0"/>
          <w:color w:val="6A6F75"/>
          <w:sz w:val="18"/>
        </w:rPr>
        <w:t xml:space="preserve">, </w:t>
      </w:r>
      <w:hyperlink w:anchor="p732">
        <w:r>
          <w:rPr>
            <w:color w:val="2E5A80"/>
            <w:u w:val="single"/>
            <w:sz w:val="18"/>
          </w:rPr>
          <w:t xml:space="preserve">732</w:t>
        </w:r>
      </w:hyperlink>
      <w:r>
        <w:rPr>
          <w:b w:val="0"/>
          <w:i w:val="0"/>
          <w:color w:val="6A6F75"/>
          <w:sz w:val="18"/>
        </w:rPr>
        <w:t xml:space="preserve">, </w:t>
      </w:r>
      <w:hyperlink w:anchor="p747">
        <w:r>
          <w:rPr>
            <w:color w:val="2E5A80"/>
            <w:u w:val="single"/>
            <w:sz w:val="18"/>
          </w:rPr>
          <w:t xml:space="preserve">747</w:t>
        </w:r>
      </w:hyperlink>
    </w:p>
    <w:sectPr w:rsidR="00FC693F" w:rsidRPr="0006063C" w:rsidSect="00034616">
      <w:pgSz w:w="12240" w:h="15840"/>
      <w:pgMar w:top="1247" w:right="1304" w:bottom="1247" w:left="1304" w:header="720" w:footer="720" w:gutter="0"/>
      <w:cols w:space="560"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76" w:lineRule="auto"/>
    </w:pPr>
    <w:rPr>
      <w:rFonts w:ascii="Georgia" w:hAnsi="Georgia" w:eastAsia="Noto Serif CJK JP"/>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480" w:after="0"/>
      <w:outlineLvl w:val="0"/>
    </w:pPr>
    <w:rPr>
      <w:rFonts w:asciiTheme="majorHAnsi" w:eastAsiaTheme="majorEastAsia" w:hAnsiTheme="majorHAnsi" w:cstheme="majorBidi" w:ascii="Georgia" w:hAnsi="Georgia" w:eastAsia="Noto Serif CJK JP"/>
      <w:b w:val="0"/>
      <w:bCs/>
      <w:color w:val="222B33"/>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eastAsia="Noto Serif CJK JP"/>
      <w:b w:val="0"/>
      <w:bCs/>
      <w:color w:val="222B3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Noto Serif CJK JP"/>
      <w:b w:val="0"/>
      <w:color w:val="222B33"/>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ja.wikisource.org/wiki/&#28304;&#27663;&#29289;&#35486;_(&#28171;&#35895;&#26628;&#19968;&#26657;&#35330;)" TargetMode="External"/><Relationship Id="rId10" Type="http://schemas.openxmlformats.org/officeDocument/2006/relationships/hyperlink" Target="https://classicstudies.jimdofree.com/&#28304;&#27663;&#29289;&#35486;/&#21644;&#27468;&#19968;&#35239;/" TargetMode="External"/><Relationship Id="rId11" Type="http://schemas.openxmlformats.org/officeDocument/2006/relationships/hyperlink" Target="https://kouigenjimonogatari.github.io/waka.html" TargetMode="External"/><Relationship Id="rId12" Type="http://schemas.openxmlformats.org/officeDocument/2006/relationships/hyperlink" Target="https://ja.wikisource.org/wiki/&#21476;&#20170;&#21644;&#27468;&#38598;" TargetMode="External"/><Relationship Id="rId13" Type="http://schemas.openxmlformats.org/officeDocument/2006/relationships/hyperlink" Target="https://genjipoems.org" TargetMode="External"/><Relationship Id="rId14" Type="http://schemas.openxmlformats.org/officeDocument/2006/relationships/hyperlink" Target="https://zh.wikisource.org/wiki/&#38263;&#24680;&#27468;" TargetMode="External"/><Relationship Id="rId15" Type="http://schemas.openxmlformats.org/officeDocument/2006/relationships/hyperlink" Target="https://manyo-hyakka.pref.nara.jp/db/detailLink?cls=db_manyo&amp;pkey=3807" TargetMode="External"/><Relationship Id="rId16" Type="http://schemas.openxmlformats.org/officeDocument/2006/relationships/hyperlink" Target="https://ja.wikisource.org/wiki/&#21476;&#20170;&#21644;&#27468;&#38598;/&#24059;&#21313;&#19971;#00867" TargetMode="External"/><Relationship Id="rId17" Type="http://schemas.openxmlformats.org/officeDocument/2006/relationships/hyperlink" Target="https://ja.wikisource.org/wiki/&#21476;&#20170;&#21644;&#27468;&#38598;/&#24059;&#19977;#00139" TargetMode="External"/><Relationship Id="rId18" Type="http://schemas.openxmlformats.org/officeDocument/2006/relationships/hyperlink" Target="https://ja.wikisource.org/wiki/&#21476;&#20170;&#21644;&#27468;&#38598;/&#24059;&#21313;&#20061;#01009" TargetMode="External"/><Relationship Id="rId19" Type="http://schemas.openxmlformats.org/officeDocument/2006/relationships/hyperlink" Target="https://ja.wikisource.org/wiki/&#21476;&#20170;&#21644;&#27468;&#38598;/&#24059;&#21313;&#19971;#00892" TargetMode="External"/><Relationship Id="rId20" Type="http://schemas.openxmlformats.org/officeDocument/2006/relationships/hyperlink" Target="https://ja.wikisource.org/wiki/&#21476;&#20170;&#21644;&#27468;&#38598;/&#24059;&#21313;&#20061;#01012" TargetMode="External"/><Relationship Id="rId21" Type="http://schemas.openxmlformats.org/officeDocument/2006/relationships/hyperlink" Target="https://ja.wikisource.org/wiki/&#21476;&#20170;&#21644;&#27468;&#38598;/&#24059;&#20108;#00125" TargetMode="External"/><Relationship Id="rId22" Type="http://schemas.openxmlformats.org/officeDocument/2006/relationships/hyperlink" Target="https://www.asahi-net.or.jp/~sg2h-ymst/yamatouta/sennin/kanesuke.html" TargetMode="External"/><Relationship Id="rId23" Type="http://schemas.openxmlformats.org/officeDocument/2006/relationships/hyperlink" Target="https://ja.wikisource.org/wiki/&#21476;&#20170;&#21644;&#27468;&#38598;/&#24059;&#21313;&#20843;#00983" TargetMode="External"/><Relationship Id="rId24" Type="http://schemas.openxmlformats.org/officeDocument/2006/relationships/hyperlink" Target="https://ise.kaisetsuvoice.com/049.html" TargetMode="External"/><Relationship Id="rId25" Type="http://schemas.openxmlformats.org/officeDocument/2006/relationships/hyperlink" Target="https://ja.wikisource.org/wiki/&#21476;&#20170;&#21644;&#27468;&#38598;/&#24059;&#20108;&#21313;#01093"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Tale of Genji: The Complete Waka</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