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945DA" w14:textId="53D5229D" w:rsidR="008B4F78" w:rsidRPr="008B4F78" w:rsidRDefault="00ED4FAE" w:rsidP="00ED4FAE">
      <w:pPr>
        <w:rPr>
          <w:b/>
          <w:color w:val="000000" w:themeColor="text1"/>
          <w:sz w:val="28"/>
          <w:szCs w:val="28"/>
        </w:rPr>
      </w:pPr>
      <w:r w:rsidRPr="00ED4FAE">
        <w:rPr>
          <w:b/>
          <w:color w:val="000000" w:themeColor="text1"/>
          <w:sz w:val="40"/>
        </w:rPr>
        <w:t xml:space="preserve">                   The End of Desire | 1-50</w:t>
      </w:r>
      <w:r w:rsidR="008B4F78">
        <w:rPr>
          <w:b/>
          <w:color w:val="000000" w:themeColor="text1"/>
          <w:sz w:val="40"/>
        </w:rPr>
        <w:br/>
      </w:r>
      <w:r w:rsidR="008B4F78" w:rsidRPr="008B4F78">
        <w:rPr>
          <w:b/>
          <w:color w:val="000000" w:themeColor="text1"/>
          <w:sz w:val="28"/>
          <w:szCs w:val="28"/>
        </w:rPr>
        <w:t xml:space="preserve">                        </w:t>
      </w:r>
      <w:r w:rsidR="008B4F78">
        <w:rPr>
          <w:b/>
          <w:color w:val="000000" w:themeColor="text1"/>
          <w:sz w:val="28"/>
          <w:szCs w:val="28"/>
        </w:rPr>
        <w:t xml:space="preserve">              </w:t>
      </w:r>
      <w:r w:rsidR="001F1DFF">
        <w:rPr>
          <w:b/>
          <w:color w:val="000000" w:themeColor="text1"/>
          <w:sz w:val="28"/>
          <w:szCs w:val="28"/>
        </w:rPr>
        <w:t xml:space="preserve"> </w:t>
      </w:r>
      <w:r w:rsidR="008B4F78" w:rsidRPr="008B4F78">
        <w:rPr>
          <w:b/>
          <w:color w:val="000000" w:themeColor="text1"/>
          <w:sz w:val="28"/>
          <w:szCs w:val="28"/>
        </w:rPr>
        <w:t>©</w:t>
      </w:r>
      <w:proofErr w:type="spellStart"/>
      <w:r w:rsidR="008B4F78" w:rsidRPr="008B4F78">
        <w:rPr>
          <w:b/>
          <w:color w:val="000000" w:themeColor="text1"/>
          <w:sz w:val="28"/>
          <w:szCs w:val="28"/>
        </w:rPr>
        <w:t>Hughlings</w:t>
      </w:r>
      <w:proofErr w:type="spellEnd"/>
      <w:r w:rsidR="008B4F78" w:rsidRPr="008B4F78">
        <w:rPr>
          <w:b/>
          <w:color w:val="000000" w:themeColor="text1"/>
          <w:sz w:val="28"/>
          <w:szCs w:val="28"/>
        </w:rPr>
        <w:t xml:space="preserve"> Himwich</w:t>
      </w:r>
    </w:p>
    <w:p w14:paraId="474C9353" w14:textId="667A9DD7" w:rsidR="002B4E42" w:rsidRPr="00ED4FAE" w:rsidRDefault="00ED4FAE" w:rsidP="00ED4FAE">
      <w:pPr>
        <w:rPr>
          <w:color w:val="000000" w:themeColor="text1"/>
        </w:rPr>
      </w:pPr>
      <w:r w:rsidRPr="00ED4FAE">
        <w:rPr>
          <w:i/>
          <w:color w:val="000000" w:themeColor="text1"/>
          <w:sz w:val="28"/>
        </w:rPr>
        <w:t xml:space="preserve">                        </w:t>
      </w:r>
      <w:r w:rsidR="006B783D">
        <w:rPr>
          <w:i/>
          <w:color w:val="000000" w:themeColor="text1"/>
          <w:sz w:val="28"/>
        </w:rPr>
        <w:t xml:space="preserve">  </w:t>
      </w:r>
      <w:r w:rsidRPr="00ED4FAE">
        <w:rPr>
          <w:i/>
          <w:color w:val="000000" w:themeColor="text1"/>
          <w:sz w:val="28"/>
        </w:rPr>
        <w:t>Alphabetical Index</w:t>
      </w:r>
      <w:r w:rsidR="006B783D">
        <w:rPr>
          <w:i/>
          <w:color w:val="000000" w:themeColor="text1"/>
          <w:sz w:val="28"/>
        </w:rPr>
        <w:t xml:space="preserve"> /Titles linked to the poems</w:t>
      </w:r>
    </w:p>
    <w:p w14:paraId="5FBCBE67" w14:textId="77777777" w:rsidR="002B4E42" w:rsidRPr="00ED4FAE" w:rsidRDefault="002B4E42">
      <w:pPr>
        <w:rPr>
          <w:color w:val="000000" w:themeColor="text1"/>
        </w:rPr>
      </w:pPr>
    </w:p>
    <w:p w14:paraId="502506FB" w14:textId="77777777" w:rsidR="00ED4FAE" w:rsidRPr="00ED4FAE" w:rsidRDefault="00ED4FAE" w:rsidP="001F1DFF">
      <w:pPr>
        <w:spacing w:after="80"/>
        <w:rPr>
          <w:color w:val="000000" w:themeColor="text1"/>
        </w:rPr>
        <w:sectPr w:rsidR="00ED4FAE" w:rsidRPr="00ED4FAE" w:rsidSect="00ED4FA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6E15ACB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31">
        <w:r w:rsidRPr="00ED4FAE">
          <w:rPr>
            <w:rStyle w:val="Hyperlink1"/>
            <w:color w:val="000000" w:themeColor="text1"/>
            <w:u w:val="none"/>
          </w:rPr>
          <w:t>A Song of Spring</w:t>
        </w:r>
      </w:hyperlink>
    </w:p>
    <w:p w14:paraId="6E6514BB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44">
        <w:r w:rsidRPr="00ED4FAE">
          <w:rPr>
            <w:rStyle w:val="Hyperlink1"/>
            <w:color w:val="000000" w:themeColor="text1"/>
            <w:u w:val="none"/>
          </w:rPr>
          <w:t>All for Autumn</w:t>
        </w:r>
      </w:hyperlink>
    </w:p>
    <w:p w14:paraId="36D934DB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22">
        <w:r w:rsidRPr="00ED4FAE">
          <w:rPr>
            <w:rStyle w:val="Hyperlink1"/>
            <w:color w:val="000000" w:themeColor="text1"/>
            <w:u w:val="none"/>
          </w:rPr>
          <w:t>All of It</w:t>
        </w:r>
      </w:hyperlink>
    </w:p>
    <w:p w14:paraId="45CD9731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37">
        <w:r w:rsidRPr="00ED4FAE">
          <w:rPr>
            <w:rStyle w:val="Hyperlink1"/>
            <w:color w:val="000000" w:themeColor="text1"/>
            <w:u w:val="none"/>
          </w:rPr>
          <w:t>Autumn Rain</w:t>
        </w:r>
      </w:hyperlink>
    </w:p>
    <w:p w14:paraId="7B2E0046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38">
        <w:r w:rsidRPr="00ED4FAE">
          <w:rPr>
            <w:rStyle w:val="Hyperlink1"/>
            <w:color w:val="000000" w:themeColor="text1"/>
            <w:u w:val="none"/>
          </w:rPr>
          <w:t>Autumn's Child</w:t>
        </w:r>
      </w:hyperlink>
    </w:p>
    <w:p w14:paraId="2ECD7697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14">
        <w:r w:rsidRPr="00ED4FAE">
          <w:rPr>
            <w:rStyle w:val="Hyperlink1"/>
            <w:color w:val="000000" w:themeColor="text1"/>
            <w:u w:val="none"/>
          </w:rPr>
          <w:t>Breath is wind</w:t>
        </w:r>
      </w:hyperlink>
    </w:p>
    <w:p w14:paraId="1B4B4DC2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45">
        <w:r w:rsidRPr="00ED4FAE">
          <w:rPr>
            <w:rStyle w:val="Hyperlink1"/>
            <w:color w:val="000000" w:themeColor="text1"/>
            <w:u w:val="none"/>
          </w:rPr>
          <w:t>Butterflies</w:t>
        </w:r>
      </w:hyperlink>
    </w:p>
    <w:p w14:paraId="32F2C938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35">
        <w:r w:rsidRPr="00ED4FAE">
          <w:rPr>
            <w:rStyle w:val="Hyperlink1"/>
            <w:color w:val="000000" w:themeColor="text1"/>
            <w:u w:val="none"/>
          </w:rPr>
          <w:t>By Lamplight</w:t>
        </w:r>
      </w:hyperlink>
    </w:p>
    <w:p w14:paraId="271E3699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21">
        <w:r w:rsidRPr="00ED4FAE">
          <w:rPr>
            <w:rStyle w:val="Hyperlink1"/>
            <w:color w:val="000000" w:themeColor="text1"/>
            <w:u w:val="none"/>
          </w:rPr>
          <w:t>De Re Humana (Concerning the Human Condition)</w:t>
        </w:r>
      </w:hyperlink>
    </w:p>
    <w:p w14:paraId="4D214979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30">
        <w:r w:rsidRPr="00ED4FAE">
          <w:rPr>
            <w:rStyle w:val="Hyperlink1"/>
            <w:color w:val="000000" w:themeColor="text1"/>
            <w:u w:val="none"/>
          </w:rPr>
          <w:t>Drum-Taps</w:t>
        </w:r>
      </w:hyperlink>
    </w:p>
    <w:p w14:paraId="110C8226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26">
        <w:r w:rsidRPr="00ED4FAE">
          <w:rPr>
            <w:rStyle w:val="Hyperlink1"/>
            <w:color w:val="000000" w:themeColor="text1"/>
            <w:u w:val="none"/>
          </w:rPr>
          <w:t>Dry Grass</w:t>
        </w:r>
      </w:hyperlink>
    </w:p>
    <w:p w14:paraId="27E9A175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27">
        <w:r w:rsidRPr="00ED4FAE">
          <w:rPr>
            <w:rStyle w:val="Hyperlink1"/>
            <w:color w:val="000000" w:themeColor="text1"/>
            <w:u w:val="none"/>
          </w:rPr>
          <w:t>Fifty Words</w:t>
        </w:r>
      </w:hyperlink>
    </w:p>
    <w:p w14:paraId="48E3BB14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8">
        <w:r w:rsidRPr="00ED4FAE">
          <w:rPr>
            <w:rStyle w:val="Hyperlink1"/>
            <w:color w:val="000000" w:themeColor="text1"/>
            <w:u w:val="none"/>
          </w:rPr>
          <w:t>For My Students</w:t>
        </w:r>
      </w:hyperlink>
    </w:p>
    <w:p w14:paraId="638CC33C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50">
        <w:r w:rsidRPr="00ED4FAE">
          <w:rPr>
            <w:rStyle w:val="Hyperlink1"/>
            <w:color w:val="000000" w:themeColor="text1"/>
            <w:u w:val="none"/>
          </w:rPr>
          <w:t>Fragmenta</w:t>
        </w:r>
      </w:hyperlink>
    </w:p>
    <w:p w14:paraId="2A2AADE3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12">
        <w:r w:rsidRPr="00ED4FAE">
          <w:rPr>
            <w:rStyle w:val="Hyperlink1"/>
            <w:color w:val="000000" w:themeColor="text1"/>
            <w:u w:val="none"/>
          </w:rPr>
          <w:t>Going Nova</w:t>
        </w:r>
      </w:hyperlink>
    </w:p>
    <w:p w14:paraId="425DB62E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33">
        <w:r w:rsidRPr="00ED4FAE">
          <w:rPr>
            <w:rStyle w:val="Hyperlink1"/>
            <w:color w:val="000000" w:themeColor="text1"/>
            <w:u w:val="none"/>
          </w:rPr>
          <w:t>High Ridge</w:t>
        </w:r>
      </w:hyperlink>
    </w:p>
    <w:p w14:paraId="2022DEF3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7">
        <w:r w:rsidRPr="00ED4FAE">
          <w:rPr>
            <w:rStyle w:val="Hyperlink1"/>
            <w:color w:val="000000" w:themeColor="text1"/>
            <w:u w:val="none"/>
          </w:rPr>
          <w:t>Hypnos and Thanatos</w:t>
        </w:r>
      </w:hyperlink>
    </w:p>
    <w:p w14:paraId="74CFDAC1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46">
        <w:r w:rsidRPr="00ED4FAE">
          <w:rPr>
            <w:rStyle w:val="Hyperlink1"/>
            <w:color w:val="000000" w:themeColor="text1"/>
            <w:u w:val="none"/>
          </w:rPr>
          <w:t>Isabel</w:t>
        </w:r>
      </w:hyperlink>
    </w:p>
    <w:p w14:paraId="65080D15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9">
        <w:r w:rsidRPr="00ED4FAE">
          <w:rPr>
            <w:rStyle w:val="Hyperlink1"/>
            <w:color w:val="000000" w:themeColor="text1"/>
            <w:u w:val="none"/>
          </w:rPr>
          <w:t>Lines for Winter</w:t>
        </w:r>
      </w:hyperlink>
    </w:p>
    <w:p w14:paraId="00EAB8EC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39">
        <w:r w:rsidRPr="00ED4FAE">
          <w:rPr>
            <w:rStyle w:val="Hyperlink1"/>
            <w:color w:val="000000" w:themeColor="text1"/>
            <w:u w:val="none"/>
          </w:rPr>
          <w:t>Man</w:t>
        </w:r>
      </w:hyperlink>
    </w:p>
    <w:p w14:paraId="47C4E47D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16">
        <w:r w:rsidRPr="00ED4FAE">
          <w:rPr>
            <w:rStyle w:val="Hyperlink1"/>
            <w:color w:val="000000" w:themeColor="text1"/>
            <w:u w:val="none"/>
          </w:rPr>
          <w:t>Maybe Daphne</w:t>
        </w:r>
      </w:hyperlink>
    </w:p>
    <w:p w14:paraId="677E7670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32">
        <w:r w:rsidRPr="00ED4FAE">
          <w:rPr>
            <w:rStyle w:val="Hyperlink1"/>
            <w:color w:val="000000" w:themeColor="text1"/>
            <w:u w:val="none"/>
          </w:rPr>
          <w:t>Moon Time</w:t>
        </w:r>
      </w:hyperlink>
    </w:p>
    <w:p w14:paraId="7992829F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6">
        <w:r w:rsidRPr="00ED4FAE">
          <w:rPr>
            <w:rStyle w:val="Hyperlink1"/>
            <w:color w:val="000000" w:themeColor="text1"/>
            <w:u w:val="none"/>
          </w:rPr>
          <w:t>Morning Song</w:t>
        </w:r>
      </w:hyperlink>
    </w:p>
    <w:p w14:paraId="04AA0919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5">
        <w:r w:rsidRPr="00ED4FAE">
          <w:rPr>
            <w:rStyle w:val="Hyperlink1"/>
            <w:color w:val="000000" w:themeColor="text1"/>
            <w:u w:val="none"/>
          </w:rPr>
          <w:t>Nighttime at the Lyceum</w:t>
        </w:r>
      </w:hyperlink>
    </w:p>
    <w:p w14:paraId="0A2BB6D0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29">
        <w:r w:rsidRPr="00ED4FAE">
          <w:rPr>
            <w:rStyle w:val="Hyperlink1"/>
            <w:color w:val="000000" w:themeColor="text1"/>
            <w:u w:val="none"/>
          </w:rPr>
          <w:t>No Spooning Allowed on Campus</w:t>
        </w:r>
      </w:hyperlink>
    </w:p>
    <w:p w14:paraId="4A10FBEA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13">
        <w:r w:rsidRPr="00ED4FAE">
          <w:rPr>
            <w:rStyle w:val="Hyperlink1"/>
            <w:color w:val="000000" w:themeColor="text1"/>
            <w:u w:val="none"/>
          </w:rPr>
          <w:t>Of Gods and Us</w:t>
        </w:r>
      </w:hyperlink>
    </w:p>
    <w:p w14:paraId="089D1C40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19">
        <w:r w:rsidRPr="00ED4FAE">
          <w:rPr>
            <w:rStyle w:val="Hyperlink1"/>
            <w:color w:val="000000" w:themeColor="text1"/>
            <w:u w:val="none"/>
          </w:rPr>
          <w:t>Oranges</w:t>
        </w:r>
      </w:hyperlink>
    </w:p>
    <w:p w14:paraId="0E51675E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40">
        <w:r w:rsidRPr="00ED4FAE">
          <w:rPr>
            <w:rStyle w:val="Hyperlink1"/>
            <w:color w:val="000000" w:themeColor="text1"/>
            <w:u w:val="none"/>
          </w:rPr>
          <w:t>Orphic Fools</w:t>
        </w:r>
      </w:hyperlink>
    </w:p>
    <w:p w14:paraId="63F749C1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42">
        <w:r w:rsidRPr="00ED4FAE">
          <w:rPr>
            <w:rStyle w:val="Hyperlink1"/>
            <w:color w:val="000000" w:themeColor="text1"/>
            <w:u w:val="none"/>
          </w:rPr>
          <w:t>Phaiakia</w:t>
        </w:r>
      </w:hyperlink>
    </w:p>
    <w:p w14:paraId="20D54B54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25">
        <w:r w:rsidRPr="00ED4FAE">
          <w:rPr>
            <w:rStyle w:val="Hyperlink1"/>
            <w:color w:val="000000" w:themeColor="text1"/>
            <w:u w:val="none"/>
          </w:rPr>
          <w:t>Poetry</w:t>
        </w:r>
      </w:hyperlink>
    </w:p>
    <w:p w14:paraId="31B7A3AB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41">
        <w:r w:rsidRPr="00ED4FAE">
          <w:rPr>
            <w:rStyle w:val="Hyperlink1"/>
            <w:color w:val="000000" w:themeColor="text1"/>
            <w:u w:val="none"/>
          </w:rPr>
          <w:t>Presence</w:t>
        </w:r>
      </w:hyperlink>
    </w:p>
    <w:p w14:paraId="6D0E9BE7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17">
        <w:r w:rsidRPr="00ED4FAE">
          <w:rPr>
            <w:rStyle w:val="Hyperlink1"/>
            <w:color w:val="000000" w:themeColor="text1"/>
            <w:u w:val="none"/>
          </w:rPr>
          <w:t>Putting the Night to Bed</w:t>
        </w:r>
      </w:hyperlink>
    </w:p>
    <w:p w14:paraId="647FE361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20">
        <w:r w:rsidRPr="00ED4FAE">
          <w:rPr>
            <w:rStyle w:val="Hyperlink1"/>
            <w:color w:val="000000" w:themeColor="text1"/>
            <w:u w:val="none"/>
          </w:rPr>
          <w:t>Querella Leporis (The Rabbit's Complaint)</w:t>
        </w:r>
      </w:hyperlink>
    </w:p>
    <w:p w14:paraId="1942E0D3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10">
        <w:r w:rsidRPr="00ED4FAE">
          <w:rPr>
            <w:rStyle w:val="Hyperlink1"/>
            <w:color w:val="000000" w:themeColor="text1"/>
            <w:u w:val="none"/>
          </w:rPr>
          <w:t>Riddle for Hamlet</w:t>
        </w:r>
      </w:hyperlink>
    </w:p>
    <w:p w14:paraId="35B7B74D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43">
        <w:r w:rsidRPr="00ED4FAE">
          <w:rPr>
            <w:rStyle w:val="Hyperlink1"/>
            <w:color w:val="000000" w:themeColor="text1"/>
            <w:u w:val="none"/>
          </w:rPr>
          <w:t>Rosary</w:t>
        </w:r>
      </w:hyperlink>
    </w:p>
    <w:p w14:paraId="63FFC4BC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36">
        <w:r w:rsidRPr="00ED4FAE">
          <w:rPr>
            <w:rStyle w:val="Hyperlink1"/>
            <w:color w:val="000000" w:themeColor="text1"/>
            <w:u w:val="none"/>
          </w:rPr>
          <w:t>Seascape</w:t>
        </w:r>
      </w:hyperlink>
    </w:p>
    <w:p w14:paraId="662B503D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49">
        <w:r w:rsidRPr="00ED4FAE">
          <w:rPr>
            <w:rStyle w:val="Hyperlink1"/>
            <w:color w:val="000000" w:themeColor="text1"/>
            <w:u w:val="none"/>
          </w:rPr>
          <w:t>Song for Richard</w:t>
        </w:r>
      </w:hyperlink>
    </w:p>
    <w:p w14:paraId="26B21C3D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18">
        <w:r w:rsidRPr="00ED4FAE">
          <w:rPr>
            <w:rStyle w:val="Hyperlink1"/>
            <w:color w:val="000000" w:themeColor="text1"/>
            <w:u w:val="none"/>
          </w:rPr>
          <w:t>St. Jude's Parade</w:t>
        </w:r>
      </w:hyperlink>
    </w:p>
    <w:p w14:paraId="19F20F1A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3">
        <w:r w:rsidRPr="00ED4FAE">
          <w:rPr>
            <w:rStyle w:val="Hyperlink1"/>
            <w:color w:val="000000" w:themeColor="text1"/>
            <w:u w:val="none"/>
          </w:rPr>
          <w:t>The Art of Shorter Poems</w:t>
        </w:r>
      </w:hyperlink>
    </w:p>
    <w:p w14:paraId="763A2219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2">
        <w:r w:rsidRPr="00ED4FAE">
          <w:rPr>
            <w:rStyle w:val="Hyperlink1"/>
            <w:color w:val="000000" w:themeColor="text1"/>
            <w:u w:val="none"/>
          </w:rPr>
          <w:t>The End of Desire</w:t>
        </w:r>
      </w:hyperlink>
    </w:p>
    <w:p w14:paraId="2F3B0821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28">
        <w:r w:rsidRPr="00ED4FAE">
          <w:rPr>
            <w:rStyle w:val="Hyperlink1"/>
            <w:color w:val="000000" w:themeColor="text1"/>
            <w:u w:val="none"/>
          </w:rPr>
          <w:t>The Evening Light</w:t>
        </w:r>
      </w:hyperlink>
    </w:p>
    <w:p w14:paraId="06B394D0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34">
        <w:r w:rsidRPr="00ED4FAE">
          <w:rPr>
            <w:rStyle w:val="Hyperlink1"/>
            <w:color w:val="000000" w:themeColor="text1"/>
            <w:u w:val="none"/>
          </w:rPr>
          <w:t>The Giving Away</w:t>
        </w:r>
      </w:hyperlink>
    </w:p>
    <w:p w14:paraId="3260933B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1">
        <w:r w:rsidRPr="00ED4FAE">
          <w:rPr>
            <w:rStyle w:val="Hyperlink1"/>
            <w:color w:val="000000" w:themeColor="text1"/>
            <w:u w:val="none"/>
          </w:rPr>
          <w:t>The Little Lovely Truth</w:t>
        </w:r>
      </w:hyperlink>
    </w:p>
    <w:p w14:paraId="3DFD0398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24">
        <w:r w:rsidRPr="00ED4FAE">
          <w:rPr>
            <w:rStyle w:val="Hyperlink1"/>
            <w:color w:val="000000" w:themeColor="text1"/>
            <w:u w:val="none"/>
          </w:rPr>
          <w:t>The Night Above the Dingle Starry</w:t>
        </w:r>
      </w:hyperlink>
    </w:p>
    <w:p w14:paraId="2E7FAACC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47">
        <w:r w:rsidRPr="00ED4FAE">
          <w:rPr>
            <w:rStyle w:val="Hyperlink1"/>
            <w:color w:val="000000" w:themeColor="text1"/>
            <w:u w:val="none"/>
          </w:rPr>
          <w:t>The Only True Word I Know</w:t>
        </w:r>
      </w:hyperlink>
    </w:p>
    <w:p w14:paraId="72C82002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48">
        <w:r w:rsidRPr="00ED4FAE">
          <w:rPr>
            <w:rStyle w:val="Hyperlink1"/>
            <w:color w:val="000000" w:themeColor="text1"/>
            <w:u w:val="none"/>
          </w:rPr>
          <w:t>The Road</w:t>
        </w:r>
      </w:hyperlink>
    </w:p>
    <w:p w14:paraId="0280ED02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4">
        <w:r w:rsidRPr="00ED4FAE">
          <w:rPr>
            <w:rStyle w:val="Hyperlink1"/>
            <w:color w:val="000000" w:themeColor="text1"/>
            <w:u w:val="none"/>
          </w:rPr>
          <w:t>There!</w:t>
        </w:r>
      </w:hyperlink>
    </w:p>
    <w:p w14:paraId="27111801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23">
        <w:r w:rsidRPr="00ED4FAE">
          <w:rPr>
            <w:rStyle w:val="Hyperlink1"/>
            <w:color w:val="000000" w:themeColor="text1"/>
            <w:u w:val="none"/>
          </w:rPr>
          <w:t>This poem</w:t>
        </w:r>
      </w:hyperlink>
    </w:p>
    <w:p w14:paraId="55D2B3A2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11">
        <w:r w:rsidRPr="00ED4FAE">
          <w:rPr>
            <w:rStyle w:val="Hyperlink1"/>
            <w:color w:val="000000" w:themeColor="text1"/>
            <w:u w:val="none"/>
          </w:rPr>
          <w:t>Undressing Homer</w:t>
        </w:r>
      </w:hyperlink>
    </w:p>
    <w:p w14:paraId="0F423375" w14:textId="77777777" w:rsidR="002B4E42" w:rsidRPr="00ED4FAE" w:rsidRDefault="002B4E42">
      <w:pPr>
        <w:spacing w:after="80"/>
        <w:ind w:left="360"/>
        <w:rPr>
          <w:color w:val="000000" w:themeColor="text1"/>
        </w:rPr>
      </w:pPr>
      <w:hyperlink w:anchor="poem_15">
        <w:r w:rsidRPr="00ED4FAE">
          <w:rPr>
            <w:rStyle w:val="Hyperlink1"/>
            <w:color w:val="000000" w:themeColor="text1"/>
            <w:u w:val="none"/>
          </w:rPr>
          <w:t>Windswept Days</w:t>
        </w:r>
      </w:hyperlink>
    </w:p>
    <w:p w14:paraId="3789AACB" w14:textId="77777777" w:rsidR="00ED4FAE" w:rsidRPr="00ED4FAE" w:rsidRDefault="00ED4FAE">
      <w:pPr>
        <w:rPr>
          <w:color w:val="000000" w:themeColor="text1"/>
        </w:rPr>
        <w:sectPr w:rsidR="00ED4FAE" w:rsidRPr="00ED4FAE" w:rsidSect="00ED4FA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9BCCEAA" w14:textId="77777777" w:rsidR="002B4E42" w:rsidRPr="00ED4FAE" w:rsidRDefault="00000000">
      <w:pPr>
        <w:rPr>
          <w:color w:val="000000" w:themeColor="text1"/>
        </w:rPr>
      </w:pPr>
      <w:r w:rsidRPr="00ED4FAE">
        <w:rPr>
          <w:color w:val="000000" w:themeColor="text1"/>
        </w:rPr>
        <w:br w:type="page"/>
      </w:r>
    </w:p>
    <w:p w14:paraId="5B5154AE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0" w:name="poem_1"/>
      <w:bookmarkEnd w:id="0"/>
      <w:r w:rsidRPr="00ED4FAE">
        <w:rPr>
          <w:rFonts w:ascii="Garamond" w:hAnsi="Garamond"/>
          <w:color w:val="000000" w:themeColor="text1"/>
          <w:sz w:val="30"/>
        </w:rPr>
        <w:lastRenderedPageBreak/>
        <w:t>The Little Lovely Truth</w:t>
      </w:r>
    </w:p>
    <w:p w14:paraId="5A2A79E4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 little lovely truth is</w:t>
      </w:r>
      <w:r w:rsidRPr="00ED4FAE">
        <w:rPr>
          <w:color w:val="000000" w:themeColor="text1"/>
        </w:rPr>
        <w:br/>
        <w:t>that it is a little truth</w:t>
      </w:r>
      <w:r w:rsidRPr="00ED4FAE">
        <w:rPr>
          <w:color w:val="000000" w:themeColor="text1"/>
        </w:rPr>
        <w:br/>
        <w:t>and lovely and lovely</w:t>
      </w:r>
      <w:r w:rsidRPr="00ED4FAE">
        <w:rPr>
          <w:color w:val="000000" w:themeColor="text1"/>
        </w:rPr>
        <w:br/>
        <w:t>because it is little.</w:t>
      </w:r>
    </w:p>
    <w:p w14:paraId="2A930223" w14:textId="77777777" w:rsidR="002B4E42" w:rsidRPr="00ED4FAE" w:rsidRDefault="002B4E42">
      <w:pPr>
        <w:rPr>
          <w:color w:val="000000" w:themeColor="text1"/>
        </w:rPr>
      </w:pPr>
    </w:p>
    <w:p w14:paraId="64C5B82D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1" w:name="poem_2"/>
      <w:bookmarkEnd w:id="1"/>
      <w:r w:rsidRPr="00ED4FAE">
        <w:rPr>
          <w:rFonts w:ascii="Garamond" w:hAnsi="Garamond"/>
          <w:color w:val="000000" w:themeColor="text1"/>
          <w:sz w:val="30"/>
        </w:rPr>
        <w:t>The End of Desire</w:t>
      </w:r>
    </w:p>
    <w:p w14:paraId="103790C9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On the shore the children</w:t>
      </w:r>
      <w:r w:rsidRPr="00ED4FAE">
        <w:rPr>
          <w:color w:val="000000" w:themeColor="text1"/>
        </w:rPr>
        <w:br/>
        <w:t>throw stones to test</w:t>
      </w:r>
      <w:r w:rsidRPr="00ED4FAE">
        <w:rPr>
          <w:color w:val="000000" w:themeColor="text1"/>
        </w:rPr>
        <w:br/>
        <w:t>their strength.</w:t>
      </w:r>
      <w:r w:rsidRPr="00ED4FAE">
        <w:rPr>
          <w:color w:val="000000" w:themeColor="text1"/>
        </w:rPr>
        <w:br/>
        <w:t>No one wins.</w:t>
      </w:r>
      <w:r w:rsidRPr="00ED4FAE">
        <w:rPr>
          <w:color w:val="000000" w:themeColor="text1"/>
        </w:rPr>
        <w:br/>
        <w:t>A mountain hovers</w:t>
      </w:r>
      <w:r w:rsidRPr="00ED4FAE">
        <w:rPr>
          <w:color w:val="000000" w:themeColor="text1"/>
        </w:rPr>
        <w:br/>
        <w:t>over the river, a ribbon</w:t>
      </w:r>
      <w:r w:rsidRPr="00ED4FAE">
        <w:rPr>
          <w:color w:val="000000" w:themeColor="text1"/>
        </w:rPr>
        <w:br/>
        <w:t>of light. There is only</w:t>
      </w:r>
      <w:r w:rsidRPr="00ED4FAE">
        <w:rPr>
          <w:color w:val="000000" w:themeColor="text1"/>
        </w:rPr>
        <w:br/>
        <w:t>the silent splash of stone.</w:t>
      </w:r>
    </w:p>
    <w:p w14:paraId="3EBA1ADA" w14:textId="77777777" w:rsidR="002B4E42" w:rsidRPr="00ED4FAE" w:rsidRDefault="002B4E42">
      <w:pPr>
        <w:rPr>
          <w:color w:val="000000" w:themeColor="text1"/>
        </w:rPr>
      </w:pPr>
    </w:p>
    <w:p w14:paraId="04A50101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2" w:name="poem_3"/>
      <w:bookmarkEnd w:id="2"/>
      <w:r w:rsidRPr="00ED4FAE">
        <w:rPr>
          <w:rFonts w:ascii="Garamond" w:hAnsi="Garamond"/>
          <w:color w:val="000000" w:themeColor="text1"/>
          <w:sz w:val="30"/>
        </w:rPr>
        <w:t>The Art of Shorter Poems</w:t>
      </w:r>
    </w:p>
    <w:p w14:paraId="492434BE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Squeeze a stone</w:t>
      </w:r>
      <w:r w:rsidRPr="00ED4FAE">
        <w:rPr>
          <w:color w:val="000000" w:themeColor="text1"/>
        </w:rPr>
        <w:br/>
        <w:t>Tears will flow</w:t>
      </w:r>
      <w:r w:rsidRPr="00ED4FAE">
        <w:rPr>
          <w:color w:val="000000" w:themeColor="text1"/>
        </w:rPr>
        <w:br/>
        <w:t>A bird flies out</w:t>
      </w:r>
    </w:p>
    <w:p w14:paraId="0D082B67" w14:textId="77777777" w:rsidR="002B4E42" w:rsidRPr="00ED4FAE" w:rsidRDefault="002B4E42">
      <w:pPr>
        <w:rPr>
          <w:color w:val="000000" w:themeColor="text1"/>
        </w:rPr>
      </w:pPr>
    </w:p>
    <w:p w14:paraId="0D75C1BF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3" w:name="poem_4"/>
      <w:bookmarkEnd w:id="3"/>
      <w:r w:rsidRPr="00ED4FAE">
        <w:rPr>
          <w:rFonts w:ascii="Garamond" w:hAnsi="Garamond"/>
          <w:color w:val="000000" w:themeColor="text1"/>
          <w:sz w:val="30"/>
        </w:rPr>
        <w:t>There!</w:t>
      </w:r>
    </w:p>
    <w:p w14:paraId="7996801E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Is no thinking thing here</w:t>
      </w:r>
      <w:r w:rsidRPr="00ED4FAE">
        <w:rPr>
          <w:color w:val="000000" w:themeColor="text1"/>
        </w:rPr>
        <w:br/>
        <w:t>but the peepinghouse?</w:t>
      </w:r>
    </w:p>
    <w:p w14:paraId="1DBE06E5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Round it goes</w:t>
      </w:r>
      <w:r w:rsidRPr="00ED4FAE">
        <w:rPr>
          <w:color w:val="000000" w:themeColor="text1"/>
        </w:rPr>
        <w:br/>
        <w:t>from sea to shore—rounda coda,</w:t>
      </w:r>
      <w:r w:rsidRPr="00ED4FAE">
        <w:rPr>
          <w:color w:val="000000" w:themeColor="text1"/>
        </w:rPr>
        <w:br/>
        <w:t>no knowing, no browbeating—</w:t>
      </w:r>
      <w:r w:rsidRPr="00ED4FAE">
        <w:rPr>
          <w:color w:val="000000" w:themeColor="text1"/>
        </w:rPr>
        <w:br/>
        <w:t>only a hoedown</w:t>
      </w:r>
      <w:r w:rsidRPr="00ED4FAE">
        <w:rPr>
          <w:color w:val="000000" w:themeColor="text1"/>
        </w:rPr>
        <w:br/>
        <w:t>for the adamses and damses,</w:t>
      </w:r>
    </w:p>
    <w:p w14:paraId="1E1B4CBF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looking rounda coda</w:t>
      </w:r>
      <w:r w:rsidRPr="00ED4FAE">
        <w:rPr>
          <w:color w:val="000000" w:themeColor="text1"/>
        </w:rPr>
        <w:br/>
        <w:t>the wailing goes</w:t>
      </w:r>
      <w:r w:rsidRPr="00ED4FAE">
        <w:rPr>
          <w:color w:val="000000" w:themeColor="text1"/>
        </w:rPr>
        <w:br/>
        <w:t>awagginawaning</w:t>
      </w:r>
      <w:r w:rsidRPr="00ED4FAE">
        <w:rPr>
          <w:color w:val="000000" w:themeColor="text1"/>
        </w:rPr>
        <w:br/>
        <w:t>along the wall</w:t>
      </w:r>
    </w:p>
    <w:p w14:paraId="185BEEC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but there she bares all</w:t>
      </w:r>
      <w:r w:rsidRPr="00ED4FAE">
        <w:rPr>
          <w:color w:val="000000" w:themeColor="text1"/>
        </w:rPr>
        <w:br/>
        <w:t>to what is not there,</w:t>
      </w:r>
      <w:r w:rsidRPr="00ED4FAE">
        <w:rPr>
          <w:color w:val="000000" w:themeColor="text1"/>
        </w:rPr>
        <w:br/>
        <w:t>the musey musik</w:t>
      </w:r>
      <w:r w:rsidRPr="00ED4FAE">
        <w:rPr>
          <w:color w:val="000000" w:themeColor="text1"/>
        </w:rPr>
        <w:br/>
        <w:t>makes you trot and drop,</w:t>
      </w:r>
    </w:p>
    <w:p w14:paraId="19E48617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so rainruns on—</w:t>
      </w:r>
      <w:r w:rsidRPr="00ED4FAE">
        <w:rPr>
          <w:color w:val="000000" w:themeColor="text1"/>
        </w:rPr>
        <w:br/>
        <w:t>her lastofall.</w:t>
      </w:r>
    </w:p>
    <w:p w14:paraId="6EF8D780" w14:textId="77777777" w:rsidR="002B4E42" w:rsidRPr="00ED4FAE" w:rsidRDefault="002B4E42">
      <w:pPr>
        <w:rPr>
          <w:color w:val="000000" w:themeColor="text1"/>
        </w:rPr>
      </w:pPr>
    </w:p>
    <w:p w14:paraId="5B703DB6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4" w:name="poem_5"/>
      <w:bookmarkEnd w:id="4"/>
      <w:r w:rsidRPr="00ED4FAE">
        <w:rPr>
          <w:rFonts w:ascii="Garamond" w:hAnsi="Garamond"/>
          <w:color w:val="000000" w:themeColor="text1"/>
          <w:sz w:val="30"/>
        </w:rPr>
        <w:lastRenderedPageBreak/>
        <w:t>Nighttime at the Lyceum</w:t>
      </w:r>
    </w:p>
    <w:p w14:paraId="7BFC64D4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Before the light changed and I forgot</w:t>
      </w:r>
      <w:r w:rsidRPr="00ED4FAE">
        <w:rPr>
          <w:color w:val="000000" w:themeColor="text1"/>
        </w:rPr>
        <w:br/>
        <w:t>the rules for how to see things as they are,</w:t>
      </w:r>
      <w:r w:rsidRPr="00ED4FAE">
        <w:rPr>
          <w:color w:val="000000" w:themeColor="text1"/>
        </w:rPr>
        <w:br/>
        <w:t>day was day and night was hidden in my heart.</w:t>
      </w:r>
    </w:p>
    <w:p w14:paraId="1CB50092" w14:textId="77777777" w:rsidR="002B4E42" w:rsidRPr="00ED4FAE" w:rsidRDefault="002B4E42">
      <w:pPr>
        <w:rPr>
          <w:color w:val="000000" w:themeColor="text1"/>
        </w:rPr>
      </w:pPr>
    </w:p>
    <w:p w14:paraId="66E39590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5" w:name="poem_6"/>
      <w:bookmarkEnd w:id="5"/>
      <w:r w:rsidRPr="00ED4FAE">
        <w:rPr>
          <w:rFonts w:ascii="Garamond" w:hAnsi="Garamond"/>
          <w:color w:val="000000" w:themeColor="text1"/>
          <w:sz w:val="30"/>
        </w:rPr>
        <w:t>Morning Song</w:t>
      </w:r>
    </w:p>
    <w:p w14:paraId="43ED9BD1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Poetry is what</w:t>
      </w:r>
      <w:r w:rsidRPr="00ED4FAE">
        <w:rPr>
          <w:color w:val="000000" w:themeColor="text1"/>
        </w:rPr>
        <w:br/>
        <w:t>goes missing</w:t>
      </w:r>
      <w:r w:rsidRPr="00ED4FAE">
        <w:rPr>
          <w:color w:val="000000" w:themeColor="text1"/>
        </w:rPr>
        <w:br/>
        <w:t>when you wake</w:t>
      </w:r>
      <w:r w:rsidRPr="00ED4FAE">
        <w:rPr>
          <w:color w:val="000000" w:themeColor="text1"/>
        </w:rPr>
        <w:br/>
        <w:t>in the morning</w:t>
      </w:r>
      <w:r w:rsidRPr="00ED4FAE">
        <w:rPr>
          <w:color w:val="000000" w:themeColor="text1"/>
        </w:rPr>
        <w:br/>
        <w:t>and don’t hear</w:t>
      </w:r>
      <w:r w:rsidRPr="00ED4FAE">
        <w:rPr>
          <w:color w:val="000000" w:themeColor="text1"/>
        </w:rPr>
        <w:br/>
        <w:t>the silent singalong</w:t>
      </w:r>
      <w:r w:rsidRPr="00ED4FAE">
        <w:rPr>
          <w:color w:val="000000" w:themeColor="text1"/>
        </w:rPr>
        <w:br/>
        <w:t>of the one, still asleep,</w:t>
      </w:r>
      <w:r w:rsidRPr="00ED4FAE">
        <w:rPr>
          <w:color w:val="000000" w:themeColor="text1"/>
        </w:rPr>
        <w:br/>
        <w:t>who dreams of you.</w:t>
      </w:r>
    </w:p>
    <w:p w14:paraId="0D7F66FD" w14:textId="77777777" w:rsidR="002B4E42" w:rsidRPr="00ED4FAE" w:rsidRDefault="002B4E42">
      <w:pPr>
        <w:rPr>
          <w:color w:val="000000" w:themeColor="text1"/>
        </w:rPr>
      </w:pPr>
    </w:p>
    <w:p w14:paraId="6B9EA504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6" w:name="poem_7"/>
      <w:bookmarkEnd w:id="6"/>
      <w:r w:rsidRPr="00ED4FAE">
        <w:rPr>
          <w:rFonts w:ascii="Garamond" w:hAnsi="Garamond"/>
          <w:color w:val="000000" w:themeColor="text1"/>
          <w:sz w:val="30"/>
        </w:rPr>
        <w:t>Hypnos and Thanatos</w:t>
      </w:r>
    </w:p>
    <w:p w14:paraId="402D71A1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Though sleep be not death,</w:t>
      </w:r>
      <w:r w:rsidRPr="00ED4FAE">
        <w:rPr>
          <w:color w:val="000000" w:themeColor="text1"/>
        </w:rPr>
        <w:br/>
        <w:t>it is a gentleness</w:t>
      </w:r>
      <w:r w:rsidRPr="00ED4FAE">
        <w:rPr>
          <w:color w:val="000000" w:themeColor="text1"/>
        </w:rPr>
        <w:br/>
        <w:t>upon which the head</w:t>
      </w:r>
      <w:r w:rsidRPr="00ED4FAE">
        <w:rPr>
          <w:color w:val="000000" w:themeColor="text1"/>
        </w:rPr>
        <w:br/>
        <w:t>may fall.</w:t>
      </w:r>
      <w:r w:rsidRPr="00ED4FAE">
        <w:rPr>
          <w:color w:val="000000" w:themeColor="text1"/>
        </w:rPr>
        <w:br/>
        <w:t>Sleep makes death</w:t>
      </w:r>
      <w:r w:rsidRPr="00ED4FAE">
        <w:rPr>
          <w:color w:val="000000" w:themeColor="text1"/>
        </w:rPr>
        <w:br/>
        <w:t>bearable, even</w:t>
      </w:r>
      <w:r w:rsidRPr="00ED4FAE">
        <w:rPr>
          <w:color w:val="000000" w:themeColor="text1"/>
        </w:rPr>
        <w:br/>
        <w:t>possible.</w:t>
      </w:r>
    </w:p>
    <w:p w14:paraId="2A6D0BF9" w14:textId="77777777" w:rsidR="002B4E42" w:rsidRPr="00ED4FAE" w:rsidRDefault="002B4E42">
      <w:pPr>
        <w:rPr>
          <w:color w:val="000000" w:themeColor="text1"/>
        </w:rPr>
      </w:pPr>
    </w:p>
    <w:p w14:paraId="34712B2C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7" w:name="poem_8"/>
      <w:bookmarkEnd w:id="7"/>
      <w:r w:rsidRPr="00ED4FAE">
        <w:rPr>
          <w:rFonts w:ascii="Garamond" w:hAnsi="Garamond"/>
          <w:color w:val="000000" w:themeColor="text1"/>
          <w:sz w:val="30"/>
        </w:rPr>
        <w:t>For My Students</w:t>
      </w:r>
    </w:p>
    <w:p w14:paraId="7491F70C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 stand above the steep cliff at Capri</w:t>
      </w:r>
      <w:r w:rsidRPr="00ED4FAE">
        <w:rPr>
          <w:color w:val="000000" w:themeColor="text1"/>
        </w:rPr>
        <w:br/>
        <w:t>where Tiberius had his villa</w:t>
      </w:r>
      <w:r w:rsidRPr="00ED4FAE">
        <w:rPr>
          <w:color w:val="000000" w:themeColor="text1"/>
        </w:rPr>
        <w:br/>
        <w:t>and look down thousands of feet</w:t>
      </w:r>
      <w:r w:rsidRPr="00ED4FAE">
        <w:rPr>
          <w:color w:val="000000" w:themeColor="text1"/>
        </w:rPr>
        <w:br/>
        <w:t>to the birds of the sea circling below</w:t>
      </w:r>
      <w:r w:rsidRPr="00ED4FAE">
        <w:rPr>
          <w:color w:val="000000" w:themeColor="text1"/>
        </w:rPr>
        <w:br/>
        <w:t xml:space="preserve">     first one and then another</w:t>
      </w:r>
      <w:r w:rsidRPr="00ED4FAE">
        <w:rPr>
          <w:color w:val="000000" w:themeColor="text1"/>
        </w:rPr>
        <w:br/>
        <w:t xml:space="preserve">     and then another mounts the hard current of air</w:t>
      </w:r>
      <w:r w:rsidRPr="00ED4FAE">
        <w:rPr>
          <w:color w:val="000000" w:themeColor="text1"/>
        </w:rPr>
        <w:br/>
        <w:t xml:space="preserve">     and catches the strength of the wind with its wings</w:t>
      </w:r>
      <w:r w:rsidRPr="00ED4FAE">
        <w:rPr>
          <w:color w:val="000000" w:themeColor="text1"/>
        </w:rPr>
        <w:br/>
        <w:t xml:space="preserve">     rises up and up until, behold, each one soars</w:t>
      </w:r>
      <w:r w:rsidRPr="00ED4FAE">
        <w:rPr>
          <w:color w:val="000000" w:themeColor="text1"/>
        </w:rPr>
        <w:br/>
        <w:t xml:space="preserve">     in triumph above that proud height</w:t>
      </w:r>
    </w:p>
    <w:p w14:paraId="0F063691" w14:textId="77777777" w:rsidR="00ED4FAE" w:rsidRDefault="00ED4FAE">
      <w:pPr>
        <w:rPr>
          <w:color w:val="000000" w:themeColor="text1"/>
        </w:rPr>
      </w:pPr>
    </w:p>
    <w:p w14:paraId="4255DB6C" w14:textId="77777777" w:rsidR="00ED4FAE" w:rsidRDefault="00ED4FAE">
      <w:pPr>
        <w:rPr>
          <w:color w:val="000000" w:themeColor="text1"/>
        </w:rPr>
      </w:pPr>
    </w:p>
    <w:p w14:paraId="1F9FB2DF" w14:textId="77777777" w:rsidR="00ED4FAE" w:rsidRDefault="00ED4FAE">
      <w:pPr>
        <w:rPr>
          <w:color w:val="000000" w:themeColor="text1"/>
        </w:rPr>
      </w:pPr>
    </w:p>
    <w:p w14:paraId="5F23926C" w14:textId="77777777" w:rsidR="00ED4FAE" w:rsidRPr="00ED4FAE" w:rsidRDefault="00ED4FAE">
      <w:pPr>
        <w:rPr>
          <w:color w:val="000000" w:themeColor="text1"/>
        </w:rPr>
      </w:pPr>
    </w:p>
    <w:p w14:paraId="30BE3F28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8" w:name="poem_9"/>
      <w:bookmarkEnd w:id="8"/>
      <w:r w:rsidRPr="00ED4FAE">
        <w:rPr>
          <w:rFonts w:ascii="Garamond" w:hAnsi="Garamond"/>
          <w:color w:val="000000" w:themeColor="text1"/>
          <w:sz w:val="30"/>
        </w:rPr>
        <w:lastRenderedPageBreak/>
        <w:t>Lines for Winter</w:t>
      </w:r>
    </w:p>
    <w:p w14:paraId="0D89A1F9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Flowers bloom</w:t>
      </w:r>
      <w:r w:rsidRPr="00ED4FAE">
        <w:rPr>
          <w:color w:val="000000" w:themeColor="text1"/>
        </w:rPr>
        <w:br/>
        <w:t>despite the long</w:t>
      </w:r>
      <w:r w:rsidRPr="00ED4FAE">
        <w:rPr>
          <w:color w:val="000000" w:themeColor="text1"/>
        </w:rPr>
        <w:br/>
        <w:t>winter months.</w:t>
      </w:r>
      <w:r w:rsidRPr="00ED4FAE">
        <w:rPr>
          <w:color w:val="000000" w:themeColor="text1"/>
        </w:rPr>
        <w:br/>
        <w:t>You too may smile</w:t>
      </w:r>
      <w:r w:rsidRPr="00ED4FAE">
        <w:rPr>
          <w:color w:val="000000" w:themeColor="text1"/>
        </w:rPr>
        <w:br/>
        <w:t>in your sorrow.</w:t>
      </w:r>
    </w:p>
    <w:p w14:paraId="74178906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Remember now</w:t>
      </w:r>
      <w:r w:rsidRPr="00ED4FAE">
        <w:rPr>
          <w:color w:val="000000" w:themeColor="text1"/>
        </w:rPr>
        <w:br/>
        <w:t>her patient silence</w:t>
      </w:r>
      <w:r w:rsidRPr="00ED4FAE">
        <w:rPr>
          <w:color w:val="000000" w:themeColor="text1"/>
        </w:rPr>
        <w:br/>
        <w:t>and tears of joy</w:t>
      </w:r>
      <w:r w:rsidRPr="00ED4FAE">
        <w:rPr>
          <w:color w:val="000000" w:themeColor="text1"/>
        </w:rPr>
        <w:br/>
        <w:t>when you returned</w:t>
      </w:r>
      <w:r w:rsidRPr="00ED4FAE">
        <w:rPr>
          <w:color w:val="000000" w:themeColor="text1"/>
        </w:rPr>
        <w:br/>
        <w:t>safely home.</w:t>
      </w:r>
    </w:p>
    <w:p w14:paraId="45F09487" w14:textId="77777777" w:rsidR="002B4E42" w:rsidRPr="00ED4FAE" w:rsidRDefault="002B4E42">
      <w:pPr>
        <w:rPr>
          <w:color w:val="000000" w:themeColor="text1"/>
        </w:rPr>
      </w:pPr>
    </w:p>
    <w:p w14:paraId="397EE7B8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9" w:name="poem_10"/>
      <w:bookmarkEnd w:id="9"/>
      <w:r w:rsidRPr="00ED4FAE">
        <w:rPr>
          <w:rFonts w:ascii="Garamond" w:hAnsi="Garamond"/>
          <w:color w:val="000000" w:themeColor="text1"/>
          <w:sz w:val="30"/>
        </w:rPr>
        <w:t>Riddle for Hamlet</w:t>
      </w:r>
    </w:p>
    <w:p w14:paraId="548C4E2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Tis given out that out of madness</w:t>
      </w:r>
      <w:r w:rsidRPr="00ED4FAE">
        <w:rPr>
          <w:color w:val="000000" w:themeColor="text1"/>
        </w:rPr>
        <w:br/>
        <w:t>I slipped into a watery grave.</w:t>
      </w:r>
      <w:r w:rsidRPr="00ED4FAE">
        <w:rPr>
          <w:color w:val="000000" w:themeColor="text1"/>
        </w:rPr>
        <w:br/>
        <w:t>So have your ears been sown.</w:t>
      </w:r>
      <w:r w:rsidRPr="00ED4FAE">
        <w:rPr>
          <w:color w:val="000000" w:themeColor="text1"/>
        </w:rPr>
        <w:br/>
        <w:t>But know, you up there, I did not slip</w:t>
      </w:r>
      <w:r w:rsidRPr="00ED4FAE">
        <w:rPr>
          <w:color w:val="000000" w:themeColor="text1"/>
        </w:rPr>
        <w:br/>
        <w:t>But first was pushed, then held</w:t>
      </w:r>
      <w:r w:rsidRPr="00ED4FAE">
        <w:rPr>
          <w:color w:val="000000" w:themeColor="text1"/>
        </w:rPr>
        <w:br/>
        <w:t>Beneath the wave 'til it became</w:t>
      </w:r>
      <w:r w:rsidRPr="00ED4FAE">
        <w:rPr>
          <w:color w:val="000000" w:themeColor="text1"/>
        </w:rPr>
        <w:br/>
        <w:t>My bed. By whose design? Was I</w:t>
      </w:r>
      <w:r w:rsidRPr="00ED4FAE">
        <w:rPr>
          <w:color w:val="000000" w:themeColor="text1"/>
        </w:rPr>
        <w:br/>
        <w:t>Such a threat to her peace of mind?</w:t>
      </w:r>
    </w:p>
    <w:p w14:paraId="259F96AC" w14:textId="77777777" w:rsidR="002B4E42" w:rsidRPr="00ED4FAE" w:rsidRDefault="002B4E42">
      <w:pPr>
        <w:rPr>
          <w:color w:val="000000" w:themeColor="text1"/>
        </w:rPr>
      </w:pPr>
    </w:p>
    <w:p w14:paraId="76641029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10" w:name="poem_11"/>
      <w:bookmarkEnd w:id="10"/>
      <w:r w:rsidRPr="00ED4FAE">
        <w:rPr>
          <w:rFonts w:ascii="Garamond" w:hAnsi="Garamond"/>
          <w:color w:val="000000" w:themeColor="text1"/>
          <w:sz w:val="30"/>
        </w:rPr>
        <w:t>Undressing Homer</w:t>
      </w:r>
    </w:p>
    <w:p w14:paraId="77CCE044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Homer sings of warriors</w:t>
      </w:r>
      <w:r w:rsidRPr="00ED4FAE">
        <w:rPr>
          <w:color w:val="000000" w:themeColor="text1"/>
        </w:rPr>
        <w:br/>
        <w:t>Leaping for joy</w:t>
      </w:r>
      <w:r w:rsidRPr="00ED4FAE">
        <w:rPr>
          <w:color w:val="000000" w:themeColor="text1"/>
        </w:rPr>
        <w:br/>
        <w:t>Like young horses</w:t>
      </w:r>
      <w:r w:rsidRPr="00ED4FAE">
        <w:rPr>
          <w:color w:val="000000" w:themeColor="text1"/>
        </w:rPr>
        <w:br/>
        <w:t>As they rush into battle,</w:t>
      </w:r>
      <w:r w:rsidRPr="00ED4FAE">
        <w:rPr>
          <w:color w:val="000000" w:themeColor="text1"/>
        </w:rPr>
        <w:br/>
        <w:t>I would undress</w:t>
      </w:r>
      <w:r w:rsidRPr="00ED4FAE">
        <w:rPr>
          <w:color w:val="000000" w:themeColor="text1"/>
        </w:rPr>
        <w:br/>
        <w:t>The comparison</w:t>
      </w:r>
      <w:r w:rsidRPr="00ED4FAE">
        <w:rPr>
          <w:color w:val="000000" w:themeColor="text1"/>
        </w:rPr>
        <w:br/>
        <w:t>And sing of love.</w:t>
      </w:r>
    </w:p>
    <w:p w14:paraId="09C475C9" w14:textId="77777777" w:rsidR="002B4E42" w:rsidRDefault="002B4E42">
      <w:pPr>
        <w:rPr>
          <w:color w:val="000000" w:themeColor="text1"/>
        </w:rPr>
      </w:pPr>
    </w:p>
    <w:p w14:paraId="28CEC462" w14:textId="77777777" w:rsidR="00ED4FAE" w:rsidRDefault="00ED4FAE">
      <w:pPr>
        <w:rPr>
          <w:color w:val="000000" w:themeColor="text1"/>
        </w:rPr>
      </w:pPr>
    </w:p>
    <w:p w14:paraId="77AE67A6" w14:textId="77777777" w:rsidR="00ED4FAE" w:rsidRDefault="00ED4FAE">
      <w:pPr>
        <w:rPr>
          <w:color w:val="000000" w:themeColor="text1"/>
        </w:rPr>
      </w:pPr>
    </w:p>
    <w:p w14:paraId="2BA93A21" w14:textId="77777777" w:rsidR="00ED4FAE" w:rsidRDefault="00ED4FAE">
      <w:pPr>
        <w:rPr>
          <w:color w:val="000000" w:themeColor="text1"/>
        </w:rPr>
      </w:pPr>
    </w:p>
    <w:p w14:paraId="0EB5CAE3" w14:textId="77777777" w:rsidR="00ED4FAE" w:rsidRDefault="00ED4FAE">
      <w:pPr>
        <w:rPr>
          <w:color w:val="000000" w:themeColor="text1"/>
        </w:rPr>
      </w:pPr>
    </w:p>
    <w:p w14:paraId="626D8D04" w14:textId="77777777" w:rsidR="00ED4FAE" w:rsidRDefault="00ED4FAE">
      <w:pPr>
        <w:rPr>
          <w:color w:val="000000" w:themeColor="text1"/>
        </w:rPr>
      </w:pPr>
    </w:p>
    <w:p w14:paraId="4BD8B785" w14:textId="77777777" w:rsidR="00ED4FAE" w:rsidRPr="00ED4FAE" w:rsidRDefault="00ED4FAE">
      <w:pPr>
        <w:rPr>
          <w:color w:val="000000" w:themeColor="text1"/>
        </w:rPr>
      </w:pPr>
    </w:p>
    <w:p w14:paraId="50E754D8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11" w:name="poem_12"/>
      <w:bookmarkEnd w:id="11"/>
      <w:r w:rsidRPr="00ED4FAE">
        <w:rPr>
          <w:rFonts w:ascii="Garamond" w:hAnsi="Garamond"/>
          <w:color w:val="000000" w:themeColor="text1"/>
          <w:sz w:val="30"/>
        </w:rPr>
        <w:lastRenderedPageBreak/>
        <w:t>Going Nova</w:t>
      </w:r>
    </w:p>
    <w:p w14:paraId="55AEBE7B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You sit across the page, spelling</w:t>
      </w:r>
      <w:r w:rsidRPr="00ED4FAE">
        <w:rPr>
          <w:color w:val="000000" w:themeColor="text1"/>
        </w:rPr>
        <w:br/>
        <w:t>your name like mine</w:t>
      </w:r>
      <w:r w:rsidRPr="00ED4FAE">
        <w:rPr>
          <w:color w:val="000000" w:themeColor="text1"/>
        </w:rPr>
        <w:br/>
        <w:t>except it rhymes</w:t>
      </w:r>
      <w:r w:rsidRPr="00ED4FAE">
        <w:rPr>
          <w:color w:val="000000" w:themeColor="text1"/>
        </w:rPr>
        <w:br/>
        <w:t>with duck and dust,</w:t>
      </w:r>
      <w:r w:rsidRPr="00ED4FAE">
        <w:rPr>
          <w:color w:val="000000" w:themeColor="text1"/>
        </w:rPr>
        <w:br/>
        <w:t>and no one suspects you are lonely</w:t>
      </w:r>
      <w:r w:rsidRPr="00ED4FAE">
        <w:rPr>
          <w:color w:val="000000" w:themeColor="text1"/>
        </w:rPr>
        <w:br/>
        <w:t>or loony or so hungry</w:t>
      </w:r>
      <w:r w:rsidRPr="00ED4FAE">
        <w:rPr>
          <w:color w:val="000000" w:themeColor="text1"/>
        </w:rPr>
        <w:br/>
        <w:t>you could eat this paper,</w:t>
      </w:r>
      <w:r w:rsidRPr="00ED4FAE">
        <w:rPr>
          <w:color w:val="000000" w:themeColor="text1"/>
        </w:rPr>
        <w:br/>
        <w:t>folding it into a star,</w:t>
      </w:r>
      <w:r w:rsidRPr="00ED4FAE">
        <w:rPr>
          <w:color w:val="000000" w:themeColor="text1"/>
        </w:rPr>
        <w:br/>
        <w:t>popping it in the microwave,</w:t>
      </w:r>
      <w:r w:rsidRPr="00ED4FAE">
        <w:rPr>
          <w:color w:val="000000" w:themeColor="text1"/>
        </w:rPr>
        <w:br/>
        <w:t>where you and I</w:t>
      </w:r>
      <w:r w:rsidRPr="00ED4FAE">
        <w:rPr>
          <w:color w:val="000000" w:themeColor="text1"/>
        </w:rPr>
        <w:br/>
        <w:t>and the universe</w:t>
      </w:r>
      <w:r w:rsidRPr="00ED4FAE">
        <w:rPr>
          <w:color w:val="000000" w:themeColor="text1"/>
        </w:rPr>
        <w:br/>
        <w:t>will be one and done.</w:t>
      </w:r>
    </w:p>
    <w:p w14:paraId="2BCE509F" w14:textId="77777777" w:rsidR="002B4E42" w:rsidRPr="00ED4FAE" w:rsidRDefault="002B4E42">
      <w:pPr>
        <w:rPr>
          <w:color w:val="000000" w:themeColor="text1"/>
        </w:rPr>
      </w:pPr>
    </w:p>
    <w:p w14:paraId="24F7B8BB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12" w:name="poem_13"/>
      <w:bookmarkEnd w:id="12"/>
      <w:r w:rsidRPr="00ED4FAE">
        <w:rPr>
          <w:rFonts w:ascii="Garamond" w:hAnsi="Garamond"/>
          <w:color w:val="000000" w:themeColor="text1"/>
          <w:sz w:val="30"/>
        </w:rPr>
        <w:t>Of Gods and Us</w:t>
      </w:r>
    </w:p>
    <w:p w14:paraId="4E76B706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Days like these</w:t>
      </w:r>
      <w:r w:rsidRPr="00ED4FAE">
        <w:rPr>
          <w:color w:val="000000" w:themeColor="text1"/>
        </w:rPr>
        <w:br/>
        <w:t>poetry grows a garden</w:t>
      </w:r>
      <w:r w:rsidRPr="00ED4FAE">
        <w:rPr>
          <w:color w:val="000000" w:themeColor="text1"/>
        </w:rPr>
        <w:br/>
        <w:t>in my brain.</w:t>
      </w:r>
      <w:r w:rsidRPr="00ED4FAE">
        <w:rPr>
          <w:color w:val="000000" w:themeColor="text1"/>
        </w:rPr>
        <w:br/>
        <w:t>Bees hum &amp; hym</w:t>
      </w:r>
      <w:r w:rsidRPr="00ED4FAE">
        <w:rPr>
          <w:color w:val="000000" w:themeColor="text1"/>
        </w:rPr>
        <w:br/>
        <w:t>among the flowers.</w:t>
      </w:r>
      <w:r w:rsidRPr="00ED4FAE">
        <w:rPr>
          <w:color w:val="000000" w:themeColor="text1"/>
        </w:rPr>
        <w:br/>
        <w:t>I wish I could</w:t>
      </w:r>
      <w:r w:rsidRPr="00ED4FAE">
        <w:rPr>
          <w:color w:val="000000" w:themeColor="text1"/>
        </w:rPr>
        <w:br/>
        <w:t>let you in</w:t>
      </w:r>
      <w:r w:rsidRPr="00ED4FAE">
        <w:rPr>
          <w:color w:val="000000" w:themeColor="text1"/>
        </w:rPr>
        <w:br/>
        <w:t>to share the beauty</w:t>
      </w:r>
      <w:r w:rsidRPr="00ED4FAE">
        <w:rPr>
          <w:color w:val="000000" w:themeColor="text1"/>
        </w:rPr>
        <w:br/>
        <w:t>of all these colors.</w:t>
      </w:r>
      <w:r w:rsidRPr="00ED4FAE">
        <w:rPr>
          <w:color w:val="000000" w:themeColor="text1"/>
        </w:rPr>
        <w:br/>
        <w:t>You too must have</w:t>
      </w:r>
      <w:r w:rsidRPr="00ED4FAE">
        <w:rPr>
          <w:color w:val="000000" w:themeColor="text1"/>
        </w:rPr>
        <w:br/>
        <w:t>a place of delight</w:t>
      </w:r>
      <w:r w:rsidRPr="00ED4FAE">
        <w:rPr>
          <w:color w:val="000000" w:themeColor="text1"/>
        </w:rPr>
        <w:br/>
        <w:t>that's all for you,</w:t>
      </w:r>
      <w:r w:rsidRPr="00ED4FAE">
        <w:rPr>
          <w:color w:val="000000" w:themeColor="text1"/>
        </w:rPr>
        <w:br/>
        <w:t>I wish you too</w:t>
      </w:r>
      <w:r w:rsidRPr="00ED4FAE">
        <w:rPr>
          <w:color w:val="000000" w:themeColor="text1"/>
        </w:rPr>
        <w:br/>
        <w:t>could invite me in.</w:t>
      </w:r>
      <w:r w:rsidRPr="00ED4FAE">
        <w:rPr>
          <w:color w:val="000000" w:themeColor="text1"/>
        </w:rPr>
        <w:br/>
        <w:t>That would double</w:t>
      </w:r>
      <w:r w:rsidRPr="00ED4FAE">
        <w:rPr>
          <w:color w:val="000000" w:themeColor="text1"/>
        </w:rPr>
        <w:br/>
        <w:t>the gift of life,</w:t>
      </w:r>
      <w:r w:rsidRPr="00ED4FAE">
        <w:rPr>
          <w:color w:val="000000" w:themeColor="text1"/>
        </w:rPr>
        <w:br/>
        <w:t>but then we'd be</w:t>
      </w:r>
      <w:r w:rsidRPr="00ED4FAE">
        <w:rPr>
          <w:color w:val="000000" w:themeColor="text1"/>
        </w:rPr>
        <w:br/>
        <w:t>too much like gods,</w:t>
      </w:r>
      <w:r w:rsidRPr="00ED4FAE">
        <w:rPr>
          <w:color w:val="000000" w:themeColor="text1"/>
        </w:rPr>
        <w:br/>
        <w:t>who are jealous</w:t>
      </w:r>
      <w:r w:rsidRPr="00ED4FAE">
        <w:rPr>
          <w:color w:val="000000" w:themeColor="text1"/>
        </w:rPr>
        <w:br/>
        <w:t>of their prerogatives.</w:t>
      </w:r>
      <w:r w:rsidRPr="00ED4FAE">
        <w:rPr>
          <w:color w:val="000000" w:themeColor="text1"/>
        </w:rPr>
        <w:br/>
        <w:t>We have own,</w:t>
      </w:r>
      <w:r w:rsidRPr="00ED4FAE">
        <w:rPr>
          <w:color w:val="000000" w:themeColor="text1"/>
        </w:rPr>
        <w:br/>
        <w:t>we die to live</w:t>
      </w:r>
      <w:r w:rsidRPr="00ED4FAE">
        <w:rPr>
          <w:color w:val="000000" w:themeColor="text1"/>
        </w:rPr>
        <w:br/>
        <w:t>morimur ut vivamus.</w:t>
      </w:r>
      <w:r w:rsidRPr="00ED4FAE">
        <w:rPr>
          <w:color w:val="000000" w:themeColor="text1"/>
        </w:rPr>
        <w:br/>
        <w:t>The gods are</w:t>
      </w:r>
      <w:r w:rsidRPr="00ED4FAE">
        <w:rPr>
          <w:color w:val="000000" w:themeColor="text1"/>
        </w:rPr>
        <w:br/>
        <w:t>in awe of us.</w:t>
      </w:r>
    </w:p>
    <w:p w14:paraId="3B5839E5" w14:textId="77777777" w:rsidR="002B4E42" w:rsidRDefault="002B4E42">
      <w:pPr>
        <w:rPr>
          <w:color w:val="000000" w:themeColor="text1"/>
        </w:rPr>
      </w:pPr>
    </w:p>
    <w:p w14:paraId="68362F7A" w14:textId="77777777" w:rsidR="00ED4FAE" w:rsidRDefault="00ED4FAE">
      <w:pPr>
        <w:rPr>
          <w:color w:val="000000" w:themeColor="text1"/>
        </w:rPr>
      </w:pPr>
    </w:p>
    <w:p w14:paraId="7DA2BE67" w14:textId="77777777" w:rsidR="00ED4FAE" w:rsidRDefault="00ED4FAE">
      <w:pPr>
        <w:rPr>
          <w:color w:val="000000" w:themeColor="text1"/>
        </w:rPr>
      </w:pPr>
    </w:p>
    <w:p w14:paraId="372BDE07" w14:textId="77777777" w:rsidR="00ED4FAE" w:rsidRPr="00ED4FAE" w:rsidRDefault="00ED4FAE">
      <w:pPr>
        <w:rPr>
          <w:color w:val="000000" w:themeColor="text1"/>
        </w:rPr>
      </w:pPr>
    </w:p>
    <w:p w14:paraId="42B1E26E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13" w:name="poem_14"/>
      <w:bookmarkEnd w:id="13"/>
      <w:r w:rsidRPr="00ED4FAE">
        <w:rPr>
          <w:rFonts w:ascii="Garamond" w:hAnsi="Garamond"/>
          <w:color w:val="000000" w:themeColor="text1"/>
          <w:sz w:val="30"/>
        </w:rPr>
        <w:lastRenderedPageBreak/>
        <w:t>Breath is wind</w:t>
      </w:r>
    </w:p>
    <w:p w14:paraId="3D486071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is never lost</w:t>
      </w:r>
      <w:r w:rsidRPr="00ED4FAE">
        <w:rPr>
          <w:color w:val="000000" w:themeColor="text1"/>
        </w:rPr>
        <w:br/>
        <w:t>though at times</w:t>
      </w:r>
      <w:r w:rsidRPr="00ED4FAE">
        <w:rPr>
          <w:color w:val="000000" w:themeColor="text1"/>
        </w:rPr>
        <w:br/>
        <w:t>there is stillness</w:t>
      </w:r>
      <w:r w:rsidRPr="00ED4FAE">
        <w:rPr>
          <w:color w:val="000000" w:themeColor="text1"/>
        </w:rPr>
        <w:br/>
        <w:t>all voices gone</w:t>
      </w:r>
      <w:r w:rsidRPr="00ED4FAE">
        <w:rPr>
          <w:color w:val="000000" w:themeColor="text1"/>
        </w:rPr>
        <w:br/>
        <w:t>but now they roar</w:t>
      </w:r>
      <w:r w:rsidRPr="00ED4FAE">
        <w:rPr>
          <w:color w:val="000000" w:themeColor="text1"/>
        </w:rPr>
        <w:br/>
        <w:t>through the valley</w:t>
      </w:r>
    </w:p>
    <w:p w14:paraId="1CA897A9" w14:textId="77777777" w:rsidR="002B4E42" w:rsidRPr="00ED4FAE" w:rsidRDefault="002B4E42">
      <w:pPr>
        <w:rPr>
          <w:color w:val="000000" w:themeColor="text1"/>
        </w:rPr>
      </w:pPr>
    </w:p>
    <w:p w14:paraId="0ACEE240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14" w:name="poem_15"/>
      <w:bookmarkEnd w:id="14"/>
      <w:r w:rsidRPr="00ED4FAE">
        <w:rPr>
          <w:rFonts w:ascii="Garamond" w:hAnsi="Garamond"/>
          <w:color w:val="000000" w:themeColor="text1"/>
          <w:sz w:val="30"/>
        </w:rPr>
        <w:t>Windswept Days</w:t>
      </w:r>
    </w:p>
    <w:p w14:paraId="3DCA590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Westron wynde, when wyll thow blow,</w:t>
      </w:r>
      <w:r w:rsidRPr="00ED4FAE">
        <w:rPr>
          <w:color w:val="000000" w:themeColor="text1"/>
        </w:rPr>
        <w:br/>
        <w:t>The smalle rayne downe can rayne.</w:t>
      </w:r>
      <w:r w:rsidRPr="00ED4FAE">
        <w:rPr>
          <w:color w:val="000000" w:themeColor="text1"/>
        </w:rPr>
        <w:br/>
        <w:t xml:space="preserve">Cryst, yf my love </w:t>
      </w:r>
      <w:proofErr w:type="gramStart"/>
      <w:r w:rsidRPr="00ED4FAE">
        <w:rPr>
          <w:color w:val="000000" w:themeColor="text1"/>
        </w:rPr>
        <w:t>were</w:t>
      </w:r>
      <w:proofErr w:type="gramEnd"/>
      <w:r w:rsidRPr="00ED4FAE">
        <w:rPr>
          <w:color w:val="000000" w:themeColor="text1"/>
        </w:rPr>
        <w:t xml:space="preserve"> in my armys,</w:t>
      </w:r>
      <w:r w:rsidRPr="00ED4FAE">
        <w:rPr>
          <w:color w:val="000000" w:themeColor="text1"/>
        </w:rPr>
        <w:br/>
        <w:t>And I yn my bed agayne.</w:t>
      </w:r>
    </w:p>
    <w:p w14:paraId="16C6996B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See the child at play</w:t>
      </w:r>
      <w:r w:rsidRPr="00ED4FAE">
        <w:rPr>
          <w:color w:val="000000" w:themeColor="text1"/>
        </w:rPr>
        <w:br/>
        <w:t>in wind and rain.</w:t>
      </w:r>
      <w:r w:rsidRPr="00ED4FAE">
        <w:rPr>
          <w:color w:val="000000" w:themeColor="text1"/>
        </w:rPr>
        <w:br/>
        <w:t>Now look at me,</w:t>
      </w:r>
      <w:r w:rsidRPr="00ED4FAE">
        <w:rPr>
          <w:color w:val="000000" w:themeColor="text1"/>
        </w:rPr>
        <w:br/>
        <w:t>sewing together</w:t>
      </w:r>
      <w:r w:rsidRPr="00ED4FAE">
        <w:rPr>
          <w:color w:val="000000" w:themeColor="text1"/>
        </w:rPr>
        <w:br/>
        <w:t>my windswept days</w:t>
      </w:r>
      <w:r w:rsidRPr="00ED4FAE">
        <w:rPr>
          <w:color w:val="000000" w:themeColor="text1"/>
        </w:rPr>
        <w:br/>
        <w:t>for the dying.</w:t>
      </w:r>
    </w:p>
    <w:p w14:paraId="5BF86DF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O westron wynde,</w:t>
      </w:r>
      <w:r w:rsidRPr="00ED4FAE">
        <w:rPr>
          <w:color w:val="000000" w:themeColor="text1"/>
        </w:rPr>
        <w:br/>
        <w:t>when wyll thow blow</w:t>
      </w:r>
      <w:r w:rsidRPr="00ED4FAE">
        <w:rPr>
          <w:color w:val="000000" w:themeColor="text1"/>
        </w:rPr>
        <w:br/>
        <w:t>and take me riding</w:t>
      </w:r>
      <w:r w:rsidRPr="00ED4FAE">
        <w:rPr>
          <w:color w:val="000000" w:themeColor="text1"/>
        </w:rPr>
        <w:br/>
        <w:t>once again.</w:t>
      </w:r>
    </w:p>
    <w:p w14:paraId="649FA399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* “Westron Wynde” is among the earliest and most beautiful songs in English. The</w:t>
      </w:r>
      <w:r w:rsidRPr="00ED4FAE">
        <w:rPr>
          <w:color w:val="000000" w:themeColor="text1"/>
        </w:rPr>
        <w:br/>
        <w:t>poet and original music are unknown, and perhaps better so.</w:t>
      </w:r>
    </w:p>
    <w:p w14:paraId="5B5422FC" w14:textId="77777777" w:rsidR="002B4E42" w:rsidRPr="00ED4FAE" w:rsidRDefault="002B4E42">
      <w:pPr>
        <w:rPr>
          <w:color w:val="000000" w:themeColor="text1"/>
        </w:rPr>
      </w:pPr>
    </w:p>
    <w:p w14:paraId="45CF07CC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15" w:name="poem_16"/>
      <w:bookmarkEnd w:id="15"/>
      <w:r w:rsidRPr="00ED4FAE">
        <w:rPr>
          <w:rFonts w:ascii="Garamond" w:hAnsi="Garamond"/>
          <w:color w:val="000000" w:themeColor="text1"/>
          <w:sz w:val="30"/>
        </w:rPr>
        <w:t>Maybe Daphne</w:t>
      </w:r>
    </w:p>
    <w:p w14:paraId="326AE651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On the run, she</w:t>
      </w:r>
      <w:r w:rsidRPr="00ED4FAE">
        <w:rPr>
          <w:color w:val="000000" w:themeColor="text1"/>
        </w:rPr>
        <w:br/>
        <w:t>begs the river</w:t>
      </w:r>
      <w:r w:rsidRPr="00ED4FAE">
        <w:rPr>
          <w:color w:val="000000" w:themeColor="text1"/>
        </w:rPr>
        <w:br/>
        <w:t>to root his feet</w:t>
      </w:r>
      <w:r w:rsidRPr="00ED4FAE">
        <w:rPr>
          <w:color w:val="000000" w:themeColor="text1"/>
        </w:rPr>
        <w:br/>
        <w:t>to the ground.</w:t>
      </w:r>
    </w:p>
    <w:p w14:paraId="4A1276A9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Now she wears</w:t>
      </w:r>
      <w:r w:rsidRPr="00ED4FAE">
        <w:rPr>
          <w:color w:val="000000" w:themeColor="text1"/>
        </w:rPr>
        <w:br/>
        <w:t>his laurels</w:t>
      </w:r>
      <w:r w:rsidRPr="00ED4FAE">
        <w:rPr>
          <w:color w:val="000000" w:themeColor="text1"/>
        </w:rPr>
        <w:br/>
        <w:t>for a crown</w:t>
      </w:r>
      <w:r w:rsidRPr="00ED4FAE">
        <w:rPr>
          <w:color w:val="000000" w:themeColor="text1"/>
        </w:rPr>
        <w:br/>
        <w:t>and dares you</w:t>
      </w:r>
      <w:r w:rsidRPr="00ED4FAE">
        <w:rPr>
          <w:color w:val="000000" w:themeColor="text1"/>
        </w:rPr>
        <w:br/>
        <w:t>to catch her,</w:t>
      </w:r>
      <w:r w:rsidRPr="00ED4FAE">
        <w:rPr>
          <w:color w:val="000000" w:themeColor="text1"/>
        </w:rPr>
        <w:br/>
        <w:t>if you can.</w:t>
      </w:r>
    </w:p>
    <w:p w14:paraId="415F04F1" w14:textId="77777777" w:rsidR="002B4E42" w:rsidRPr="00ED4FAE" w:rsidRDefault="002B4E42">
      <w:pPr>
        <w:rPr>
          <w:color w:val="000000" w:themeColor="text1"/>
        </w:rPr>
      </w:pPr>
    </w:p>
    <w:p w14:paraId="4B3A6C7D" w14:textId="77777777" w:rsidR="00ED4FAE" w:rsidRDefault="00ED4FAE">
      <w:pPr>
        <w:pStyle w:val="Heading1"/>
        <w:spacing w:before="200" w:after="120"/>
        <w:rPr>
          <w:rFonts w:ascii="Garamond" w:hAnsi="Garamond"/>
          <w:color w:val="000000" w:themeColor="text1"/>
          <w:sz w:val="30"/>
        </w:rPr>
      </w:pPr>
      <w:bookmarkStart w:id="16" w:name="poem_17"/>
      <w:bookmarkEnd w:id="16"/>
    </w:p>
    <w:p w14:paraId="754D5954" w14:textId="4EE53BF8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r w:rsidRPr="00ED4FAE">
        <w:rPr>
          <w:rFonts w:ascii="Garamond" w:hAnsi="Garamond"/>
          <w:color w:val="000000" w:themeColor="text1"/>
          <w:sz w:val="30"/>
        </w:rPr>
        <w:t>Putting the Night to Bed</w:t>
      </w:r>
    </w:p>
    <w:p w14:paraId="3368EC2B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 loveliest tangle of them all</w:t>
      </w:r>
      <w:r w:rsidRPr="00ED4FAE">
        <w:rPr>
          <w:color w:val="000000" w:themeColor="text1"/>
        </w:rPr>
        <w:br/>
        <w:t>was your hair when you woke.</w:t>
      </w:r>
      <w:r w:rsidRPr="00ED4FAE">
        <w:rPr>
          <w:color w:val="000000" w:themeColor="text1"/>
        </w:rPr>
        <w:br/>
        <w:t>Do you remember the wolves,</w:t>
      </w:r>
      <w:r w:rsidRPr="00ED4FAE">
        <w:rPr>
          <w:color w:val="000000" w:themeColor="text1"/>
        </w:rPr>
        <w:br/>
        <w:t>the owls, the clanging metal</w:t>
      </w:r>
      <w:r w:rsidRPr="00ED4FAE">
        <w:rPr>
          <w:color w:val="000000" w:themeColor="text1"/>
        </w:rPr>
        <w:br/>
        <w:t>of the bed, you alive</w:t>
      </w:r>
      <w:r w:rsidRPr="00ED4FAE">
        <w:rPr>
          <w:color w:val="000000" w:themeColor="text1"/>
        </w:rPr>
        <w:br/>
        <w:t>in my arms, now a wave,</w:t>
      </w:r>
      <w:r w:rsidRPr="00ED4FAE">
        <w:rPr>
          <w:color w:val="000000" w:themeColor="text1"/>
        </w:rPr>
        <w:br/>
        <w:t>now a bird of prey, the moon</w:t>
      </w:r>
      <w:r w:rsidRPr="00ED4FAE">
        <w:rPr>
          <w:color w:val="000000" w:themeColor="text1"/>
        </w:rPr>
        <w:br/>
        <w:t>a wreck, all shattered light.</w:t>
      </w:r>
    </w:p>
    <w:p w14:paraId="5B3902D0" w14:textId="77777777" w:rsidR="002B4E42" w:rsidRPr="00ED4FAE" w:rsidRDefault="002B4E42">
      <w:pPr>
        <w:rPr>
          <w:color w:val="000000" w:themeColor="text1"/>
        </w:rPr>
      </w:pPr>
    </w:p>
    <w:p w14:paraId="352DD38F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17" w:name="poem_18"/>
      <w:bookmarkEnd w:id="17"/>
      <w:r w:rsidRPr="00ED4FAE">
        <w:rPr>
          <w:rFonts w:ascii="Garamond" w:hAnsi="Garamond"/>
          <w:color w:val="000000" w:themeColor="text1"/>
          <w:sz w:val="30"/>
        </w:rPr>
        <w:t>St. Jude's Parade</w:t>
      </w:r>
    </w:p>
    <w:p w14:paraId="3A19E14D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He was watching the parade—</w:t>
      </w:r>
      <w:r w:rsidRPr="00ED4FAE">
        <w:rPr>
          <w:color w:val="000000" w:themeColor="text1"/>
        </w:rPr>
        <w:br/>
        <w:t>the clowns, the banners, the trumpeteers.</w:t>
      </w:r>
    </w:p>
    <w:p w14:paraId="0DE52456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In his dream he was awake</w:t>
      </w:r>
      <w:r w:rsidRPr="00ED4FAE">
        <w:rPr>
          <w:color w:val="000000" w:themeColor="text1"/>
        </w:rPr>
        <w:br/>
        <w:t>or he was awake and dreaming.</w:t>
      </w:r>
    </w:p>
    <w:p w14:paraId="2AAFB72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He closed his eyes.</w:t>
      </w:r>
      <w:r w:rsidRPr="00ED4FAE">
        <w:rPr>
          <w:color w:val="000000" w:themeColor="text1"/>
        </w:rPr>
        <w:br/>
        <w:t>No matter—he heard the drums.</w:t>
      </w:r>
    </w:p>
    <w:p w14:paraId="3212510C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He opened them again</w:t>
      </w:r>
      <w:r w:rsidRPr="00ED4FAE">
        <w:rPr>
          <w:color w:val="000000" w:themeColor="text1"/>
        </w:rPr>
        <w:br/>
        <w:t>and saw himself marching</w:t>
      </w:r>
      <w:r w:rsidRPr="00ED4FAE">
        <w:rPr>
          <w:color w:val="000000" w:themeColor="text1"/>
        </w:rPr>
        <w:br/>
        <w:t>now to a different tune,</w:t>
      </w:r>
      <w:r w:rsidRPr="00ED4FAE">
        <w:rPr>
          <w:color w:val="000000" w:themeColor="text1"/>
        </w:rPr>
        <w:br/>
        <w:t>a martial cha-cha-cha,</w:t>
      </w:r>
      <w:r w:rsidRPr="00ED4FAE">
        <w:rPr>
          <w:color w:val="000000" w:themeColor="text1"/>
        </w:rPr>
        <w:br/>
        <w:t>and wet his pants.</w:t>
      </w:r>
    </w:p>
    <w:p w14:paraId="03BC1932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There's little more to tell.</w:t>
      </w:r>
    </w:p>
    <w:p w14:paraId="621F52D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 Daily Tribune records</w:t>
      </w:r>
      <w:r w:rsidRPr="00ED4FAE">
        <w:rPr>
          <w:color w:val="000000" w:themeColor="text1"/>
        </w:rPr>
        <w:br/>
        <w:t>that during the St. Jude Day Celebration</w:t>
      </w:r>
      <w:r w:rsidRPr="00ED4FAE">
        <w:rPr>
          <w:color w:val="000000" w:themeColor="text1"/>
        </w:rPr>
        <w:br/>
        <w:t>a forgotten man died Saturday,</w:t>
      </w:r>
      <w:r w:rsidRPr="00ED4FAE">
        <w:rPr>
          <w:color w:val="000000" w:themeColor="text1"/>
        </w:rPr>
        <w:br/>
        <w:t>shouting blessings</w:t>
      </w:r>
      <w:r w:rsidRPr="00ED4FAE">
        <w:rPr>
          <w:color w:val="000000" w:themeColor="text1"/>
        </w:rPr>
        <w:br/>
        <w:t>upon one and all.</w:t>
      </w:r>
    </w:p>
    <w:p w14:paraId="66BA5E2B" w14:textId="77777777" w:rsidR="002B4E42" w:rsidRDefault="002B4E42">
      <w:pPr>
        <w:rPr>
          <w:color w:val="000000" w:themeColor="text1"/>
        </w:rPr>
      </w:pPr>
    </w:p>
    <w:p w14:paraId="27EB1834" w14:textId="77777777" w:rsidR="00ED4FAE" w:rsidRDefault="00ED4FAE">
      <w:pPr>
        <w:rPr>
          <w:color w:val="000000" w:themeColor="text1"/>
        </w:rPr>
      </w:pPr>
    </w:p>
    <w:p w14:paraId="5223258B" w14:textId="77777777" w:rsidR="00ED4FAE" w:rsidRDefault="00ED4FAE">
      <w:pPr>
        <w:rPr>
          <w:color w:val="000000" w:themeColor="text1"/>
        </w:rPr>
      </w:pPr>
    </w:p>
    <w:p w14:paraId="04857BAE" w14:textId="77777777" w:rsidR="00ED4FAE" w:rsidRDefault="00ED4FAE">
      <w:pPr>
        <w:rPr>
          <w:color w:val="000000" w:themeColor="text1"/>
        </w:rPr>
      </w:pPr>
    </w:p>
    <w:p w14:paraId="16187FCE" w14:textId="77777777" w:rsidR="00ED4FAE" w:rsidRDefault="00ED4FAE">
      <w:pPr>
        <w:rPr>
          <w:color w:val="000000" w:themeColor="text1"/>
        </w:rPr>
      </w:pPr>
    </w:p>
    <w:p w14:paraId="2147135C" w14:textId="77777777" w:rsidR="00ED4FAE" w:rsidRPr="00ED4FAE" w:rsidRDefault="00ED4FAE">
      <w:pPr>
        <w:rPr>
          <w:color w:val="000000" w:themeColor="text1"/>
        </w:rPr>
      </w:pPr>
    </w:p>
    <w:p w14:paraId="16BB83D2" w14:textId="5E12A75C" w:rsidR="002B4E42" w:rsidRPr="00ED4FAE" w:rsidRDefault="00ED4FAE">
      <w:pPr>
        <w:pStyle w:val="Heading1"/>
        <w:spacing w:before="200" w:after="120"/>
        <w:rPr>
          <w:color w:val="000000" w:themeColor="text1"/>
        </w:rPr>
      </w:pPr>
      <w:bookmarkStart w:id="18" w:name="poem_19"/>
      <w:bookmarkEnd w:id="18"/>
      <w:r>
        <w:rPr>
          <w:rFonts w:ascii="Garamond" w:hAnsi="Garamond"/>
          <w:color w:val="000000" w:themeColor="text1"/>
          <w:sz w:val="30"/>
        </w:rPr>
        <w:lastRenderedPageBreak/>
        <w:br/>
      </w:r>
      <w:r w:rsidRPr="00ED4FAE">
        <w:rPr>
          <w:rFonts w:ascii="Garamond" w:hAnsi="Garamond"/>
          <w:color w:val="000000" w:themeColor="text1"/>
          <w:sz w:val="30"/>
        </w:rPr>
        <w:t>Oranges</w:t>
      </w:r>
    </w:p>
    <w:p w14:paraId="32BCCDDB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He was determined this time,</w:t>
      </w:r>
      <w:r w:rsidRPr="00ED4FAE">
        <w:rPr>
          <w:color w:val="000000" w:themeColor="text1"/>
        </w:rPr>
        <w:br/>
        <w:t>as he sliced the oranges,</w:t>
      </w:r>
      <w:r w:rsidRPr="00ED4FAE">
        <w:rPr>
          <w:color w:val="000000" w:themeColor="text1"/>
        </w:rPr>
        <w:br/>
        <w:t>not to cut his fingers.</w:t>
      </w:r>
      <w:r w:rsidRPr="00ED4FAE">
        <w:rPr>
          <w:color w:val="000000" w:themeColor="text1"/>
        </w:rPr>
        <w:br/>
        <w:t>He would focus and keep them</w:t>
      </w:r>
      <w:r w:rsidRPr="00ED4FAE">
        <w:rPr>
          <w:color w:val="000000" w:themeColor="text1"/>
        </w:rPr>
        <w:br/>
        <w:t>away from the blade.</w:t>
      </w:r>
      <w:r w:rsidRPr="00ED4FAE">
        <w:rPr>
          <w:color w:val="000000" w:themeColor="text1"/>
        </w:rPr>
        <w:br/>
        <w:t>He remembered how before</w:t>
      </w:r>
      <w:r w:rsidRPr="00ED4FAE">
        <w:rPr>
          <w:color w:val="000000" w:themeColor="text1"/>
        </w:rPr>
        <w:br/>
        <w:t>his blood had flowed.</w:t>
      </w:r>
      <w:r w:rsidRPr="00ED4FAE">
        <w:rPr>
          <w:color w:val="000000" w:themeColor="text1"/>
        </w:rPr>
        <w:br/>
        <w:t>It wasn’t that he was getting old.</w:t>
      </w:r>
      <w:r w:rsidRPr="00ED4FAE">
        <w:rPr>
          <w:color w:val="000000" w:themeColor="text1"/>
        </w:rPr>
        <w:br/>
        <w:t>It was the lure of the trees.</w:t>
      </w:r>
      <w:r w:rsidRPr="00ED4FAE">
        <w:rPr>
          <w:color w:val="000000" w:themeColor="text1"/>
        </w:rPr>
        <w:br/>
        <w:t>She had been as nervous as he</w:t>
      </w:r>
      <w:r w:rsidRPr="00ED4FAE">
        <w:rPr>
          <w:color w:val="000000" w:themeColor="text1"/>
        </w:rPr>
        <w:br/>
        <w:t>and had closed her eyes.</w:t>
      </w:r>
      <w:r w:rsidRPr="00ED4FAE">
        <w:rPr>
          <w:color w:val="000000" w:themeColor="text1"/>
        </w:rPr>
        <w:br/>
        <w:t>Now all he could think of</w:t>
      </w:r>
      <w:r w:rsidRPr="00ED4FAE">
        <w:rPr>
          <w:color w:val="000000" w:themeColor="text1"/>
        </w:rPr>
        <w:br/>
        <w:t>was feeding her oranges</w:t>
      </w:r>
      <w:r w:rsidRPr="00ED4FAE">
        <w:rPr>
          <w:color w:val="000000" w:themeColor="text1"/>
        </w:rPr>
        <w:br/>
        <w:t>and the taste on her lips.</w:t>
      </w:r>
      <w:r w:rsidRPr="00ED4FAE">
        <w:rPr>
          <w:color w:val="000000" w:themeColor="text1"/>
        </w:rPr>
        <w:br/>
        <w:t>Suddenly, she had bitten him.</w:t>
      </w:r>
      <w:r w:rsidRPr="00ED4FAE">
        <w:rPr>
          <w:color w:val="000000" w:themeColor="text1"/>
        </w:rPr>
        <w:br/>
        <w:t>making him bleed.</w:t>
      </w:r>
      <w:r w:rsidRPr="00ED4FAE">
        <w:rPr>
          <w:color w:val="000000" w:themeColor="text1"/>
        </w:rPr>
        <w:br/>
        <w:t>But now, more softly,</w:t>
      </w:r>
      <w:r w:rsidRPr="00ED4FAE">
        <w:rPr>
          <w:color w:val="000000" w:themeColor="text1"/>
        </w:rPr>
        <w:br/>
        <w:t>she was feeding him.</w:t>
      </w:r>
      <w:r w:rsidRPr="00ED4FAE">
        <w:rPr>
          <w:color w:val="000000" w:themeColor="text1"/>
        </w:rPr>
        <w:br/>
        <w:t>She was delicious and he</w:t>
      </w:r>
      <w:r w:rsidRPr="00ED4FAE">
        <w:rPr>
          <w:color w:val="000000" w:themeColor="text1"/>
        </w:rPr>
        <w:br/>
        <w:t>.... he was lost in the trees.</w:t>
      </w:r>
      <w:r w:rsidRPr="00ED4FAE">
        <w:rPr>
          <w:color w:val="000000" w:themeColor="text1"/>
        </w:rPr>
        <w:br/>
        <w:t>He put the knife down and wept.</w:t>
      </w:r>
    </w:p>
    <w:p w14:paraId="103217BD" w14:textId="77777777" w:rsidR="002B4E42" w:rsidRPr="00ED4FAE" w:rsidRDefault="002B4E42">
      <w:pPr>
        <w:rPr>
          <w:color w:val="000000" w:themeColor="text1"/>
        </w:rPr>
      </w:pPr>
    </w:p>
    <w:p w14:paraId="6CC56495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19" w:name="poem_20"/>
      <w:bookmarkEnd w:id="19"/>
      <w:r w:rsidRPr="00ED4FAE">
        <w:rPr>
          <w:rFonts w:ascii="Garamond" w:hAnsi="Garamond"/>
          <w:color w:val="000000" w:themeColor="text1"/>
          <w:sz w:val="30"/>
        </w:rPr>
        <w:t>Querella Leporis (The Rabbit's Complaint)</w:t>
      </w:r>
    </w:p>
    <w:p w14:paraId="6BB0876F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Satis satis est,</w:t>
      </w:r>
      <w:r w:rsidRPr="00ED4FAE">
        <w:rPr>
          <w:color w:val="000000" w:themeColor="text1"/>
        </w:rPr>
        <w:br/>
        <w:t xml:space="preserve">     Enough's enough,</w:t>
      </w:r>
      <w:r w:rsidRPr="00ED4FAE">
        <w:rPr>
          <w:color w:val="000000" w:themeColor="text1"/>
        </w:rPr>
        <w:br/>
        <w:t>inquit lepus vulpi:</w:t>
      </w:r>
      <w:r w:rsidRPr="00ED4FAE">
        <w:rPr>
          <w:color w:val="000000" w:themeColor="text1"/>
        </w:rPr>
        <w:br/>
        <w:t xml:space="preserve">     said the rabbit to the fox:</w:t>
      </w:r>
      <w:r w:rsidRPr="00ED4FAE">
        <w:rPr>
          <w:color w:val="000000" w:themeColor="text1"/>
        </w:rPr>
        <w:br/>
        <w:t>edisti modo matrem.</w:t>
      </w:r>
      <w:r w:rsidRPr="00ED4FAE">
        <w:rPr>
          <w:color w:val="000000" w:themeColor="text1"/>
        </w:rPr>
        <w:br/>
        <w:t xml:space="preserve">     You just now ate my mother.</w:t>
      </w:r>
    </w:p>
    <w:p w14:paraId="6E48AF53" w14:textId="77777777" w:rsidR="002B4E42" w:rsidRPr="00ED4FAE" w:rsidRDefault="002B4E42">
      <w:pPr>
        <w:rPr>
          <w:color w:val="000000" w:themeColor="text1"/>
        </w:rPr>
      </w:pPr>
    </w:p>
    <w:p w14:paraId="757AE2AF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20" w:name="poem_21"/>
      <w:bookmarkEnd w:id="20"/>
      <w:r w:rsidRPr="00ED4FAE">
        <w:rPr>
          <w:rFonts w:ascii="Garamond" w:hAnsi="Garamond"/>
          <w:color w:val="000000" w:themeColor="text1"/>
          <w:sz w:val="30"/>
        </w:rPr>
        <w:t>De Re Humana (Concerning the Human Condition)</w:t>
      </w:r>
    </w:p>
    <w:p w14:paraId="06574432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Morivivere nobis est</w:t>
      </w:r>
      <w:r w:rsidRPr="00ED4FAE">
        <w:rPr>
          <w:color w:val="000000" w:themeColor="text1"/>
        </w:rPr>
        <w:br/>
        <w:t xml:space="preserve">   To-die-to-live is for us</w:t>
      </w:r>
      <w:r w:rsidRPr="00ED4FAE">
        <w:rPr>
          <w:color w:val="000000" w:themeColor="text1"/>
        </w:rPr>
        <w:br/>
        <w:t>fatum atque spes.</w:t>
      </w:r>
      <w:r w:rsidRPr="00ED4FAE">
        <w:rPr>
          <w:color w:val="000000" w:themeColor="text1"/>
        </w:rPr>
        <w:br/>
        <w:t xml:space="preserve">   fate and hope.</w:t>
      </w:r>
      <w:r w:rsidRPr="00ED4FAE">
        <w:rPr>
          <w:color w:val="000000" w:themeColor="text1"/>
        </w:rPr>
        <w:br/>
        <w:t>Note: elide fatum atque: fatatque.</w:t>
      </w:r>
      <w:r w:rsidRPr="00ED4FAE">
        <w:rPr>
          <w:color w:val="000000" w:themeColor="text1"/>
        </w:rPr>
        <w:br/>
        <w:t>Morivivere is a Latin neologism of my invention.</w:t>
      </w:r>
    </w:p>
    <w:p w14:paraId="5CDFE5F0" w14:textId="77777777" w:rsidR="002B4E42" w:rsidRDefault="002B4E42">
      <w:pPr>
        <w:rPr>
          <w:color w:val="000000" w:themeColor="text1"/>
        </w:rPr>
      </w:pPr>
    </w:p>
    <w:p w14:paraId="2905807D" w14:textId="77777777" w:rsidR="00ED4FAE" w:rsidRDefault="00ED4FAE">
      <w:pPr>
        <w:rPr>
          <w:color w:val="000000" w:themeColor="text1"/>
        </w:rPr>
      </w:pPr>
    </w:p>
    <w:p w14:paraId="65EA3EAF" w14:textId="77777777" w:rsidR="00ED4FAE" w:rsidRPr="00ED4FAE" w:rsidRDefault="00ED4FAE">
      <w:pPr>
        <w:rPr>
          <w:color w:val="000000" w:themeColor="text1"/>
        </w:rPr>
      </w:pPr>
    </w:p>
    <w:p w14:paraId="148515BC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21" w:name="poem_22"/>
      <w:bookmarkEnd w:id="21"/>
      <w:r w:rsidRPr="00ED4FAE">
        <w:rPr>
          <w:rFonts w:ascii="Garamond" w:hAnsi="Garamond"/>
          <w:color w:val="000000" w:themeColor="text1"/>
          <w:sz w:val="30"/>
        </w:rPr>
        <w:lastRenderedPageBreak/>
        <w:t>All of It</w:t>
      </w:r>
    </w:p>
    <w:p w14:paraId="509F9634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for Pauline Eaton</w:t>
      </w:r>
    </w:p>
    <w:p w14:paraId="1552189E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In the beginning Love was so alone in the darkness</w:t>
      </w:r>
      <w:r w:rsidRPr="00ED4FAE">
        <w:rPr>
          <w:color w:val="000000" w:themeColor="text1"/>
        </w:rPr>
        <w:br/>
        <w:t>only by chance did he know he was there.</w:t>
      </w:r>
      <w:r w:rsidRPr="00ED4FAE">
        <w:rPr>
          <w:color w:val="000000" w:themeColor="text1"/>
        </w:rPr>
        <w:br/>
        <w:t>In that Time before time,</w:t>
      </w:r>
      <w:r w:rsidRPr="00ED4FAE">
        <w:rPr>
          <w:color w:val="000000" w:themeColor="text1"/>
        </w:rPr>
        <w:br/>
        <w:t>he discovered that if he whirled like a dervish</w:t>
      </w:r>
      <w:r w:rsidRPr="00ED4FAE">
        <w:rPr>
          <w:color w:val="000000" w:themeColor="text1"/>
        </w:rPr>
        <w:br/>
        <w:t>feathery bits and pieces of his colossal body</w:t>
      </w:r>
      <w:r w:rsidRPr="00ED4FAE">
        <w:rPr>
          <w:color w:val="000000" w:themeColor="text1"/>
        </w:rPr>
        <w:br/>
        <w:t>became flames and feathers.</w:t>
      </w:r>
      <w:r w:rsidRPr="00ED4FAE">
        <w:rPr>
          <w:color w:val="000000" w:themeColor="text1"/>
        </w:rPr>
        <w:br/>
        <w:t>Some had the shape of white linen, others bats.</w:t>
      </w:r>
      <w:r w:rsidRPr="00ED4FAE">
        <w:rPr>
          <w:color w:val="000000" w:themeColor="text1"/>
        </w:rPr>
        <w:br/>
        <w:t>Farther off, bits of silver and gold</w:t>
      </w:r>
      <w:r w:rsidRPr="00ED4FAE">
        <w:rPr>
          <w:color w:val="000000" w:themeColor="text1"/>
        </w:rPr>
        <w:br/>
        <w:t>arranged themselves as constellations,</w:t>
      </w:r>
      <w:r w:rsidRPr="00ED4FAE">
        <w:rPr>
          <w:color w:val="000000" w:themeColor="text1"/>
        </w:rPr>
        <w:br/>
        <w:t>though their great stories had not yet been told.</w:t>
      </w:r>
      <w:r w:rsidRPr="00ED4FAE">
        <w:rPr>
          <w:color w:val="000000" w:themeColor="text1"/>
        </w:rPr>
        <w:br/>
        <w:t>Theseus had not yet sailed for Crete.</w:t>
      </w:r>
      <w:r w:rsidRPr="00ED4FAE">
        <w:rPr>
          <w:color w:val="000000" w:themeColor="text1"/>
        </w:rPr>
        <w:br/>
        <w:t>Having never seen himself,</w:t>
      </w:r>
      <w:r w:rsidRPr="00ED4FAE">
        <w:rPr>
          <w:color w:val="000000" w:themeColor="text1"/>
        </w:rPr>
        <w:br/>
        <w:t>he looked upon this luminous jumble</w:t>
      </w:r>
      <w:r w:rsidRPr="00ED4FAE">
        <w:rPr>
          <w:color w:val="000000" w:themeColor="text1"/>
        </w:rPr>
        <w:br/>
        <w:t>as simply Other</w:t>
      </w:r>
      <w:r w:rsidRPr="00ED4FAE">
        <w:rPr>
          <w:color w:val="000000" w:themeColor="text1"/>
        </w:rPr>
        <w:br/>
        <w:t>and called it Friend.</w:t>
      </w:r>
      <w:r w:rsidRPr="00ED4FAE">
        <w:rPr>
          <w:color w:val="000000" w:themeColor="text1"/>
        </w:rPr>
        <w:br/>
        <w:t>Then, seized by what we would call inspiration,</w:t>
      </w:r>
      <w:r w:rsidRPr="00ED4FAE">
        <w:rPr>
          <w:color w:val="000000" w:themeColor="text1"/>
        </w:rPr>
        <w:br/>
        <w:t>he let out whoops of joy:</w:t>
      </w:r>
      <w:r w:rsidRPr="00ED4FAE">
        <w:rPr>
          <w:color w:val="000000" w:themeColor="text1"/>
        </w:rPr>
        <w:br/>
        <w:t>SAL-WAY-TE</w:t>
      </w:r>
      <w:r w:rsidRPr="00ED4FAE">
        <w:rPr>
          <w:color w:val="000000" w:themeColor="text1"/>
        </w:rPr>
        <w:br/>
        <w:t>WA-LAY-TE</w:t>
      </w:r>
      <w:r w:rsidRPr="00ED4FAE">
        <w:rPr>
          <w:color w:val="000000" w:themeColor="text1"/>
        </w:rPr>
        <w:br/>
        <w:t>Sound and sense began to attract and repel each other.</w:t>
      </w:r>
      <w:r w:rsidRPr="00ED4FAE">
        <w:rPr>
          <w:color w:val="000000" w:themeColor="text1"/>
        </w:rPr>
        <w:br/>
        <w:t>In what would seem to us an endless instant</w:t>
      </w:r>
      <w:r w:rsidRPr="00ED4FAE">
        <w:rPr>
          <w:color w:val="000000" w:themeColor="text1"/>
        </w:rPr>
        <w:br/>
        <w:t>strange figures, stiff as dolls, began to appear.</w:t>
      </w:r>
    </w:p>
    <w:p w14:paraId="09872311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Love was surprised to discover</w:t>
      </w:r>
      <w:r w:rsidRPr="00ED4FAE">
        <w:rPr>
          <w:color w:val="000000" w:themeColor="text1"/>
        </w:rPr>
        <w:br/>
        <w:t>his breath could bring them to life.</w:t>
      </w:r>
      <w:r w:rsidRPr="00ED4FAE">
        <w:rPr>
          <w:color w:val="000000" w:themeColor="text1"/>
        </w:rPr>
        <w:br/>
        <w:t>He was even able to forget</w:t>
      </w:r>
      <w:r w:rsidRPr="00ED4FAE">
        <w:rPr>
          <w:color w:val="000000" w:themeColor="text1"/>
        </w:rPr>
        <w:br/>
        <w:t>all their laughter and quarreling</w:t>
      </w:r>
      <w:r w:rsidRPr="00ED4FAE">
        <w:rPr>
          <w:color w:val="000000" w:themeColor="text1"/>
        </w:rPr>
        <w:br/>
        <w:t>were no more than himself.</w:t>
      </w:r>
      <w:r w:rsidRPr="00ED4FAE">
        <w:rPr>
          <w:color w:val="000000" w:themeColor="text1"/>
        </w:rPr>
        <w:br/>
        <w:t>Soon they vied for his favor,</w:t>
      </w:r>
      <w:r w:rsidRPr="00ED4FAE">
        <w:rPr>
          <w:color w:val="000000" w:themeColor="text1"/>
        </w:rPr>
        <w:br/>
        <w:t>throwing their own limbs into the fire.</w:t>
      </w:r>
      <w:r w:rsidRPr="00ED4FAE">
        <w:rPr>
          <w:color w:val="000000" w:themeColor="text1"/>
        </w:rPr>
        <w:br/>
        <w:t>Others burned themselves as torches.</w:t>
      </w:r>
      <w:r w:rsidRPr="00ED4FAE">
        <w:rPr>
          <w:color w:val="000000" w:themeColor="text1"/>
        </w:rPr>
        <w:br/>
        <w:t>Only then did he stop his spinning</w:t>
      </w:r>
      <w:r w:rsidRPr="00ED4FAE">
        <w:rPr>
          <w:color w:val="000000" w:themeColor="text1"/>
        </w:rPr>
        <w:br/>
        <w:t>and take up knitting.</w:t>
      </w:r>
      <w:r w:rsidRPr="00ED4FAE">
        <w:rPr>
          <w:color w:val="000000" w:themeColor="text1"/>
        </w:rPr>
        <w:br/>
        <w:t>He worked seven days, weaving together</w:t>
      </w:r>
      <w:r w:rsidRPr="00ED4FAE">
        <w:rPr>
          <w:color w:val="000000" w:themeColor="text1"/>
        </w:rPr>
        <w:br/>
        <w:t>scraps of bone and soul, dreaming while still awake,</w:t>
      </w:r>
      <w:r w:rsidRPr="00ED4FAE">
        <w:rPr>
          <w:color w:val="000000" w:themeColor="text1"/>
        </w:rPr>
        <w:br/>
        <w:t>and then at last fell asleep.</w:t>
      </w:r>
      <w:r w:rsidRPr="00ED4FAE">
        <w:rPr>
          <w:color w:val="000000" w:themeColor="text1"/>
        </w:rPr>
        <w:br/>
        <w:t>When he woke,</w:t>
      </w:r>
      <w:r w:rsidRPr="00ED4FAE">
        <w:rPr>
          <w:color w:val="000000" w:themeColor="text1"/>
        </w:rPr>
        <w:br/>
        <w:t>there stood before him a winged Other.</w:t>
      </w:r>
      <w:r w:rsidRPr="00ED4FAE">
        <w:rPr>
          <w:color w:val="000000" w:themeColor="text1"/>
        </w:rPr>
        <w:br/>
        <w:t>Love called her Anima.</w:t>
      </w:r>
      <w:r w:rsidRPr="00ED4FAE">
        <w:rPr>
          <w:color w:val="000000" w:themeColor="text1"/>
        </w:rPr>
        <w:br/>
        <w:t>She felt as close to him</w:t>
      </w:r>
      <w:r w:rsidRPr="00ED4FAE">
        <w:rPr>
          <w:color w:val="000000" w:themeColor="text1"/>
        </w:rPr>
        <w:br/>
        <w:t>as breath to wind.</w:t>
      </w:r>
      <w:r w:rsidRPr="00ED4FAE">
        <w:rPr>
          <w:color w:val="000000" w:themeColor="text1"/>
        </w:rPr>
        <w:br/>
        <w:t>ANIMA ANIMUS</w:t>
      </w:r>
      <w:r w:rsidRPr="00ED4FAE">
        <w:rPr>
          <w:color w:val="000000" w:themeColor="text1"/>
        </w:rPr>
        <w:br/>
        <w:t>ANIMUS ANIMA</w:t>
      </w:r>
      <w:r w:rsidRPr="00ED4FAE">
        <w:rPr>
          <w:color w:val="000000" w:themeColor="text1"/>
        </w:rPr>
        <w:br/>
        <w:t>After each cycle of seven days of waking dreams</w:t>
      </w:r>
      <w:r w:rsidRPr="00ED4FAE">
        <w:rPr>
          <w:color w:val="000000" w:themeColor="text1"/>
        </w:rPr>
        <w:br/>
        <w:t>he would fall asleep,</w:t>
      </w:r>
      <w:r w:rsidRPr="00ED4FAE">
        <w:rPr>
          <w:color w:val="000000" w:themeColor="text1"/>
        </w:rPr>
        <w:br/>
        <w:t>and upon waking discover other winged forms.</w:t>
      </w:r>
    </w:p>
    <w:p w14:paraId="20590976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He named them</w:t>
      </w:r>
      <w:r w:rsidRPr="00ED4FAE">
        <w:rPr>
          <w:color w:val="000000" w:themeColor="text1"/>
        </w:rPr>
        <w:br/>
        <w:t>Twilight and Shadow,</w:t>
      </w:r>
      <w:r w:rsidRPr="00ED4FAE">
        <w:rPr>
          <w:color w:val="000000" w:themeColor="text1"/>
        </w:rPr>
        <w:br/>
      </w:r>
      <w:r w:rsidRPr="00ED4FAE">
        <w:rPr>
          <w:color w:val="000000" w:themeColor="text1"/>
        </w:rPr>
        <w:lastRenderedPageBreak/>
        <w:t>Dawn and Cobweb,</w:t>
      </w:r>
      <w:r w:rsidRPr="00ED4FAE">
        <w:rPr>
          <w:color w:val="000000" w:themeColor="text1"/>
        </w:rPr>
        <w:br/>
        <w:t>Shifting Sand,</w:t>
      </w:r>
    </w:p>
    <w:p w14:paraId="12CCB5E2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Trumpet,</w:t>
      </w:r>
      <w:r w:rsidRPr="00ED4FAE">
        <w:rPr>
          <w:color w:val="000000" w:themeColor="text1"/>
        </w:rPr>
        <w:br/>
        <w:t>Midnight Blue.</w:t>
      </w:r>
      <w:r w:rsidRPr="00ED4FAE">
        <w:rPr>
          <w:color w:val="000000" w:themeColor="text1"/>
        </w:rPr>
        <w:br/>
        <w:t>They brought him</w:t>
      </w:r>
      <w:r w:rsidRPr="00ED4FAE">
        <w:rPr>
          <w:color w:val="000000" w:themeColor="text1"/>
        </w:rPr>
        <w:br/>
        <w:t>earth, air, fire, and water</w:t>
      </w:r>
      <w:r w:rsidRPr="00ED4FAE">
        <w:rPr>
          <w:color w:val="000000" w:themeColor="text1"/>
        </w:rPr>
        <w:br/>
        <w:t>as gifts.</w:t>
      </w:r>
      <w:r w:rsidRPr="00ED4FAE">
        <w:rPr>
          <w:color w:val="000000" w:themeColor="text1"/>
        </w:rPr>
        <w:br/>
        <w:t>In return,</w:t>
      </w:r>
      <w:r w:rsidRPr="00ED4FAE">
        <w:rPr>
          <w:color w:val="000000" w:themeColor="text1"/>
        </w:rPr>
        <w:br/>
        <w:t>Love dreamed a world for them.</w:t>
      </w:r>
    </w:p>
    <w:p w14:paraId="526A538D" w14:textId="77777777" w:rsidR="002B4E42" w:rsidRPr="00ED4FAE" w:rsidRDefault="002B4E42">
      <w:pPr>
        <w:rPr>
          <w:color w:val="000000" w:themeColor="text1"/>
        </w:rPr>
      </w:pPr>
    </w:p>
    <w:p w14:paraId="541427C1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22" w:name="poem_23"/>
      <w:bookmarkEnd w:id="22"/>
      <w:r w:rsidRPr="00ED4FAE">
        <w:rPr>
          <w:rFonts w:ascii="Garamond" w:hAnsi="Garamond"/>
          <w:color w:val="000000" w:themeColor="text1"/>
          <w:sz w:val="30"/>
        </w:rPr>
        <w:t>This poem</w:t>
      </w:r>
    </w:p>
    <w:p w14:paraId="244607A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is disposable.</w:t>
      </w:r>
      <w:r w:rsidRPr="00ED4FAE">
        <w:rPr>
          <w:color w:val="000000" w:themeColor="text1"/>
        </w:rPr>
        <w:br/>
        <w:t>Crumple it</w:t>
      </w:r>
      <w:r w:rsidRPr="00ED4FAE">
        <w:rPr>
          <w:color w:val="000000" w:themeColor="text1"/>
        </w:rPr>
        <w:br/>
        <w:t>Throw it away</w:t>
      </w:r>
      <w:r w:rsidRPr="00ED4FAE">
        <w:rPr>
          <w:color w:val="000000" w:themeColor="text1"/>
        </w:rPr>
        <w:br/>
        <w:t>But remember</w:t>
      </w:r>
      <w:r w:rsidRPr="00ED4FAE">
        <w:rPr>
          <w:color w:val="000000" w:themeColor="text1"/>
        </w:rPr>
        <w:br/>
        <w:t>It is my heart</w:t>
      </w:r>
      <w:r w:rsidRPr="00ED4FAE">
        <w:rPr>
          <w:color w:val="000000" w:themeColor="text1"/>
        </w:rPr>
        <w:br/>
        <w:t>You have</w:t>
      </w:r>
      <w:r w:rsidRPr="00ED4FAE">
        <w:rPr>
          <w:color w:val="000000" w:themeColor="text1"/>
        </w:rPr>
        <w:br/>
        <w:t>In your hand.</w:t>
      </w:r>
      <w:r w:rsidRPr="00ED4FAE">
        <w:rPr>
          <w:color w:val="000000" w:themeColor="text1"/>
        </w:rPr>
        <w:br/>
        <w:t>Maybe now</w:t>
      </w:r>
      <w:r w:rsidRPr="00ED4FAE">
        <w:rPr>
          <w:color w:val="000000" w:themeColor="text1"/>
        </w:rPr>
        <w:br/>
        <w:t>You will listen.</w:t>
      </w:r>
    </w:p>
    <w:p w14:paraId="2DA08B21" w14:textId="77777777" w:rsidR="002B4E42" w:rsidRDefault="002B4E42">
      <w:pPr>
        <w:rPr>
          <w:color w:val="000000" w:themeColor="text1"/>
        </w:rPr>
      </w:pPr>
    </w:p>
    <w:p w14:paraId="0082D320" w14:textId="77777777" w:rsidR="00ED4FAE" w:rsidRDefault="00ED4FAE">
      <w:pPr>
        <w:rPr>
          <w:color w:val="000000" w:themeColor="text1"/>
        </w:rPr>
      </w:pPr>
    </w:p>
    <w:p w14:paraId="7342FF6D" w14:textId="77777777" w:rsidR="00ED4FAE" w:rsidRDefault="00ED4FAE">
      <w:pPr>
        <w:rPr>
          <w:color w:val="000000" w:themeColor="text1"/>
        </w:rPr>
      </w:pPr>
    </w:p>
    <w:p w14:paraId="03C7DF3F" w14:textId="77777777" w:rsidR="00ED4FAE" w:rsidRDefault="00ED4FAE">
      <w:pPr>
        <w:rPr>
          <w:color w:val="000000" w:themeColor="text1"/>
        </w:rPr>
      </w:pPr>
    </w:p>
    <w:p w14:paraId="24FAA1DB" w14:textId="77777777" w:rsidR="00ED4FAE" w:rsidRDefault="00ED4FAE">
      <w:pPr>
        <w:rPr>
          <w:color w:val="000000" w:themeColor="text1"/>
        </w:rPr>
      </w:pPr>
    </w:p>
    <w:p w14:paraId="6E03590A" w14:textId="77777777" w:rsidR="00ED4FAE" w:rsidRDefault="00ED4FAE">
      <w:pPr>
        <w:rPr>
          <w:color w:val="000000" w:themeColor="text1"/>
        </w:rPr>
      </w:pPr>
    </w:p>
    <w:p w14:paraId="573C2081" w14:textId="77777777" w:rsidR="00ED4FAE" w:rsidRDefault="00ED4FAE">
      <w:pPr>
        <w:rPr>
          <w:color w:val="000000" w:themeColor="text1"/>
        </w:rPr>
      </w:pPr>
    </w:p>
    <w:p w14:paraId="00A0E8A0" w14:textId="77777777" w:rsidR="00ED4FAE" w:rsidRDefault="00ED4FAE">
      <w:pPr>
        <w:rPr>
          <w:color w:val="000000" w:themeColor="text1"/>
        </w:rPr>
      </w:pPr>
    </w:p>
    <w:p w14:paraId="48F41B71" w14:textId="77777777" w:rsidR="00ED4FAE" w:rsidRDefault="00ED4FAE">
      <w:pPr>
        <w:rPr>
          <w:color w:val="000000" w:themeColor="text1"/>
        </w:rPr>
      </w:pPr>
    </w:p>
    <w:p w14:paraId="02E1B32E" w14:textId="77777777" w:rsidR="00ED4FAE" w:rsidRDefault="00ED4FAE">
      <w:pPr>
        <w:rPr>
          <w:color w:val="000000" w:themeColor="text1"/>
        </w:rPr>
      </w:pPr>
    </w:p>
    <w:p w14:paraId="4AFC47AA" w14:textId="77777777" w:rsidR="00ED4FAE" w:rsidRDefault="00ED4FAE">
      <w:pPr>
        <w:rPr>
          <w:color w:val="000000" w:themeColor="text1"/>
        </w:rPr>
      </w:pPr>
    </w:p>
    <w:p w14:paraId="412B8D67" w14:textId="77777777" w:rsidR="00ED4FAE" w:rsidRDefault="00ED4FAE">
      <w:pPr>
        <w:rPr>
          <w:color w:val="000000" w:themeColor="text1"/>
        </w:rPr>
      </w:pPr>
    </w:p>
    <w:p w14:paraId="2B169FD1" w14:textId="77777777" w:rsidR="00ED4FAE" w:rsidRDefault="00ED4FAE">
      <w:pPr>
        <w:rPr>
          <w:color w:val="000000" w:themeColor="text1"/>
        </w:rPr>
      </w:pPr>
    </w:p>
    <w:p w14:paraId="2E622D8B" w14:textId="77777777" w:rsidR="00ED4FAE" w:rsidRDefault="00ED4FAE">
      <w:pPr>
        <w:rPr>
          <w:color w:val="000000" w:themeColor="text1"/>
        </w:rPr>
      </w:pPr>
    </w:p>
    <w:p w14:paraId="701658CC" w14:textId="77777777" w:rsidR="00ED4FAE" w:rsidRPr="00ED4FAE" w:rsidRDefault="00ED4FAE">
      <w:pPr>
        <w:rPr>
          <w:color w:val="000000" w:themeColor="text1"/>
        </w:rPr>
      </w:pPr>
    </w:p>
    <w:p w14:paraId="03063554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23" w:name="poem_24"/>
      <w:bookmarkEnd w:id="23"/>
      <w:r w:rsidRPr="00ED4FAE">
        <w:rPr>
          <w:rFonts w:ascii="Garamond" w:hAnsi="Garamond"/>
          <w:color w:val="000000" w:themeColor="text1"/>
          <w:sz w:val="30"/>
        </w:rPr>
        <w:lastRenderedPageBreak/>
        <w:t>The Night Above the Dingle Starry</w:t>
      </w:r>
    </w:p>
    <w:p w14:paraId="20387DCE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 am not far</w:t>
      </w:r>
      <w:r w:rsidRPr="00ED4FAE">
        <w:rPr>
          <w:color w:val="000000" w:themeColor="text1"/>
        </w:rPr>
        <w:br/>
        <w:t>from No Man’s</w:t>
      </w:r>
      <w:r w:rsidRPr="00ED4FAE">
        <w:rPr>
          <w:color w:val="000000" w:themeColor="text1"/>
        </w:rPr>
        <w:br/>
        <w:t>Last Gas &amp; Grill.</w:t>
      </w:r>
      <w:r w:rsidRPr="00ED4FAE">
        <w:rPr>
          <w:color w:val="000000" w:themeColor="text1"/>
        </w:rPr>
        <w:br/>
        <w:t>When you’ve gone</w:t>
      </w:r>
      <w:r w:rsidRPr="00ED4FAE">
        <w:rPr>
          <w:color w:val="000000" w:themeColor="text1"/>
        </w:rPr>
        <w:br/>
        <w:t>as far as you can,</w:t>
      </w:r>
      <w:r w:rsidRPr="00ED4FAE">
        <w:rPr>
          <w:color w:val="000000" w:themeColor="text1"/>
        </w:rPr>
        <w:br/>
        <w:t>there you find</w:t>
      </w:r>
      <w:r w:rsidRPr="00ED4FAE">
        <w:rPr>
          <w:color w:val="000000" w:themeColor="text1"/>
        </w:rPr>
        <w:br/>
        <w:t>all the poets</w:t>
      </w:r>
      <w:r w:rsidRPr="00ED4FAE">
        <w:rPr>
          <w:color w:val="000000" w:themeColor="text1"/>
        </w:rPr>
        <w:br/>
        <w:t>you have loved:</w:t>
      </w:r>
      <w:r w:rsidRPr="00ED4FAE">
        <w:rPr>
          <w:color w:val="000000" w:themeColor="text1"/>
        </w:rPr>
        <w:br/>
        <w:t>Yeats, who yodels</w:t>
      </w:r>
      <w:r w:rsidRPr="00ED4FAE">
        <w:rPr>
          <w:color w:val="000000" w:themeColor="text1"/>
        </w:rPr>
        <w:br/>
        <w:t>no tomorrows,</w:t>
      </w:r>
      <w:r w:rsidRPr="00ED4FAE">
        <w:rPr>
          <w:color w:val="000000" w:themeColor="text1"/>
        </w:rPr>
        <w:br/>
        <w:t>and Dylan Thomas,</w:t>
      </w:r>
      <w:r w:rsidRPr="00ED4FAE">
        <w:rPr>
          <w:color w:val="000000" w:themeColor="text1"/>
        </w:rPr>
        <w:br/>
        <w:t>who’s still drinking</w:t>
      </w:r>
      <w:r w:rsidRPr="00ED4FAE">
        <w:rPr>
          <w:color w:val="000000" w:themeColor="text1"/>
        </w:rPr>
        <w:br/>
        <w:t>for all the others</w:t>
      </w:r>
      <w:r w:rsidRPr="00ED4FAE">
        <w:rPr>
          <w:color w:val="000000" w:themeColor="text1"/>
        </w:rPr>
        <w:br/>
        <w:t>who sing in turn</w:t>
      </w:r>
      <w:r w:rsidRPr="00ED4FAE">
        <w:rPr>
          <w:color w:val="000000" w:themeColor="text1"/>
        </w:rPr>
        <w:br/>
        <w:t>verba sua supersubstantialia</w:t>
      </w:r>
      <w:r w:rsidRPr="00ED4FAE">
        <w:rPr>
          <w:color w:val="000000" w:themeColor="text1"/>
        </w:rPr>
        <w:br/>
        <w:t>that, like our daily bread,</w:t>
      </w:r>
      <w:r w:rsidRPr="00ED4FAE">
        <w:rPr>
          <w:color w:val="000000" w:themeColor="text1"/>
        </w:rPr>
        <w:br/>
        <w:t>keep them alive.</w:t>
      </w:r>
      <w:r w:rsidRPr="00ED4FAE">
        <w:rPr>
          <w:color w:val="000000" w:themeColor="text1"/>
        </w:rPr>
        <w:br/>
        <w:t>Then, as if you know</w:t>
      </w:r>
      <w:r w:rsidRPr="00ED4FAE">
        <w:rPr>
          <w:color w:val="000000" w:themeColor="text1"/>
        </w:rPr>
        <w:br/>
        <w:t>where you’re going,</w:t>
      </w:r>
      <w:r w:rsidRPr="00ED4FAE">
        <w:rPr>
          <w:color w:val="000000" w:themeColor="text1"/>
        </w:rPr>
        <w:br/>
        <w:t>you wave goodbye</w:t>
      </w:r>
      <w:r w:rsidRPr="00ED4FAE">
        <w:rPr>
          <w:color w:val="000000" w:themeColor="text1"/>
        </w:rPr>
        <w:br/>
        <w:t>and leave the poets</w:t>
      </w:r>
      <w:r w:rsidRPr="00ED4FAE">
        <w:rPr>
          <w:color w:val="000000" w:themeColor="text1"/>
        </w:rPr>
        <w:br/>
        <w:t>in the dust.</w:t>
      </w:r>
      <w:r w:rsidRPr="00ED4FAE">
        <w:rPr>
          <w:color w:val="000000" w:themeColor="text1"/>
        </w:rPr>
        <w:br/>
        <w:t xml:space="preserve"> The only sign</w:t>
      </w:r>
      <w:r w:rsidRPr="00ED4FAE">
        <w:rPr>
          <w:color w:val="000000" w:themeColor="text1"/>
        </w:rPr>
        <w:br/>
        <w:t>along the road</w:t>
      </w:r>
      <w:r w:rsidRPr="00ED4FAE">
        <w:rPr>
          <w:color w:val="000000" w:themeColor="text1"/>
        </w:rPr>
        <w:br/>
        <w:t>is a Great Horse</w:t>
      </w:r>
      <w:r w:rsidRPr="00ED4FAE">
        <w:rPr>
          <w:color w:val="000000" w:themeColor="text1"/>
        </w:rPr>
        <w:br/>
        <w:t>of the Sea,</w:t>
      </w:r>
      <w:r w:rsidRPr="00ED4FAE">
        <w:rPr>
          <w:color w:val="000000" w:themeColor="text1"/>
        </w:rPr>
        <w:br/>
        <w:t>baring its teeth</w:t>
      </w:r>
      <w:r w:rsidRPr="00ED4FAE">
        <w:rPr>
          <w:color w:val="000000" w:themeColor="text1"/>
        </w:rPr>
        <w:br/>
        <w:t>at the dawn,</w:t>
      </w:r>
      <w:r w:rsidRPr="00ED4FAE">
        <w:rPr>
          <w:color w:val="000000" w:themeColor="text1"/>
        </w:rPr>
        <w:br/>
        <w:t>ever and never</w:t>
      </w:r>
      <w:r w:rsidRPr="00ED4FAE">
        <w:rPr>
          <w:color w:val="000000" w:themeColor="text1"/>
        </w:rPr>
        <w:br/>
        <w:t>coming on.</w:t>
      </w:r>
    </w:p>
    <w:p w14:paraId="323F1AB6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You run out of gas</w:t>
      </w:r>
      <w:r w:rsidRPr="00ED4FAE">
        <w:rPr>
          <w:color w:val="000000" w:themeColor="text1"/>
        </w:rPr>
        <w:br/>
        <w:t>but travel fast</w:t>
      </w:r>
      <w:r w:rsidRPr="00ED4FAE">
        <w:rPr>
          <w:color w:val="000000" w:themeColor="text1"/>
        </w:rPr>
        <w:br/>
        <w:t>and see the night</w:t>
      </w:r>
      <w:r w:rsidRPr="00ED4FAE">
        <w:rPr>
          <w:color w:val="000000" w:themeColor="text1"/>
        </w:rPr>
        <w:br/>
        <w:t>with Dylan’s eyes.</w:t>
      </w:r>
    </w:p>
    <w:p w14:paraId="39F07E8D" w14:textId="77777777" w:rsidR="002B4E42" w:rsidRDefault="002B4E42">
      <w:pPr>
        <w:rPr>
          <w:color w:val="000000" w:themeColor="text1"/>
        </w:rPr>
      </w:pPr>
    </w:p>
    <w:p w14:paraId="1A91CB6F" w14:textId="77777777" w:rsidR="00ED4FAE" w:rsidRDefault="00ED4FAE">
      <w:pPr>
        <w:rPr>
          <w:color w:val="000000" w:themeColor="text1"/>
        </w:rPr>
      </w:pPr>
    </w:p>
    <w:p w14:paraId="4724477A" w14:textId="77777777" w:rsidR="00ED4FAE" w:rsidRDefault="00ED4FAE">
      <w:pPr>
        <w:rPr>
          <w:color w:val="000000" w:themeColor="text1"/>
        </w:rPr>
      </w:pPr>
    </w:p>
    <w:p w14:paraId="3094783C" w14:textId="77777777" w:rsidR="00ED4FAE" w:rsidRDefault="00ED4FAE">
      <w:pPr>
        <w:rPr>
          <w:color w:val="000000" w:themeColor="text1"/>
        </w:rPr>
      </w:pPr>
    </w:p>
    <w:p w14:paraId="7479E7D0" w14:textId="77777777" w:rsidR="00ED4FAE" w:rsidRDefault="00ED4FAE">
      <w:pPr>
        <w:rPr>
          <w:color w:val="000000" w:themeColor="text1"/>
        </w:rPr>
      </w:pPr>
    </w:p>
    <w:p w14:paraId="539A1D3B" w14:textId="77777777" w:rsidR="00ED4FAE" w:rsidRDefault="00ED4FAE">
      <w:pPr>
        <w:rPr>
          <w:color w:val="000000" w:themeColor="text1"/>
        </w:rPr>
      </w:pPr>
    </w:p>
    <w:p w14:paraId="382706EC" w14:textId="77777777" w:rsidR="00ED4FAE" w:rsidRPr="00ED4FAE" w:rsidRDefault="00ED4FAE">
      <w:pPr>
        <w:rPr>
          <w:color w:val="000000" w:themeColor="text1"/>
        </w:rPr>
      </w:pPr>
    </w:p>
    <w:p w14:paraId="5A33B72B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24" w:name="poem_25"/>
      <w:bookmarkEnd w:id="24"/>
      <w:r w:rsidRPr="00ED4FAE">
        <w:rPr>
          <w:rFonts w:ascii="Garamond" w:hAnsi="Garamond"/>
          <w:color w:val="000000" w:themeColor="text1"/>
          <w:sz w:val="30"/>
        </w:rPr>
        <w:lastRenderedPageBreak/>
        <w:t>Poetry</w:t>
      </w:r>
    </w:p>
    <w:p w14:paraId="02DCF5D9" w14:textId="77777777" w:rsid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Poetry is inspired song. The breath is the soul of the poem. The poet gathers the air</w:t>
      </w:r>
      <w:r w:rsidRPr="00ED4FAE">
        <w:rPr>
          <w:color w:val="000000" w:themeColor="text1"/>
        </w:rPr>
        <w:br/>
        <w:t>around, the blue from the sky and her curling eyes, the warmth from the sun and his</w:t>
      </w:r>
      <w:r w:rsidRPr="00ED4FAE">
        <w:rPr>
          <w:color w:val="000000" w:themeColor="text1"/>
        </w:rPr>
        <w:br/>
        <w:t xml:space="preserve">lover's body... and sings. The air is </w:t>
      </w:r>
      <w:proofErr w:type="gramStart"/>
      <w:r w:rsidRPr="00ED4FAE">
        <w:rPr>
          <w:color w:val="000000" w:themeColor="text1"/>
        </w:rPr>
        <w:t>measured,</w:t>
      </w:r>
      <w:proofErr w:type="gramEnd"/>
      <w:r w:rsidRPr="00ED4FAE">
        <w:rPr>
          <w:color w:val="000000" w:themeColor="text1"/>
        </w:rPr>
        <w:t xml:space="preserve"> the lover's body rolls with the waves and</w:t>
      </w:r>
      <w:r w:rsidRPr="00ED4FAE">
        <w:rPr>
          <w:color w:val="000000" w:themeColor="text1"/>
        </w:rPr>
        <w:br/>
        <w:t>her eyes become one with the night. In the morning, the poet crawls out of the sky</w:t>
      </w:r>
      <w:r w:rsidRPr="00ED4FAE">
        <w:rPr>
          <w:color w:val="000000" w:themeColor="text1"/>
        </w:rPr>
        <w:br/>
        <w:t>like a bear, stretching full out, searching again for the sweetness, searching in the</w:t>
      </w:r>
      <w:r w:rsidRPr="00ED4FAE">
        <w:rPr>
          <w:color w:val="000000" w:themeColor="text1"/>
        </w:rPr>
        <w:br/>
        <w:t>movement of cloud and leaf and desire. He sings. If his words resound in skin and</w:t>
      </w:r>
      <w:r w:rsidRPr="00ED4FAE">
        <w:rPr>
          <w:color w:val="000000" w:themeColor="text1"/>
        </w:rPr>
        <w:br/>
        <w:t>bone, in the stone-cold night, if he enchants the air with his song -- it is poetry.</w:t>
      </w:r>
    </w:p>
    <w:p w14:paraId="0D06E58F" w14:textId="7AE3328A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  <w:sz w:val="10"/>
          <w:szCs w:val="10"/>
        </w:rPr>
        <w:br/>
      </w:r>
      <w:r w:rsidRPr="00ED4FAE">
        <w:rPr>
          <w:b/>
          <w:bCs/>
          <w:color w:val="000000" w:themeColor="text1"/>
        </w:rPr>
        <w:t>Metaphor</w:t>
      </w:r>
      <w:r w:rsidR="00ED4FAE">
        <w:rPr>
          <w:color w:val="000000" w:themeColor="text1"/>
        </w:rPr>
        <w:br/>
      </w:r>
      <w:r w:rsidRPr="00ED4FAE">
        <w:rPr>
          <w:color w:val="000000" w:themeColor="text1"/>
          <w:sz w:val="10"/>
          <w:szCs w:val="10"/>
        </w:rPr>
        <w:br/>
      </w:r>
      <w:proofErr w:type="spellStart"/>
      <w:r w:rsidRPr="00ED4FAE">
        <w:rPr>
          <w:color w:val="000000" w:themeColor="text1"/>
        </w:rPr>
        <w:t>Metaphor</w:t>
      </w:r>
      <w:proofErr w:type="spellEnd"/>
      <w:r w:rsidRPr="00ED4FAE">
        <w:rPr>
          <w:color w:val="000000" w:themeColor="text1"/>
        </w:rPr>
        <w:t xml:space="preserve"> is the mystery. The poetic act is both a participation in and apprehension of</w:t>
      </w:r>
      <w:r w:rsidRPr="00ED4FAE">
        <w:rPr>
          <w:color w:val="000000" w:themeColor="text1"/>
        </w:rPr>
        <w:br/>
        <w:t>that mystery. A poem may affect us by its lyricism and its passion, by its matching</w:t>
      </w:r>
      <w:r w:rsidRPr="00ED4FAE">
        <w:rPr>
          <w:color w:val="000000" w:themeColor="text1"/>
        </w:rPr>
        <w:br/>
        <w:t>sound with sense -- but without metaphor and the mystery it confers, poetry belongs</w:t>
      </w:r>
      <w:r w:rsidRPr="00ED4FAE">
        <w:rPr>
          <w:color w:val="000000" w:themeColor="text1"/>
        </w:rPr>
        <w:br/>
        <w:t>solely to the decorative or rhetorical arts. It is by metaphor that a poem draws us back</w:t>
      </w:r>
      <w:r w:rsidRPr="00ED4FAE">
        <w:rPr>
          <w:color w:val="000000" w:themeColor="text1"/>
        </w:rPr>
        <w:br/>
      </w:r>
      <w:proofErr w:type="gramStart"/>
      <w:r w:rsidRPr="00ED4FAE">
        <w:rPr>
          <w:color w:val="000000" w:themeColor="text1"/>
        </w:rPr>
        <w:t>again and again</w:t>
      </w:r>
      <w:proofErr w:type="gramEnd"/>
      <w:r w:rsidRPr="00ED4FAE">
        <w:rPr>
          <w:color w:val="000000" w:themeColor="text1"/>
        </w:rPr>
        <w:t xml:space="preserve"> to trace the lines that lead to the heart of being and to ourselves.</w:t>
      </w:r>
    </w:p>
    <w:p w14:paraId="7DD4DD35" w14:textId="0729307A" w:rsid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b/>
          <w:bCs/>
          <w:color w:val="000000" w:themeColor="text1"/>
        </w:rPr>
        <w:t>The Meaning of a Poem</w:t>
      </w:r>
    </w:p>
    <w:p w14:paraId="5CA158DE" w14:textId="7916E179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  <w:sz w:val="10"/>
          <w:szCs w:val="10"/>
        </w:rPr>
        <w:br/>
      </w:r>
      <w:r w:rsidRPr="00ED4FAE">
        <w:rPr>
          <w:color w:val="000000" w:themeColor="text1"/>
        </w:rPr>
        <w:t>The meaning of a poem comes not from the words, but from the transmutation that</w:t>
      </w:r>
      <w:r w:rsidRPr="00ED4FAE">
        <w:rPr>
          <w:color w:val="000000" w:themeColor="text1"/>
        </w:rPr>
        <w:br/>
        <w:t>occurs in the heart of the poet at the time the poem is written. In all poetry that is not</w:t>
      </w:r>
      <w:r w:rsidRPr="00ED4FAE">
        <w:rPr>
          <w:color w:val="000000" w:themeColor="text1"/>
        </w:rPr>
        <w:br/>
        <w:t>simply decorative, there is an elemental activity of consciousness, a sustained golden</w:t>
      </w:r>
      <w:r w:rsidRPr="00ED4FAE">
        <w:rPr>
          <w:color w:val="000000" w:themeColor="text1"/>
        </w:rPr>
        <w:br/>
        <w:t>moment that triumphs over raw experience. The meaning of a poem is that activity of</w:t>
      </w:r>
      <w:r w:rsidRPr="00ED4FAE">
        <w:rPr>
          <w:color w:val="000000" w:themeColor="text1"/>
        </w:rPr>
        <w:br/>
        <w:t>mind, sovereign over the despair that the words of the poem may convey.</w:t>
      </w:r>
    </w:p>
    <w:p w14:paraId="34DB2626" w14:textId="77777777" w:rsidR="002B4E42" w:rsidRPr="00ED4FAE" w:rsidRDefault="002B4E42">
      <w:pPr>
        <w:rPr>
          <w:color w:val="000000" w:themeColor="text1"/>
        </w:rPr>
      </w:pPr>
    </w:p>
    <w:p w14:paraId="5653500D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25" w:name="poem_26"/>
      <w:bookmarkEnd w:id="25"/>
      <w:r w:rsidRPr="00ED4FAE">
        <w:rPr>
          <w:rFonts w:ascii="Garamond" w:hAnsi="Garamond"/>
          <w:color w:val="000000" w:themeColor="text1"/>
          <w:sz w:val="30"/>
        </w:rPr>
        <w:t>Dry Grass</w:t>
      </w:r>
    </w:p>
    <w:p w14:paraId="5532F12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It was not you I was looking for or needed, nor was I the Ramon or Ramona you had</w:t>
      </w:r>
      <w:r w:rsidRPr="00ED4FAE">
        <w:rPr>
          <w:color w:val="000000" w:themeColor="text1"/>
        </w:rPr>
        <w:br/>
        <w:t>in mind. We made do, as they say, and built a house and a life several miles from the</w:t>
      </w:r>
      <w:r w:rsidRPr="00ED4FAE">
        <w:rPr>
          <w:color w:val="000000" w:themeColor="text1"/>
        </w:rPr>
        <w:br/>
        <w:t>Itacah River to be safe when the spring rains came. There were no children, of course,</w:t>
      </w:r>
      <w:r w:rsidRPr="00ED4FAE">
        <w:rPr>
          <w:color w:val="000000" w:themeColor="text1"/>
        </w:rPr>
        <w:br/>
        <w:t>but there was a garden of stone, sand, and stalks of jibati that kept the land and</w:t>
      </w:r>
      <w:r w:rsidRPr="00ED4FAE">
        <w:rPr>
          <w:color w:val="000000" w:themeColor="text1"/>
        </w:rPr>
        <w:br/>
        <w:t>constellations in place. When you died, we went right on living together in the house</w:t>
      </w:r>
      <w:r w:rsidRPr="00ED4FAE">
        <w:rPr>
          <w:color w:val="000000" w:themeColor="text1"/>
        </w:rPr>
        <w:br/>
        <w:t>built when you were as young and old as you would ever be. The folks on the other</w:t>
      </w:r>
      <w:r w:rsidRPr="00ED4FAE">
        <w:rPr>
          <w:color w:val="000000" w:themeColor="text1"/>
        </w:rPr>
        <w:br/>
        <w:t>side of the Itacah never come this far west. They say these are the badlands, but we</w:t>
      </w:r>
      <w:r w:rsidRPr="00ED4FAE">
        <w:rPr>
          <w:color w:val="000000" w:themeColor="text1"/>
        </w:rPr>
        <w:br/>
        <w:t>call it home. There's no need for talking. There's nothing to say. Don’t mistake these</w:t>
      </w:r>
      <w:r w:rsidRPr="00ED4FAE">
        <w:rPr>
          <w:color w:val="000000" w:themeColor="text1"/>
        </w:rPr>
        <w:br/>
        <w:t>words for speech. It's just wind sweeping through tall dry grass.</w:t>
      </w:r>
    </w:p>
    <w:p w14:paraId="1E5ACE6C" w14:textId="77777777" w:rsidR="002B4E42" w:rsidRPr="00ED4FAE" w:rsidRDefault="002B4E42">
      <w:pPr>
        <w:rPr>
          <w:color w:val="000000" w:themeColor="text1"/>
        </w:rPr>
      </w:pPr>
    </w:p>
    <w:p w14:paraId="1CADC9DF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26" w:name="poem_27"/>
      <w:bookmarkEnd w:id="26"/>
      <w:r w:rsidRPr="00ED4FAE">
        <w:rPr>
          <w:rFonts w:ascii="Garamond" w:hAnsi="Garamond"/>
          <w:color w:val="000000" w:themeColor="text1"/>
          <w:sz w:val="30"/>
        </w:rPr>
        <w:t>Fifty Words</w:t>
      </w:r>
    </w:p>
    <w:p w14:paraId="5226322C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We blindly feel our way</w:t>
      </w:r>
      <w:r w:rsidRPr="00ED4FAE">
        <w:rPr>
          <w:color w:val="000000" w:themeColor="text1"/>
        </w:rPr>
        <w:br/>
        <w:t>Along the wall, then think</w:t>
      </w:r>
      <w:r w:rsidRPr="00ED4FAE">
        <w:rPr>
          <w:color w:val="000000" w:themeColor="text1"/>
        </w:rPr>
        <w:br/>
        <w:t>To dig, but never deep enough.</w:t>
      </w:r>
      <w:r w:rsidRPr="00ED4FAE">
        <w:rPr>
          <w:color w:val="000000" w:themeColor="text1"/>
        </w:rPr>
        <w:br/>
        <w:t>On the other side, we homer on,</w:t>
      </w:r>
      <w:r w:rsidRPr="00ED4FAE">
        <w:rPr>
          <w:color w:val="000000" w:themeColor="text1"/>
        </w:rPr>
        <w:br/>
        <w:t>Some fifty words to hold against</w:t>
      </w:r>
      <w:r w:rsidRPr="00ED4FAE">
        <w:rPr>
          <w:color w:val="000000" w:themeColor="text1"/>
        </w:rPr>
        <w:br/>
        <w:t>The light. A tiger leaps through us</w:t>
      </w:r>
      <w:r w:rsidRPr="00ED4FAE">
        <w:rPr>
          <w:color w:val="000000" w:themeColor="text1"/>
        </w:rPr>
        <w:br/>
        <w:t>As if we were not there.</w:t>
      </w:r>
      <w:r w:rsidRPr="00ED4FAE">
        <w:rPr>
          <w:color w:val="000000" w:themeColor="text1"/>
        </w:rPr>
        <w:br/>
        <w:t>It mauls its prey. We break</w:t>
      </w:r>
      <w:r w:rsidRPr="00ED4FAE">
        <w:rPr>
          <w:color w:val="000000" w:themeColor="text1"/>
        </w:rPr>
        <w:br/>
        <w:t>For lunch.</w:t>
      </w:r>
    </w:p>
    <w:p w14:paraId="1E5FAABD" w14:textId="77777777" w:rsidR="002B4E42" w:rsidRPr="00ED4FAE" w:rsidRDefault="002B4E42">
      <w:pPr>
        <w:rPr>
          <w:color w:val="000000" w:themeColor="text1"/>
        </w:rPr>
      </w:pPr>
    </w:p>
    <w:p w14:paraId="5725C596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27" w:name="poem_28"/>
      <w:bookmarkEnd w:id="27"/>
      <w:r w:rsidRPr="00ED4FAE">
        <w:rPr>
          <w:rFonts w:ascii="Garamond" w:hAnsi="Garamond"/>
          <w:color w:val="000000" w:themeColor="text1"/>
          <w:sz w:val="30"/>
        </w:rPr>
        <w:lastRenderedPageBreak/>
        <w:t>The Evening Light</w:t>
      </w:r>
    </w:p>
    <w:p w14:paraId="5F19FCC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 old man took</w:t>
      </w:r>
      <w:r w:rsidRPr="00ED4FAE">
        <w:rPr>
          <w:color w:val="000000" w:themeColor="text1"/>
        </w:rPr>
        <w:br/>
        <w:t>the boy's hand in his</w:t>
      </w:r>
      <w:r w:rsidRPr="00ED4FAE">
        <w:rPr>
          <w:color w:val="000000" w:themeColor="text1"/>
        </w:rPr>
        <w:br/>
        <w:t>to say farewell</w:t>
      </w:r>
      <w:r w:rsidRPr="00ED4FAE">
        <w:rPr>
          <w:color w:val="000000" w:themeColor="text1"/>
        </w:rPr>
        <w:br/>
        <w:t>but the child</w:t>
      </w:r>
      <w:r w:rsidRPr="00ED4FAE">
        <w:rPr>
          <w:color w:val="000000" w:themeColor="text1"/>
        </w:rPr>
        <w:br/>
        <w:t>held him close,</w:t>
      </w:r>
      <w:r w:rsidRPr="00ED4FAE">
        <w:rPr>
          <w:color w:val="000000" w:themeColor="text1"/>
        </w:rPr>
        <w:br/>
        <w:t>and so he waited</w:t>
      </w:r>
      <w:r w:rsidRPr="00ED4FAE">
        <w:rPr>
          <w:color w:val="000000" w:themeColor="text1"/>
        </w:rPr>
        <w:br/>
        <w:t>until the light</w:t>
      </w:r>
      <w:r w:rsidRPr="00ED4FAE">
        <w:rPr>
          <w:color w:val="000000" w:themeColor="text1"/>
        </w:rPr>
        <w:br/>
        <w:t>was fading</w:t>
      </w:r>
      <w:r w:rsidRPr="00ED4FAE">
        <w:rPr>
          <w:color w:val="000000" w:themeColor="text1"/>
        </w:rPr>
        <w:br/>
        <w:t>and his mother</w:t>
      </w:r>
      <w:r w:rsidRPr="00ED4FAE">
        <w:rPr>
          <w:color w:val="000000" w:themeColor="text1"/>
        </w:rPr>
        <w:br/>
        <w:t>called him in.</w:t>
      </w:r>
      <w:r w:rsidRPr="00ED4FAE">
        <w:rPr>
          <w:color w:val="000000" w:themeColor="text1"/>
        </w:rPr>
        <w:br/>
        <w:t>The child ran</w:t>
      </w:r>
      <w:r w:rsidRPr="00ED4FAE">
        <w:rPr>
          <w:color w:val="000000" w:themeColor="text1"/>
        </w:rPr>
        <w:br/>
        <w:t>for the light</w:t>
      </w:r>
      <w:r w:rsidRPr="00ED4FAE">
        <w:rPr>
          <w:color w:val="000000" w:themeColor="text1"/>
        </w:rPr>
        <w:br/>
        <w:t>of an open door.</w:t>
      </w:r>
      <w:r w:rsidRPr="00ED4FAE">
        <w:rPr>
          <w:color w:val="000000" w:themeColor="text1"/>
        </w:rPr>
        <w:br/>
        <w:t>The old man turned</w:t>
      </w:r>
      <w:r w:rsidRPr="00ED4FAE">
        <w:rPr>
          <w:color w:val="000000" w:themeColor="text1"/>
        </w:rPr>
        <w:br/>
        <w:t>to the rising moon.</w:t>
      </w:r>
      <w:r w:rsidRPr="00ED4FAE">
        <w:rPr>
          <w:color w:val="000000" w:themeColor="text1"/>
        </w:rPr>
        <w:br/>
        <w:t>It was time, she said,</w:t>
      </w:r>
      <w:r w:rsidRPr="00ED4FAE">
        <w:rPr>
          <w:color w:val="000000" w:themeColor="text1"/>
        </w:rPr>
        <w:br/>
        <w:t>to come to her.</w:t>
      </w:r>
    </w:p>
    <w:p w14:paraId="03037713" w14:textId="77777777" w:rsidR="002B4E42" w:rsidRPr="00ED4FAE" w:rsidRDefault="002B4E42">
      <w:pPr>
        <w:rPr>
          <w:color w:val="000000" w:themeColor="text1"/>
        </w:rPr>
      </w:pPr>
    </w:p>
    <w:p w14:paraId="36FBD564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28" w:name="poem_29"/>
      <w:bookmarkEnd w:id="28"/>
      <w:r w:rsidRPr="00ED4FAE">
        <w:rPr>
          <w:rFonts w:ascii="Garamond" w:hAnsi="Garamond"/>
          <w:color w:val="000000" w:themeColor="text1"/>
          <w:sz w:val="30"/>
        </w:rPr>
        <w:t>No Spooning Allowed on Campus</w:t>
      </w:r>
    </w:p>
    <w:p w14:paraId="76362DB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So young folks</w:t>
      </w:r>
      <w:r w:rsidRPr="00ED4FAE">
        <w:rPr>
          <w:color w:val="000000" w:themeColor="text1"/>
        </w:rPr>
        <w:br/>
        <w:t>have only soup</w:t>
      </w:r>
      <w:r w:rsidRPr="00ED4FAE">
        <w:rPr>
          <w:color w:val="000000" w:themeColor="text1"/>
        </w:rPr>
        <w:br/>
        <w:t>and are always</w:t>
      </w:r>
      <w:r w:rsidRPr="00ED4FAE">
        <w:rPr>
          <w:color w:val="000000" w:themeColor="text1"/>
        </w:rPr>
        <w:br/>
        <w:t>hungry.</w:t>
      </w:r>
    </w:p>
    <w:p w14:paraId="1785259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DON’T TOUCH THE FLOWERS!</w:t>
      </w:r>
    </w:p>
    <w:p w14:paraId="69FFF6C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They are not for you!</w:t>
      </w:r>
      <w:r w:rsidRPr="00ED4FAE">
        <w:rPr>
          <w:color w:val="000000" w:themeColor="text1"/>
        </w:rPr>
        <w:br/>
        <w:t>(After all, you are not dead.)</w:t>
      </w:r>
    </w:p>
    <w:p w14:paraId="1BAB4A33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NO HUNTING ALLOWED!</w:t>
      </w:r>
    </w:p>
    <w:p w14:paraId="154A3D74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Students Are Out of Season.</w:t>
      </w:r>
      <w:r w:rsidRPr="00ED4FAE">
        <w:rPr>
          <w:color w:val="000000" w:themeColor="text1"/>
        </w:rPr>
        <w:br/>
        <w:t>Spring cannot be far behind!</w:t>
      </w:r>
    </w:p>
    <w:p w14:paraId="5C244416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My favorite sign was written by one of my students (Wyatt Blevins) who read Moby</w:t>
      </w:r>
      <w:r w:rsidRPr="00ED4FAE">
        <w:rPr>
          <w:color w:val="000000" w:themeColor="text1"/>
        </w:rPr>
        <w:br/>
        <w:t>Dick with me from December to May of his senior year:</w:t>
      </w:r>
    </w:p>
    <w:p w14:paraId="7654DBA0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DON'T FEED THE WHALE</w:t>
      </w:r>
      <w:r w:rsidRPr="00ED4FAE">
        <w:rPr>
          <w:color w:val="000000" w:themeColor="text1"/>
        </w:rPr>
        <w:br/>
        <w:t>He will take forever</w:t>
      </w:r>
      <w:r w:rsidRPr="00ED4FAE">
        <w:rPr>
          <w:color w:val="000000" w:themeColor="text1"/>
        </w:rPr>
        <w:br/>
        <w:t>to devour you.</w:t>
      </w:r>
    </w:p>
    <w:p w14:paraId="307A8EF3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DON’T LET ME SLOW YOU DOWN.</w:t>
      </w:r>
      <w:r w:rsidRPr="00ED4FAE">
        <w:rPr>
          <w:color w:val="000000" w:themeColor="text1"/>
        </w:rPr>
        <w:br/>
        <w:t>THINKINIG HERE.</w:t>
      </w:r>
    </w:p>
    <w:p w14:paraId="68CAC37C" w14:textId="77777777" w:rsidR="002B4E42" w:rsidRDefault="002B4E42">
      <w:pPr>
        <w:rPr>
          <w:color w:val="000000" w:themeColor="text1"/>
        </w:rPr>
      </w:pPr>
    </w:p>
    <w:p w14:paraId="54AC554A" w14:textId="77777777" w:rsidR="00ED4FAE" w:rsidRDefault="00ED4FAE">
      <w:pPr>
        <w:rPr>
          <w:color w:val="000000" w:themeColor="text1"/>
        </w:rPr>
      </w:pPr>
    </w:p>
    <w:p w14:paraId="2298ABB9" w14:textId="77777777" w:rsidR="00ED4FAE" w:rsidRPr="00ED4FAE" w:rsidRDefault="00ED4FAE">
      <w:pPr>
        <w:rPr>
          <w:color w:val="000000" w:themeColor="text1"/>
        </w:rPr>
      </w:pPr>
    </w:p>
    <w:p w14:paraId="45BA69A0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29" w:name="poem_30"/>
      <w:bookmarkEnd w:id="29"/>
      <w:r w:rsidRPr="00ED4FAE">
        <w:rPr>
          <w:rFonts w:ascii="Garamond" w:hAnsi="Garamond"/>
          <w:color w:val="000000" w:themeColor="text1"/>
          <w:sz w:val="30"/>
        </w:rPr>
        <w:lastRenderedPageBreak/>
        <w:t>Drum-Taps</w:t>
      </w:r>
    </w:p>
    <w:p w14:paraId="1B730973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Though the heart</w:t>
      </w:r>
      <w:r w:rsidRPr="00ED4FAE">
        <w:rPr>
          <w:color w:val="000000" w:themeColor="text1"/>
        </w:rPr>
        <w:br/>
        <w:t>hides itself away,</w:t>
      </w:r>
      <w:r w:rsidRPr="00ED4FAE">
        <w:rPr>
          <w:color w:val="000000" w:themeColor="text1"/>
        </w:rPr>
        <w:br/>
        <w:t>its lonely drum</w:t>
      </w:r>
      <w:r w:rsidRPr="00ED4FAE">
        <w:rPr>
          <w:color w:val="000000" w:themeColor="text1"/>
        </w:rPr>
        <w:br/>
        <w:t>counts our days.</w:t>
      </w:r>
    </w:p>
    <w:p w14:paraId="273E50F4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There is a secret</w:t>
      </w:r>
      <w:r w:rsidRPr="00ED4FAE">
        <w:rPr>
          <w:color w:val="000000" w:themeColor="text1"/>
        </w:rPr>
        <w:br/>
        <w:t>to so small a place.</w:t>
      </w:r>
      <w:r w:rsidRPr="00ED4FAE">
        <w:rPr>
          <w:color w:val="000000" w:themeColor="text1"/>
        </w:rPr>
        <w:br/>
        <w:t>The universe beats</w:t>
      </w:r>
      <w:r w:rsidRPr="00ED4FAE">
        <w:rPr>
          <w:color w:val="000000" w:themeColor="text1"/>
        </w:rPr>
        <w:br/>
        <w:t>In its echoing space.</w:t>
      </w:r>
    </w:p>
    <w:p w14:paraId="1CB461C1" w14:textId="77777777" w:rsidR="002B4E42" w:rsidRPr="00ED4FAE" w:rsidRDefault="002B4E42">
      <w:pPr>
        <w:rPr>
          <w:color w:val="000000" w:themeColor="text1"/>
        </w:rPr>
      </w:pPr>
    </w:p>
    <w:p w14:paraId="4F16FD08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30" w:name="poem_31"/>
      <w:bookmarkEnd w:id="30"/>
      <w:r w:rsidRPr="00ED4FAE">
        <w:rPr>
          <w:rFonts w:ascii="Garamond" w:hAnsi="Garamond"/>
          <w:color w:val="000000" w:themeColor="text1"/>
          <w:sz w:val="30"/>
        </w:rPr>
        <w:t>A Song of Spring</w:t>
      </w:r>
    </w:p>
    <w:p w14:paraId="3FF6068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He sang a silly rhyme</w:t>
      </w:r>
      <w:r w:rsidRPr="00ED4FAE">
        <w:rPr>
          <w:color w:val="000000" w:themeColor="text1"/>
        </w:rPr>
        <w:br/>
        <w:t>to space out time:</w:t>
      </w:r>
      <w:r w:rsidRPr="00ED4FAE">
        <w:rPr>
          <w:color w:val="000000" w:themeColor="text1"/>
        </w:rPr>
        <w:br/>
        <w:t xml:space="preserve"> Spring is here.</w:t>
      </w:r>
      <w:r w:rsidRPr="00ED4FAE">
        <w:rPr>
          <w:color w:val="000000" w:themeColor="text1"/>
        </w:rPr>
        <w:br/>
        <w:t xml:space="preserve"> Watch out for bears,</w:t>
      </w:r>
      <w:r w:rsidRPr="00ED4FAE">
        <w:rPr>
          <w:color w:val="000000" w:themeColor="text1"/>
        </w:rPr>
        <w:br/>
        <w:t>while the rain</w:t>
      </w:r>
      <w:r w:rsidRPr="00ED4FAE">
        <w:rPr>
          <w:color w:val="000000" w:themeColor="text1"/>
        </w:rPr>
        <w:br/>
        <w:t>washed his children clean.</w:t>
      </w:r>
      <w:r w:rsidRPr="00ED4FAE">
        <w:rPr>
          <w:color w:val="000000" w:themeColor="text1"/>
        </w:rPr>
        <w:br/>
        <w:t>Then came the thunder.</w:t>
      </w:r>
      <w:r w:rsidRPr="00ED4FAE">
        <w:rPr>
          <w:color w:val="000000" w:themeColor="text1"/>
        </w:rPr>
        <w:br/>
        <w:t>They begged their father</w:t>
      </w:r>
      <w:r w:rsidRPr="00ED4FAE">
        <w:rPr>
          <w:color w:val="000000" w:themeColor="text1"/>
        </w:rPr>
        <w:br/>
        <w:t>to roar again.</w:t>
      </w:r>
    </w:p>
    <w:p w14:paraId="5C655517" w14:textId="77777777" w:rsidR="002B4E42" w:rsidRPr="00ED4FAE" w:rsidRDefault="002B4E42">
      <w:pPr>
        <w:rPr>
          <w:color w:val="000000" w:themeColor="text1"/>
        </w:rPr>
      </w:pPr>
    </w:p>
    <w:p w14:paraId="367E2A59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31" w:name="poem_32"/>
      <w:bookmarkEnd w:id="31"/>
      <w:r w:rsidRPr="00ED4FAE">
        <w:rPr>
          <w:rFonts w:ascii="Garamond" w:hAnsi="Garamond"/>
          <w:color w:val="000000" w:themeColor="text1"/>
          <w:sz w:val="30"/>
        </w:rPr>
        <w:t>Moon Time</w:t>
      </w:r>
    </w:p>
    <w:p w14:paraId="212B6DC1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her gift her fire dying in my arms</w:t>
      </w:r>
      <w:r w:rsidRPr="00ED4FAE">
        <w:rPr>
          <w:color w:val="000000" w:themeColor="text1"/>
        </w:rPr>
        <w:br/>
        <w:t>her body rising until nothing</w:t>
      </w:r>
      <w:r w:rsidRPr="00ED4FAE">
        <w:rPr>
          <w:color w:val="000000" w:themeColor="text1"/>
        </w:rPr>
        <w:br/>
        <w:t>but the bloom of sighing</w:t>
      </w:r>
      <w:r w:rsidRPr="00ED4FAE">
        <w:rPr>
          <w:color w:val="000000" w:themeColor="text1"/>
        </w:rPr>
        <w:br/>
        <w:t>herself to sleep and flying</w:t>
      </w:r>
    </w:p>
    <w:p w14:paraId="1A1E3B4A" w14:textId="77777777" w:rsidR="002B4E42" w:rsidRPr="00ED4FAE" w:rsidRDefault="002B4E42">
      <w:pPr>
        <w:rPr>
          <w:color w:val="000000" w:themeColor="text1"/>
        </w:rPr>
      </w:pPr>
    </w:p>
    <w:p w14:paraId="14D545E0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32" w:name="poem_33"/>
      <w:bookmarkEnd w:id="32"/>
      <w:r w:rsidRPr="00ED4FAE">
        <w:rPr>
          <w:rFonts w:ascii="Garamond" w:hAnsi="Garamond"/>
          <w:color w:val="000000" w:themeColor="text1"/>
          <w:sz w:val="30"/>
        </w:rPr>
        <w:t>High Ridge</w:t>
      </w:r>
    </w:p>
    <w:p w14:paraId="54E65A7F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 mist on the mountains lifts</w:t>
      </w:r>
      <w:r w:rsidRPr="00ED4FAE">
        <w:rPr>
          <w:color w:val="000000" w:themeColor="text1"/>
        </w:rPr>
        <w:br/>
        <w:t>ghostly greens glimmer</w:t>
      </w:r>
      <w:r w:rsidRPr="00ED4FAE">
        <w:rPr>
          <w:color w:val="000000" w:themeColor="text1"/>
        </w:rPr>
        <w:br/>
        <w:t>a new day darkens the valley</w:t>
      </w:r>
      <w:r w:rsidRPr="00ED4FAE">
        <w:rPr>
          <w:color w:val="000000" w:themeColor="text1"/>
        </w:rPr>
        <w:br/>
        <w:t>far below, my ﬁngers trace</w:t>
      </w:r>
      <w:r w:rsidRPr="00ED4FAE">
        <w:rPr>
          <w:color w:val="000000" w:themeColor="text1"/>
        </w:rPr>
        <w:br/>
        <w:t>the high ridge</w:t>
      </w:r>
      <w:r w:rsidRPr="00ED4FAE">
        <w:rPr>
          <w:color w:val="000000" w:themeColor="text1"/>
        </w:rPr>
        <w:br/>
        <w:t>that runs just above your eyes:</w:t>
      </w:r>
      <w:r w:rsidRPr="00ED4FAE">
        <w:rPr>
          <w:color w:val="000000" w:themeColor="text1"/>
        </w:rPr>
        <w:br/>
        <w:t>a sudden swoop of wind and wing</w:t>
      </w:r>
    </w:p>
    <w:p w14:paraId="242A95DA" w14:textId="77777777" w:rsidR="002B4E42" w:rsidRDefault="002B4E42">
      <w:pPr>
        <w:rPr>
          <w:color w:val="000000" w:themeColor="text1"/>
        </w:rPr>
      </w:pPr>
    </w:p>
    <w:p w14:paraId="77A83B90" w14:textId="77777777" w:rsidR="006B783D" w:rsidRDefault="006B783D">
      <w:pPr>
        <w:rPr>
          <w:color w:val="000000" w:themeColor="text1"/>
        </w:rPr>
      </w:pPr>
    </w:p>
    <w:p w14:paraId="4239E88D" w14:textId="77777777" w:rsidR="006B783D" w:rsidRDefault="006B783D">
      <w:pPr>
        <w:rPr>
          <w:color w:val="000000" w:themeColor="text1"/>
        </w:rPr>
      </w:pPr>
    </w:p>
    <w:p w14:paraId="589C77AA" w14:textId="77777777" w:rsidR="006B783D" w:rsidRPr="00ED4FAE" w:rsidRDefault="006B783D">
      <w:pPr>
        <w:rPr>
          <w:color w:val="000000" w:themeColor="text1"/>
        </w:rPr>
      </w:pPr>
    </w:p>
    <w:p w14:paraId="10C38C43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33" w:name="poem_34"/>
      <w:bookmarkEnd w:id="33"/>
      <w:r w:rsidRPr="00ED4FAE">
        <w:rPr>
          <w:rFonts w:ascii="Garamond" w:hAnsi="Garamond"/>
          <w:color w:val="000000" w:themeColor="text1"/>
          <w:sz w:val="30"/>
        </w:rPr>
        <w:lastRenderedPageBreak/>
        <w:t>The Giving Away</w:t>
      </w:r>
    </w:p>
    <w:p w14:paraId="38E8A56E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It was the cool time between sleep and waking, nestling in the morning light like a</w:t>
      </w:r>
      <w:r w:rsidRPr="00ED4FAE">
        <w:rPr>
          <w:color w:val="000000" w:themeColor="text1"/>
        </w:rPr>
        <w:br/>
        <w:t>ﬂedgling, though by the counting of the clock the world outside was buzzing, he</w:t>
      </w:r>
      <w:r w:rsidRPr="00ED4FAE">
        <w:rPr>
          <w:color w:val="000000" w:themeColor="text1"/>
        </w:rPr>
        <w:br/>
        <w:t>impervious to its insistent question, What now? What to do if not everything at once?</w:t>
      </w:r>
      <w:r w:rsidRPr="00ED4FAE">
        <w:rPr>
          <w:color w:val="000000" w:themeColor="text1"/>
        </w:rPr>
        <w:br/>
        <w:t>He remembered the previous night when he had talked himself to sleep, giving</w:t>
      </w:r>
      <w:r w:rsidRPr="00ED4FAE">
        <w:rPr>
          <w:color w:val="000000" w:themeColor="text1"/>
        </w:rPr>
        <w:br/>
        <w:t>himself to the Oblivion that soon enough would put an end to all the questions, when</w:t>
      </w:r>
      <w:r w:rsidRPr="00ED4FAE">
        <w:rPr>
          <w:color w:val="000000" w:themeColor="text1"/>
        </w:rPr>
        <w:br/>
        <w:t>there would be nothing at all to do and the chance to forget, giving himself to the</w:t>
      </w:r>
      <w:r w:rsidRPr="00ED4FAE">
        <w:rPr>
          <w:color w:val="000000" w:themeColor="text1"/>
        </w:rPr>
        <w:br/>
        <w:t>future with nothing on his mind but the GIVING AWAY, the questions no more</w:t>
      </w:r>
      <w:r w:rsidRPr="00ED4FAE">
        <w:rPr>
          <w:color w:val="000000" w:themeColor="text1"/>
        </w:rPr>
        <w:br/>
        <w:t>than the ﬂutter of leaves just outside his window that was more like the chatter of</w:t>
      </w:r>
      <w:r w:rsidRPr="00ED4FAE">
        <w:rPr>
          <w:color w:val="000000" w:themeColor="text1"/>
        </w:rPr>
        <w:br/>
        <w:t>children than a farewell. And now in the eternal Before and After, he lay there in the</w:t>
      </w:r>
      <w:r w:rsidRPr="00ED4FAE">
        <w:rPr>
          <w:color w:val="000000" w:themeColor="text1"/>
        </w:rPr>
        <w:br/>
        <w:t>half-light and was glad, surprised to be still alive.</w:t>
      </w:r>
    </w:p>
    <w:p w14:paraId="501F448D" w14:textId="77777777" w:rsidR="002B4E42" w:rsidRPr="00ED4FAE" w:rsidRDefault="002B4E42">
      <w:pPr>
        <w:rPr>
          <w:color w:val="000000" w:themeColor="text1"/>
        </w:rPr>
      </w:pPr>
    </w:p>
    <w:p w14:paraId="5A95BC06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34" w:name="poem_35"/>
      <w:bookmarkEnd w:id="34"/>
      <w:r w:rsidRPr="00ED4FAE">
        <w:rPr>
          <w:rFonts w:ascii="Garamond" w:hAnsi="Garamond"/>
          <w:color w:val="000000" w:themeColor="text1"/>
          <w:sz w:val="30"/>
        </w:rPr>
        <w:t>By Lamplight</w:t>
      </w:r>
    </w:p>
    <w:p w14:paraId="3D5B141D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There is before me in my room</w:t>
      </w:r>
      <w:r w:rsidRPr="00ED4FAE">
        <w:rPr>
          <w:color w:val="000000" w:themeColor="text1"/>
        </w:rPr>
        <w:br/>
        <w:t>A broken lamp that yet gives light</w:t>
      </w:r>
      <w:r w:rsidRPr="00ED4FAE">
        <w:rPr>
          <w:color w:val="000000" w:themeColor="text1"/>
        </w:rPr>
        <w:br/>
        <w:t>from years ago when father read to me</w:t>
      </w:r>
      <w:r w:rsidRPr="00ED4FAE">
        <w:rPr>
          <w:color w:val="000000" w:themeColor="text1"/>
        </w:rPr>
        <w:br/>
        <w:t>of little mice who ruled the house</w:t>
      </w:r>
      <w:r w:rsidRPr="00ED4FAE">
        <w:rPr>
          <w:color w:val="000000" w:themeColor="text1"/>
        </w:rPr>
        <w:br/>
        <w:t>And left my room a fearful sight --</w:t>
      </w:r>
      <w:r w:rsidRPr="00ED4FAE">
        <w:rPr>
          <w:color w:val="000000" w:themeColor="text1"/>
        </w:rPr>
        <w:br/>
        <w:t>My toys and clothes all here and there.</w:t>
      </w:r>
      <w:r w:rsidRPr="00ED4FAE">
        <w:rPr>
          <w:color w:val="000000" w:themeColor="text1"/>
        </w:rPr>
        <w:br/>
        <w:t>He smiled his smile, as I do mine,</w:t>
      </w:r>
      <w:r w:rsidRPr="00ED4FAE">
        <w:rPr>
          <w:color w:val="000000" w:themeColor="text1"/>
        </w:rPr>
        <w:br/>
        <w:t>Beneath this lamp and distant light.</w:t>
      </w:r>
    </w:p>
    <w:p w14:paraId="6A1F5F85" w14:textId="77777777" w:rsidR="002B4E42" w:rsidRPr="00ED4FAE" w:rsidRDefault="002B4E42">
      <w:pPr>
        <w:rPr>
          <w:color w:val="000000" w:themeColor="text1"/>
        </w:rPr>
      </w:pPr>
    </w:p>
    <w:p w14:paraId="50A059FE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35" w:name="poem_36"/>
      <w:bookmarkEnd w:id="35"/>
      <w:r w:rsidRPr="00ED4FAE">
        <w:rPr>
          <w:rFonts w:ascii="Garamond" w:hAnsi="Garamond"/>
          <w:color w:val="000000" w:themeColor="text1"/>
          <w:sz w:val="30"/>
        </w:rPr>
        <w:t>Seascape</w:t>
      </w:r>
    </w:p>
    <w:p w14:paraId="32A93599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 moment she touched</w:t>
      </w:r>
      <w:r w:rsidRPr="00ED4FAE">
        <w:rPr>
          <w:color w:val="000000" w:themeColor="text1"/>
        </w:rPr>
        <w:br/>
        <w:t>the old man’s hand,</w:t>
      </w:r>
      <w:r w:rsidRPr="00ED4FAE">
        <w:rPr>
          <w:color w:val="000000" w:themeColor="text1"/>
        </w:rPr>
        <w:br/>
        <w:t>he lost his sight</w:t>
      </w:r>
      <w:r w:rsidRPr="00ED4FAE">
        <w:rPr>
          <w:color w:val="000000" w:themeColor="text1"/>
        </w:rPr>
        <w:br/>
        <w:t>and blindly stood,</w:t>
      </w:r>
    </w:p>
    <w:p w14:paraId="2079FDA2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yet standing there</w:t>
      </w:r>
      <w:r w:rsidRPr="00ED4FAE">
        <w:rPr>
          <w:color w:val="000000" w:themeColor="text1"/>
        </w:rPr>
        <w:br/>
        <w:t>upon the sand</w:t>
      </w:r>
      <w:r w:rsidRPr="00ED4FAE">
        <w:rPr>
          <w:color w:val="000000" w:themeColor="text1"/>
        </w:rPr>
        <w:br/>
        <w:t>he heard the light</w:t>
      </w:r>
      <w:r w:rsidRPr="00ED4FAE">
        <w:rPr>
          <w:color w:val="000000" w:themeColor="text1"/>
        </w:rPr>
        <w:br/>
        <w:t>play on the waves.</w:t>
      </w:r>
    </w:p>
    <w:p w14:paraId="0303FB8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She sang</w:t>
      </w:r>
      <w:r w:rsidRPr="00ED4FAE">
        <w:rPr>
          <w:color w:val="000000" w:themeColor="text1"/>
        </w:rPr>
        <w:br/>
        <w:t>and let him go,</w:t>
      </w:r>
      <w:r w:rsidRPr="00ED4FAE">
        <w:rPr>
          <w:color w:val="000000" w:themeColor="text1"/>
        </w:rPr>
        <w:br/>
        <w:t>and like the wind</w:t>
      </w:r>
      <w:r w:rsidRPr="00ED4FAE">
        <w:rPr>
          <w:color w:val="000000" w:themeColor="text1"/>
        </w:rPr>
        <w:br/>
        <w:t>he sighed.</w:t>
      </w:r>
    </w:p>
    <w:p w14:paraId="4AD5556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None knows</w:t>
      </w:r>
      <w:r w:rsidRPr="00ED4FAE">
        <w:rPr>
          <w:color w:val="000000" w:themeColor="text1"/>
        </w:rPr>
        <w:br/>
        <w:t>what song she sang</w:t>
      </w:r>
      <w:r w:rsidRPr="00ED4FAE">
        <w:rPr>
          <w:color w:val="000000" w:themeColor="text1"/>
        </w:rPr>
        <w:br/>
        <w:t>or how a man</w:t>
      </w:r>
      <w:r w:rsidRPr="00ED4FAE">
        <w:rPr>
          <w:color w:val="000000" w:themeColor="text1"/>
        </w:rPr>
        <w:br/>
        <w:t>became the sea.</w:t>
      </w:r>
    </w:p>
    <w:p w14:paraId="753AA883" w14:textId="77777777" w:rsidR="002B4E42" w:rsidRDefault="002B4E42">
      <w:pPr>
        <w:rPr>
          <w:color w:val="000000" w:themeColor="text1"/>
        </w:rPr>
      </w:pPr>
    </w:p>
    <w:p w14:paraId="0B9FCC85" w14:textId="77777777" w:rsidR="006B783D" w:rsidRPr="00ED4FAE" w:rsidRDefault="006B783D">
      <w:pPr>
        <w:rPr>
          <w:color w:val="000000" w:themeColor="text1"/>
        </w:rPr>
      </w:pPr>
    </w:p>
    <w:p w14:paraId="665F94BC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36" w:name="poem_37"/>
      <w:bookmarkEnd w:id="36"/>
      <w:r w:rsidRPr="00ED4FAE">
        <w:rPr>
          <w:rFonts w:ascii="Garamond" w:hAnsi="Garamond"/>
          <w:color w:val="000000" w:themeColor="text1"/>
          <w:sz w:val="30"/>
        </w:rPr>
        <w:lastRenderedPageBreak/>
        <w:t>Autumn Rain</w:t>
      </w:r>
    </w:p>
    <w:p w14:paraId="7BD9E6C1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This autumn rain comes</w:t>
      </w:r>
      <w:r w:rsidRPr="00ED4FAE">
        <w:rPr>
          <w:color w:val="000000" w:themeColor="text1"/>
        </w:rPr>
        <w:br/>
        <w:t>on me strange as you</w:t>
      </w:r>
      <w:r w:rsidRPr="00ED4FAE">
        <w:rPr>
          <w:color w:val="000000" w:themeColor="text1"/>
        </w:rPr>
        <w:br/>
        <w:t>and I lie beneath</w:t>
      </w:r>
      <w:r w:rsidRPr="00ED4FAE">
        <w:rPr>
          <w:color w:val="000000" w:themeColor="text1"/>
        </w:rPr>
        <w:br/>
        <w:t>the ledge, hold hands</w:t>
      </w:r>
      <w:r w:rsidRPr="00ED4FAE">
        <w:rPr>
          <w:color w:val="000000" w:themeColor="text1"/>
        </w:rPr>
        <w:br/>
        <w:t>and kiss and say goodbye.</w:t>
      </w:r>
    </w:p>
    <w:p w14:paraId="717680FB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When shall I see you again?</w:t>
      </w:r>
      <w:r w:rsidRPr="00ED4FAE">
        <w:rPr>
          <w:color w:val="000000" w:themeColor="text1"/>
        </w:rPr>
        <w:br/>
        <w:t>In winter when I am dead</w:t>
      </w:r>
      <w:r w:rsidRPr="00ED4FAE">
        <w:rPr>
          <w:color w:val="000000" w:themeColor="text1"/>
        </w:rPr>
        <w:br/>
        <w:t>or spring when you flower</w:t>
      </w:r>
      <w:r w:rsidRPr="00ED4FAE">
        <w:rPr>
          <w:color w:val="000000" w:themeColor="text1"/>
        </w:rPr>
        <w:br/>
        <w:t>or summer when you rise</w:t>
      </w:r>
      <w:r w:rsidRPr="00ED4FAE">
        <w:rPr>
          <w:color w:val="000000" w:themeColor="text1"/>
        </w:rPr>
        <w:br/>
        <w:t>with the waves upon the beach</w:t>
      </w:r>
      <w:r w:rsidRPr="00ED4FAE">
        <w:rPr>
          <w:color w:val="000000" w:themeColor="text1"/>
        </w:rPr>
        <w:br/>
        <w:t>and make love</w:t>
      </w:r>
      <w:r w:rsidRPr="00ED4FAE">
        <w:rPr>
          <w:color w:val="000000" w:themeColor="text1"/>
        </w:rPr>
        <w:br/>
        <w:t>to every passing eye?</w:t>
      </w:r>
    </w:p>
    <w:p w14:paraId="6A3F1B96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No, it will be as today:</w:t>
      </w:r>
      <w:r w:rsidRPr="00ED4FAE">
        <w:rPr>
          <w:color w:val="000000" w:themeColor="text1"/>
        </w:rPr>
        <w:br/>
        <w:t>the raindrops drop</w:t>
      </w:r>
      <w:r w:rsidRPr="00ED4FAE">
        <w:rPr>
          <w:color w:val="000000" w:themeColor="text1"/>
        </w:rPr>
        <w:br/>
        <w:t>like leaves like tears</w:t>
      </w:r>
      <w:r w:rsidRPr="00ED4FAE">
        <w:rPr>
          <w:color w:val="000000" w:themeColor="text1"/>
        </w:rPr>
        <w:br/>
        <w:t>that hold our love</w:t>
      </w:r>
      <w:r w:rsidRPr="00ED4FAE">
        <w:rPr>
          <w:color w:val="000000" w:themeColor="text1"/>
        </w:rPr>
        <w:br/>
        <w:t>and all that's lost.</w:t>
      </w:r>
    </w:p>
    <w:p w14:paraId="121233D2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 shall come</w:t>
      </w:r>
      <w:r w:rsidRPr="00ED4FAE">
        <w:rPr>
          <w:color w:val="000000" w:themeColor="text1"/>
        </w:rPr>
        <w:br/>
        <w:t>as surely as winter</w:t>
      </w:r>
      <w:r w:rsidRPr="00ED4FAE">
        <w:rPr>
          <w:color w:val="000000" w:themeColor="text1"/>
        </w:rPr>
        <w:br/>
        <w:t>and die a thousand deaths.</w:t>
      </w:r>
    </w:p>
    <w:p w14:paraId="5F5AA919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You too will come</w:t>
      </w:r>
      <w:r w:rsidRPr="00ED4FAE">
        <w:rPr>
          <w:color w:val="000000" w:themeColor="text1"/>
        </w:rPr>
        <w:br/>
        <w:t>and lie upon these</w:t>
      </w:r>
      <w:r w:rsidRPr="00ED4FAE">
        <w:rPr>
          <w:color w:val="000000" w:themeColor="text1"/>
        </w:rPr>
        <w:br/>
        <w:t>fallen leaves</w:t>
      </w:r>
      <w:r w:rsidRPr="00ED4FAE">
        <w:rPr>
          <w:color w:val="000000" w:themeColor="text1"/>
        </w:rPr>
        <w:br/>
        <w:t>and give me up</w:t>
      </w:r>
    </w:p>
    <w:p w14:paraId="34160B8F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again.</w:t>
      </w:r>
    </w:p>
    <w:p w14:paraId="4CC640DE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You shall come</w:t>
      </w:r>
      <w:r w:rsidRPr="00ED4FAE">
        <w:rPr>
          <w:color w:val="000000" w:themeColor="text1"/>
        </w:rPr>
        <w:br/>
        <w:t>as you always do</w:t>
      </w:r>
      <w:r w:rsidRPr="00ED4FAE">
        <w:rPr>
          <w:color w:val="000000" w:themeColor="text1"/>
        </w:rPr>
        <w:br/>
        <w:t>dressed in pearls</w:t>
      </w:r>
      <w:r w:rsidRPr="00ED4FAE">
        <w:rPr>
          <w:color w:val="000000" w:themeColor="text1"/>
        </w:rPr>
        <w:br/>
        <w:t>and make it rain.</w:t>
      </w:r>
    </w:p>
    <w:p w14:paraId="6CB36F45" w14:textId="77777777" w:rsidR="002B4E42" w:rsidRPr="00ED4FAE" w:rsidRDefault="002B4E42">
      <w:pPr>
        <w:rPr>
          <w:color w:val="000000" w:themeColor="text1"/>
        </w:rPr>
      </w:pPr>
    </w:p>
    <w:p w14:paraId="3AC0961D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37" w:name="poem_38"/>
      <w:bookmarkEnd w:id="37"/>
      <w:r w:rsidRPr="00ED4FAE">
        <w:rPr>
          <w:rFonts w:ascii="Garamond" w:hAnsi="Garamond"/>
          <w:color w:val="000000" w:themeColor="text1"/>
          <w:sz w:val="30"/>
        </w:rPr>
        <w:t>Autumn's Child</w:t>
      </w:r>
    </w:p>
    <w:p w14:paraId="094BAD8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I see you now, child, wrapped in vines and visions,</w:t>
      </w:r>
      <w:r w:rsidRPr="00ED4FAE">
        <w:rPr>
          <w:color w:val="000000" w:themeColor="text1"/>
        </w:rPr>
        <w:br/>
        <w:t>happy to find a place to hide, laughing hoping someone will find you.</w:t>
      </w:r>
      <w:r w:rsidRPr="00ED4FAE">
        <w:rPr>
          <w:color w:val="000000" w:themeColor="text1"/>
        </w:rPr>
        <w:br/>
        <w:t>Don't call out. No one will come.</w:t>
      </w:r>
      <w:r w:rsidRPr="00ED4FAE">
        <w:rPr>
          <w:color w:val="000000" w:themeColor="text1"/>
        </w:rPr>
        <w:br/>
        <w:t>Let the wind be your voice, just as you hear mine now.</w:t>
      </w:r>
      <w:r w:rsidRPr="00ED4FAE">
        <w:rPr>
          <w:color w:val="000000" w:themeColor="text1"/>
        </w:rPr>
        <w:br/>
        <w:t>It's autumn and the leaves rustle alive for one last song before winter.</w:t>
      </w:r>
      <w:r w:rsidRPr="00ED4FAE">
        <w:rPr>
          <w:color w:val="000000" w:themeColor="text1"/>
        </w:rPr>
        <w:br/>
        <w:t>Someone will hear the wind laughing in the trees.</w:t>
      </w:r>
      <w:r w:rsidRPr="00ED4FAE">
        <w:rPr>
          <w:color w:val="000000" w:themeColor="text1"/>
        </w:rPr>
        <w:br/>
        <w:t>They will see you in all your glory.</w:t>
      </w:r>
    </w:p>
    <w:p w14:paraId="374CE976" w14:textId="77777777" w:rsidR="002B4E42" w:rsidRDefault="002B4E42">
      <w:pPr>
        <w:rPr>
          <w:color w:val="000000" w:themeColor="text1"/>
        </w:rPr>
      </w:pPr>
    </w:p>
    <w:p w14:paraId="1CDC3C76" w14:textId="77777777" w:rsidR="006B783D" w:rsidRPr="00ED4FAE" w:rsidRDefault="006B783D">
      <w:pPr>
        <w:rPr>
          <w:color w:val="000000" w:themeColor="text1"/>
        </w:rPr>
      </w:pPr>
    </w:p>
    <w:p w14:paraId="1CA53068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38" w:name="poem_39"/>
      <w:bookmarkEnd w:id="38"/>
      <w:r w:rsidRPr="00ED4FAE">
        <w:rPr>
          <w:rFonts w:ascii="Garamond" w:hAnsi="Garamond"/>
          <w:color w:val="000000" w:themeColor="text1"/>
          <w:sz w:val="30"/>
        </w:rPr>
        <w:lastRenderedPageBreak/>
        <w:t>Man</w:t>
      </w:r>
    </w:p>
    <w:p w14:paraId="083EC5C6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What goes</w:t>
      </w:r>
      <w:r w:rsidRPr="00ED4FAE">
        <w:rPr>
          <w:color w:val="000000" w:themeColor="text1"/>
        </w:rPr>
        <w:br/>
        <w:t>like a wolf</w:t>
      </w:r>
      <w:r w:rsidRPr="00ED4FAE">
        <w:rPr>
          <w:color w:val="000000" w:themeColor="text1"/>
        </w:rPr>
        <w:br/>
        <w:t>in the morning</w:t>
      </w:r>
      <w:r w:rsidRPr="00ED4FAE">
        <w:rPr>
          <w:color w:val="000000" w:themeColor="text1"/>
        </w:rPr>
        <w:br/>
        <w:t>like the sea</w:t>
      </w:r>
      <w:r w:rsidRPr="00ED4FAE">
        <w:rPr>
          <w:color w:val="000000" w:themeColor="text1"/>
        </w:rPr>
        <w:br/>
        <w:t>in the afternoon</w:t>
      </w:r>
      <w:r w:rsidRPr="00ED4FAE">
        <w:rPr>
          <w:color w:val="000000" w:themeColor="text1"/>
        </w:rPr>
        <w:br/>
        <w:t>and the wind</w:t>
      </w:r>
      <w:r w:rsidRPr="00ED4FAE">
        <w:rPr>
          <w:color w:val="000000" w:themeColor="text1"/>
        </w:rPr>
        <w:br/>
        <w:t>at night?</w:t>
      </w:r>
      <w:r w:rsidRPr="00ED4FAE">
        <w:rPr>
          <w:color w:val="000000" w:themeColor="text1"/>
        </w:rPr>
        <w:br/>
        <w:t>The wolf is desire.</w:t>
      </w:r>
      <w:r w:rsidRPr="00ED4FAE">
        <w:rPr>
          <w:color w:val="000000" w:themeColor="text1"/>
        </w:rPr>
        <w:br/>
        <w:t>The sea is the journey.</w:t>
      </w:r>
      <w:r w:rsidRPr="00ED4FAE">
        <w:rPr>
          <w:color w:val="000000" w:themeColor="text1"/>
        </w:rPr>
        <w:br/>
        <w:t>The wind is what remains.</w:t>
      </w:r>
      <w:r w:rsidRPr="00ED4FAE">
        <w:rPr>
          <w:color w:val="000000" w:themeColor="text1"/>
        </w:rPr>
        <w:br/>
        <w:t>The answer is always man</w:t>
      </w:r>
    </w:p>
    <w:p w14:paraId="6B35F50C" w14:textId="77777777" w:rsidR="002B4E42" w:rsidRPr="00ED4FAE" w:rsidRDefault="002B4E42">
      <w:pPr>
        <w:rPr>
          <w:color w:val="000000" w:themeColor="text1"/>
        </w:rPr>
      </w:pPr>
    </w:p>
    <w:p w14:paraId="1006CF70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39" w:name="poem_40"/>
      <w:bookmarkEnd w:id="39"/>
      <w:r w:rsidRPr="00ED4FAE">
        <w:rPr>
          <w:rFonts w:ascii="Garamond" w:hAnsi="Garamond"/>
          <w:color w:val="000000" w:themeColor="text1"/>
          <w:sz w:val="30"/>
        </w:rPr>
        <w:t>Orphic Fools</w:t>
      </w:r>
    </w:p>
    <w:p w14:paraId="7050BBC0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 call goes out</w:t>
      </w:r>
      <w:r w:rsidRPr="00ED4FAE">
        <w:rPr>
          <w:color w:val="000000" w:themeColor="text1"/>
        </w:rPr>
        <w:br/>
        <w:t>for Orpheus, the river</w:t>
      </w:r>
      <w:r w:rsidRPr="00ED4FAE">
        <w:rPr>
          <w:color w:val="000000" w:themeColor="text1"/>
        </w:rPr>
        <w:br/>
        <w:t>carrying his head</w:t>
      </w:r>
      <w:r w:rsidRPr="00ED4FAE">
        <w:rPr>
          <w:color w:val="000000" w:themeColor="text1"/>
        </w:rPr>
        <w:br/>
        <w:t>out to sea,</w:t>
      </w:r>
      <w:r w:rsidRPr="00ED4FAE">
        <w:rPr>
          <w:color w:val="000000" w:themeColor="text1"/>
        </w:rPr>
        <w:br/>
        <w:t>still singing,</w:t>
      </w:r>
      <w:r w:rsidRPr="00ED4FAE">
        <w:rPr>
          <w:color w:val="000000" w:themeColor="text1"/>
        </w:rPr>
        <w:br/>
        <w:t>Down by the riverside,</w:t>
      </w:r>
      <w:r w:rsidRPr="00ED4FAE">
        <w:rPr>
          <w:color w:val="000000" w:themeColor="text1"/>
        </w:rPr>
        <w:br/>
        <w:t>Down by the riverside . . .</w:t>
      </w:r>
    </w:p>
    <w:p w14:paraId="643F9A33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Hear us: we all</w:t>
      </w:r>
      <w:r w:rsidRPr="00ED4FAE">
        <w:rPr>
          <w:color w:val="000000" w:themeColor="text1"/>
        </w:rPr>
        <w:br/>
        <w:t>have wings</w:t>
      </w:r>
      <w:r w:rsidRPr="00ED4FAE">
        <w:rPr>
          <w:color w:val="000000" w:themeColor="text1"/>
        </w:rPr>
        <w:br/>
        <w:t>and fly to fall</w:t>
      </w:r>
      <w:r w:rsidRPr="00ED4FAE">
        <w:rPr>
          <w:color w:val="000000" w:themeColor="text1"/>
        </w:rPr>
        <w:br/>
        <w:t>on a girl's</w:t>
      </w:r>
      <w:r w:rsidRPr="00ED4FAE">
        <w:rPr>
          <w:color w:val="000000" w:themeColor="text1"/>
        </w:rPr>
        <w:br/>
        <w:t>farewell.</w:t>
      </w:r>
    </w:p>
    <w:p w14:paraId="770B947B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We too are fools,</w:t>
      </w:r>
      <w:r w:rsidRPr="00ED4FAE">
        <w:rPr>
          <w:color w:val="000000" w:themeColor="text1"/>
        </w:rPr>
        <w:br/>
        <w:t>born of darkness</w:t>
      </w:r>
      <w:r w:rsidRPr="00ED4FAE">
        <w:rPr>
          <w:color w:val="000000" w:themeColor="text1"/>
        </w:rPr>
        <w:br/>
        <w:t>and endless love.</w:t>
      </w:r>
    </w:p>
    <w:p w14:paraId="124C197D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Orpheus, we would</w:t>
      </w:r>
      <w:r w:rsidRPr="00ED4FAE">
        <w:rPr>
          <w:color w:val="000000" w:themeColor="text1"/>
        </w:rPr>
        <w:br/>
        <w:t>sing with you.</w:t>
      </w:r>
    </w:p>
    <w:p w14:paraId="0C7A8BFB" w14:textId="77777777" w:rsidR="002B4E42" w:rsidRPr="00ED4FAE" w:rsidRDefault="002B4E42">
      <w:pPr>
        <w:rPr>
          <w:color w:val="000000" w:themeColor="text1"/>
        </w:rPr>
      </w:pPr>
    </w:p>
    <w:p w14:paraId="5458DF2B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40" w:name="poem_41"/>
      <w:bookmarkEnd w:id="40"/>
      <w:r w:rsidRPr="00ED4FAE">
        <w:rPr>
          <w:rFonts w:ascii="Garamond" w:hAnsi="Garamond"/>
          <w:color w:val="000000" w:themeColor="text1"/>
          <w:sz w:val="30"/>
        </w:rPr>
        <w:t>Presence</w:t>
      </w:r>
    </w:p>
    <w:p w14:paraId="70765D4B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 walk along the spinning</w:t>
      </w:r>
      <w:r w:rsidRPr="00ED4FAE">
        <w:rPr>
          <w:color w:val="000000" w:themeColor="text1"/>
        </w:rPr>
        <w:br/>
        <w:t>shore, the moon, a wheel</w:t>
      </w:r>
      <w:r w:rsidRPr="00ED4FAE">
        <w:rPr>
          <w:color w:val="000000" w:themeColor="text1"/>
        </w:rPr>
        <w:br/>
        <w:t>of a thousand nights.</w:t>
      </w:r>
      <w:r w:rsidRPr="00ED4FAE">
        <w:rPr>
          <w:color w:val="000000" w:themeColor="text1"/>
        </w:rPr>
        <w:br/>
        <w:t>We shared a dream</w:t>
      </w:r>
      <w:r w:rsidRPr="00ED4FAE">
        <w:rPr>
          <w:color w:val="000000" w:themeColor="text1"/>
        </w:rPr>
        <w:br/>
        <w:t>of another life,</w:t>
      </w:r>
      <w:r w:rsidRPr="00ED4FAE">
        <w:rPr>
          <w:color w:val="000000" w:themeColor="text1"/>
        </w:rPr>
        <w:br/>
        <w:t>you here with me</w:t>
      </w:r>
      <w:r w:rsidRPr="00ED4FAE">
        <w:rPr>
          <w:color w:val="000000" w:themeColor="text1"/>
        </w:rPr>
        <w:br/>
        <w:t>in the dying light.</w:t>
      </w:r>
    </w:p>
    <w:p w14:paraId="07E5FCF0" w14:textId="77777777" w:rsidR="002B4E42" w:rsidRDefault="002B4E42">
      <w:pPr>
        <w:rPr>
          <w:color w:val="000000" w:themeColor="text1"/>
        </w:rPr>
      </w:pPr>
    </w:p>
    <w:p w14:paraId="0105A82F" w14:textId="77777777" w:rsidR="006B783D" w:rsidRPr="00ED4FAE" w:rsidRDefault="006B783D">
      <w:pPr>
        <w:rPr>
          <w:color w:val="000000" w:themeColor="text1"/>
        </w:rPr>
      </w:pPr>
    </w:p>
    <w:p w14:paraId="1D252BE0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41" w:name="poem_42"/>
      <w:bookmarkEnd w:id="41"/>
      <w:r w:rsidRPr="00ED4FAE">
        <w:rPr>
          <w:rFonts w:ascii="Garamond" w:hAnsi="Garamond"/>
          <w:color w:val="000000" w:themeColor="text1"/>
          <w:sz w:val="30"/>
        </w:rPr>
        <w:lastRenderedPageBreak/>
        <w:t>Phaiakia</w:t>
      </w:r>
    </w:p>
    <w:p w14:paraId="3610FC0E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Digging in the garden</w:t>
      </w:r>
      <w:r w:rsidRPr="00ED4FAE">
        <w:rPr>
          <w:color w:val="000000" w:themeColor="text1"/>
        </w:rPr>
        <w:br/>
        <w:t>I find but earthly treasure:</w:t>
      </w:r>
      <w:r w:rsidRPr="00ED4FAE">
        <w:rPr>
          <w:color w:val="000000" w:themeColor="text1"/>
        </w:rPr>
        <w:br/>
        <w:t>worms, beetles, and ocean shells</w:t>
      </w:r>
      <w:r w:rsidRPr="00ED4FAE">
        <w:rPr>
          <w:color w:val="000000" w:themeColor="text1"/>
        </w:rPr>
        <w:br/>
        <w:t>and a blackened shard to cast away</w:t>
      </w:r>
      <w:r w:rsidRPr="00ED4FAE">
        <w:rPr>
          <w:color w:val="000000" w:themeColor="text1"/>
        </w:rPr>
        <w:br/>
        <w:t>where now stands a graceful palm</w:t>
      </w:r>
      <w:r w:rsidRPr="00ED4FAE">
        <w:rPr>
          <w:color w:val="000000" w:themeColor="text1"/>
        </w:rPr>
        <w:br/>
        <w:t>and a girl, spellbound by a stranger's words.</w:t>
      </w:r>
      <w:r w:rsidRPr="00ED4FAE">
        <w:rPr>
          <w:color w:val="000000" w:themeColor="text1"/>
        </w:rPr>
        <w:br/>
        <w:t>She lingers there by a stream</w:t>
      </w:r>
      <w:r w:rsidRPr="00ED4FAE">
        <w:rPr>
          <w:color w:val="000000" w:themeColor="text1"/>
        </w:rPr>
        <w:br/>
        <w:t>and hears the wind in his song</w:t>
      </w:r>
      <w:r w:rsidRPr="00ED4FAE">
        <w:rPr>
          <w:color w:val="000000" w:themeColor="text1"/>
        </w:rPr>
        <w:br/>
        <w:t>and knows she's free,</w:t>
      </w:r>
      <w:r w:rsidRPr="00ED4FAE">
        <w:rPr>
          <w:color w:val="000000" w:themeColor="text1"/>
        </w:rPr>
        <w:br/>
        <w:t>her mind as wild as the sea.</w:t>
      </w:r>
      <w:r w:rsidRPr="00ED4FAE">
        <w:rPr>
          <w:color w:val="000000" w:themeColor="text1"/>
        </w:rPr>
        <w:br/>
        <w:t>He too, far from home.</w:t>
      </w:r>
    </w:p>
    <w:p w14:paraId="44A26A18" w14:textId="77777777" w:rsidR="002B4E42" w:rsidRPr="00ED4FAE" w:rsidRDefault="002B4E42">
      <w:pPr>
        <w:rPr>
          <w:color w:val="000000" w:themeColor="text1"/>
        </w:rPr>
      </w:pPr>
    </w:p>
    <w:p w14:paraId="25CCFFB9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42" w:name="poem_43"/>
      <w:bookmarkEnd w:id="42"/>
      <w:r w:rsidRPr="00ED4FAE">
        <w:rPr>
          <w:rFonts w:ascii="Garamond" w:hAnsi="Garamond"/>
          <w:color w:val="000000" w:themeColor="text1"/>
          <w:sz w:val="30"/>
        </w:rPr>
        <w:t>Rosary</w:t>
      </w:r>
    </w:p>
    <w:p w14:paraId="447B305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Now and in the hour of our ﬁnal breath</w:t>
      </w:r>
      <w:r w:rsidRPr="00ED4FAE">
        <w:rPr>
          <w:color w:val="000000" w:themeColor="text1"/>
        </w:rPr>
        <w:br/>
        <w:t>The birds arrive as they always have on Ithaca</w:t>
      </w:r>
      <w:r w:rsidRPr="00ED4FAE">
        <w:rPr>
          <w:color w:val="000000" w:themeColor="text1"/>
        </w:rPr>
        <w:br/>
        <w:t>That we might have good sailing upon the sea.</w:t>
      </w:r>
    </w:p>
    <w:p w14:paraId="44FAC5DC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We launch under cover of a new moon</w:t>
      </w:r>
      <w:r w:rsidRPr="00ED4FAE">
        <w:rPr>
          <w:color w:val="000000" w:themeColor="text1"/>
        </w:rPr>
        <w:br/>
        <w:t>And sail into morning, forgetting</w:t>
      </w:r>
      <w:r w:rsidRPr="00ED4FAE">
        <w:rPr>
          <w:color w:val="000000" w:themeColor="text1"/>
        </w:rPr>
        <w:br/>
        <w:t>The stars that will guide us home.</w:t>
      </w:r>
    </w:p>
    <w:p w14:paraId="6385689A" w14:textId="77777777" w:rsidR="002B4E42" w:rsidRPr="00ED4FAE" w:rsidRDefault="002B4E42">
      <w:pPr>
        <w:rPr>
          <w:color w:val="000000" w:themeColor="text1"/>
        </w:rPr>
      </w:pPr>
    </w:p>
    <w:p w14:paraId="100ADA6D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43" w:name="poem_44"/>
      <w:bookmarkEnd w:id="43"/>
      <w:r w:rsidRPr="00ED4FAE">
        <w:rPr>
          <w:rFonts w:ascii="Garamond" w:hAnsi="Garamond"/>
          <w:color w:val="000000" w:themeColor="text1"/>
          <w:sz w:val="30"/>
        </w:rPr>
        <w:t>All for Autumn</w:t>
      </w:r>
    </w:p>
    <w:p w14:paraId="0B6A5274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It's time to lay aside</w:t>
      </w:r>
      <w:r w:rsidRPr="00ED4FAE">
        <w:rPr>
          <w:color w:val="000000" w:themeColor="text1"/>
        </w:rPr>
        <w:br/>
        <w:t>the shy habit of spring</w:t>
      </w:r>
      <w:r w:rsidRPr="00ED4FAE">
        <w:rPr>
          <w:color w:val="000000" w:themeColor="text1"/>
        </w:rPr>
        <w:br/>
        <w:t>and summer's bloom.</w:t>
      </w:r>
    </w:p>
    <w:p w14:paraId="08E9F13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Give voice to autumn,</w:t>
      </w:r>
      <w:r w:rsidRPr="00ED4FAE">
        <w:rPr>
          <w:color w:val="000000" w:themeColor="text1"/>
        </w:rPr>
        <w:br/>
        <w:t>the leaves whispering</w:t>
      </w:r>
      <w:r w:rsidRPr="00ED4FAE">
        <w:rPr>
          <w:color w:val="000000" w:themeColor="text1"/>
        </w:rPr>
        <w:br/>
        <w:t>hello goodbye,</w:t>
      </w:r>
    </w:p>
    <w:p w14:paraId="11D803AF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before, like us, it's gone</w:t>
      </w:r>
      <w:r w:rsidRPr="00ED4FAE">
        <w:rPr>
          <w:color w:val="000000" w:themeColor="text1"/>
        </w:rPr>
        <w:br/>
        <w:t>and winter comes, the trees</w:t>
      </w:r>
      <w:r w:rsidRPr="00ED4FAE">
        <w:rPr>
          <w:color w:val="000000" w:themeColor="text1"/>
        </w:rPr>
        <w:br/>
        <w:t>but an exclamation mark.</w:t>
      </w:r>
    </w:p>
    <w:p w14:paraId="2711FA3C" w14:textId="77777777" w:rsidR="002B4E42" w:rsidRDefault="002B4E42">
      <w:pPr>
        <w:rPr>
          <w:color w:val="000000" w:themeColor="text1"/>
        </w:rPr>
      </w:pPr>
    </w:p>
    <w:p w14:paraId="2F79DDBD" w14:textId="77777777" w:rsidR="006B783D" w:rsidRDefault="006B783D">
      <w:pPr>
        <w:rPr>
          <w:color w:val="000000" w:themeColor="text1"/>
        </w:rPr>
      </w:pPr>
    </w:p>
    <w:p w14:paraId="3319335A" w14:textId="77777777" w:rsidR="006B783D" w:rsidRDefault="006B783D">
      <w:pPr>
        <w:rPr>
          <w:color w:val="000000" w:themeColor="text1"/>
        </w:rPr>
      </w:pPr>
    </w:p>
    <w:p w14:paraId="20FDF86E" w14:textId="77777777" w:rsidR="006B783D" w:rsidRDefault="006B783D">
      <w:pPr>
        <w:rPr>
          <w:color w:val="000000" w:themeColor="text1"/>
        </w:rPr>
      </w:pPr>
    </w:p>
    <w:p w14:paraId="3AA154CE" w14:textId="77777777" w:rsidR="006B783D" w:rsidRDefault="006B783D">
      <w:pPr>
        <w:rPr>
          <w:color w:val="000000" w:themeColor="text1"/>
        </w:rPr>
      </w:pPr>
    </w:p>
    <w:p w14:paraId="48663ABE" w14:textId="77777777" w:rsidR="006B783D" w:rsidRDefault="006B783D">
      <w:pPr>
        <w:rPr>
          <w:color w:val="000000" w:themeColor="text1"/>
        </w:rPr>
      </w:pPr>
    </w:p>
    <w:p w14:paraId="31C5CBB8" w14:textId="77777777" w:rsidR="006B783D" w:rsidRDefault="006B783D">
      <w:pPr>
        <w:rPr>
          <w:color w:val="000000" w:themeColor="text1"/>
        </w:rPr>
      </w:pPr>
    </w:p>
    <w:p w14:paraId="05C80FC1" w14:textId="77777777" w:rsidR="006B783D" w:rsidRPr="00ED4FAE" w:rsidRDefault="006B783D">
      <w:pPr>
        <w:rPr>
          <w:color w:val="000000" w:themeColor="text1"/>
        </w:rPr>
      </w:pPr>
    </w:p>
    <w:p w14:paraId="77B9A955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44" w:name="poem_45"/>
      <w:bookmarkEnd w:id="44"/>
      <w:r w:rsidRPr="00ED4FAE">
        <w:rPr>
          <w:rFonts w:ascii="Garamond" w:hAnsi="Garamond"/>
          <w:color w:val="000000" w:themeColor="text1"/>
          <w:sz w:val="30"/>
        </w:rPr>
        <w:lastRenderedPageBreak/>
        <w:t>Butterflies</w:t>
      </w:r>
    </w:p>
    <w:p w14:paraId="28A2246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Butterﬂies</w:t>
      </w:r>
    </w:p>
    <w:p w14:paraId="6F5B6D4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for Sasha</w:t>
      </w:r>
    </w:p>
    <w:p w14:paraId="217CA2F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Since no one else had the time, the old man had come out to the ﬁeld with the child</w:t>
      </w:r>
      <w:r w:rsidRPr="00ED4FAE">
        <w:rPr>
          <w:color w:val="000000" w:themeColor="text1"/>
        </w:rPr>
        <w:br/>
        <w:t>who was now jumping about, ﬂuttering in the distance among the ﬂowers and long</w:t>
      </w:r>
      <w:r w:rsidRPr="00ED4FAE">
        <w:rPr>
          <w:color w:val="000000" w:themeColor="text1"/>
        </w:rPr>
        <w:br/>
        <w:t>grass, the border of dark trees like a commentary on the futility of it all. The child was</w:t>
      </w:r>
      <w:r w:rsidRPr="00ED4FAE">
        <w:rPr>
          <w:color w:val="000000" w:themeColor="text1"/>
        </w:rPr>
        <w:br/>
        <w:t>set on catching a butterﬂy, though on that late spring day there were no butterﬂies.</w:t>
      </w:r>
      <w:r w:rsidRPr="00ED4FAE">
        <w:rPr>
          <w:color w:val="000000" w:themeColor="text1"/>
        </w:rPr>
        <w:br/>
        <w:t>The child did not seem to mind, leaping now here now there, the butterﬂies seemingly</w:t>
      </w:r>
      <w:r w:rsidRPr="00ED4FAE">
        <w:rPr>
          <w:color w:val="000000" w:themeColor="text1"/>
        </w:rPr>
        <w:br/>
        <w:t>just out of reach. Then the old man saw something in the distance that seemed to</w:t>
      </w:r>
      <w:r w:rsidRPr="00ED4FAE">
        <w:rPr>
          <w:color w:val="000000" w:themeColor="text1"/>
        </w:rPr>
        <w:br/>
        <w:t>ﬂoat just above the long grass. He looked long and hard and for the life of him he</w:t>
      </w:r>
      <w:r w:rsidRPr="00ED4FAE">
        <w:rPr>
          <w:color w:val="000000" w:themeColor="text1"/>
        </w:rPr>
        <w:br/>
        <w:t>could not distinguish the child from a butterﬂy.</w:t>
      </w:r>
      <w:r w:rsidRPr="00ED4FAE">
        <w:rPr>
          <w:color w:val="000000" w:themeColor="text1"/>
        </w:rPr>
        <w:br/>
        <w:t xml:space="preserve">     When the child returned, sans butterﬂy, all red and green, happily exhausted,</w:t>
      </w:r>
      <w:r w:rsidRPr="00ED4FAE">
        <w:rPr>
          <w:color w:val="000000" w:themeColor="text1"/>
        </w:rPr>
        <w:br/>
        <w:t>pointing out to the ﬁeld, asking if he could return tomorrow to try again to catch a</w:t>
      </w:r>
      <w:r w:rsidRPr="00ED4FAE">
        <w:rPr>
          <w:color w:val="000000" w:themeColor="text1"/>
        </w:rPr>
        <w:br/>
        <w:t>butterﬂy, the old man smiled and silently took the child’s hand. Years later, when the</w:t>
      </w:r>
      <w:r w:rsidRPr="00ED4FAE">
        <w:rPr>
          <w:color w:val="000000" w:themeColor="text1"/>
        </w:rPr>
        <w:br/>
        <w:t>child had become a man, he would return to the ﬁeld and ﬁnd his grandpa waiting for</w:t>
      </w:r>
      <w:r w:rsidRPr="00ED4FAE">
        <w:rPr>
          <w:color w:val="000000" w:themeColor="text1"/>
        </w:rPr>
        <w:br/>
        <w:t>him.</w:t>
      </w:r>
    </w:p>
    <w:p w14:paraId="4585044C" w14:textId="77777777" w:rsidR="002B4E42" w:rsidRPr="00ED4FAE" w:rsidRDefault="002B4E42">
      <w:pPr>
        <w:rPr>
          <w:color w:val="000000" w:themeColor="text1"/>
        </w:rPr>
      </w:pPr>
    </w:p>
    <w:p w14:paraId="1B02A949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45" w:name="poem_46"/>
      <w:bookmarkEnd w:id="45"/>
      <w:r w:rsidRPr="00ED4FAE">
        <w:rPr>
          <w:rFonts w:ascii="Garamond" w:hAnsi="Garamond"/>
          <w:color w:val="000000" w:themeColor="text1"/>
          <w:sz w:val="30"/>
        </w:rPr>
        <w:t>Isabel</w:t>
      </w:r>
    </w:p>
    <w:p w14:paraId="5025088C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When I was but a toddler, some seventy or so years ago, our family would travel</w:t>
      </w:r>
      <w:r w:rsidRPr="00ED4FAE">
        <w:rPr>
          <w:color w:val="000000" w:themeColor="text1"/>
        </w:rPr>
        <w:br/>
        <w:t>during the summer to the beach in our roomy Kaiser-Frazer. As we motored along, I</w:t>
      </w:r>
      <w:r w:rsidRPr="00ED4FAE">
        <w:rPr>
          <w:color w:val="000000" w:themeColor="text1"/>
        </w:rPr>
        <w:br/>
        <w:t>would draw near to the pulse of the tires on the road. It sounded to me like “Isabel</w:t>
      </w:r>
      <w:r w:rsidRPr="00ED4FAE">
        <w:rPr>
          <w:color w:val="000000" w:themeColor="text1"/>
        </w:rPr>
        <w:br/>
        <w:t>Isabel Isabel Isabel.... " The memory is so strong that all I have to do is hum along</w:t>
      </w:r>
      <w:r w:rsidRPr="00ED4FAE">
        <w:rPr>
          <w:color w:val="000000" w:themeColor="text1"/>
        </w:rPr>
        <w:br/>
        <w:t>with my Ford Ranger, rolling peacefully along country roads, or discover at the</w:t>
      </w:r>
      <w:r w:rsidRPr="00ED4FAE">
        <w:rPr>
          <w:color w:val="000000" w:themeColor="text1"/>
        </w:rPr>
        <w:br/>
        <w:t>beginning of the school year that I have a student named Isabel, so that when I say</w:t>
      </w:r>
      <w:r w:rsidRPr="00ED4FAE">
        <w:rPr>
          <w:color w:val="000000" w:themeColor="text1"/>
        </w:rPr>
        <w:br/>
        <w:t>something like “Isabel, that was a great poem you wrote” or “Thank you, Isabel”</w:t>
      </w:r>
      <w:r w:rsidRPr="00ED4FAE">
        <w:rPr>
          <w:color w:val="000000" w:themeColor="text1"/>
        </w:rPr>
        <w:br/>
        <w:t>for waking me up and informing me that unless I get to class in the next two minutes,</w:t>
      </w:r>
      <w:r w:rsidRPr="00ED4FAE">
        <w:rPr>
          <w:color w:val="000000" w:themeColor="text1"/>
        </w:rPr>
        <w:br/>
        <w:t>my students will scatter likethe wild birds they know themselves to be, or if I meet a</w:t>
      </w:r>
      <w:r w:rsidRPr="00ED4FAE">
        <w:rPr>
          <w:color w:val="000000" w:themeColor="text1"/>
        </w:rPr>
        <w:br/>
        <w:t>woman at a social gathering who introduces herself as Isabel or Isabella or Izzy or</w:t>
      </w:r>
      <w:r w:rsidRPr="00ED4FAE">
        <w:rPr>
          <w:color w:val="000000" w:themeColor="text1"/>
        </w:rPr>
        <w:br/>
        <w:t>even Bella, though her real name be Annabelle, my ears ring like a tuning fork and I</w:t>
      </w:r>
      <w:r w:rsidRPr="00ED4FAE">
        <w:rPr>
          <w:color w:val="000000" w:themeColor="text1"/>
        </w:rPr>
        <w:br/>
        <w:t>hear her voice, holding off the dark and calling us home before the ghosts come out.</w:t>
      </w:r>
      <w:r w:rsidRPr="00ED4FAE">
        <w:rPr>
          <w:color w:val="000000" w:themeColor="text1"/>
        </w:rPr>
        <w:br/>
        <w:t>Why Isabel and not Alexandra or almost any other name? Isabel was part of our</w:t>
      </w:r>
      <w:r w:rsidRPr="00ED4FAE">
        <w:rPr>
          <w:color w:val="000000" w:themeColor="text1"/>
        </w:rPr>
        <w:br/>
        <w:t>family, though it is more factual to say that she worked for our family. She was a</w:t>
      </w:r>
      <w:r w:rsidRPr="00ED4FAE">
        <w:rPr>
          <w:color w:val="000000" w:themeColor="text1"/>
        </w:rPr>
        <w:br/>
        <w:t>benevolent dictator and a shoulder to cry on. My most enduring memories are of the</w:t>
      </w:r>
      <w:r w:rsidRPr="00ED4FAE">
        <w:rPr>
          <w:color w:val="000000" w:themeColor="text1"/>
        </w:rPr>
        <w:br/>
        <w:t>times when she would take my brother and me to her country house to churn butter.</w:t>
      </w:r>
      <w:r w:rsidRPr="00ED4FAE">
        <w:rPr>
          <w:color w:val="000000" w:themeColor="text1"/>
        </w:rPr>
        <w:br/>
        <w:t>It seemed like a chore back then, a blessing now. That Isabel was a black woman is</w:t>
      </w:r>
      <w:r w:rsidRPr="00ED4FAE">
        <w:rPr>
          <w:color w:val="000000" w:themeColor="text1"/>
        </w:rPr>
        <w:br/>
        <w:t>not something that registered with me at the time and that happy blindness may</w:t>
      </w:r>
      <w:r w:rsidRPr="00ED4FAE">
        <w:rPr>
          <w:color w:val="000000" w:themeColor="text1"/>
        </w:rPr>
        <w:br/>
        <w:t>explain my dislike of the word race, that is itself a lie, as well as the outrage I feel</w:t>
      </w:r>
      <w:r w:rsidRPr="00ED4FAE">
        <w:rPr>
          <w:color w:val="000000" w:themeColor="text1"/>
        </w:rPr>
        <w:br/>
        <w:t>when anyone is treated better or worse for no other reason than their the color of</w:t>
      </w:r>
      <w:r w:rsidRPr="00ED4FAE">
        <w:rPr>
          <w:color w:val="000000" w:themeColor="text1"/>
        </w:rPr>
        <w:br/>
        <w:t>their skin. I trace my moral character back to Isabel. The steady, muscular kindness</w:t>
      </w:r>
      <w:r w:rsidRPr="00ED4FAE">
        <w:rPr>
          <w:color w:val="000000" w:themeColor="text1"/>
        </w:rPr>
        <w:br/>
        <w:t>with which I try to treat my friends, students and total strangers also comes</w:t>
      </w:r>
      <w:r w:rsidRPr="00ED4FAE">
        <w:rPr>
          <w:color w:val="000000" w:themeColor="text1"/>
        </w:rPr>
        <w:br/>
        <w:t>from Isabel. Finally, it was in the sound of the tires of that old Kaiser-Frazer that I</w:t>
      </w:r>
      <w:r w:rsidRPr="00ED4FAE">
        <w:rPr>
          <w:color w:val="000000" w:themeColor="text1"/>
        </w:rPr>
        <w:br/>
        <w:t>discovered poetry, the power to give the world ‘out there’ inner meaning. My debt to</w:t>
      </w:r>
      <w:r w:rsidRPr="00ED4FAE">
        <w:rPr>
          <w:color w:val="000000" w:themeColor="text1"/>
        </w:rPr>
        <w:br/>
        <w:t>Isabel is unpayable, eternal, and long overdue.</w:t>
      </w:r>
    </w:p>
    <w:p w14:paraId="37C5B116" w14:textId="77777777" w:rsidR="002B4E42" w:rsidRPr="00ED4FAE" w:rsidRDefault="002B4E42">
      <w:pPr>
        <w:rPr>
          <w:color w:val="000000" w:themeColor="text1"/>
        </w:rPr>
      </w:pPr>
    </w:p>
    <w:p w14:paraId="362764BF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46" w:name="poem_47"/>
      <w:bookmarkEnd w:id="46"/>
      <w:r w:rsidRPr="00ED4FAE">
        <w:rPr>
          <w:rFonts w:ascii="Garamond" w:hAnsi="Garamond"/>
          <w:color w:val="000000" w:themeColor="text1"/>
          <w:sz w:val="30"/>
        </w:rPr>
        <w:lastRenderedPageBreak/>
        <w:t>The Only True Word I Know</w:t>
      </w:r>
    </w:p>
    <w:p w14:paraId="2050BF5E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Story Note: The story doesn't tell you what the true word is. You may be able to figure out for</w:t>
      </w:r>
      <w:r w:rsidRPr="00ED4FAE">
        <w:rPr>
          <w:color w:val="000000" w:themeColor="text1"/>
        </w:rPr>
        <w:br/>
        <w:t>yourself. You'll find a strong hint of what that word is in the poem that comes after the story. If still</w:t>
      </w:r>
      <w:r w:rsidRPr="00ED4FAE">
        <w:rPr>
          <w:color w:val="000000" w:themeColor="text1"/>
        </w:rPr>
        <w:br/>
        <w:t xml:space="preserve">in doubt, ask me and I will telll you. Toward the end of </w:t>
      </w:r>
      <w:proofErr w:type="gramStart"/>
      <w:r w:rsidRPr="00ED4FAE">
        <w:rPr>
          <w:color w:val="000000" w:themeColor="text1"/>
        </w:rPr>
        <w:t>story</w:t>
      </w:r>
      <w:proofErr w:type="gramEnd"/>
      <w:r w:rsidRPr="00ED4FAE">
        <w:rPr>
          <w:color w:val="000000" w:themeColor="text1"/>
        </w:rPr>
        <w:t xml:space="preserve"> I mention an episode that I had written</w:t>
      </w:r>
      <w:r w:rsidRPr="00ED4FAE">
        <w:rPr>
          <w:color w:val="000000" w:themeColor="text1"/>
        </w:rPr>
        <w:br/>
        <w:t xml:space="preserve">about on another occasion. That part of the story follows the poem. The story itself </w:t>
      </w:r>
      <w:proofErr w:type="gramStart"/>
      <w:r w:rsidRPr="00ED4FAE">
        <w:rPr>
          <w:color w:val="000000" w:themeColor="text1"/>
        </w:rPr>
        <w:t>actually happened</w:t>
      </w:r>
      <w:proofErr w:type="gramEnd"/>
      <w:r w:rsidRPr="00ED4FAE">
        <w:rPr>
          <w:color w:val="000000" w:themeColor="text1"/>
        </w:rPr>
        <w:br/>
        <w:t>during my three years on the hoof. I don't share this story with my students out of concern it may</w:t>
      </w:r>
      <w:r w:rsidRPr="00ED4FAE">
        <w:rPr>
          <w:color w:val="000000" w:themeColor="text1"/>
        </w:rPr>
        <w:br/>
        <w:t>inspire some romantic notion of adventure, and they take no account of the blank spaces that haunt</w:t>
      </w:r>
      <w:r w:rsidRPr="00ED4FAE">
        <w:rPr>
          <w:color w:val="000000" w:themeColor="text1"/>
        </w:rPr>
        <w:br/>
        <w:t>theses lines, the loneliness, the danger, and, at times, outright despair.</w:t>
      </w:r>
    </w:p>
    <w:p w14:paraId="54CA33AB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 xml:space="preserve">I don’t know how you know you </w:t>
      </w:r>
      <w:proofErr w:type="gramStart"/>
      <w:r w:rsidRPr="00ED4FAE">
        <w:rPr>
          <w:color w:val="000000" w:themeColor="text1"/>
        </w:rPr>
        <w:t>have to</w:t>
      </w:r>
      <w:proofErr w:type="gramEnd"/>
      <w:r w:rsidRPr="00ED4FAE">
        <w:rPr>
          <w:color w:val="000000" w:themeColor="text1"/>
        </w:rPr>
        <w:t xml:space="preserve"> make a change. You just do it and think</w:t>
      </w:r>
      <w:r w:rsidRPr="00ED4FAE">
        <w:rPr>
          <w:color w:val="000000" w:themeColor="text1"/>
        </w:rPr>
        <w:br/>
        <w:t>about the whys and wherefores later. And in any case, I would only be making it up to</w:t>
      </w:r>
      <w:r w:rsidRPr="00ED4FAE">
        <w:rPr>
          <w:color w:val="000000" w:themeColor="text1"/>
        </w:rPr>
        <w:br/>
        <w:t xml:space="preserve">sound like I wasn’t crazy or something, as though I </w:t>
      </w:r>
      <w:proofErr w:type="gramStart"/>
      <w:r w:rsidRPr="00ED4FAE">
        <w:rPr>
          <w:color w:val="000000" w:themeColor="text1"/>
        </w:rPr>
        <w:t>actually had</w:t>
      </w:r>
      <w:proofErr w:type="gramEnd"/>
      <w:r w:rsidRPr="00ED4FAE">
        <w:rPr>
          <w:color w:val="000000" w:themeColor="text1"/>
        </w:rPr>
        <w:t xml:space="preserve"> reasons for doing</w:t>
      </w:r>
      <w:r w:rsidRPr="00ED4FAE">
        <w:rPr>
          <w:color w:val="000000" w:themeColor="text1"/>
        </w:rPr>
        <w:br/>
        <w:t>what I did. Maybe it was the rain. Who in his right mind would throw a few things in</w:t>
      </w:r>
      <w:r w:rsidRPr="00ED4FAE">
        <w:rPr>
          <w:color w:val="000000" w:themeColor="text1"/>
        </w:rPr>
        <w:br/>
        <w:t>a backpack, leave his car and bank account behind, and just set off walking in the</w:t>
      </w:r>
      <w:r w:rsidRPr="00ED4FAE">
        <w:rPr>
          <w:color w:val="000000" w:themeColor="text1"/>
        </w:rPr>
        <w:br/>
        <w:t>rain? That's what I did. At nightfall I found a place along the side of the road to sleep,</w:t>
      </w:r>
      <w:r w:rsidRPr="00ED4FAE">
        <w:rPr>
          <w:color w:val="000000" w:themeColor="text1"/>
        </w:rPr>
        <w:br/>
        <w:t>but I couldn’t stop shaking. It didn't stop raining until early the next morning when</w:t>
      </w:r>
      <w:r w:rsidRPr="00ED4FAE">
        <w:rPr>
          <w:color w:val="000000" w:themeColor="text1"/>
        </w:rPr>
        <w:br/>
        <w:t>the sun came up as though for the first time.</w:t>
      </w:r>
    </w:p>
    <w:p w14:paraId="6C2CFBA3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 had started out in Rhode Island but hitched rides that left me the next night in</w:t>
      </w:r>
      <w:r w:rsidRPr="00ED4FAE">
        <w:rPr>
          <w:color w:val="000000" w:themeColor="text1"/>
        </w:rPr>
        <w:br/>
        <w:t>Georgia and the next day I was in the panhandle of Florida, walking down some back</w:t>
      </w:r>
      <w:r w:rsidRPr="00ED4FAE">
        <w:rPr>
          <w:color w:val="000000" w:themeColor="text1"/>
        </w:rPr>
        <w:br/>
        <w:t>country road that would take me wherever I was going. I really had no idea, but I was</w:t>
      </w:r>
      <w:r w:rsidRPr="00ED4FAE">
        <w:rPr>
          <w:color w:val="000000" w:themeColor="text1"/>
        </w:rPr>
        <w:br/>
        <w:t>going and I was going to stay gone. I know that this all sounds crazy, but it didn’t feel</w:t>
      </w:r>
      <w:r w:rsidRPr="00ED4FAE">
        <w:rPr>
          <w:color w:val="000000" w:themeColor="text1"/>
        </w:rPr>
        <w:br/>
        <w:t>that way then. It felt right and for the first time in a long time my head was clear.</w:t>
      </w:r>
      <w:r w:rsidRPr="00ED4FAE">
        <w:rPr>
          <w:color w:val="000000" w:themeColor="text1"/>
        </w:rPr>
        <w:br/>
        <w:t>When I had started out I had only a couple packs of cigarettes and about twenty</w:t>
      </w:r>
      <w:r w:rsidRPr="00ED4FAE">
        <w:rPr>
          <w:color w:val="000000" w:themeColor="text1"/>
        </w:rPr>
        <w:br/>
        <w:t>dollars which paid for coffee and more cigarettes for awhile. The kindness of</w:t>
      </w:r>
      <w:r w:rsidRPr="00ED4FAE">
        <w:rPr>
          <w:color w:val="000000" w:themeColor="text1"/>
        </w:rPr>
        <w:br/>
        <w:t>strangers supplied the rest. Folks who picked me up were curious about what I was</w:t>
      </w:r>
      <w:r w:rsidRPr="00ED4FAE">
        <w:rPr>
          <w:color w:val="000000" w:themeColor="text1"/>
        </w:rPr>
        <w:br/>
        <w:t>doing and where I was going. What interested them most was that I didn’t know.</w:t>
      </w:r>
      <w:r w:rsidRPr="00ED4FAE">
        <w:rPr>
          <w:color w:val="000000" w:themeColor="text1"/>
        </w:rPr>
        <w:br/>
        <w:t>They saw my sorry shoes, shook their heads, and gave me money for a meal at the</w:t>
      </w:r>
      <w:r w:rsidRPr="00ED4FAE">
        <w:rPr>
          <w:color w:val="000000" w:themeColor="text1"/>
        </w:rPr>
        <w:br/>
        <w:t>end of the ride. One man said he had never picked up anyone before but now he</w:t>
      </w:r>
      <w:r w:rsidRPr="00ED4FAE">
        <w:rPr>
          <w:color w:val="000000" w:themeColor="text1"/>
        </w:rPr>
        <w:br/>
        <w:t>thought he would the next time he saw some young person thumbing a ride. It had</w:t>
      </w:r>
      <w:r w:rsidRPr="00ED4FAE">
        <w:rPr>
          <w:color w:val="000000" w:themeColor="text1"/>
        </w:rPr>
        <w:br/>
        <w:t>somehow been interesting. I told him that was a bad idea.</w:t>
      </w:r>
      <w:r w:rsidRPr="00ED4FAE">
        <w:rPr>
          <w:color w:val="000000" w:themeColor="text1"/>
        </w:rPr>
        <w:br/>
        <w:t>I went wherever a ride would take me and that’s how I found myself in a small West</w:t>
      </w:r>
    </w:p>
    <w:p w14:paraId="14BE9839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Virginia town, where an oldpreacher picked me up and took me home for a meal. He</w:t>
      </w:r>
      <w:r w:rsidRPr="00ED4FAE">
        <w:rPr>
          <w:color w:val="000000" w:themeColor="text1"/>
        </w:rPr>
        <w:br/>
        <w:t>showed me with pride the wooden casket he had madewith his own hands and how</w:t>
      </w:r>
      <w:r w:rsidRPr="00ED4FAE">
        <w:rPr>
          <w:color w:val="000000" w:themeColor="text1"/>
        </w:rPr>
        <w:br/>
        <w:t xml:space="preserve">he was all set for eternity. He called it his boat. It was </w:t>
      </w:r>
      <w:proofErr w:type="gramStart"/>
      <w:r w:rsidRPr="00ED4FAE">
        <w:rPr>
          <w:color w:val="000000" w:themeColor="text1"/>
        </w:rPr>
        <w:t>really no</w:t>
      </w:r>
      <w:proofErr w:type="gramEnd"/>
      <w:r w:rsidRPr="00ED4FAE">
        <w:rPr>
          <w:color w:val="000000" w:themeColor="text1"/>
        </w:rPr>
        <w:t xml:space="preserve"> more than a crate,</w:t>
      </w:r>
      <w:r w:rsidRPr="00ED4FAE">
        <w:rPr>
          <w:color w:val="000000" w:themeColor="text1"/>
        </w:rPr>
        <w:br/>
        <w:t>though its dimensions where about right for a coffin. I don't know about eternity.</w:t>
      </w:r>
      <w:r w:rsidRPr="00ED4FAE">
        <w:rPr>
          <w:color w:val="000000" w:themeColor="text1"/>
        </w:rPr>
        <w:br/>
        <w:t xml:space="preserve">What I was </w:t>
      </w:r>
      <w:proofErr w:type="gramStart"/>
      <w:r w:rsidRPr="00ED4FAE">
        <w:rPr>
          <w:color w:val="000000" w:themeColor="text1"/>
        </w:rPr>
        <w:t>really curious</w:t>
      </w:r>
      <w:proofErr w:type="gramEnd"/>
      <w:r w:rsidRPr="00ED4FAE">
        <w:rPr>
          <w:color w:val="000000" w:themeColor="text1"/>
        </w:rPr>
        <w:t xml:space="preserve"> about were the huge old books that were lying on the casket</w:t>
      </w:r>
      <w:r w:rsidRPr="00ED4FAE">
        <w:rPr>
          <w:color w:val="000000" w:themeColor="text1"/>
        </w:rPr>
        <w:br/>
        <w:t>as if to keep the lid on. He said the truth was in those books and I could see for</w:t>
      </w:r>
      <w:r w:rsidRPr="00ED4FAE">
        <w:rPr>
          <w:color w:val="000000" w:themeColor="text1"/>
        </w:rPr>
        <w:br/>
        <w:t>myself if I wanted. The first one I opened had the picture of a young woman, tied to a</w:t>
      </w:r>
      <w:r w:rsidRPr="00ED4FAE">
        <w:rPr>
          <w:color w:val="000000" w:themeColor="text1"/>
        </w:rPr>
        <w:br/>
        <w:t>stake, her breasts exposed, looking up at the heavens ablaze with lightning. I swear</w:t>
      </w:r>
      <w:r w:rsidRPr="00ED4FAE">
        <w:rPr>
          <w:color w:val="000000" w:themeColor="text1"/>
        </w:rPr>
        <w:br/>
        <w:t>her whole body looked like it was electrically charged as though she were having an</w:t>
      </w:r>
      <w:r w:rsidRPr="00ED4FAE">
        <w:rPr>
          <w:color w:val="000000" w:themeColor="text1"/>
        </w:rPr>
        <w:br/>
        <w:t>orgasm or something. Beneath the picture were the words, “Thou shalt have no other</w:t>
      </w:r>
      <w:r w:rsidRPr="00ED4FAE">
        <w:rPr>
          <w:color w:val="000000" w:themeColor="text1"/>
        </w:rPr>
        <w:br/>
        <w:t>gods before me.” I turned over the page and saw the words "I ad crucem!" scrawled</w:t>
      </w:r>
      <w:r w:rsidRPr="00ED4FAE">
        <w:rPr>
          <w:color w:val="000000" w:themeColor="text1"/>
        </w:rPr>
        <w:br/>
        <w:t>over the English text. I knew what those words meant alright: "Go to the cross!" On</w:t>
      </w:r>
      <w:r w:rsidRPr="00ED4FAE">
        <w:rPr>
          <w:color w:val="000000" w:themeColor="text1"/>
        </w:rPr>
        <w:br/>
        <w:t>another page was the picture of some wild man who was having a crimson X branded</w:t>
      </w:r>
      <w:r w:rsidRPr="00ED4FAE">
        <w:rPr>
          <w:color w:val="000000" w:themeColor="text1"/>
        </w:rPr>
        <w:br/>
        <w:t>into his chest. After that I was in a hurry to go, but the old guy kept me there talking</w:t>
      </w:r>
      <w:r w:rsidRPr="00ED4FAE">
        <w:rPr>
          <w:color w:val="000000" w:themeColor="text1"/>
        </w:rPr>
        <w:br/>
        <w:t>about how half the town was dying of cancer because everyone was marrying their</w:t>
      </w:r>
      <w:r w:rsidRPr="00ED4FAE">
        <w:rPr>
          <w:color w:val="000000" w:themeColor="text1"/>
        </w:rPr>
        <w:br/>
        <w:t>own kin and goin’ to hell. I got the crazy idea that he was about to ask me to nail him</w:t>
      </w:r>
      <w:r w:rsidRPr="00ED4FAE">
        <w:rPr>
          <w:color w:val="000000" w:themeColor="text1"/>
        </w:rPr>
        <w:br/>
        <w:t>and his books up in that crate and set him adrift. I told him I had to go. He wanted to</w:t>
      </w:r>
      <w:r w:rsidRPr="00ED4FAE">
        <w:rPr>
          <w:color w:val="000000" w:themeColor="text1"/>
        </w:rPr>
        <w:br/>
        <w:t>know why I was in such a hurry. I told him someone was waiting for me in</w:t>
      </w:r>
      <w:r w:rsidRPr="00ED4FAE">
        <w:rPr>
          <w:color w:val="000000" w:themeColor="text1"/>
        </w:rPr>
        <w:br/>
        <w:t>Winchester, which was just across the state line. He said he would drive me there, but</w:t>
      </w:r>
      <w:r w:rsidRPr="00ED4FAE">
        <w:rPr>
          <w:color w:val="000000" w:themeColor="text1"/>
        </w:rPr>
        <w:br/>
      </w:r>
      <w:r w:rsidRPr="00ED4FAE">
        <w:rPr>
          <w:color w:val="000000" w:themeColor="text1"/>
        </w:rPr>
        <w:lastRenderedPageBreak/>
        <w:t>I just walked toward the door and thanked him. I closed the door behind me and</w:t>
      </w:r>
      <w:r w:rsidRPr="00ED4FAE">
        <w:rPr>
          <w:color w:val="000000" w:themeColor="text1"/>
        </w:rPr>
        <w:br/>
        <w:t>didn’t look back.</w:t>
      </w:r>
    </w:p>
    <w:p w14:paraId="6EE28DDC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My next couple of rides landed me in New Orleans. I was beginning to realize that</w:t>
      </w:r>
      <w:r w:rsidRPr="00ED4FAE">
        <w:rPr>
          <w:color w:val="000000" w:themeColor="text1"/>
        </w:rPr>
        <w:br/>
        <w:t>though everything was new to me, I was not quite a stranger to the folks I met. In</w:t>
      </w:r>
      <w:r w:rsidRPr="00ED4FAE">
        <w:rPr>
          <w:color w:val="000000" w:themeColor="text1"/>
        </w:rPr>
        <w:br/>
        <w:t>New Orleans, I fell in with others about my age who looked just as lost as I did. They</w:t>
      </w:r>
      <w:r w:rsidRPr="00ED4FAE">
        <w:rPr>
          <w:color w:val="000000" w:themeColor="text1"/>
        </w:rPr>
        <w:br/>
        <w:t>had liberated an abandoned house, worked at odd jobs and did drugs at night. When I</w:t>
      </w:r>
      <w:r w:rsidRPr="00ED4FAE">
        <w:rPr>
          <w:color w:val="000000" w:themeColor="text1"/>
        </w:rPr>
        <w:br/>
        <w:t xml:space="preserve">didn’t partake, they became suspicious and shortly </w:t>
      </w:r>
      <w:proofErr w:type="gramStart"/>
      <w:r w:rsidRPr="00ED4FAE">
        <w:rPr>
          <w:color w:val="000000" w:themeColor="text1"/>
        </w:rPr>
        <w:t>came to the conclusion</w:t>
      </w:r>
      <w:proofErr w:type="gramEnd"/>
      <w:r w:rsidRPr="00ED4FAE">
        <w:rPr>
          <w:color w:val="000000" w:themeColor="text1"/>
        </w:rPr>
        <w:t xml:space="preserve"> that I was a</w:t>
      </w:r>
      <w:r w:rsidRPr="00ED4FAE">
        <w:rPr>
          <w:color w:val="000000" w:themeColor="text1"/>
        </w:rPr>
        <w:br/>
        <w:t xml:space="preserve">narc. I had never heard that word before but </w:t>
      </w:r>
      <w:proofErr w:type="gramStart"/>
      <w:r w:rsidRPr="00ED4FAE">
        <w:rPr>
          <w:color w:val="000000" w:themeColor="text1"/>
        </w:rPr>
        <w:t>its</w:t>
      </w:r>
      <w:proofErr w:type="gramEnd"/>
      <w:r w:rsidRPr="00ED4FAE">
        <w:rPr>
          <w:color w:val="000000" w:themeColor="text1"/>
        </w:rPr>
        <w:t xml:space="preserve"> meaning soon became clear to me.</w:t>
      </w:r>
      <w:r w:rsidRPr="00ED4FAE">
        <w:rPr>
          <w:color w:val="000000" w:themeColor="text1"/>
        </w:rPr>
        <w:br/>
        <w:t>They said my story about going wherever the road would take me just didn’t add up.</w:t>
      </w:r>
      <w:r w:rsidRPr="00ED4FAE">
        <w:rPr>
          <w:color w:val="000000" w:themeColor="text1"/>
        </w:rPr>
        <w:br/>
        <w:t>That wasn’t the last time I was suspected of being a narc, but later it somehow didn’t</w:t>
      </w:r>
      <w:r w:rsidRPr="00ED4FAE">
        <w:rPr>
          <w:color w:val="000000" w:themeColor="text1"/>
        </w:rPr>
        <w:br/>
        <w:t>matter. They could just think whatever they wanted. The first time, however, it was a</w:t>
      </w:r>
      <w:r w:rsidRPr="00ED4FAE">
        <w:rPr>
          <w:color w:val="000000" w:themeColor="text1"/>
        </w:rPr>
        <w:br/>
        <w:t>shock. I had been glad to have a place to crash for a few days, but they told me I had</w:t>
      </w:r>
      <w:r w:rsidRPr="00ED4FAE">
        <w:rPr>
          <w:color w:val="000000" w:themeColor="text1"/>
        </w:rPr>
        <w:br/>
        <w:t>better leave.</w:t>
      </w:r>
    </w:p>
    <w:p w14:paraId="046911E2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 ended up spending a month or so in New Orleans, making some money by working</w:t>
      </w:r>
      <w:r w:rsidRPr="00ED4FAE">
        <w:rPr>
          <w:color w:val="000000" w:themeColor="text1"/>
        </w:rPr>
        <w:br/>
        <w:t>out of a day load outfit that sent out sober men like me on jobs that paid ten dollars a</w:t>
      </w:r>
      <w:r w:rsidRPr="00ED4FAE">
        <w:rPr>
          <w:color w:val="000000" w:themeColor="text1"/>
        </w:rPr>
        <w:br/>
        <w:t>day. If you didn’t quit the job – loading, unloading, throwing bricks out of boxcars</w:t>
      </w:r>
      <w:r w:rsidRPr="00ED4FAE">
        <w:rPr>
          <w:color w:val="000000" w:themeColor="text1"/>
        </w:rPr>
        <w:br/>
        <w:t>and digging holes – you got paid at the end of each day. In the late afternoon after I</w:t>
      </w:r>
      <w:r w:rsidRPr="00ED4FAE">
        <w:rPr>
          <w:color w:val="000000" w:themeColor="text1"/>
        </w:rPr>
        <w:br/>
        <w:t>was paid, I felt like some goddam saint. Cripples, men with no legs, drunks and</w:t>
      </w:r>
      <w:r w:rsidRPr="00ED4FAE">
        <w:rPr>
          <w:color w:val="000000" w:themeColor="text1"/>
        </w:rPr>
        <w:br/>
        <w:t>drifters like me were lined up along the sidewalk with their hands out. One fella,</w:t>
      </w:r>
      <w:r w:rsidRPr="00ED4FAE">
        <w:rPr>
          <w:color w:val="000000" w:themeColor="text1"/>
        </w:rPr>
        <w:br/>
        <w:t>mounted on a board with rollers, had no arms or legs, just a cup. I had a simple rule. I</w:t>
      </w:r>
      <w:r w:rsidRPr="00ED4FAE">
        <w:rPr>
          <w:color w:val="000000" w:themeColor="text1"/>
        </w:rPr>
        <w:br/>
        <w:t>would give away half of what I made and keep the rest. It was more than enough for</w:t>
      </w:r>
      <w:r w:rsidRPr="00ED4FAE">
        <w:rPr>
          <w:color w:val="000000" w:themeColor="text1"/>
        </w:rPr>
        <w:br/>
        <w:t>my needs. They would call me father, though I was younger than they were. Maybe I</w:t>
      </w:r>
      <w:r w:rsidRPr="00ED4FAE">
        <w:rPr>
          <w:color w:val="000000" w:themeColor="text1"/>
        </w:rPr>
        <w:br/>
        <w:t>looked older because like them I had grown so thin. A fellow worker had his own</w:t>
      </w:r>
      <w:r w:rsidRPr="00ED4FAE">
        <w:rPr>
          <w:color w:val="000000" w:themeColor="text1"/>
        </w:rPr>
        <w:br/>
        <w:t>room where he let me sleep on the floor and he knew all the churches and other</w:t>
      </w:r>
      <w:r w:rsidRPr="00ED4FAE">
        <w:rPr>
          <w:color w:val="000000" w:themeColor="text1"/>
        </w:rPr>
        <w:br/>
        <w:t>places where a person could find a free meal, though sometimes you had to pay by</w:t>
      </w:r>
      <w:r w:rsidRPr="00ED4FAE">
        <w:rPr>
          <w:color w:val="000000" w:themeColor="text1"/>
        </w:rPr>
        <w:br/>
        <w:t>praying after you ate. I didn’t like that and said so. I ended up basically stealing the</w:t>
      </w:r>
      <w:r w:rsidRPr="00ED4FAE">
        <w:rPr>
          <w:color w:val="000000" w:themeColor="text1"/>
        </w:rPr>
        <w:br/>
        <w:t>food before the praying started. The problem with that was that they were on the</w:t>
      </w:r>
      <w:r w:rsidRPr="00ED4FAE">
        <w:rPr>
          <w:color w:val="000000" w:themeColor="text1"/>
        </w:rPr>
        <w:br/>
        <w:t>lookout for you the next time. At night, I wandered the French Quarter looking in the</w:t>
      </w:r>
      <w:r w:rsidRPr="00ED4FAE">
        <w:rPr>
          <w:color w:val="000000" w:themeColor="text1"/>
        </w:rPr>
        <w:br/>
        <w:t>jazz joints and at the girls who looked right through me as if I weren't there at all. I</w:t>
      </w:r>
      <w:r w:rsidRPr="00ED4FAE">
        <w:rPr>
          <w:color w:val="000000" w:themeColor="text1"/>
        </w:rPr>
        <w:br/>
        <w:t>can't say I blame them.</w:t>
      </w:r>
    </w:p>
    <w:p w14:paraId="4DDFC03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 forgot to tell you that before I left to nowhere in particular, I had been a desk clerk</w:t>
      </w:r>
      <w:r w:rsidRPr="00ED4FAE">
        <w:rPr>
          <w:color w:val="000000" w:themeColor="text1"/>
        </w:rPr>
        <w:br/>
        <w:t>at an otherwise respectable hotel called the Pilgrim Inn that catered to a certain class</w:t>
      </w:r>
      <w:r w:rsidRPr="00ED4FAE">
        <w:rPr>
          <w:color w:val="000000" w:themeColor="text1"/>
        </w:rPr>
        <w:br/>
        <w:t>of working girl. They were all somebody’s daughter and they sent the money they</w:t>
      </w:r>
      <w:r w:rsidRPr="00ED4FAE">
        <w:rPr>
          <w:color w:val="000000" w:themeColor="text1"/>
        </w:rPr>
        <w:br/>
        <w:t>made back to their families. Some paid guys who protected them and would beat</w:t>
      </w:r>
      <w:r w:rsidRPr="00ED4FAE">
        <w:rPr>
          <w:color w:val="000000" w:themeColor="text1"/>
        </w:rPr>
        <w:br/>
        <w:t>them up to keep them in line. I would take payment for rooms from the johns and</w:t>
      </w:r>
      <w:r w:rsidRPr="00ED4FAE">
        <w:rPr>
          <w:color w:val="000000" w:themeColor="text1"/>
        </w:rPr>
        <w:br/>
        <w:t>take them up in the elevator first and then the girls. It became routine. I liked the girls,</w:t>
      </w:r>
      <w:r w:rsidRPr="00ED4FAE">
        <w:rPr>
          <w:color w:val="000000" w:themeColor="text1"/>
        </w:rPr>
        <w:br/>
        <w:t>but they all thought I was queer because I hadn’t done anything with them even when</w:t>
      </w:r>
      <w:r w:rsidRPr="00ED4FAE">
        <w:rPr>
          <w:color w:val="000000" w:themeColor="text1"/>
        </w:rPr>
        <w:br/>
        <w:t>they offered for free. They would laugh and ask me if I knew which hole to put it in. I</w:t>
      </w:r>
      <w:r w:rsidRPr="00ED4FAE">
        <w:rPr>
          <w:color w:val="000000" w:themeColor="text1"/>
        </w:rPr>
        <w:br/>
        <w:t>didn't mind. Everything had been going along fine until one night I was arrested along</w:t>
      </w:r>
      <w:r w:rsidRPr="00ED4FAE">
        <w:rPr>
          <w:color w:val="000000" w:themeColor="text1"/>
        </w:rPr>
        <w:br/>
        <w:t>with the girls in a police raid and spent the night in jail. The next day they just sent me</w:t>
      </w:r>
      <w:r w:rsidRPr="00ED4FAE">
        <w:rPr>
          <w:color w:val="000000" w:themeColor="text1"/>
        </w:rPr>
        <w:br/>
        <w:t>home. The hotel's lawyers had worked something out. The girls had to pay a fine.</w:t>
      </w:r>
      <w:r w:rsidRPr="00ED4FAE">
        <w:rPr>
          <w:color w:val="000000" w:themeColor="text1"/>
        </w:rPr>
        <w:br/>
        <w:t>After that, I felt like I almost belonged and everyone treated me as if I were one of</w:t>
      </w:r>
      <w:r w:rsidRPr="00ED4FAE">
        <w:rPr>
          <w:color w:val="000000" w:themeColor="text1"/>
        </w:rPr>
        <w:br/>
        <w:t xml:space="preserve">them. Then one night a little later I got beat up </w:t>
      </w:r>
      <w:proofErr w:type="gramStart"/>
      <w:r w:rsidRPr="00ED4FAE">
        <w:rPr>
          <w:color w:val="000000" w:themeColor="text1"/>
        </w:rPr>
        <w:t>really bad</w:t>
      </w:r>
      <w:proofErr w:type="gramEnd"/>
      <w:r w:rsidRPr="00ED4FAE">
        <w:rPr>
          <w:color w:val="000000" w:themeColor="text1"/>
        </w:rPr>
        <w:t xml:space="preserve"> by a guy who demanded to</w:t>
      </w:r>
      <w:r w:rsidRPr="00ED4FAE">
        <w:rPr>
          <w:color w:val="000000" w:themeColor="text1"/>
        </w:rPr>
        <w:br/>
        <w:t>know where a certain girl was and when I wouldn’t tell him, he came around the desk</w:t>
      </w:r>
      <w:r w:rsidRPr="00ED4FAE">
        <w:rPr>
          <w:color w:val="000000" w:themeColor="text1"/>
        </w:rPr>
        <w:br/>
        <w:t>and let me have it. It all happened so fast I didn’t even have time to be afraid or even</w:t>
      </w:r>
      <w:r w:rsidRPr="00ED4FAE">
        <w:rPr>
          <w:color w:val="000000" w:themeColor="text1"/>
        </w:rPr>
        <w:br/>
        <w:t xml:space="preserve">feel any pain. I was kind of numb or </w:t>
      </w:r>
      <w:proofErr w:type="gramStart"/>
      <w:r w:rsidRPr="00ED4FAE">
        <w:rPr>
          <w:color w:val="000000" w:themeColor="text1"/>
        </w:rPr>
        <w:t>stunned</w:t>
      </w:r>
      <w:proofErr w:type="gramEnd"/>
      <w:r w:rsidRPr="00ED4FAE">
        <w:rPr>
          <w:color w:val="000000" w:themeColor="text1"/>
        </w:rPr>
        <w:t xml:space="preserve"> I guess. After that, the girls treated me</w:t>
      </w:r>
      <w:r w:rsidRPr="00ED4FAE">
        <w:rPr>
          <w:color w:val="000000" w:themeColor="text1"/>
        </w:rPr>
        <w:br/>
        <w:t>like a brother, which I guess I was.</w:t>
      </w:r>
    </w:p>
    <w:p w14:paraId="1BDE429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After I had saved a little money in New Orleans, I set out again. I had heard from</w:t>
      </w:r>
      <w:r w:rsidRPr="00ED4FAE">
        <w:rPr>
          <w:color w:val="000000" w:themeColor="text1"/>
        </w:rPr>
        <w:br/>
        <w:t xml:space="preserve">others about riding the rails. It was fast and </w:t>
      </w:r>
      <w:proofErr w:type="gramStart"/>
      <w:r w:rsidRPr="00ED4FAE">
        <w:rPr>
          <w:color w:val="000000" w:themeColor="text1"/>
        </w:rPr>
        <w:t>straight</w:t>
      </w:r>
      <w:proofErr w:type="gramEnd"/>
      <w:r w:rsidRPr="00ED4FAE">
        <w:rPr>
          <w:color w:val="000000" w:themeColor="text1"/>
        </w:rPr>
        <w:t xml:space="preserve"> but they also told tales of railroad</w:t>
      </w:r>
      <w:r w:rsidRPr="00ED4FAE">
        <w:rPr>
          <w:color w:val="000000" w:themeColor="text1"/>
        </w:rPr>
        <w:br/>
        <w:t>bulls that discouraged me. I thought hitching was safer. My first ride, a long sleepy</w:t>
      </w:r>
      <w:r w:rsidRPr="00ED4FAE">
        <w:rPr>
          <w:color w:val="000000" w:themeColor="text1"/>
        </w:rPr>
        <w:br/>
        <w:t>cruise through the night, took me to Texas, a little west of Austin. It had been a sweet</w:t>
      </w:r>
      <w:r w:rsidRPr="00ED4FAE">
        <w:rPr>
          <w:color w:val="000000" w:themeColor="text1"/>
        </w:rPr>
        <w:br/>
      </w:r>
      <w:r w:rsidRPr="00ED4FAE">
        <w:rPr>
          <w:color w:val="000000" w:themeColor="text1"/>
        </w:rPr>
        <w:lastRenderedPageBreak/>
        <w:t>ride; the stars out the open window seemed to pump their light right into my veins.</w:t>
      </w:r>
      <w:r w:rsidRPr="00ED4FAE">
        <w:rPr>
          <w:color w:val="000000" w:themeColor="text1"/>
        </w:rPr>
        <w:br/>
        <w:t>My very next ride, however, changed everything, but I have written about that before.</w:t>
      </w:r>
      <w:r w:rsidRPr="00ED4FAE">
        <w:rPr>
          <w:color w:val="000000" w:themeColor="text1"/>
        </w:rPr>
        <w:br/>
        <w:t>I don't really want to go into it again except to say I came out whole after a man tried</w:t>
      </w:r>
      <w:r w:rsidRPr="00ED4FAE">
        <w:rPr>
          <w:color w:val="000000" w:themeColor="text1"/>
        </w:rPr>
        <w:br/>
        <w:t>to force me to have sex with him and maybe for the first time in my life I had been</w:t>
      </w:r>
      <w:r w:rsidRPr="00ED4FAE">
        <w:rPr>
          <w:color w:val="000000" w:themeColor="text1"/>
        </w:rPr>
        <w:br/>
        <w:t>brave.</w:t>
      </w:r>
    </w:p>
    <w:p w14:paraId="38AD8CAC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That was then. What I really want to talk about is Richard whom I had met a year</w:t>
      </w:r>
      <w:r w:rsidRPr="00ED4FAE">
        <w:rPr>
          <w:color w:val="000000" w:themeColor="text1"/>
        </w:rPr>
        <w:br/>
        <w:t>before all this craziness began, never saw again, and miss every day of my life. Before</w:t>
      </w:r>
      <w:r w:rsidRPr="00ED4FAE">
        <w:rPr>
          <w:color w:val="000000" w:themeColor="text1"/>
        </w:rPr>
        <w:br/>
        <w:t>we parted he gave me a small carving, made from a random piece of wood found on</w:t>
      </w:r>
      <w:r w:rsidRPr="00ED4FAE">
        <w:rPr>
          <w:color w:val="000000" w:themeColor="text1"/>
        </w:rPr>
        <w:br/>
        <w:t>an east Texas beach. He had used only the sharp edge of a stone. It was like</w:t>
      </w:r>
      <w:r w:rsidRPr="00ED4FAE">
        <w:rPr>
          <w:color w:val="000000" w:themeColor="text1"/>
        </w:rPr>
        <w:br/>
        <w:t>something out of the prehistory of man and had three faces on each side, one</w:t>
      </w:r>
      <w:r w:rsidRPr="00ED4FAE">
        <w:rPr>
          <w:color w:val="000000" w:themeColor="text1"/>
        </w:rPr>
        <w:br/>
        <w:t>emerging out of another. It is the face of every man I meet. For almost sixty years</w:t>
      </w:r>
      <w:r w:rsidRPr="00ED4FAE">
        <w:rPr>
          <w:color w:val="000000" w:themeColor="text1"/>
        </w:rPr>
        <w:br/>
        <w:t>now, I have kept this carving with me. It really is Richard's story that needs telling, not</w:t>
      </w:r>
      <w:r w:rsidRPr="00ED4FAE">
        <w:rPr>
          <w:color w:val="000000" w:themeColor="text1"/>
        </w:rPr>
        <w:br/>
        <w:t xml:space="preserve">mine, though maybe his is in some way </w:t>
      </w:r>
      <w:proofErr w:type="gramStart"/>
      <w:r w:rsidRPr="00ED4FAE">
        <w:rPr>
          <w:color w:val="000000" w:themeColor="text1"/>
        </w:rPr>
        <w:t>mine</w:t>
      </w:r>
      <w:proofErr w:type="gramEnd"/>
      <w:r w:rsidRPr="00ED4FAE">
        <w:rPr>
          <w:color w:val="000000" w:themeColor="text1"/>
        </w:rPr>
        <w:t xml:space="preserve"> as well. You see, he taught me the only</w:t>
      </w:r>
      <w:r w:rsidRPr="00ED4FAE">
        <w:rPr>
          <w:color w:val="000000" w:themeColor="text1"/>
        </w:rPr>
        <w:br/>
        <w:t xml:space="preserve">true word I </w:t>
      </w:r>
      <w:proofErr w:type="gramStart"/>
      <w:r w:rsidRPr="00ED4FAE">
        <w:rPr>
          <w:color w:val="000000" w:themeColor="text1"/>
        </w:rPr>
        <w:t>know</w:t>
      </w:r>
      <w:proofErr w:type="gramEnd"/>
      <w:r w:rsidRPr="00ED4FAE">
        <w:rPr>
          <w:color w:val="000000" w:themeColor="text1"/>
        </w:rPr>
        <w:t xml:space="preserve"> and he taught me by example and it cost him dearly. He was the</w:t>
      </w:r>
      <w:r w:rsidRPr="00ED4FAE">
        <w:rPr>
          <w:color w:val="000000" w:themeColor="text1"/>
        </w:rPr>
        <w:br/>
        <w:t>most courageous person I have ever known and the truest to his word.</w:t>
      </w:r>
    </w:p>
    <w:p w14:paraId="74FA78F3" w14:textId="77777777" w:rsidR="002B4E42" w:rsidRPr="00ED4FAE" w:rsidRDefault="002B4E42">
      <w:pPr>
        <w:rPr>
          <w:color w:val="000000" w:themeColor="text1"/>
        </w:rPr>
      </w:pPr>
    </w:p>
    <w:p w14:paraId="47FEF3A5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47" w:name="poem_48"/>
      <w:bookmarkEnd w:id="47"/>
      <w:r w:rsidRPr="00ED4FAE">
        <w:rPr>
          <w:rFonts w:ascii="Garamond" w:hAnsi="Garamond"/>
          <w:color w:val="000000" w:themeColor="text1"/>
          <w:sz w:val="30"/>
        </w:rPr>
        <w:t>The Road</w:t>
      </w:r>
    </w:p>
    <w:p w14:paraId="1AD5D40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br/>
        <w:t>When I was a sophomore at Brown University, I returned home for spring break and</w:t>
      </w:r>
      <w:r w:rsidRPr="00ED4FAE">
        <w:rPr>
          <w:color w:val="000000" w:themeColor="text1"/>
        </w:rPr>
        <w:br/>
        <w:t>asked my father to read some of my own poems and others by Rilke. My father, a</w:t>
      </w:r>
      <w:r w:rsidRPr="00ED4FAE">
        <w:rPr>
          <w:color w:val="000000" w:themeColor="text1"/>
        </w:rPr>
        <w:br/>
        <w:t>pioneer in the study of the biochemical basis of mental illness, told me that my poems</w:t>
      </w:r>
      <w:r w:rsidRPr="00ED4FAE">
        <w:rPr>
          <w:color w:val="000000" w:themeColor="text1"/>
        </w:rPr>
        <w:br/>
        <w:t>and those of Rilke revealed schizophrenia. I left home within the hour, on foot.</w:t>
      </w:r>
      <w:r w:rsidRPr="00ED4FAE">
        <w:rPr>
          <w:color w:val="000000" w:themeColor="text1"/>
        </w:rPr>
        <w:br/>
        <w:t>Before my father died, I had forgiven him and loved him as a father should be loved.</w:t>
      </w:r>
      <w:r w:rsidRPr="00ED4FAE">
        <w:rPr>
          <w:color w:val="000000" w:themeColor="text1"/>
        </w:rPr>
        <w:br/>
        <w:t>Now, I am grateful to him. Grateful for endowing me with the same passion with</w:t>
      </w:r>
      <w:r w:rsidRPr="00ED4FAE">
        <w:rPr>
          <w:color w:val="000000" w:themeColor="text1"/>
        </w:rPr>
        <w:br/>
        <w:t>which he lived his life, however imperfectly. My own life has been no less imperfect.</w:t>
      </w:r>
      <w:r w:rsidRPr="00ED4FAE">
        <w:rPr>
          <w:color w:val="000000" w:themeColor="text1"/>
        </w:rPr>
        <w:br/>
        <w:t>That night, as I walked down a dark highway, singing to myself the Woody Guthrie</w:t>
      </w:r>
      <w:r w:rsidRPr="00ED4FAE">
        <w:rPr>
          <w:color w:val="000000" w:themeColor="text1"/>
        </w:rPr>
        <w:br/>
        <w:t>song “Going Down the Road Feeling Bad,” I vowed never to allow another person’s</w:t>
      </w:r>
      <w:r w:rsidRPr="00ED4FAE">
        <w:rPr>
          <w:color w:val="000000" w:themeColor="text1"/>
        </w:rPr>
        <w:br/>
        <w:t>assessment of me to determine how I felt about myself, my ideas or my poetry. I did</w:t>
      </w:r>
      <w:r w:rsidRPr="00ED4FAE">
        <w:rPr>
          <w:color w:val="000000" w:themeColor="text1"/>
        </w:rPr>
        <w:br/>
        <w:t>not then return to Brown. When I did, I was married and a father.</w:t>
      </w:r>
      <w:r w:rsidRPr="00ED4FAE">
        <w:rPr>
          <w:color w:val="000000" w:themeColor="text1"/>
        </w:rPr>
        <w:br/>
        <w:t>That first long night on the road lead to two years of aimless but purposeful</w:t>
      </w:r>
      <w:r w:rsidRPr="00ED4FAE">
        <w:rPr>
          <w:color w:val="000000" w:themeColor="text1"/>
        </w:rPr>
        <w:br/>
        <w:t>hitchhiking. There were others on that road. One bad man, the owner of an art gallery</w:t>
      </w:r>
      <w:r w:rsidRPr="00ED4FAE">
        <w:rPr>
          <w:color w:val="000000" w:themeColor="text1"/>
        </w:rPr>
        <w:br/>
        <w:t>in Austin, Texas, lured me out to his ranch and tried to force me to have sex with</w:t>
      </w:r>
      <w:r w:rsidRPr="00ED4FAE">
        <w:rPr>
          <w:color w:val="000000" w:themeColor="text1"/>
        </w:rPr>
        <w:br/>
        <w:t xml:space="preserve">him. I refused. Quietly </w:t>
      </w:r>
      <w:proofErr w:type="gramStart"/>
      <w:r w:rsidRPr="00ED4FAE">
        <w:rPr>
          <w:color w:val="000000" w:themeColor="text1"/>
        </w:rPr>
        <w:t>but definitely</w:t>
      </w:r>
      <w:proofErr w:type="gramEnd"/>
      <w:r w:rsidRPr="00ED4FAE">
        <w:rPr>
          <w:color w:val="000000" w:themeColor="text1"/>
        </w:rPr>
        <w:t>. His hired man pulled out a knife. I said, “I will</w:t>
      </w:r>
      <w:r w:rsidRPr="00ED4FAE">
        <w:rPr>
          <w:color w:val="000000" w:themeColor="text1"/>
        </w:rPr>
        <w:br/>
        <w:t xml:space="preserve">not.” Quietly </w:t>
      </w:r>
      <w:proofErr w:type="gramStart"/>
      <w:r w:rsidRPr="00ED4FAE">
        <w:rPr>
          <w:color w:val="000000" w:themeColor="text1"/>
        </w:rPr>
        <w:t>but definitely</w:t>
      </w:r>
      <w:proofErr w:type="gramEnd"/>
      <w:r w:rsidRPr="00ED4FAE">
        <w:rPr>
          <w:color w:val="000000" w:themeColor="text1"/>
        </w:rPr>
        <w:t>. I was not afraid. He did not touch me. In that precarious</w:t>
      </w:r>
      <w:r w:rsidRPr="00ED4FAE">
        <w:rPr>
          <w:color w:val="000000" w:themeColor="text1"/>
        </w:rPr>
        <w:br/>
        <w:t>moment, I knew myself. It was as if life had asked me a question and I had answered.</w:t>
      </w:r>
      <w:r w:rsidRPr="00ED4FAE">
        <w:rPr>
          <w:color w:val="000000" w:themeColor="text1"/>
        </w:rPr>
        <w:br/>
        <w:t>Since that time, I have found myself in other precarious situations, as I do even today.</w:t>
      </w:r>
      <w:r w:rsidRPr="00ED4FAE">
        <w:rPr>
          <w:color w:val="000000" w:themeColor="text1"/>
        </w:rPr>
        <w:br/>
        <w:t>I will not chronicle these critical moments here except to say they put the integrity of</w:t>
      </w:r>
      <w:r w:rsidRPr="00ED4FAE">
        <w:rPr>
          <w:color w:val="000000" w:themeColor="text1"/>
        </w:rPr>
        <w:br/>
        <w:t>my life in question. Each of these situations required of me an answer beyond any</w:t>
      </w:r>
      <w:r w:rsidRPr="00ED4FAE">
        <w:rPr>
          <w:color w:val="000000" w:themeColor="text1"/>
        </w:rPr>
        <w:br/>
        <w:t>philosophy I had ever read. Philosophy does indeed ask essential questions, but it is</w:t>
      </w:r>
      <w:r w:rsidRPr="00ED4FAE">
        <w:rPr>
          <w:color w:val="000000" w:themeColor="text1"/>
        </w:rPr>
        <w:br/>
        <w:t>only with our actual lives that we answer those questions. Such philosophical</w:t>
      </w:r>
      <w:r w:rsidRPr="00ED4FAE">
        <w:rPr>
          <w:color w:val="000000" w:themeColor="text1"/>
        </w:rPr>
        <w:br/>
        <w:t>questions as Do we have free will? What is truth? Or Justice? are all too often illusions</w:t>
      </w:r>
      <w:r w:rsidRPr="00ED4FAE">
        <w:rPr>
          <w:color w:val="000000" w:themeColor="text1"/>
        </w:rPr>
        <w:br/>
        <w:t>like the paradoxes propounded by Zeno. The illusion comes when we mistake the</w:t>
      </w:r>
      <w:r w:rsidRPr="00ED4FAE">
        <w:rPr>
          <w:color w:val="000000" w:themeColor="text1"/>
        </w:rPr>
        <w:br/>
        <w:t>arena in which these questions are to be answered. What is truth? Observe how I live,</w:t>
      </w:r>
      <w:r w:rsidRPr="00ED4FAE">
        <w:rPr>
          <w:color w:val="000000" w:themeColor="text1"/>
        </w:rPr>
        <w:br/>
        <w:t>not what I say. I necessarily live out my answers to what is true and good. I am my</w:t>
      </w:r>
      <w:r w:rsidRPr="00ED4FAE">
        <w:rPr>
          <w:color w:val="000000" w:themeColor="text1"/>
        </w:rPr>
        <w:br/>
        <w:t>philosophy and all that I have suffered I own.</w:t>
      </w:r>
      <w:r w:rsidRPr="00ED4FAE">
        <w:rPr>
          <w:color w:val="000000" w:themeColor="text1"/>
        </w:rPr>
        <w:br/>
        <w:t>I am always on the road, aimless but purposeful, knowing that the road is where my</w:t>
      </w:r>
      <w:r w:rsidRPr="00ED4FAE">
        <w:rPr>
          <w:color w:val="000000" w:themeColor="text1"/>
        </w:rPr>
        <w:br/>
        <w:t>true self is revealed. For me the literal and metaphorical road have become one. I</w:t>
      </w:r>
      <w:r w:rsidRPr="00ED4FAE">
        <w:rPr>
          <w:color w:val="000000" w:themeColor="text1"/>
        </w:rPr>
        <w:br/>
        <w:t>know I have at least one great road trip still in me. We may pass by each other in the</w:t>
      </w:r>
      <w:r w:rsidRPr="00ED4FAE">
        <w:rPr>
          <w:color w:val="000000" w:themeColor="text1"/>
        </w:rPr>
        <w:br/>
        <w:t>East Mountains or between here and there. Know all is well even if I look sad, ragged</w:t>
      </w:r>
      <w:r w:rsidRPr="00ED4FAE">
        <w:rPr>
          <w:color w:val="000000" w:themeColor="text1"/>
        </w:rPr>
        <w:br/>
        <w:t>and tired. Pass on. All is well.</w:t>
      </w:r>
    </w:p>
    <w:p w14:paraId="183447F8" w14:textId="77777777" w:rsidR="002B4E42" w:rsidRPr="00ED4FAE" w:rsidRDefault="002B4E42">
      <w:pPr>
        <w:rPr>
          <w:color w:val="000000" w:themeColor="text1"/>
        </w:rPr>
      </w:pPr>
    </w:p>
    <w:p w14:paraId="28B9C1BF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48" w:name="poem_49"/>
      <w:bookmarkEnd w:id="48"/>
      <w:r w:rsidRPr="00ED4FAE">
        <w:rPr>
          <w:rFonts w:ascii="Garamond" w:hAnsi="Garamond"/>
          <w:color w:val="000000" w:themeColor="text1"/>
          <w:sz w:val="30"/>
        </w:rPr>
        <w:t>Song for Richard</w:t>
      </w:r>
    </w:p>
    <w:p w14:paraId="794A8F41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You spoke the only true word I know</w:t>
      </w:r>
      <w:r w:rsidRPr="00ED4FAE">
        <w:rPr>
          <w:color w:val="000000" w:themeColor="text1"/>
        </w:rPr>
        <w:br/>
        <w:t>and that word became an open wound</w:t>
      </w:r>
      <w:r w:rsidRPr="00ED4FAE">
        <w:rPr>
          <w:color w:val="000000" w:themeColor="text1"/>
        </w:rPr>
        <w:br/>
        <w:t>they cleaned with lye, not knowing</w:t>
      </w:r>
      <w:r w:rsidRPr="00ED4FAE">
        <w:rPr>
          <w:color w:val="000000" w:themeColor="text1"/>
        </w:rPr>
        <w:br/>
        <w:t>your pain, your tears were like wine</w:t>
      </w:r>
      <w:r w:rsidRPr="00ED4FAE">
        <w:rPr>
          <w:color w:val="000000" w:themeColor="text1"/>
        </w:rPr>
        <w:br/>
        <w:t>that might yet save their sorry souls.</w:t>
      </w:r>
      <w:r w:rsidRPr="00ED4FAE">
        <w:rPr>
          <w:color w:val="000000" w:themeColor="text1"/>
        </w:rPr>
        <w:br/>
        <w:t>Pick up the rifle, son.</w:t>
      </w:r>
      <w:r w:rsidRPr="00ED4FAE">
        <w:rPr>
          <w:color w:val="000000" w:themeColor="text1"/>
        </w:rPr>
        <w:br/>
        <w:t>No, you said.</w:t>
      </w:r>
      <w:r w:rsidRPr="00ED4FAE">
        <w:rPr>
          <w:color w:val="000000" w:themeColor="text1"/>
        </w:rPr>
        <w:br/>
        <w:t>That’s no sir, son.</w:t>
      </w:r>
      <w:r w:rsidRPr="00ED4FAE">
        <w:rPr>
          <w:color w:val="000000" w:themeColor="text1"/>
        </w:rPr>
        <w:br/>
        <w:t>Pick up the damn gun!</w:t>
      </w:r>
      <w:r w:rsidRPr="00ED4FAE">
        <w:rPr>
          <w:color w:val="000000" w:themeColor="text1"/>
        </w:rPr>
        <w:br/>
        <w:t>No, you said.</w:t>
      </w:r>
      <w:r w:rsidRPr="00ED4FAE">
        <w:rPr>
          <w:color w:val="000000" w:themeColor="text1"/>
        </w:rPr>
        <w:br/>
        <w:t>They called the captain.</w:t>
      </w:r>
      <w:r w:rsidRPr="00ED4FAE">
        <w:rPr>
          <w:color w:val="000000" w:themeColor="text1"/>
        </w:rPr>
        <w:br/>
        <w:t>They called the priest.</w:t>
      </w:r>
      <w:r w:rsidRPr="00ED4FAE">
        <w:rPr>
          <w:color w:val="000000" w:themeColor="text1"/>
        </w:rPr>
        <w:br/>
        <w:t>They called the doctor.</w:t>
      </w:r>
      <w:r w:rsidRPr="00ED4FAE">
        <w:rPr>
          <w:color w:val="000000" w:themeColor="text1"/>
        </w:rPr>
        <w:br/>
        <w:t>Are you crazy, son?</w:t>
      </w:r>
      <w:r w:rsidRPr="00ED4FAE">
        <w:rPr>
          <w:color w:val="000000" w:themeColor="text1"/>
        </w:rPr>
        <w:br/>
        <w:t>No no no.</w:t>
      </w:r>
      <w:r w:rsidRPr="00ED4FAE">
        <w:rPr>
          <w:color w:val="000000" w:themeColor="text1"/>
        </w:rPr>
        <w:br/>
        <w:t>Come with us!</w:t>
      </w:r>
      <w:r w:rsidRPr="00ED4FAE">
        <w:rPr>
          <w:color w:val="000000" w:themeColor="text1"/>
        </w:rPr>
        <w:br/>
        <w:t>You walked away.</w:t>
      </w:r>
      <w:r w:rsidRPr="00ED4FAE">
        <w:rPr>
          <w:color w:val="000000" w:themeColor="text1"/>
        </w:rPr>
        <w:br/>
        <w:t>I see you now forty years later</w:t>
      </w:r>
      <w:r w:rsidRPr="00ED4FAE">
        <w:rPr>
          <w:color w:val="000000" w:themeColor="text1"/>
        </w:rPr>
        <w:br/>
        <w:t>alone on that far thundering shore:</w:t>
      </w:r>
      <w:r w:rsidRPr="00ED4FAE">
        <w:rPr>
          <w:color w:val="000000" w:themeColor="text1"/>
        </w:rPr>
        <w:br/>
        <w:t>“I will not fight your fucking war!”</w:t>
      </w:r>
      <w:r w:rsidRPr="00ED4FAE">
        <w:rPr>
          <w:color w:val="000000" w:themeColor="text1"/>
        </w:rPr>
        <w:br/>
        <w:t>You are carving a face out of driftwood,</w:t>
      </w:r>
      <w:r w:rsidRPr="00ED4FAE">
        <w:rPr>
          <w:color w:val="000000" w:themeColor="text1"/>
        </w:rPr>
        <w:br/>
        <w:t>the face behind the face of every man I meet.</w:t>
      </w:r>
      <w:r w:rsidRPr="00ED4FAE">
        <w:rPr>
          <w:color w:val="000000" w:themeColor="text1"/>
        </w:rPr>
        <w:br/>
        <w:t>I have it still and think of you.</w:t>
      </w:r>
      <w:r w:rsidRPr="00ED4FAE">
        <w:rPr>
          <w:color w:val="000000" w:themeColor="text1"/>
        </w:rPr>
        <w:br/>
        <w:t>You came back, true to your word,</w:t>
      </w:r>
      <w:r w:rsidRPr="00ED4FAE">
        <w:rPr>
          <w:color w:val="000000" w:themeColor="text1"/>
        </w:rPr>
        <w:br/>
        <w:t>and they sent you to Leavenworth,</w:t>
      </w:r>
      <w:r w:rsidRPr="00ED4FAE">
        <w:rPr>
          <w:color w:val="000000" w:themeColor="text1"/>
        </w:rPr>
        <w:br/>
        <w:t>where your bruises became sores,</w:t>
      </w:r>
      <w:r w:rsidRPr="00ED4FAE">
        <w:rPr>
          <w:color w:val="000000" w:themeColor="text1"/>
        </w:rPr>
        <w:br/>
        <w:t>your sores gaping wounds,</w:t>
      </w:r>
      <w:r w:rsidRPr="00ED4FAE">
        <w:rPr>
          <w:color w:val="000000" w:themeColor="text1"/>
        </w:rPr>
        <w:br/>
        <w:t>your screams the benediction</w:t>
      </w:r>
      <w:r w:rsidRPr="00ED4FAE">
        <w:rPr>
          <w:color w:val="000000" w:themeColor="text1"/>
        </w:rPr>
        <w:br/>
        <w:t>that saves our tortured souls.</w:t>
      </w:r>
    </w:p>
    <w:p w14:paraId="3C66ACC5" w14:textId="77777777" w:rsidR="002B4E42" w:rsidRDefault="002B4E42">
      <w:pPr>
        <w:rPr>
          <w:color w:val="000000" w:themeColor="text1"/>
        </w:rPr>
      </w:pPr>
    </w:p>
    <w:p w14:paraId="15D1F338" w14:textId="77777777" w:rsidR="006B783D" w:rsidRDefault="006B783D">
      <w:pPr>
        <w:rPr>
          <w:color w:val="000000" w:themeColor="text1"/>
        </w:rPr>
      </w:pPr>
    </w:p>
    <w:p w14:paraId="03F41F27" w14:textId="77777777" w:rsidR="006B783D" w:rsidRDefault="006B783D">
      <w:pPr>
        <w:rPr>
          <w:color w:val="000000" w:themeColor="text1"/>
        </w:rPr>
      </w:pPr>
    </w:p>
    <w:p w14:paraId="2835E010" w14:textId="77777777" w:rsidR="006B783D" w:rsidRDefault="006B783D">
      <w:pPr>
        <w:rPr>
          <w:color w:val="000000" w:themeColor="text1"/>
        </w:rPr>
      </w:pPr>
    </w:p>
    <w:p w14:paraId="29FBEF42" w14:textId="77777777" w:rsidR="006B783D" w:rsidRDefault="006B783D">
      <w:pPr>
        <w:rPr>
          <w:color w:val="000000" w:themeColor="text1"/>
        </w:rPr>
      </w:pPr>
    </w:p>
    <w:p w14:paraId="170C92A3" w14:textId="77777777" w:rsidR="006B783D" w:rsidRDefault="006B783D">
      <w:pPr>
        <w:rPr>
          <w:color w:val="000000" w:themeColor="text1"/>
        </w:rPr>
      </w:pPr>
    </w:p>
    <w:p w14:paraId="4D792705" w14:textId="77777777" w:rsidR="006B783D" w:rsidRDefault="006B783D">
      <w:pPr>
        <w:rPr>
          <w:color w:val="000000" w:themeColor="text1"/>
        </w:rPr>
      </w:pPr>
    </w:p>
    <w:p w14:paraId="50C8C8F2" w14:textId="77777777" w:rsidR="006B783D" w:rsidRDefault="006B783D">
      <w:pPr>
        <w:rPr>
          <w:color w:val="000000" w:themeColor="text1"/>
        </w:rPr>
      </w:pPr>
    </w:p>
    <w:p w14:paraId="2A487002" w14:textId="77777777" w:rsidR="006B783D" w:rsidRPr="00ED4FAE" w:rsidRDefault="006B783D">
      <w:pPr>
        <w:rPr>
          <w:color w:val="000000" w:themeColor="text1"/>
        </w:rPr>
      </w:pPr>
    </w:p>
    <w:p w14:paraId="49FEDAA8" w14:textId="77777777" w:rsidR="002B4E42" w:rsidRPr="00ED4FAE" w:rsidRDefault="00000000">
      <w:pPr>
        <w:pStyle w:val="Heading1"/>
        <w:spacing w:before="200" w:after="120"/>
        <w:rPr>
          <w:color w:val="000000" w:themeColor="text1"/>
        </w:rPr>
      </w:pPr>
      <w:bookmarkStart w:id="49" w:name="poem_50"/>
      <w:bookmarkEnd w:id="49"/>
      <w:r w:rsidRPr="00ED4FAE">
        <w:rPr>
          <w:rFonts w:ascii="Garamond" w:hAnsi="Garamond"/>
          <w:color w:val="000000" w:themeColor="text1"/>
          <w:sz w:val="30"/>
        </w:rPr>
        <w:lastRenderedPageBreak/>
        <w:t>Fragmenta</w:t>
      </w:r>
    </w:p>
    <w:p w14:paraId="511737BF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In the night</w:t>
      </w:r>
      <w:r w:rsidRPr="00ED4FAE">
        <w:rPr>
          <w:color w:val="000000" w:themeColor="text1"/>
        </w:rPr>
        <w:br/>
      </w:r>
      <w:proofErr w:type="gramStart"/>
      <w:r w:rsidRPr="00ED4FAE">
        <w:rPr>
          <w:color w:val="000000" w:themeColor="text1"/>
        </w:rPr>
        <w:t>lions</w:t>
      </w:r>
      <w:proofErr w:type="gramEnd"/>
      <w:r w:rsidRPr="00ED4FAE">
        <w:rPr>
          <w:color w:val="000000" w:themeColor="text1"/>
        </w:rPr>
        <w:t xml:space="preserve"> purr.</w:t>
      </w:r>
    </w:p>
    <w:p w14:paraId="02C276A1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Mountains are best seen</w:t>
      </w:r>
      <w:r w:rsidRPr="00ED4FAE">
        <w:rPr>
          <w:color w:val="000000" w:themeColor="text1"/>
        </w:rPr>
        <w:br/>
        <w:t>upside down</w:t>
      </w:r>
      <w:r w:rsidRPr="00ED4FAE">
        <w:rPr>
          <w:color w:val="000000" w:themeColor="text1"/>
        </w:rPr>
        <w:br/>
        <w:t>in a river</w:t>
      </w:r>
      <w:r w:rsidRPr="00ED4FAE">
        <w:rPr>
          <w:color w:val="000000" w:themeColor="text1"/>
        </w:rPr>
        <w:br/>
        <w:t>where they dance.</w:t>
      </w:r>
    </w:p>
    <w:p w14:paraId="794DA29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Trust what</w:t>
      </w:r>
      <w:r w:rsidRPr="00ED4FAE">
        <w:rPr>
          <w:color w:val="000000" w:themeColor="text1"/>
        </w:rPr>
        <w:br/>
        <w:t>you cannot see.</w:t>
      </w:r>
      <w:r w:rsidRPr="00ED4FAE">
        <w:rPr>
          <w:color w:val="000000" w:themeColor="text1"/>
        </w:rPr>
        <w:br/>
        <w:t>The road runs</w:t>
      </w:r>
      <w:r w:rsidRPr="00ED4FAE">
        <w:rPr>
          <w:color w:val="000000" w:themeColor="text1"/>
        </w:rPr>
        <w:br/>
        <w:t>through the night.</w:t>
      </w:r>
    </w:p>
    <w:p w14:paraId="3263DCEB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I too</w:t>
      </w:r>
      <w:r w:rsidRPr="00ED4FAE">
        <w:rPr>
          <w:color w:val="000000" w:themeColor="text1"/>
        </w:rPr>
        <w:br/>
        <w:t>like a heron</w:t>
      </w:r>
      <w:r w:rsidRPr="00ED4FAE">
        <w:rPr>
          <w:color w:val="000000" w:themeColor="text1"/>
        </w:rPr>
        <w:br/>
        <w:t>walk at angles.</w:t>
      </w:r>
      <w:r w:rsidRPr="00ED4FAE">
        <w:rPr>
          <w:color w:val="000000" w:themeColor="text1"/>
        </w:rPr>
        <w:br/>
        <w:t>That's how</w:t>
      </w:r>
      <w:r w:rsidRPr="00ED4FAE">
        <w:rPr>
          <w:color w:val="000000" w:themeColor="text1"/>
        </w:rPr>
        <w:br/>
        <w:t>I learned to fly.</w:t>
      </w:r>
    </w:p>
    <w:p w14:paraId="3C1EEE3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A poem</w:t>
      </w:r>
      <w:r w:rsidRPr="00ED4FAE">
        <w:rPr>
          <w:color w:val="000000" w:themeColor="text1"/>
        </w:rPr>
        <w:br/>
        <w:t>scatters words</w:t>
      </w:r>
      <w:r w:rsidRPr="00ED4FAE">
        <w:rPr>
          <w:color w:val="000000" w:themeColor="text1"/>
        </w:rPr>
        <w:br/>
        <w:t>to the wind.</w:t>
      </w:r>
      <w:r w:rsidRPr="00ED4FAE">
        <w:rPr>
          <w:color w:val="000000" w:themeColor="text1"/>
        </w:rPr>
        <w:br/>
        <w:t>May they find</w:t>
      </w:r>
      <w:r w:rsidRPr="00ED4FAE">
        <w:rPr>
          <w:color w:val="000000" w:themeColor="text1"/>
        </w:rPr>
        <w:br/>
        <w:t>ears to hear.</w:t>
      </w:r>
    </w:p>
    <w:p w14:paraId="09A5EC28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 poem swings along</w:t>
      </w:r>
      <w:r w:rsidRPr="00ED4FAE">
        <w:rPr>
          <w:color w:val="000000" w:themeColor="text1"/>
        </w:rPr>
        <w:br/>
        <w:t>as dreams of leaves sometimes do,</w:t>
      </w:r>
      <w:r w:rsidRPr="00ED4FAE">
        <w:rPr>
          <w:color w:val="000000" w:themeColor="text1"/>
        </w:rPr>
        <w:br/>
        <w:t xml:space="preserve">then wakes you </w:t>
      </w:r>
      <w:proofErr w:type="gramStart"/>
      <w:r w:rsidRPr="00ED4FAE">
        <w:rPr>
          <w:color w:val="000000" w:themeColor="text1"/>
        </w:rPr>
        <w:t>up .</w:t>
      </w:r>
      <w:proofErr w:type="gramEnd"/>
      <w:r w:rsidRPr="00ED4FAE">
        <w:rPr>
          <w:color w:val="000000" w:themeColor="text1"/>
        </w:rPr>
        <w:br/>
        <w:t>Hey man, get out of here.</w:t>
      </w:r>
      <w:r w:rsidRPr="00ED4FAE">
        <w:rPr>
          <w:color w:val="000000" w:themeColor="text1"/>
        </w:rPr>
        <w:br/>
        <w:t>I need my space.</w:t>
      </w:r>
    </w:p>
    <w:p w14:paraId="3D618024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Ah, the embrace!</w:t>
      </w:r>
    </w:p>
    <w:p w14:paraId="607DB51A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 night, a constellation.</w:t>
      </w:r>
    </w:p>
    <w:p w14:paraId="51997FFC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Down on your luck?</w:t>
      </w:r>
      <w:r w:rsidRPr="00ED4FAE">
        <w:rPr>
          <w:color w:val="000000" w:themeColor="text1"/>
        </w:rPr>
        <w:br/>
        <w:t>Write a poem</w:t>
      </w:r>
      <w:r w:rsidRPr="00ED4FAE">
        <w:rPr>
          <w:color w:val="000000" w:themeColor="text1"/>
        </w:rPr>
        <w:br/>
        <w:t>as you've done.</w:t>
      </w:r>
      <w:r w:rsidRPr="00ED4FAE">
        <w:rPr>
          <w:color w:val="000000" w:themeColor="text1"/>
        </w:rPr>
        <w:br/>
        <w:t>Hand it to the grocery man.</w:t>
      </w:r>
      <w:r w:rsidRPr="00ED4FAE">
        <w:rPr>
          <w:color w:val="000000" w:themeColor="text1"/>
        </w:rPr>
        <w:br/>
        <w:t>Take what you need.</w:t>
      </w:r>
      <w:r w:rsidRPr="00ED4FAE">
        <w:rPr>
          <w:color w:val="000000" w:themeColor="text1"/>
        </w:rPr>
        <w:br/>
        <w:t>Poems are prayers,</w:t>
      </w:r>
      <w:r w:rsidRPr="00ED4FAE">
        <w:rPr>
          <w:color w:val="000000" w:themeColor="text1"/>
        </w:rPr>
        <w:br/>
        <w:t>awaiting answers.</w:t>
      </w:r>
    </w:p>
    <w:p w14:paraId="08CFC2B6" w14:textId="77777777" w:rsidR="002B4E42" w:rsidRPr="00ED4FAE" w:rsidRDefault="00000000">
      <w:pPr>
        <w:spacing w:after="120" w:line="252" w:lineRule="auto"/>
        <w:rPr>
          <w:color w:val="000000" w:themeColor="text1"/>
        </w:rPr>
      </w:pPr>
      <w:r w:rsidRPr="00ED4FAE">
        <w:rPr>
          <w:color w:val="000000" w:themeColor="text1"/>
        </w:rPr>
        <w:t>The work of a poem</w:t>
      </w:r>
      <w:r w:rsidRPr="00ED4FAE">
        <w:rPr>
          <w:color w:val="000000" w:themeColor="text1"/>
        </w:rPr>
        <w:br/>
        <w:t>is to inspire another</w:t>
      </w:r>
      <w:r w:rsidRPr="00ED4FAE">
        <w:rPr>
          <w:color w:val="000000" w:themeColor="text1"/>
        </w:rPr>
        <w:br/>
        <w:t>that wanders off</w:t>
      </w:r>
      <w:r w:rsidRPr="00ED4FAE">
        <w:rPr>
          <w:color w:val="000000" w:themeColor="text1"/>
        </w:rPr>
        <w:br/>
        <w:t>on its own</w:t>
      </w:r>
      <w:r w:rsidRPr="00ED4FAE">
        <w:rPr>
          <w:color w:val="000000" w:themeColor="text1"/>
        </w:rPr>
        <w:br/>
        <w:t>and finds,</w:t>
      </w:r>
      <w:r w:rsidRPr="00ED4FAE">
        <w:rPr>
          <w:color w:val="000000" w:themeColor="text1"/>
        </w:rPr>
        <w:br/>
        <w:t>unknown to us,</w:t>
      </w:r>
      <w:r w:rsidRPr="00ED4FAE">
        <w:rPr>
          <w:color w:val="000000" w:themeColor="text1"/>
        </w:rPr>
        <w:br/>
        <w:t>what was lost.</w:t>
      </w:r>
    </w:p>
    <w:p w14:paraId="256D83A1" w14:textId="77777777" w:rsidR="002B4E42" w:rsidRPr="00ED4FAE" w:rsidRDefault="002B4E42">
      <w:pPr>
        <w:rPr>
          <w:color w:val="000000" w:themeColor="text1"/>
        </w:rPr>
      </w:pPr>
    </w:p>
    <w:sectPr w:rsidR="002B4E42" w:rsidRPr="00ED4FAE" w:rsidSect="00ED4FA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5735097">
    <w:abstractNumId w:val="8"/>
  </w:num>
  <w:num w:numId="2" w16cid:durableId="1885486833">
    <w:abstractNumId w:val="6"/>
  </w:num>
  <w:num w:numId="3" w16cid:durableId="329413086">
    <w:abstractNumId w:val="5"/>
  </w:num>
  <w:num w:numId="4" w16cid:durableId="1262566439">
    <w:abstractNumId w:val="4"/>
  </w:num>
  <w:num w:numId="5" w16cid:durableId="293097042">
    <w:abstractNumId w:val="7"/>
  </w:num>
  <w:num w:numId="6" w16cid:durableId="652218604">
    <w:abstractNumId w:val="3"/>
  </w:num>
  <w:num w:numId="7" w16cid:durableId="822307656">
    <w:abstractNumId w:val="2"/>
  </w:num>
  <w:num w:numId="8" w16cid:durableId="969436539">
    <w:abstractNumId w:val="1"/>
  </w:num>
  <w:num w:numId="9" w16cid:durableId="1990556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DFF"/>
    <w:rsid w:val="0029639D"/>
    <w:rsid w:val="002B4E42"/>
    <w:rsid w:val="00326F90"/>
    <w:rsid w:val="006B783D"/>
    <w:rsid w:val="008B4F78"/>
    <w:rsid w:val="00AA1D8D"/>
    <w:rsid w:val="00B47730"/>
    <w:rsid w:val="00C23287"/>
    <w:rsid w:val="00CB0664"/>
    <w:rsid w:val="00ED4F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8BEB4"/>
  <w14:defaultImageDpi w14:val="300"/>
  <w15:docId w15:val="{E840338A-3434-DD43-966A-3D4A185B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Garamond" w:hAnsi="Garamond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yperlink1">
    <w:name w:val="Hyperlink1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5166</Words>
  <Characters>29448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Himwich, Hugh</cp:lastModifiedBy>
  <cp:revision>4</cp:revision>
  <dcterms:created xsi:type="dcterms:W3CDTF">2026-04-27T19:55:00Z</dcterms:created>
  <dcterms:modified xsi:type="dcterms:W3CDTF">2026-04-27T20:06:00Z</dcterms:modified>
  <cp:category/>
</cp:coreProperties>
</file>